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69B" w:rsidRDefault="00B9069B" w:rsidP="00B9069B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B9069B" w:rsidRDefault="00B9069B" w:rsidP="00B9069B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3E124E" w:rsidRDefault="006E609F" w:rsidP="00B9069B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کشورداری ایرانی 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B9069B" w:rsidP="006E609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جلد ششم</w:t>
      </w:r>
    </w:p>
    <w:p w:rsidR="006E609F" w:rsidRPr="00535490" w:rsidRDefault="00CE4BA8" w:rsidP="00535490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مغولان در ایران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6E609F" w:rsidRPr="006E609F" w:rsidRDefault="006E609F" w:rsidP="006E609F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6E609F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lastRenderedPageBreak/>
        <w:t>فهرست</w:t>
      </w:r>
    </w:p>
    <w:p w:rsidR="003E124E" w:rsidRDefault="006C728B" w:rsidP="006E609F">
      <w:pPr>
        <w:bidi/>
        <w:spacing w:after="0" w:line="360" w:lineRule="auto"/>
        <w:rPr>
          <w:rFonts w:ascii="Tahoma" w:hAnsi="Tahoma" w:cs="Tahoma"/>
          <w:rtl/>
        </w:rPr>
      </w:pPr>
      <w:hyperlink w:anchor="Vol1Chapter00" w:history="1">
        <w:r w:rsidR="003E124E" w:rsidRPr="00CE4BA8">
          <w:rPr>
            <w:rStyle w:val="Hyperlink"/>
            <w:rFonts w:ascii="Tahoma" w:hAnsi="Tahoma" w:cs="Tahoma" w:hint="cs"/>
            <w:rtl/>
          </w:rPr>
          <w:t>پیشگ</w:t>
        </w:r>
        <w:r w:rsidR="003E124E" w:rsidRPr="00CE4BA8">
          <w:rPr>
            <w:rStyle w:val="Hyperlink"/>
            <w:rFonts w:ascii="Tahoma" w:hAnsi="Tahoma" w:cs="Tahoma" w:hint="cs"/>
            <w:rtl/>
          </w:rPr>
          <w:t>ف</w:t>
        </w:r>
        <w:r w:rsidR="003E124E" w:rsidRPr="00CE4BA8">
          <w:rPr>
            <w:rStyle w:val="Hyperlink"/>
            <w:rFonts w:ascii="Tahoma" w:hAnsi="Tahoma" w:cs="Tahoma" w:hint="cs"/>
            <w:rtl/>
          </w:rPr>
          <w:t>تار</w:t>
        </w:r>
      </w:hyperlink>
    </w:p>
    <w:p w:rsidR="00B9069B" w:rsidRPr="00B9069B" w:rsidRDefault="00B9069B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6Preface" w:history="1">
        <w:r w:rsidRPr="00B9069B">
          <w:rPr>
            <w:rStyle w:val="Hyperlink"/>
            <w:rFonts w:ascii="Tahoma" w:hAnsi="Tahoma" w:cs="Tahoma" w:hint="cs"/>
            <w:rtl/>
          </w:rPr>
          <w:t>س</w:t>
        </w:r>
        <w:r w:rsidRPr="00B9069B">
          <w:rPr>
            <w:rStyle w:val="Hyperlink"/>
            <w:rFonts w:ascii="Tahoma" w:hAnsi="Tahoma" w:cs="Tahoma" w:hint="cs"/>
            <w:rtl/>
          </w:rPr>
          <w:t>ر</w:t>
        </w:r>
        <w:r w:rsidRPr="00B9069B">
          <w:rPr>
            <w:rStyle w:val="Hyperlink"/>
            <w:rFonts w:ascii="Tahoma" w:hAnsi="Tahoma" w:cs="Tahoma" w:hint="cs"/>
            <w:rtl/>
          </w:rPr>
          <w:t>آغاز</w:t>
        </w:r>
      </w:hyperlink>
    </w:p>
    <w:p w:rsidR="003E124E" w:rsidRDefault="006C728B" w:rsidP="00B9069B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1" w:history="1">
        <w:r w:rsidR="003E124E" w:rsidRPr="00CE4BA8">
          <w:rPr>
            <w:rStyle w:val="Hyperlink"/>
            <w:rFonts w:ascii="Tahoma" w:hAnsi="Tahoma" w:cs="Tahoma" w:hint="cs"/>
            <w:rtl/>
          </w:rPr>
          <w:t>فصل نخست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CE4BA8" w:rsidRPr="00CE4BA8">
        <w:rPr>
          <w:rFonts w:ascii="Tahoma" w:hAnsi="Tahoma" w:cs="Tahoma"/>
          <w:rtl/>
        </w:rPr>
        <w:t>ایران در آستانهٔ توفان؛ خوارزمشاهیان و کشوری آمادهٔ فروپاشی</w:t>
      </w:r>
    </w:p>
    <w:p w:rsidR="00535490" w:rsidRDefault="006C728B" w:rsidP="00535490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2" w:history="1">
        <w:r w:rsidR="004E2C5E" w:rsidRPr="005E0C7F">
          <w:rPr>
            <w:rStyle w:val="Hyperlink"/>
            <w:rFonts w:ascii="Tahoma" w:hAnsi="Tahoma" w:cs="Tahoma" w:hint="cs"/>
            <w:rtl/>
            <w:lang w:bidi="fa-IR"/>
          </w:rPr>
          <w:t>فصل دوم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5E0C7F" w:rsidRPr="005E0C7F">
        <w:rPr>
          <w:rFonts w:ascii="Tahoma" w:hAnsi="Tahoma" w:cs="Tahoma" w:hint="cs"/>
          <w:rtl/>
          <w:lang w:bidi="fa-IR"/>
        </w:rPr>
        <w:t>ی</w:t>
      </w:r>
      <w:r w:rsidR="005E0C7F" w:rsidRPr="005E0C7F">
        <w:rPr>
          <w:rFonts w:ascii="Tahoma" w:hAnsi="Tahoma" w:cs="Tahoma" w:hint="eastAsia"/>
          <w:rtl/>
          <w:lang w:bidi="fa-IR"/>
        </w:rPr>
        <w:t>ورش</w:t>
      </w:r>
      <w:r w:rsidR="005E0C7F" w:rsidRPr="005E0C7F">
        <w:rPr>
          <w:rFonts w:ascii="Tahoma" w:hAnsi="Tahoma" w:cs="Tahoma"/>
          <w:rtl/>
          <w:lang w:bidi="fa-IR"/>
        </w:rPr>
        <w:t xml:space="preserve"> مغول؛ جنگ با شهر و زندگ</w:t>
      </w:r>
      <w:r w:rsidR="005E0C7F" w:rsidRPr="005E0C7F">
        <w:rPr>
          <w:rFonts w:ascii="Tahoma" w:hAnsi="Tahoma" w:cs="Tahoma" w:hint="cs"/>
          <w:rtl/>
          <w:lang w:bidi="fa-IR"/>
        </w:rPr>
        <w:t>ی</w:t>
      </w:r>
    </w:p>
    <w:p w:rsidR="00CB088F" w:rsidRPr="0098446D" w:rsidRDefault="006C728B" w:rsidP="00535490">
      <w:pPr>
        <w:bidi/>
        <w:spacing w:after="0" w:line="360" w:lineRule="auto"/>
        <w:rPr>
          <w:rFonts w:ascii="Tahoma" w:hAnsi="Tahoma" w:cs="Tahoma"/>
        </w:rPr>
      </w:pPr>
      <w:hyperlink w:anchor="Vol1Chapter03" w:history="1">
        <w:r w:rsidR="00591D85" w:rsidRPr="00EC2630">
          <w:rPr>
            <w:rStyle w:val="Hyperlink"/>
            <w:rFonts w:ascii="Tahoma" w:hAnsi="Tahoma" w:cs="Tahoma" w:hint="cs"/>
            <w:rtl/>
          </w:rPr>
          <w:t>فصل سوم</w:t>
        </w:r>
      </w:hyperlink>
      <w:r w:rsidR="00591D85" w:rsidRPr="00535490">
        <w:rPr>
          <w:rFonts w:ascii="Tahoma" w:hAnsi="Tahoma" w:cs="Tahoma" w:hint="cs"/>
          <w:rtl/>
        </w:rPr>
        <w:t>:</w:t>
      </w:r>
      <w:r w:rsidR="00591D85">
        <w:rPr>
          <w:rFonts w:ascii="Tahoma" w:hAnsi="Tahoma" w:cs="Tahoma" w:hint="cs"/>
          <w:rtl/>
        </w:rPr>
        <w:t xml:space="preserve"> </w:t>
      </w:r>
      <w:r w:rsidR="00CB088F">
        <w:rPr>
          <w:rFonts w:ascii="Tahoma" w:hAnsi="Tahoma" w:cs="Tahoma" w:hint="cs"/>
          <w:rtl/>
        </w:rPr>
        <w:t xml:space="preserve"> </w:t>
      </w:r>
      <w:r w:rsidR="00EC2630" w:rsidRPr="00EC2630">
        <w:rPr>
          <w:rFonts w:ascii="Tahoma" w:hAnsi="Tahoma" w:cs="Tahoma"/>
          <w:rtl/>
        </w:rPr>
        <w:t>قشون فاتح و د</w:t>
      </w:r>
      <w:r w:rsidR="00EC2630" w:rsidRPr="00EC2630">
        <w:rPr>
          <w:rFonts w:ascii="Tahoma" w:hAnsi="Tahoma" w:cs="Tahoma" w:hint="cs"/>
          <w:rtl/>
        </w:rPr>
        <w:t>ی</w:t>
      </w:r>
      <w:r w:rsidR="00EC2630" w:rsidRPr="00EC2630">
        <w:rPr>
          <w:rFonts w:ascii="Tahoma" w:hAnsi="Tahoma" w:cs="Tahoma" w:hint="eastAsia"/>
          <w:rtl/>
        </w:rPr>
        <w:t>وان</w:t>
      </w:r>
      <w:r w:rsidR="00EC2630" w:rsidRPr="00EC2630">
        <w:rPr>
          <w:rFonts w:ascii="Tahoma" w:hAnsi="Tahoma" w:cs="Tahoma"/>
          <w:rtl/>
        </w:rPr>
        <w:t xml:space="preserve"> بازمانده؛ آغاز حکومت مغول</w:t>
      </w:r>
    </w:p>
    <w:p w:rsidR="00381F37" w:rsidRPr="003D0FB8" w:rsidRDefault="006C728B" w:rsidP="00535490">
      <w:pPr>
        <w:bidi/>
        <w:spacing w:after="0" w:line="360" w:lineRule="auto"/>
        <w:rPr>
          <w:rFonts w:ascii="Tahoma" w:hAnsi="Tahoma" w:cs="Tahoma"/>
        </w:rPr>
      </w:pPr>
      <w:hyperlink w:anchor="Vol1Chapter04" w:history="1">
        <w:r w:rsidR="00CB088F" w:rsidRPr="007E6E9C">
          <w:rPr>
            <w:rStyle w:val="Hyperlink"/>
            <w:rFonts w:ascii="Tahoma" w:hAnsi="Tahoma" w:cs="Tahoma" w:hint="cs"/>
            <w:rtl/>
          </w:rPr>
          <w:t>فصل چهارم</w:t>
        </w:r>
      </w:hyperlink>
      <w:r w:rsidR="00CB088F">
        <w:rPr>
          <w:rFonts w:ascii="Tahoma" w:hAnsi="Tahoma" w:cs="Tahoma" w:hint="cs"/>
          <w:rtl/>
        </w:rPr>
        <w:t xml:space="preserve">: </w:t>
      </w:r>
      <w:r w:rsidR="007E6E9C" w:rsidRPr="007E6E9C">
        <w:rPr>
          <w:rFonts w:ascii="Tahoma" w:hAnsi="Tahoma" w:cs="Tahoma"/>
          <w:rtl/>
        </w:rPr>
        <w:t>هولاکو؛ پ</w:t>
      </w:r>
      <w:r w:rsidR="007E6E9C" w:rsidRPr="007E6E9C">
        <w:rPr>
          <w:rFonts w:ascii="Tahoma" w:hAnsi="Tahoma" w:cs="Tahoma" w:hint="cs"/>
          <w:rtl/>
        </w:rPr>
        <w:t>ی</w:t>
      </w:r>
      <w:r w:rsidR="007E6E9C" w:rsidRPr="007E6E9C">
        <w:rPr>
          <w:rFonts w:ascii="Tahoma" w:hAnsi="Tahoma" w:cs="Tahoma" w:hint="eastAsia"/>
          <w:rtl/>
        </w:rPr>
        <w:t>دا</w:t>
      </w:r>
      <w:r w:rsidR="007E6E9C" w:rsidRPr="007E6E9C">
        <w:rPr>
          <w:rFonts w:ascii="Tahoma" w:hAnsi="Tahoma" w:cs="Tahoma" w:hint="cs"/>
          <w:rtl/>
        </w:rPr>
        <w:t>ی</w:t>
      </w:r>
      <w:r w:rsidR="007E6E9C" w:rsidRPr="007E6E9C">
        <w:rPr>
          <w:rFonts w:ascii="Tahoma" w:hAnsi="Tahoma" w:cs="Tahoma" w:hint="eastAsia"/>
          <w:rtl/>
        </w:rPr>
        <w:t>ش</w:t>
      </w:r>
      <w:r w:rsidR="007E6E9C" w:rsidRPr="007E6E9C">
        <w:rPr>
          <w:rFonts w:ascii="Tahoma" w:hAnsi="Tahoma" w:cs="Tahoma"/>
          <w:rtl/>
        </w:rPr>
        <w:t xml:space="preserve"> تاج مغول</w:t>
      </w:r>
      <w:r w:rsidR="007E6E9C" w:rsidRPr="007E6E9C">
        <w:rPr>
          <w:rFonts w:ascii="Tahoma" w:hAnsi="Tahoma" w:cs="Tahoma" w:hint="cs"/>
          <w:rtl/>
        </w:rPr>
        <w:t>ی</w:t>
      </w:r>
      <w:r w:rsidR="007E6E9C" w:rsidRPr="007E6E9C">
        <w:rPr>
          <w:rFonts w:ascii="Tahoma" w:hAnsi="Tahoma" w:cs="Tahoma"/>
          <w:rtl/>
        </w:rPr>
        <w:t xml:space="preserve"> در ا</w:t>
      </w:r>
      <w:r w:rsidR="007E6E9C" w:rsidRPr="007E6E9C">
        <w:rPr>
          <w:rFonts w:ascii="Tahoma" w:hAnsi="Tahoma" w:cs="Tahoma" w:hint="cs"/>
          <w:rtl/>
        </w:rPr>
        <w:t>ی</w:t>
      </w:r>
      <w:r w:rsidR="007E6E9C" w:rsidRPr="007E6E9C">
        <w:rPr>
          <w:rFonts w:ascii="Tahoma" w:hAnsi="Tahoma" w:cs="Tahoma" w:hint="eastAsia"/>
          <w:rtl/>
        </w:rPr>
        <w:t>ران</w:t>
      </w:r>
    </w:p>
    <w:p w:rsidR="003E124E" w:rsidRDefault="006C728B" w:rsidP="007E6E9C">
      <w:pPr>
        <w:bidi/>
        <w:spacing w:after="0" w:line="360" w:lineRule="auto"/>
        <w:rPr>
          <w:rFonts w:ascii="Tahoma" w:hAnsi="Tahoma" w:cs="Tahoma"/>
          <w:rtl/>
        </w:rPr>
      </w:pPr>
      <w:hyperlink w:anchor="Vol1Chapter05" w:history="1">
        <w:r w:rsidR="00381F37" w:rsidRPr="00E662AA">
          <w:rPr>
            <w:rStyle w:val="Hyperlink"/>
            <w:rFonts w:ascii="Tahoma" w:hAnsi="Tahoma" w:cs="Tahoma" w:hint="cs"/>
            <w:rtl/>
          </w:rPr>
          <w:t>فصل پنجم</w:t>
        </w:r>
      </w:hyperlink>
      <w:r w:rsidR="00381F37">
        <w:rPr>
          <w:rFonts w:ascii="Tahoma" w:hAnsi="Tahoma" w:cs="Tahoma" w:hint="cs"/>
          <w:rtl/>
        </w:rPr>
        <w:t xml:space="preserve">: </w:t>
      </w:r>
      <w:r w:rsidR="001E23D2" w:rsidRPr="001E23D2">
        <w:rPr>
          <w:rFonts w:ascii="Tahoma" w:hAnsi="Tahoma" w:cs="Tahoma"/>
          <w:rtl/>
        </w:rPr>
        <w:t>از اباقا تا احمد؛ تاج مغول</w:t>
      </w:r>
      <w:r w:rsidR="001E23D2" w:rsidRPr="001E23D2">
        <w:rPr>
          <w:rFonts w:ascii="Tahoma" w:hAnsi="Tahoma" w:cs="Tahoma" w:hint="cs"/>
          <w:rtl/>
        </w:rPr>
        <w:t>ی</w:t>
      </w:r>
      <w:r w:rsidR="001E23D2" w:rsidRPr="001E23D2">
        <w:rPr>
          <w:rFonts w:ascii="Tahoma" w:hAnsi="Tahoma" w:cs="Tahoma"/>
          <w:rtl/>
        </w:rPr>
        <w:t xml:space="preserve"> و مسئلهٔ د</w:t>
      </w:r>
      <w:r w:rsidR="001E23D2" w:rsidRPr="001E23D2">
        <w:rPr>
          <w:rFonts w:ascii="Tahoma" w:hAnsi="Tahoma" w:cs="Tahoma" w:hint="cs"/>
          <w:rtl/>
        </w:rPr>
        <w:t>ی</w:t>
      </w:r>
      <w:r w:rsidR="001E23D2" w:rsidRPr="001E23D2">
        <w:rPr>
          <w:rFonts w:ascii="Tahoma" w:hAnsi="Tahoma" w:cs="Tahoma" w:hint="eastAsia"/>
          <w:rtl/>
        </w:rPr>
        <w:t>ن</w:t>
      </w:r>
    </w:p>
    <w:p w:rsidR="007B604F" w:rsidRDefault="006C728B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Chapter06" w:history="1">
        <w:r w:rsidR="007B604F" w:rsidRPr="005063DF">
          <w:rPr>
            <w:rStyle w:val="Hyperlink"/>
            <w:rFonts w:ascii="Tahoma" w:hAnsi="Tahoma" w:cs="Tahoma" w:hint="cs"/>
            <w:rtl/>
          </w:rPr>
          <w:t>فصل ششم</w:t>
        </w:r>
      </w:hyperlink>
      <w:r w:rsidR="007B604F">
        <w:rPr>
          <w:rFonts w:ascii="Tahoma" w:hAnsi="Tahoma" w:cs="Tahoma" w:hint="cs"/>
          <w:rtl/>
        </w:rPr>
        <w:t xml:space="preserve">: </w:t>
      </w:r>
      <w:r w:rsidR="005063DF" w:rsidRPr="005063DF">
        <w:rPr>
          <w:rFonts w:ascii="Tahoma" w:hAnsi="Tahoma" w:cs="Tahoma"/>
          <w:rtl/>
        </w:rPr>
        <w:t>د</w:t>
      </w:r>
      <w:r w:rsidR="005063DF" w:rsidRPr="005063DF">
        <w:rPr>
          <w:rFonts w:ascii="Tahoma" w:hAnsi="Tahoma" w:cs="Tahoma" w:hint="cs"/>
          <w:rtl/>
        </w:rPr>
        <w:t>ی</w:t>
      </w:r>
      <w:r w:rsidR="005063DF" w:rsidRPr="005063DF">
        <w:rPr>
          <w:rFonts w:ascii="Tahoma" w:hAnsi="Tahoma" w:cs="Tahoma" w:hint="eastAsia"/>
          <w:rtl/>
        </w:rPr>
        <w:t>وان</w:t>
      </w:r>
      <w:r w:rsidR="005063DF" w:rsidRPr="005063DF">
        <w:rPr>
          <w:rFonts w:ascii="Tahoma" w:hAnsi="Tahoma" w:cs="Tahoma"/>
          <w:rtl/>
        </w:rPr>
        <w:t xml:space="preserve"> در بحران؛ از سعدالدوله تا پول کاغذ</w:t>
      </w:r>
      <w:r w:rsidR="005063DF" w:rsidRPr="005063DF">
        <w:rPr>
          <w:rFonts w:ascii="Tahoma" w:hAnsi="Tahoma" w:cs="Tahoma" w:hint="cs"/>
          <w:rtl/>
        </w:rPr>
        <w:t>ی</w:t>
      </w:r>
    </w:p>
    <w:p w:rsidR="004E77D4" w:rsidRDefault="006C728B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Chapter07" w:history="1">
        <w:r w:rsidR="004E77D4" w:rsidRPr="00E5380D">
          <w:rPr>
            <w:rStyle w:val="Hyperlink"/>
            <w:rFonts w:ascii="Tahoma" w:hAnsi="Tahoma" w:cs="Tahoma" w:hint="cs"/>
            <w:rtl/>
          </w:rPr>
          <w:t>فصل هفتم</w:t>
        </w:r>
      </w:hyperlink>
      <w:r w:rsidR="004E77D4">
        <w:rPr>
          <w:rFonts w:ascii="Tahoma" w:hAnsi="Tahoma" w:cs="Tahoma" w:hint="cs"/>
          <w:rtl/>
        </w:rPr>
        <w:t xml:space="preserve">: </w:t>
      </w:r>
      <w:r w:rsidR="00E5380D" w:rsidRPr="00E5380D">
        <w:rPr>
          <w:rFonts w:ascii="Tahoma" w:hAnsi="Tahoma" w:cs="Tahoma"/>
          <w:rtl/>
        </w:rPr>
        <w:t>غازان‌خان؛ از فتح ا</w:t>
      </w:r>
      <w:r w:rsidR="00E5380D" w:rsidRPr="00E5380D">
        <w:rPr>
          <w:rFonts w:ascii="Tahoma" w:hAnsi="Tahoma" w:cs="Tahoma" w:hint="cs"/>
          <w:rtl/>
        </w:rPr>
        <w:t>ی</w:t>
      </w:r>
      <w:r w:rsidR="00E5380D" w:rsidRPr="00E5380D">
        <w:rPr>
          <w:rFonts w:ascii="Tahoma" w:hAnsi="Tahoma" w:cs="Tahoma" w:hint="eastAsia"/>
          <w:rtl/>
        </w:rPr>
        <w:t>ران</w:t>
      </w:r>
      <w:r w:rsidR="00E5380D" w:rsidRPr="00E5380D">
        <w:rPr>
          <w:rFonts w:ascii="Tahoma" w:hAnsi="Tahoma" w:cs="Tahoma"/>
          <w:rtl/>
        </w:rPr>
        <w:t xml:space="preserve"> تا کشوردار</w:t>
      </w:r>
      <w:r w:rsidR="00E5380D" w:rsidRPr="00E5380D">
        <w:rPr>
          <w:rFonts w:ascii="Tahoma" w:hAnsi="Tahoma" w:cs="Tahoma" w:hint="cs"/>
          <w:rtl/>
        </w:rPr>
        <w:t>ی</w:t>
      </w:r>
      <w:r w:rsidR="00E5380D" w:rsidRPr="00E5380D">
        <w:rPr>
          <w:rFonts w:ascii="Tahoma" w:hAnsi="Tahoma" w:cs="Tahoma"/>
          <w:rtl/>
        </w:rPr>
        <w:t xml:space="preserve"> ا</w:t>
      </w:r>
      <w:r w:rsidR="00E5380D" w:rsidRPr="00E5380D">
        <w:rPr>
          <w:rFonts w:ascii="Tahoma" w:hAnsi="Tahoma" w:cs="Tahoma" w:hint="cs"/>
          <w:rtl/>
        </w:rPr>
        <w:t>ی</w:t>
      </w:r>
      <w:r w:rsidR="00E5380D" w:rsidRPr="00E5380D">
        <w:rPr>
          <w:rFonts w:ascii="Tahoma" w:hAnsi="Tahoma" w:cs="Tahoma" w:hint="eastAsia"/>
          <w:rtl/>
        </w:rPr>
        <w:t>ران</w:t>
      </w:r>
    </w:p>
    <w:p w:rsidR="00227EEC" w:rsidRDefault="006C728B" w:rsidP="00535490">
      <w:pPr>
        <w:bidi/>
        <w:spacing w:after="0" w:line="360" w:lineRule="auto"/>
        <w:rPr>
          <w:rFonts w:ascii="Tahoma" w:hAnsi="Tahoma" w:cs="Tahoma"/>
          <w:rtl/>
        </w:rPr>
      </w:pPr>
      <w:hyperlink w:anchor="Vol1Chapter08" w:history="1">
        <w:r w:rsidR="00227EEC" w:rsidRPr="00AA70E7">
          <w:rPr>
            <w:rStyle w:val="Hyperlink"/>
            <w:rFonts w:ascii="Tahoma" w:hAnsi="Tahoma" w:cs="Tahoma" w:hint="cs"/>
            <w:rtl/>
          </w:rPr>
          <w:t>فصل هشتم</w:t>
        </w:r>
      </w:hyperlink>
      <w:r w:rsidR="00227EEC">
        <w:rPr>
          <w:rFonts w:ascii="Tahoma" w:hAnsi="Tahoma" w:cs="Tahoma" w:hint="cs"/>
          <w:rtl/>
        </w:rPr>
        <w:t xml:space="preserve">: </w:t>
      </w:r>
      <w:r w:rsidR="00AA70E7" w:rsidRPr="00AA70E7">
        <w:rPr>
          <w:rFonts w:ascii="Tahoma" w:hAnsi="Tahoma" w:cs="Tahoma"/>
          <w:rtl/>
        </w:rPr>
        <w:t>اولجا</w:t>
      </w:r>
      <w:r w:rsidR="00AA70E7" w:rsidRPr="00AA70E7">
        <w:rPr>
          <w:rFonts w:ascii="Tahoma" w:hAnsi="Tahoma" w:cs="Tahoma" w:hint="cs"/>
          <w:rtl/>
        </w:rPr>
        <w:t>ی</w:t>
      </w:r>
      <w:r w:rsidR="00AA70E7" w:rsidRPr="00AA70E7">
        <w:rPr>
          <w:rFonts w:ascii="Tahoma" w:hAnsi="Tahoma" w:cs="Tahoma" w:hint="eastAsia"/>
          <w:rtl/>
        </w:rPr>
        <w:t>تو؛</w:t>
      </w:r>
      <w:r w:rsidR="00AA70E7" w:rsidRPr="00AA70E7">
        <w:rPr>
          <w:rFonts w:ascii="Tahoma" w:hAnsi="Tahoma" w:cs="Tahoma"/>
          <w:rtl/>
        </w:rPr>
        <w:t xml:space="preserve"> تاج مسلمان در جست‌وجو</w:t>
      </w:r>
      <w:r w:rsidR="00AA70E7" w:rsidRPr="00AA70E7">
        <w:rPr>
          <w:rFonts w:ascii="Tahoma" w:hAnsi="Tahoma" w:cs="Tahoma" w:hint="cs"/>
          <w:rtl/>
        </w:rPr>
        <w:t>ی</w:t>
      </w:r>
      <w:r w:rsidR="00AA70E7" w:rsidRPr="00AA70E7">
        <w:rPr>
          <w:rFonts w:ascii="Tahoma" w:hAnsi="Tahoma" w:cs="Tahoma"/>
          <w:rtl/>
        </w:rPr>
        <w:t xml:space="preserve"> مذهب</w:t>
      </w:r>
    </w:p>
    <w:p w:rsidR="00CE4BA8" w:rsidRDefault="006C728B" w:rsidP="00CE4BA8">
      <w:pPr>
        <w:bidi/>
        <w:spacing w:after="0" w:line="360" w:lineRule="auto"/>
        <w:rPr>
          <w:rFonts w:ascii="Tahoma" w:hAnsi="Tahoma" w:cs="Tahoma"/>
          <w:rtl/>
        </w:rPr>
      </w:pPr>
      <w:hyperlink w:anchor="Vol1Chapter09" w:history="1">
        <w:r w:rsidR="00CE4BA8" w:rsidRPr="00D804E6">
          <w:rPr>
            <w:rStyle w:val="Hyperlink"/>
            <w:rFonts w:ascii="Tahoma" w:hAnsi="Tahoma" w:cs="Tahoma" w:hint="cs"/>
            <w:rtl/>
          </w:rPr>
          <w:t>فصل نهم</w:t>
        </w:r>
      </w:hyperlink>
      <w:r w:rsidR="00CE4BA8">
        <w:rPr>
          <w:rFonts w:ascii="Tahoma" w:hAnsi="Tahoma" w:cs="Tahoma" w:hint="cs"/>
          <w:rtl/>
        </w:rPr>
        <w:t xml:space="preserve">: </w:t>
      </w:r>
      <w:r w:rsidR="00D804E6" w:rsidRPr="00D804E6">
        <w:rPr>
          <w:rFonts w:ascii="Tahoma" w:hAnsi="Tahoma" w:cs="Tahoma"/>
          <w:rtl/>
        </w:rPr>
        <w:t>ابوسع</w:t>
      </w:r>
      <w:r w:rsidR="00D804E6" w:rsidRPr="00D804E6">
        <w:rPr>
          <w:rFonts w:ascii="Tahoma" w:hAnsi="Tahoma" w:cs="Tahoma" w:hint="cs"/>
          <w:rtl/>
        </w:rPr>
        <w:t>ی</w:t>
      </w:r>
      <w:r w:rsidR="00D804E6" w:rsidRPr="00D804E6">
        <w:rPr>
          <w:rFonts w:ascii="Tahoma" w:hAnsi="Tahoma" w:cs="Tahoma" w:hint="eastAsia"/>
          <w:rtl/>
        </w:rPr>
        <w:t>د؛</w:t>
      </w:r>
      <w:r w:rsidR="00D804E6" w:rsidRPr="00D804E6">
        <w:rPr>
          <w:rFonts w:ascii="Tahoma" w:hAnsi="Tahoma" w:cs="Tahoma"/>
          <w:rtl/>
        </w:rPr>
        <w:t xml:space="preserve"> آخر</w:t>
      </w:r>
      <w:r w:rsidR="00D804E6" w:rsidRPr="00D804E6">
        <w:rPr>
          <w:rFonts w:ascii="Tahoma" w:hAnsi="Tahoma" w:cs="Tahoma" w:hint="cs"/>
          <w:rtl/>
        </w:rPr>
        <w:t>ی</w:t>
      </w:r>
      <w:r w:rsidR="00D804E6" w:rsidRPr="00D804E6">
        <w:rPr>
          <w:rFonts w:ascii="Tahoma" w:hAnsi="Tahoma" w:cs="Tahoma" w:hint="eastAsia"/>
          <w:rtl/>
        </w:rPr>
        <w:t>ن</w:t>
      </w:r>
      <w:r w:rsidR="00D804E6" w:rsidRPr="00D804E6">
        <w:rPr>
          <w:rFonts w:ascii="Tahoma" w:hAnsi="Tahoma" w:cs="Tahoma"/>
          <w:rtl/>
        </w:rPr>
        <w:t xml:space="preserve"> ا</w:t>
      </w:r>
      <w:r w:rsidR="00D804E6" w:rsidRPr="00D804E6">
        <w:rPr>
          <w:rFonts w:ascii="Tahoma" w:hAnsi="Tahoma" w:cs="Tahoma" w:hint="cs"/>
          <w:rtl/>
        </w:rPr>
        <w:t>ی</w:t>
      </w:r>
      <w:r w:rsidR="00D804E6" w:rsidRPr="00D804E6">
        <w:rPr>
          <w:rFonts w:ascii="Tahoma" w:hAnsi="Tahoma" w:cs="Tahoma" w:hint="eastAsia"/>
          <w:rtl/>
        </w:rPr>
        <w:t>لخان</w:t>
      </w:r>
      <w:r w:rsidR="00D804E6" w:rsidRPr="00D804E6">
        <w:rPr>
          <w:rFonts w:ascii="Tahoma" w:hAnsi="Tahoma" w:cs="Tahoma"/>
          <w:rtl/>
        </w:rPr>
        <w:t xml:space="preserve"> و حکومت ام</w:t>
      </w:r>
      <w:r w:rsidR="00D804E6" w:rsidRPr="00D804E6">
        <w:rPr>
          <w:rFonts w:ascii="Tahoma" w:hAnsi="Tahoma" w:cs="Tahoma" w:hint="cs"/>
          <w:rtl/>
        </w:rPr>
        <w:t>ی</w:t>
      </w:r>
      <w:r w:rsidR="00D804E6" w:rsidRPr="00D804E6">
        <w:rPr>
          <w:rFonts w:ascii="Tahoma" w:hAnsi="Tahoma" w:cs="Tahoma" w:hint="eastAsia"/>
          <w:rtl/>
        </w:rPr>
        <w:t>ران</w:t>
      </w:r>
    </w:p>
    <w:p w:rsidR="00CE4BA8" w:rsidRDefault="006C728B" w:rsidP="00CE4BA8">
      <w:pPr>
        <w:bidi/>
        <w:spacing w:after="0" w:line="360" w:lineRule="auto"/>
        <w:rPr>
          <w:rFonts w:ascii="Tahoma" w:hAnsi="Tahoma" w:cs="Tahoma"/>
          <w:rtl/>
        </w:rPr>
      </w:pPr>
      <w:hyperlink w:anchor="Vol1Chapter10" w:history="1">
        <w:r w:rsidR="00CE4BA8" w:rsidRPr="00D35A80">
          <w:rPr>
            <w:rStyle w:val="Hyperlink"/>
            <w:rFonts w:ascii="Tahoma" w:hAnsi="Tahoma" w:cs="Tahoma" w:hint="cs"/>
            <w:rtl/>
          </w:rPr>
          <w:t>فصل دهم</w:t>
        </w:r>
      </w:hyperlink>
      <w:r w:rsidR="00CE4BA8">
        <w:rPr>
          <w:rFonts w:ascii="Tahoma" w:hAnsi="Tahoma" w:cs="Tahoma" w:hint="cs"/>
          <w:rtl/>
        </w:rPr>
        <w:t xml:space="preserve">: </w:t>
      </w:r>
      <w:r w:rsidR="00D35A80" w:rsidRPr="00D35A80">
        <w:rPr>
          <w:rFonts w:ascii="Tahoma" w:hAnsi="Tahoma" w:cs="Tahoma"/>
          <w:rtl/>
        </w:rPr>
        <w:t>ایران بی‌ایلخان؛ جنگ بر سر میراث مغول</w:t>
      </w:r>
    </w:p>
    <w:p w:rsidR="00CE4BA8" w:rsidRDefault="006C728B" w:rsidP="00CE4BA8">
      <w:pPr>
        <w:bidi/>
        <w:spacing w:after="0" w:line="360" w:lineRule="auto"/>
        <w:rPr>
          <w:rFonts w:ascii="Tahoma" w:hAnsi="Tahoma" w:cs="Tahoma"/>
          <w:rtl/>
        </w:rPr>
      </w:pPr>
      <w:hyperlink w:anchor="Vol1Chapter11" w:history="1">
        <w:r w:rsidR="00CE4BA8" w:rsidRPr="00496747">
          <w:rPr>
            <w:rStyle w:val="Hyperlink"/>
            <w:rFonts w:ascii="Tahoma" w:hAnsi="Tahoma" w:cs="Tahoma" w:hint="cs"/>
            <w:rtl/>
          </w:rPr>
          <w:t>فصل یازدهم</w:t>
        </w:r>
      </w:hyperlink>
      <w:r w:rsidR="00CE4BA8">
        <w:rPr>
          <w:rFonts w:ascii="Tahoma" w:hAnsi="Tahoma" w:cs="Tahoma" w:hint="cs"/>
          <w:rtl/>
        </w:rPr>
        <w:t xml:space="preserve">: </w:t>
      </w:r>
      <w:r w:rsidR="00496747" w:rsidRPr="00496747">
        <w:rPr>
          <w:rFonts w:ascii="Tahoma" w:hAnsi="Tahoma" w:cs="Tahoma"/>
          <w:rtl/>
        </w:rPr>
        <w:t>ت</w:t>
      </w:r>
      <w:r w:rsidR="00496747" w:rsidRPr="00496747">
        <w:rPr>
          <w:rFonts w:ascii="Tahoma" w:hAnsi="Tahoma" w:cs="Tahoma" w:hint="cs"/>
          <w:rtl/>
        </w:rPr>
        <w:t>ی</w:t>
      </w:r>
      <w:r w:rsidR="00496747" w:rsidRPr="00496747">
        <w:rPr>
          <w:rFonts w:ascii="Tahoma" w:hAnsi="Tahoma" w:cs="Tahoma" w:hint="eastAsia"/>
          <w:rtl/>
        </w:rPr>
        <w:t>مور؛</w:t>
      </w:r>
      <w:r w:rsidR="00496747" w:rsidRPr="00496747">
        <w:rPr>
          <w:rFonts w:ascii="Tahoma" w:hAnsi="Tahoma" w:cs="Tahoma"/>
          <w:rtl/>
        </w:rPr>
        <w:t xml:space="preserve"> بازساز</w:t>
      </w:r>
      <w:r w:rsidR="00496747" w:rsidRPr="00496747">
        <w:rPr>
          <w:rFonts w:ascii="Tahoma" w:hAnsi="Tahoma" w:cs="Tahoma" w:hint="cs"/>
          <w:rtl/>
        </w:rPr>
        <w:t>ی</w:t>
      </w:r>
      <w:r w:rsidR="00496747" w:rsidRPr="00496747">
        <w:rPr>
          <w:rFonts w:ascii="Tahoma" w:hAnsi="Tahoma" w:cs="Tahoma"/>
          <w:rtl/>
        </w:rPr>
        <w:t xml:space="preserve"> فرمانروا</w:t>
      </w:r>
      <w:r w:rsidR="00496747" w:rsidRPr="00496747">
        <w:rPr>
          <w:rFonts w:ascii="Tahoma" w:hAnsi="Tahoma" w:cs="Tahoma" w:hint="cs"/>
          <w:rtl/>
        </w:rPr>
        <w:t>یی</w:t>
      </w:r>
      <w:r w:rsidR="00496747" w:rsidRPr="00496747">
        <w:rPr>
          <w:rFonts w:ascii="Tahoma" w:hAnsi="Tahoma" w:cs="Tahoma"/>
          <w:rtl/>
        </w:rPr>
        <w:t xml:space="preserve"> چنگ</w:t>
      </w:r>
      <w:r w:rsidR="00496747" w:rsidRPr="00496747">
        <w:rPr>
          <w:rFonts w:ascii="Tahoma" w:hAnsi="Tahoma" w:cs="Tahoma" w:hint="cs"/>
          <w:rtl/>
        </w:rPr>
        <w:t>ی</w:t>
      </w:r>
      <w:r w:rsidR="00496747" w:rsidRPr="00496747">
        <w:rPr>
          <w:rFonts w:ascii="Tahoma" w:hAnsi="Tahoma" w:cs="Tahoma" w:hint="eastAsia"/>
          <w:rtl/>
        </w:rPr>
        <w:t>ز</w:t>
      </w:r>
      <w:r w:rsidR="00496747" w:rsidRPr="00496747">
        <w:rPr>
          <w:rFonts w:ascii="Tahoma" w:hAnsi="Tahoma" w:cs="Tahoma" w:hint="cs"/>
          <w:rtl/>
        </w:rPr>
        <w:t>ی</w:t>
      </w:r>
      <w:r w:rsidR="00496747" w:rsidRPr="00496747">
        <w:rPr>
          <w:rFonts w:ascii="Tahoma" w:hAnsi="Tahoma" w:cs="Tahoma"/>
          <w:rtl/>
        </w:rPr>
        <w:t xml:space="preserve"> بدون خون چنگ</w:t>
      </w:r>
      <w:r w:rsidR="00496747" w:rsidRPr="00496747">
        <w:rPr>
          <w:rFonts w:ascii="Tahoma" w:hAnsi="Tahoma" w:cs="Tahoma" w:hint="cs"/>
          <w:rtl/>
        </w:rPr>
        <w:t>ی</w:t>
      </w:r>
      <w:r w:rsidR="00496747" w:rsidRPr="00496747">
        <w:rPr>
          <w:rFonts w:ascii="Tahoma" w:hAnsi="Tahoma" w:cs="Tahoma" w:hint="eastAsia"/>
          <w:rtl/>
        </w:rPr>
        <w:t>ز</w:t>
      </w:r>
    </w:p>
    <w:p w:rsidR="00CE4BA8" w:rsidRDefault="006C728B" w:rsidP="00CE4BA8">
      <w:pPr>
        <w:bidi/>
        <w:spacing w:after="0" w:line="360" w:lineRule="auto"/>
        <w:rPr>
          <w:rFonts w:ascii="Tahoma" w:hAnsi="Tahoma" w:cs="Tahoma"/>
          <w:rtl/>
        </w:rPr>
      </w:pPr>
      <w:hyperlink w:anchor="Vol1Chapter12" w:history="1">
        <w:r w:rsidR="00CE4BA8" w:rsidRPr="00E629EA">
          <w:rPr>
            <w:rStyle w:val="Hyperlink"/>
            <w:rFonts w:ascii="Tahoma" w:hAnsi="Tahoma" w:cs="Tahoma" w:hint="cs"/>
            <w:rtl/>
          </w:rPr>
          <w:t>فصل دوازدهم</w:t>
        </w:r>
      </w:hyperlink>
      <w:r w:rsidR="00CE4BA8">
        <w:rPr>
          <w:rFonts w:ascii="Tahoma" w:hAnsi="Tahoma" w:cs="Tahoma" w:hint="cs"/>
          <w:rtl/>
        </w:rPr>
        <w:t>:</w:t>
      </w:r>
      <w:r w:rsidR="00E629EA">
        <w:rPr>
          <w:rFonts w:ascii="Tahoma" w:hAnsi="Tahoma" w:cs="Tahoma" w:hint="cs"/>
          <w:rtl/>
        </w:rPr>
        <w:t xml:space="preserve"> </w:t>
      </w:r>
      <w:r w:rsidR="00E629EA" w:rsidRPr="00E629EA">
        <w:rPr>
          <w:rFonts w:ascii="Tahoma" w:hAnsi="Tahoma" w:cs="Tahoma"/>
          <w:rtl/>
        </w:rPr>
        <w:t>شاهرخ؛ گذار از امپراتور</w:t>
      </w:r>
      <w:r w:rsidR="00E629EA" w:rsidRPr="00E629EA">
        <w:rPr>
          <w:rFonts w:ascii="Tahoma" w:hAnsi="Tahoma" w:cs="Tahoma" w:hint="cs"/>
          <w:rtl/>
        </w:rPr>
        <w:t>ی</w:t>
      </w:r>
      <w:r w:rsidR="00E629EA" w:rsidRPr="00E629EA">
        <w:rPr>
          <w:rFonts w:ascii="Tahoma" w:hAnsi="Tahoma" w:cs="Tahoma"/>
          <w:rtl/>
        </w:rPr>
        <w:t xml:space="preserve"> جنگ</w:t>
      </w:r>
      <w:r w:rsidR="00E629EA" w:rsidRPr="00E629EA">
        <w:rPr>
          <w:rFonts w:ascii="Tahoma" w:hAnsi="Tahoma" w:cs="Tahoma" w:hint="cs"/>
          <w:rtl/>
        </w:rPr>
        <w:t>ی</w:t>
      </w:r>
      <w:r w:rsidR="00E629EA" w:rsidRPr="00E629EA">
        <w:rPr>
          <w:rFonts w:ascii="Tahoma" w:hAnsi="Tahoma" w:cs="Tahoma"/>
          <w:rtl/>
        </w:rPr>
        <w:t xml:space="preserve"> به کشوردار</w:t>
      </w:r>
      <w:r w:rsidR="00E629EA" w:rsidRPr="00E629EA">
        <w:rPr>
          <w:rFonts w:ascii="Tahoma" w:hAnsi="Tahoma" w:cs="Tahoma" w:hint="cs"/>
          <w:rtl/>
        </w:rPr>
        <w:t>ی</w:t>
      </w:r>
      <w:r w:rsidR="00E629EA" w:rsidRPr="00E629EA">
        <w:rPr>
          <w:rFonts w:ascii="Tahoma" w:hAnsi="Tahoma" w:cs="Tahoma"/>
          <w:rtl/>
        </w:rPr>
        <w:t xml:space="preserve"> ت</w:t>
      </w:r>
      <w:r w:rsidR="00E629EA" w:rsidRPr="00E629EA">
        <w:rPr>
          <w:rFonts w:ascii="Tahoma" w:hAnsi="Tahoma" w:cs="Tahoma" w:hint="cs"/>
          <w:rtl/>
        </w:rPr>
        <w:t>ی</w:t>
      </w:r>
      <w:r w:rsidR="00E629EA" w:rsidRPr="00E629EA">
        <w:rPr>
          <w:rFonts w:ascii="Tahoma" w:hAnsi="Tahoma" w:cs="Tahoma" w:hint="eastAsia"/>
          <w:rtl/>
        </w:rPr>
        <w:t>مور</w:t>
      </w:r>
      <w:r w:rsidR="00E629EA" w:rsidRPr="00E629EA">
        <w:rPr>
          <w:rFonts w:ascii="Tahoma" w:hAnsi="Tahoma" w:cs="Tahoma" w:hint="cs"/>
          <w:rtl/>
        </w:rPr>
        <w:t>ی</w:t>
      </w:r>
    </w:p>
    <w:p w:rsidR="00CE4BA8" w:rsidRDefault="00FE0E57" w:rsidP="00CE4BA8">
      <w:pPr>
        <w:bidi/>
        <w:spacing w:after="0" w:line="360" w:lineRule="auto"/>
        <w:rPr>
          <w:rFonts w:ascii="Tahoma" w:hAnsi="Tahoma" w:cs="Tahoma"/>
          <w:rtl/>
        </w:rPr>
      </w:pPr>
      <w:r>
        <w:rPr>
          <w:rFonts w:cs="Calibri"/>
          <w:rtl/>
        </w:rPr>
        <w:t>فصل</w:t>
      </w:r>
      <w:r>
        <w:t xml:space="preserve"> </w:t>
      </w:r>
      <w:r>
        <w:rPr>
          <w:rFonts w:cs="Calibri"/>
          <w:rtl/>
        </w:rPr>
        <w:t>سیزدهم</w:t>
      </w:r>
      <w:r>
        <w:t xml:space="preserve">: </w:t>
      </w:r>
      <w:r>
        <w:rPr>
          <w:rFonts w:cs="Calibri"/>
          <w:rtl/>
        </w:rPr>
        <w:t>قره</w:t>
      </w:r>
      <w:r>
        <w:t>‌</w:t>
      </w:r>
      <w:r>
        <w:rPr>
          <w:rFonts w:cs="Calibri"/>
          <w:rtl/>
        </w:rPr>
        <w:t>قویونلو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آق</w:t>
      </w:r>
      <w:r>
        <w:t>‌</w:t>
      </w:r>
      <w:r>
        <w:rPr>
          <w:rFonts w:cs="Calibri"/>
          <w:rtl/>
        </w:rPr>
        <w:t>قویونلو؛</w:t>
      </w:r>
      <w:r>
        <w:t xml:space="preserve"> </w:t>
      </w:r>
      <w:r>
        <w:rPr>
          <w:rFonts w:cs="Calibri"/>
          <w:rtl/>
        </w:rPr>
        <w:t>میراث</w:t>
      </w:r>
      <w:r>
        <w:t xml:space="preserve"> </w:t>
      </w:r>
      <w:r>
        <w:rPr>
          <w:rFonts w:cs="Calibri"/>
          <w:rtl/>
        </w:rPr>
        <w:t>ایلخانی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دست</w:t>
      </w:r>
      <w:r>
        <w:t xml:space="preserve"> </w:t>
      </w:r>
      <w:r>
        <w:rPr>
          <w:rFonts w:cs="Calibri"/>
          <w:rtl/>
        </w:rPr>
        <w:t>ترکمانان</w:t>
      </w:r>
    </w:p>
    <w:p w:rsidR="00CE4BA8" w:rsidRDefault="00573762" w:rsidP="00CE4BA8">
      <w:pPr>
        <w:bidi/>
        <w:spacing w:after="0" w:line="360" w:lineRule="auto"/>
        <w:rPr>
          <w:rFonts w:ascii="Tahoma" w:hAnsi="Tahoma" w:cs="Tahoma"/>
          <w:rtl/>
        </w:rPr>
      </w:pPr>
      <w:r>
        <w:rPr>
          <w:rFonts w:cs="Calibri"/>
          <w:rtl/>
        </w:rPr>
        <w:t>فصل</w:t>
      </w:r>
      <w:r>
        <w:t xml:space="preserve"> </w:t>
      </w:r>
      <w:r>
        <w:rPr>
          <w:rFonts w:cs="Calibri"/>
          <w:rtl/>
        </w:rPr>
        <w:t>چهاردهم</w:t>
      </w:r>
      <w:r>
        <w:t xml:space="preserve">: </w:t>
      </w:r>
      <w:r>
        <w:rPr>
          <w:rFonts w:cs="Calibri"/>
          <w:rtl/>
        </w:rPr>
        <w:t>میراث</w:t>
      </w:r>
      <w:r>
        <w:t xml:space="preserve"> </w:t>
      </w:r>
      <w:r>
        <w:rPr>
          <w:rFonts w:cs="Calibri"/>
          <w:rtl/>
        </w:rPr>
        <w:t>مغولان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کشورداری</w:t>
      </w:r>
      <w:r>
        <w:t xml:space="preserve"> </w:t>
      </w:r>
      <w:r>
        <w:rPr>
          <w:rFonts w:cs="Calibri"/>
          <w:rtl/>
        </w:rPr>
        <w:t>ایران</w:t>
      </w:r>
    </w:p>
    <w:p w:rsidR="00CE4BA8" w:rsidRDefault="00CE4BA8" w:rsidP="00CE4BA8">
      <w:pPr>
        <w:bidi/>
        <w:spacing w:after="0" w:line="360" w:lineRule="auto"/>
        <w:rPr>
          <w:rFonts w:ascii="Tahoma" w:hAnsi="Tahoma" w:cs="Tahoma"/>
          <w:rtl/>
        </w:rPr>
      </w:pPr>
    </w:p>
    <w:p w:rsidR="009B7EE7" w:rsidRDefault="009B7EE7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B7EE7" w:rsidRDefault="009B7EE7" w:rsidP="009B7EE7">
      <w:pPr>
        <w:pageBreakBefore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0" w:name="Vol1Chapter00"/>
      <w:bookmarkEnd w:id="0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پیشگفتار</w:t>
      </w: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۱</w:t>
      </w:r>
      <w:r w:rsidRPr="00B9069B">
        <w:rPr>
          <w:rFonts w:ascii="Tahoma" w:hAnsi="Tahoma" w:cs="Tahoma"/>
          <w:b/>
          <w:rtl/>
        </w:rPr>
        <w:t xml:space="preserve">. </w:t>
      </w:r>
      <w:r w:rsidRPr="00B9069B">
        <w:rPr>
          <w:rFonts w:ascii="Tahoma" w:hAnsi="Tahoma" w:cs="Tahoma"/>
          <w:b/>
          <w:bCs/>
          <w:rtl/>
        </w:rPr>
        <w:t>چرا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این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مجموعه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را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نوشته</w:t>
      </w:r>
      <w:r w:rsidRPr="00B9069B">
        <w:rPr>
          <w:rFonts w:ascii="Tahoma" w:hAnsi="Tahoma" w:cs="Tahoma"/>
          <w:b/>
        </w:rPr>
        <w:t>‌</w:t>
      </w:r>
      <w:r w:rsidRPr="00B9069B">
        <w:rPr>
          <w:rFonts w:ascii="Tahoma" w:hAnsi="Tahoma" w:cs="Tahoma"/>
          <w:b/>
          <w:bCs/>
          <w:rtl/>
        </w:rPr>
        <w:t>ام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شاید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آخرین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هشتاد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نویسم؛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کوشد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حاصل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اندیشیدن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سرگذشت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زادگاهم،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قالب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منسجم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فرصت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نامحدودی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پژوهش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آرشیوی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نکته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ارجاع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 کاری که از نویسنده بر می آمده مقایسه اطلاعات اش با منابع عامی همچوم فرهنگنامه ها (وبخصوص ایرانیکا) بوده است اما واقعیت اینکه 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کتاب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آمیزه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مطالعه،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تجربه،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تأملاتی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ذهن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انباشته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بداند؛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نگارش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نقص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رویدادهای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نیمی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«دولت»،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زبان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فارسی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«دیوان»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عضو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کوچکی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وظیفه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بعدها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پژوهشگر،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نویسنده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ناظر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همچنان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درگیر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ماندم.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علاقهء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«کشورداری»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صرفاً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علاقه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تجربهء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زیستهء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نزدیک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نتیجهء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فاصله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وعده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نتیجه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نرسند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نتیجه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خلاف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مقصود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پادشاهی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محمدرضاشاه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پهلوی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دنیا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سقوط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پادشاهی اش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نزدیک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شاهد زشت کاری 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رژیم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اسلامی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ام.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ذهن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نکرده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پیشینهء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بارها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خودکامگی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 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 xml:space="preserve"> همه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موجودیت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سلسله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ایدئولوژی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زخم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گسست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است؟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پاسخی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تدریج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سالاری، در کل محموعهء گشورداری،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پسِ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خلفا،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سلاطین،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رهبران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مذهبی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تشکیلات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گوناگون،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صدا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وظیفهء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تقسیم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اسناد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کوشیده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فروپاشی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البته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اندازه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حساب،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تقسیم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شرایط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جغرافیایی،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جمعیتی،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ویژه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طلب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پرورانده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پراکندگی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آبادی،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فاصلهء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مراکز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زبان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شیوه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نگهداری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مکرر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بیرونی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درپی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خاندان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سبب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پادشاه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سلسله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رود.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آید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موانع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سراسر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حرکت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فشار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کوشیده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تعارض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بکاهد.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موضوع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بررسی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دگرگونی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ستایش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چون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وچرای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بازگویی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2. مجموعه</w:t>
      </w:r>
      <w:r w:rsidRPr="00B9069B">
        <w:rPr>
          <w:rFonts w:ascii="Tahoma" w:hAnsi="Tahoma" w:cs="Tahoma"/>
          <w:b/>
        </w:rPr>
        <w:t>‌</w:t>
      </w:r>
      <w:r w:rsidRPr="00B9069B">
        <w:rPr>
          <w:rFonts w:ascii="Tahoma" w:hAnsi="Tahoma" w:cs="Tahoma"/>
          <w:b/>
          <w:bCs/>
          <w:rtl/>
        </w:rPr>
        <w:t>ای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دوازده</w:t>
      </w:r>
      <w:r w:rsidRPr="00B9069B">
        <w:rPr>
          <w:rFonts w:ascii="Tahoma" w:hAnsi="Tahoma" w:cs="Tahoma"/>
          <w:b/>
        </w:rPr>
        <w:t>‌</w:t>
      </w:r>
      <w:r w:rsidRPr="00B9069B">
        <w:rPr>
          <w:rFonts w:ascii="Tahoma" w:hAnsi="Tahoma" w:cs="Tahoma"/>
          <w:b/>
          <w:bCs/>
          <w:rtl/>
        </w:rPr>
        <w:t>جلدی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با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دو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شیوهء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خواندن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کتابی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دوازده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جلدی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سرگذشت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ایرانی» 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پردازد.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 تک 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اختصاص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علاقه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جداگانه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یازده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نباشد.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امتداد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تصویری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پیدایش،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پردازند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اختصاص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معمولاً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«پیشاتاریخ»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نیامده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بنیادهای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همکاری،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تقسیم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انتقال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تجربه،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فرماندهی،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انباشت،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عدالت،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اخلاق،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نگهداری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نخستین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شاهنشاهی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مبانی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فکری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چارچوب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ادراکی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نویسنده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ناگهان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ظهور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پادشاه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نوشتن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نخستین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ترتیب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نامه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معمول هم 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ابتدا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مسائل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ریشه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مرحله،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گردد.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حرکت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ترتیب،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نخست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آثارش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حضور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ببیند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لایه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بازگردد.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استقلال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حلقه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استدلال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ساخته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پرداخته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بشری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دگرگونی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مراحل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تعقیب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سلطنت،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ثابت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تغییرناپذیر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نداشته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 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درآمیخته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برخاسته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دلیل،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پیشگفتار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پیشگفتاری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اختصاصی 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استدلال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توضیح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دهد. پیشگفتار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چیست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مقصد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زبانی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پیشگفتار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اختصاصی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حلقه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زنجیره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بررسی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۳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کشورداری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چیست؟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منظور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«کشورداری» هنر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لازم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برپایی،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 و لذا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مدیریت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دولتی،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دیپلماسی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راهبرد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 مسئلهء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مناسبات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خارجی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هویت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بخش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هماهنگ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موجودیت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داخلی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یابد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بسازد.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تعریفی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فشرده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گفت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عبارت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کارگیری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سنجیده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هماهنگ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دیپلماسی،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ــ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ــ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تحقق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تنظیم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راندن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روزمره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بگیرد،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استقلال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اختلاف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شرایط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اساساً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ژرف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استمرار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استمرار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اصطلاح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اغلب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لحنی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ستایش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آمیز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خودی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اخلاقی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خنثی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خودکامه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تنظیم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جانشینی،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تمامیت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سرزمینی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چشمگیری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دهد. 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مقابل،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دموکراتیک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سبب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کوتاه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بینی،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سردرگمی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راهبردی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ناموفق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بنابراین،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گذاشت.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تحقق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برخوردار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اعمال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اخلاقی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کرامت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اخلاقی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رعایت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دموکراتیک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کارآمدی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رضایت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کثرت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گرایی،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ویژگی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ارزیابی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موفق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موفقیت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کسانی،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ابزارهایی،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تحمیل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هزینه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۴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عناصر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اساسی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کشورداری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برپایی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سروکار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درستی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بماند. 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الزام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سرزمین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اعمال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تهدیدهای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داخلی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خارجی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جانشینی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شورش،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داخلی،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تجاوز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خارجی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فروپاشی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جلوگیری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برکناری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نریزد؟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 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موفقیت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فروبپاشد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موفق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دانست. 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معیارهای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عنصر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اطاعت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 xml:space="preserve">شناخته 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 xml:space="preserve"> 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الزام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دانند. وضع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تثبیت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مشارکت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رضایت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نمایندگی،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شکل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هویت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جانشینی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اعتماد،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شکننده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بگیرد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سرزمین،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بازداشتن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دشمن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تجاوز،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ارتباطی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مقابله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مسلحانه،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پشتیبانی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متحدان،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نجات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شرایط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مناسب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مذاکره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بخورد،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پیروزی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اشغال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پرهزینه،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دشمنی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فرسودگی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فروپاشی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داخلی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دنبال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شویم؛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وضعیت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کرد. 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عالی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پرهیز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فاجعه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بزرگ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تشخیص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عنصر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هوش،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دانست. 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دستاورد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اشخاص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مشکلات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بزرگ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بسازد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مشکلات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 گذار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تحولات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بشر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بینی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پذیر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اختلاف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توسل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خشونت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وظایف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مشخص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ارث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قراردادها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تنظیم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شیوهء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اعمال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نماید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استمرار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بخشد. اما 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بیشتری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قوانین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فهمیدنی،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نسبتاً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اصلاح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پذیر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بنیادی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چارچوب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مدیریت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اختلاف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گروه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طبقات،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مناطق،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مذاهب،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زبان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منافع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برداشت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گوناگون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تشکیل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تفاوت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ترتیبی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بمانند. مذاکره،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تمرکززدایی،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تقسیم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دادگاه،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اقلیت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رقابت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آزاد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قانونمند،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مختلف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مدیریت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سرکوب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همیشه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 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پخته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مخالفتی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موجودیت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تهدید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بگذارد.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دستورهای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ثابت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فروکاست. 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موقعیتی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یگانه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انتخاب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تشخیص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فعلاً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تغییرپذیر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پیامدهای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ناخواسته،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انگیزه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متحد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دشمن،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دانستن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مقاومت،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سنجش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خطر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شرایط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نامطمئن،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اجزای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نظریه،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اطلاعات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انتخاب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ماشینی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موقعیتی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ویژه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همچنین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روزمره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غالباً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انتخابات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اعتراض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بودجهء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محبوب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فردای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تضعیف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هزینه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بیشتری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نگری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پیشگویی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کنونی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عناصر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تحقق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یابد.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هزینه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اعتبار،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تجارت،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زیرساخت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کشاورزی،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صنعت،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ذخیره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توزیع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بارها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منافع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قلمرو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استخراج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فقیر،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آماده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خویشتن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داری.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سرانجام،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چیزی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گردآوری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اطلاعات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معتبر،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گزینش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کارگزاران،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مسئولیت،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تخصیص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اسناد،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هماهنگی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مأموران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اصلاح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ناموفق،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وظایف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جایگاهی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۵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دیوان</w:t>
      </w:r>
      <w:r w:rsidRPr="00B9069B">
        <w:rPr>
          <w:rFonts w:ascii="Tahoma" w:hAnsi="Tahoma" w:cs="Tahoma"/>
          <w:b/>
        </w:rPr>
        <w:t>‌</w:t>
      </w:r>
      <w:r w:rsidRPr="00B9069B">
        <w:rPr>
          <w:rFonts w:ascii="Tahoma" w:hAnsi="Tahoma" w:cs="Tahoma"/>
          <w:b/>
          <w:bCs/>
          <w:rtl/>
        </w:rPr>
        <w:t>سالاری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و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احوال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ملت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احوال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پیوسته،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فراگیر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سنجش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روزمره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رئیس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جمهور،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مجلس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هیئت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بگیرند؛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مرزها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حفاظت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وضعی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چیست،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کجاست،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نتایج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بااین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همه،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دقت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رعایت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 اگرچه 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لزوماً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مصلحت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 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احوال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مختلف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عهدهء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مجلس،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تحقق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 سیاست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«مردم» 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احوال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مشخص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نفر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هستند،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تعداد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کودک،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سالمند،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منطقه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خشکسالی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کمبود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غذاست،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میزان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مدرسه،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بیمارستان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تعمیر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سرشماری،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دفترهای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اسناد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گزارش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قیمت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محصول،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ارزیابی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نتیجهء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انتزاعی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چشم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گوش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مستقیماً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احوال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خیرخواه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گردآوری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اطلاعات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نابیناست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اساس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حدس،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شایعه،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تملق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اطرافیان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البته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آشکار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پنهان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فاسد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خوشایند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دروغ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بنابراین،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حرفه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راستگو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مدرسه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بودجه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اختصاص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نیابد،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انتخاب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نگردد،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آموزگار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استخدام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مدرسه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نگیرد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نتیجه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فاصله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بزرگ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فاصله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سطح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خطابه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سطح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روزمره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رسد.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نیازهای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متوقف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بیمارستان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موعد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اسناد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محفوظ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مدرسه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آموز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بپذیرد.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مداران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وآمد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متوقف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متصل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کوتاه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متغیر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پیوستهء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تعهدی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پرداخت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تعلق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اعتبار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طرحی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ذهن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بایگانی،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گزارش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نگهداری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اسناد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آسیب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بینند،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سابقهء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برخورداری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نقاط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مختلف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رساند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اطلاعات،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پیرامون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گرداند.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دوسویه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حرکت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بالا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گیرد،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صدور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بالا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منتقل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وسیلهء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صاحبان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حائل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مأمور،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میزان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اعتراض،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خودسری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جلوگیری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گروه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خودسری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دائمی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ذوقی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عدالت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مطالبهء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پراکنده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کوچک،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بیمارستان،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خانواده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عهدهء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وسیلهء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طبقهء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تشخیص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کاهش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محصول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قحطی،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افزایش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کمبود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مهاجرت،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نارضایتی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فرسودگی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زیرساخت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فروپاشی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ببیند.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رسیدگی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حقیقی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کمک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وقوع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رنج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جلوگیری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رنج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هست.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ذاتاً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مؤثرترین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وسیلهء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سلطه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هستند،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کنترل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بگیرد،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اموال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توقیف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وآمد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مخالفان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شناسایی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اهمیت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ذاتی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جایگاهش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ظرفیتی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شفافیت،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گیرد.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۶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چهار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نهاد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اصلی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و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نیروهای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اجتماعی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پیرامون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آنها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اساس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کارکرد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مطالعه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: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 یا مقر حکومت اش،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همیشه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نداشته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خلیفه،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سلطان،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امیر،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رئیس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جمهور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سپاه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قبیله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غلامان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ارتش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ایدئولوژیک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موبد،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کاهن،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فقیه،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مجتهد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صاحب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منصب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مذهبی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دبیرخانه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خراج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وزارتخانه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ثابت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وظیفه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جایگاه 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پراکنده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متنوع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همواره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یکپارچگی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طولانی،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سلطنت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همیشگی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دودمان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سلطنت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وحدت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اجبار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مسلحانه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خارجی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پشتوانه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هدف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صاحب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بزرگی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داستان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فرماندهانی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نگهبانی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پرورش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بلعیدند.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بنیادی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هزینهء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وظیفه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حساب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تفسیر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مقدس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سرچشمه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غالباً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تأیید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آموزش،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همواره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تأیید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باطل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اطاعت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استفاده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بکوشد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بسازد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پایتخت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حساب،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پیرامون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بزرگ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مالکی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بزرگی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نفوذ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سرچشمهء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ثروت،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موقوفه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همیشه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استوار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مصون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خرید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نبوده؛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تدریج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ارتباطی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سرمایه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برساند،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جنبش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پشتیبانی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اثر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بگذارد.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بزرگ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مالکان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دقیق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موازنهء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نقشی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استقلال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شیعه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سقوط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صفویه،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مثال،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حاصل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نظریهء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مرجعیت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موقوفات،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خمس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مشروطه،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نهضت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انقلاب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اسلامی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ترکیب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ائتلاف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حادثه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شمرد،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توجه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پیرامون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نقش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توضیح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بنابراین،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موضوع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کتاب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جداگانهء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متحد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برخاسته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حذف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ائتلافی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موقت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متحد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پناه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بگیرد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بعد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استخدام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۷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زبان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مفهومی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این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مجموعه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دنبال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آشفتگی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گفت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وگوی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مشترک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«کشور»،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«حکومت»،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«دولت»،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«حاکم»،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«حاکمیت»،«ملت»،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«مردم»،</w:t>
      </w:r>
      <w:r w:rsidRPr="00B9069B">
        <w:rPr>
          <w:rFonts w:ascii="Tahoma" w:hAnsi="Tahoma" w:cs="Tahoma"/>
        </w:rPr>
        <w:t xml:space="preserve"> «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حکمرانی»،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«دین»،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«شریعت»،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«سکولاریسم» 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مختلف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پیشگفتار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کاربرد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مشخص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«کشور» 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کتاب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سرزمین،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شیوه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روابط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سقوط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 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موجودیت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خطر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تمایز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سقوط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«حاکم»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راند. «حکومت»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گروهی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الزام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«حاکمیت»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قلمرو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«دولت» معنایی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نسبتاً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اشاره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البته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شده؛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کاربرد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توجه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فهمیده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حکمرانی»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الزام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بدانند.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مختلف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دودمان،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فتح،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تأیید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وادارکردن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اطاعت،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آفریند؛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ادعای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سازد.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«ملت»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کلاسیک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فارسی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عربی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غالباً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شریعت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رفت.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اطلاق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اعضای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صرف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نظر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قومی،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طبقاتی،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حقوق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برخوردارند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سرچشمهء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شمار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کتاب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مفهوم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سخن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گوید،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رعایا،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اهالی،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گذاشت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مفاهیم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امروز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احتیاط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تحمیل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نکرد.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پسوند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«سالاری»در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ترجمهء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جاافتاده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گوناگون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حال،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«سالاری»</w:t>
      </w:r>
      <w:r w:rsidRPr="00B9069B">
        <w:rPr>
          <w:rFonts w:ascii="Tahoma" w:hAnsi="Tahoma" w:cs="Tahoma"/>
        </w:rPr>
        <w:t>»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ترکیب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لزوماً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گروهی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کارمندان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کارکنانی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صرفاً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حضور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وضعیتی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قواعد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یابند.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«ملت»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(یعنی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شهروندان)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منتهی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استفادهء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مبهم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توجیه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گروهی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خاص.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«دینکاران»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فعالیت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جایگاه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تخصص،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منصب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«روحانیت» دقیق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جوهر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طبقه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روحانی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فرض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موبد،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کاهن،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فقیه،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مجتهد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صاحبان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حرفه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دربرمی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مؤمن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میلیون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عضو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صاحب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تفسیر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مذهبی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«شریعت»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کتاب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کلیت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مقصود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قواعد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احکام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حقیقتی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تنظیم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تفسیر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شرایط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غالباً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انحصار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متخصصان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«سکولاریسم» و «سکولاریسم نو»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معنای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دشمنی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آزادی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یعنی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جداکردن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گذاری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ادعای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انحصاری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مذهب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ایدئولوژی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سپردن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سرچشمه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گروهی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سبب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عقیدهء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قائل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دسترس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اصلاح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بیرون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ببرد.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۸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عقل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کشورداری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و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مسئلهء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سکولار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دموکراسی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جامعهء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پیچیده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تقسیم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تخصص،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بینی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پذیری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وجود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صرف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نظر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خلیفه،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سلطان،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فقیه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رئیس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جمهور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تقسیم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بسازند،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بیماری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نمایند.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«عقل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عقلی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پیامد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بسنجد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آرمان،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تقدس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انباشته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توانسته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همیشه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انتزاعی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توضیح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خزانه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ندارد،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افزایش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آفریند،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تعرض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جهت،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«می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توانسته»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جبری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خودکامگی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تعصب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کارآمدتر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تبعیض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سرکوب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دقتی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پراکنده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تماس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ظرفیتی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ایجاد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تحقق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ظرفیت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استقلال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حرفه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ذاتاً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دموکراتیک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میدان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سرکوب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تنش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شریعت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دقت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فهمیده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شریعت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حقیقتی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ثابت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افزایش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یابد،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فناوری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دگرگون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ارتباطات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یابند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مسائل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تازه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آیند.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اجتهاد،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فتوا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تفسیر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سازوکارها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زمان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کوشند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سازگارکردن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قواعد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انحصار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کشمکش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متغیر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اختیار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«سکولار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دموکراسی»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حادثه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ناگهانی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صرفاً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نسخه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واردشده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غرب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تلقی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اندیشه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غربی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نقشی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انکارناپذیر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اصلاح،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تخصص،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رهاکردن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انحصار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قدسی.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سرنوشت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حتمی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صورت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مطلوب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ممکنِ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تجربهء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طولانی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بدهد.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دموکراسی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وعده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اجرا،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ناتوانی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بینجامد.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بسازد،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وسیلهء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کوشد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دهد: 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دفاع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طرف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باورهای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متعهد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کرامت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برابری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شهروندان.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ازاین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خواهد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آگاهانه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معرفی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کشمکش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سکولاریسم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بنامد.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مسئله،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دنبال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پیدایش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ظرفیت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موانع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شرایطی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لازم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آرام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عمومی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نزدیک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۹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روش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روایت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تاریخ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در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این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مجموعه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انگیزهء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نارضایتی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شیوه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غالباً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تحولات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فهمیده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ایم.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گذشته،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بارها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آزادی،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عدالت،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تجدد،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انقلاب،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مشروطه،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جمهوریت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توسعه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سخن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انقلاب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ایدئولوژی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فروریخته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بحران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اصلی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همچنان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شخصیت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رهبران،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توطئه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دخالت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خارجی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انفجار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ناگهانی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انقلاب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فروکاسته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عوامل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حذف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حوادث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روزمره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ماندگارتر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عمل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کوشد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سازوکارهایی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دگرگون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هزینهء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پرداخت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کدام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ازاین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سلسله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کتاب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حضور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دارند،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عنوان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موضوع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جنگ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اهمیت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یابد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ولایت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حکمرانی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مذهب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هنگامی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تحلیل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سیاسی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آموزش،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بسیج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سبب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نزدیکی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اهمیت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نقشی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ارادهء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محدودکردن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ایفا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همچنین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سقوط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تمایز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گذارد.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بخورد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سقوط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یابد؛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ظاهراً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فرسودن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اجتماعی،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ببرد.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تمایز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تداوم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پس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تغییر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مکرر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ببینیم،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ویرانی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گسست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واقعی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کنیم.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گزارش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قطعی،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مشهور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تفسیر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نویسنده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گذارم،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عرضه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ام.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منابع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اغلب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پیروان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فاتحان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دشمنان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ارقام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کشتار،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انگیزهء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اشخاص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گفت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وگوهای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خصوصی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افسانه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تبلیغ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آمیخته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قطعیت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حدود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دانسته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تردید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علمی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تحلیل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پیامدهای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قابل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مشاهده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بازدارد.</w:t>
      </w:r>
    </w:p>
    <w:p w:rsid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خواننده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مستقل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روبه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رو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واژگان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ثابت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یابد: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کجا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اجرا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تعدیل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جانشینی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رعیت،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مؤمن،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دهنده،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سرباز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شهروند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شمرده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شدند؟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تکرار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مقایسهء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B9069B" w:rsidRPr="00B9069B" w:rsidRDefault="00B9069B" w:rsidP="00B9069B">
      <w:pPr>
        <w:keepNext/>
        <w:bidi/>
        <w:spacing w:after="0" w:line="360" w:lineRule="auto"/>
        <w:rPr>
          <w:rFonts w:ascii="Tahoma" w:hAnsi="Tahoma" w:cs="Tahoma"/>
        </w:rPr>
      </w:pPr>
      <w:r w:rsidRPr="00B9069B">
        <w:rPr>
          <w:rFonts w:ascii="Tahoma" w:hAnsi="Tahoma" w:cs="Tahoma"/>
          <w:b/>
          <w:bCs/>
          <w:rtl/>
        </w:rPr>
        <w:t>۱۰</w:t>
      </w:r>
      <w:r w:rsidRPr="00B9069B">
        <w:rPr>
          <w:rFonts w:ascii="Tahoma" w:hAnsi="Tahoma" w:cs="Tahoma"/>
          <w:b/>
          <w:rtl/>
        </w:rPr>
        <w:t>.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مقصد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این</w:t>
      </w:r>
      <w:r w:rsidRPr="00B9069B">
        <w:rPr>
          <w:rFonts w:ascii="Tahoma" w:hAnsi="Tahoma" w:cs="Tahoma"/>
          <w:b/>
        </w:rPr>
        <w:t xml:space="preserve"> </w:t>
      </w:r>
      <w:r w:rsidRPr="00B9069B">
        <w:rPr>
          <w:rFonts w:ascii="Tahoma" w:hAnsi="Tahoma" w:cs="Tahoma"/>
          <w:b/>
          <w:bCs/>
          <w:rtl/>
        </w:rPr>
        <w:t>روایت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ستایش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محکوم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یکسرهء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نظامیان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کمک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خطر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انداخته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مسئله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آرایشی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خدمت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آرایشی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نموده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ارزشی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زاویه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کمتر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کند: 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زاویهء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نیروهایی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فارغ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امکان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آورده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کوشد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سبب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قهرمانی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شاهان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مقاومت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سبب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مداوم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غالباً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کسانی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آموزش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اند.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بماند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همچنان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تصمیم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گیری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دربارهء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سرنوشت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محروم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باشند.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مقصد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آزاد،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شایستهء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باشد،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حفظ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دستگاه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مردم.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آرزوی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مجموعه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تنها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پیوندزدن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سکولار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دموکراسی،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تکثرگرایی،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حاکمیت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محموعه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چنین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امیدی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نوشته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 xml:space="preserve">شده 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است: امید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نسل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بتوانند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تجربهء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طولانی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سرزمین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افتخار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مصیبت،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بلکه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گیرند؛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هیچ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بالاتر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ملت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نگیرد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نهادهای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مقصدی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افتند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پاسخ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آمد: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ادامهء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جمعی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فراهم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ممکن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انسان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ایرانی.</w:t>
      </w:r>
    </w:p>
    <w:p w:rsidR="00B9069B" w:rsidRDefault="00B9069B" w:rsidP="00374623">
      <w:pPr>
        <w:bidi/>
        <w:spacing w:after="0" w:line="360" w:lineRule="auto"/>
        <w:ind w:firstLine="720"/>
        <w:jc w:val="both"/>
        <w:rPr>
          <w:rFonts w:ascii="Tahoma" w:hAnsi="Tahoma" w:cs="Tahoma" w:hint="cs"/>
          <w:rtl/>
        </w:rPr>
      </w:pPr>
    </w:p>
    <w:p w:rsidR="00B9069B" w:rsidRDefault="00B9069B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B9069B" w:rsidRPr="00B9069B" w:rsidRDefault="00B9069B" w:rsidP="00B9069B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" w:name="Vol6Preface"/>
      <w:bookmarkStart w:id="2" w:name="_GoBack"/>
      <w:bookmarkEnd w:id="1"/>
      <w:bookmarkEnd w:id="2"/>
      <w:r w:rsidRPr="00B9069B">
        <w:rPr>
          <w:rFonts w:asciiTheme="majorBidi" w:hAnsiTheme="majorBidi" w:cstheme="majorBidi"/>
          <w:b/>
          <w:bCs/>
          <w:sz w:val="36"/>
          <w:szCs w:val="36"/>
          <w:rtl/>
        </w:rPr>
        <w:t>سرآغاز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ورود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مغولان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آغاز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پیامدهای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مغول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تیموری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دنبال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حملهٔ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مغول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کشتار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شبکه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آبیاری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گسستن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بسیاری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پیوندهای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اقتصادی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بااین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همه،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داستان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نیست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فاتحان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خیلی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دریافتند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بگیرد،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کند</w:t>
      </w:r>
      <w:r w:rsidRPr="00B9069B">
        <w:rPr>
          <w:rFonts w:ascii="Tahoma" w:hAnsi="Tahoma" w:cs="Tahoma"/>
        </w:rPr>
        <w:t>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مغولان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گردآوری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ثبت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سامان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تنظیم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شهر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اردو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نگاه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داشتن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ناچار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گیرند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پلی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تازه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جامعهٔ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شکست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خورده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دیوانیان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توانستند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بکاهند،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برنامهٔ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آبادانی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پیشنهاد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کنند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نظم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بدل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سازند؛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توانست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محاسبهٔ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دقیق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بهره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کشی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منظم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رود</w:t>
      </w:r>
      <w:r w:rsidRPr="00B9069B">
        <w:rPr>
          <w:rFonts w:ascii="Tahoma" w:hAnsi="Tahoma" w:cs="Tahoma"/>
        </w:rPr>
        <w:t>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رابطهٔ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پیوسته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ناپایدار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فرماندهان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مغول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خواستند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دانست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تولیدکننده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نابود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شود،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مالیاتی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آینده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باقی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ماند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کشاکش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اندازهٔ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برداشت،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مالکیت،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پول،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امنیت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اختلافی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نبود؛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نزاع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فوری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فاتح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ضرورت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اصلاحات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غازان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خان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کوشش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وزیرانی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رشیدالدین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فضل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الله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زمینه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فهمید</w:t>
      </w:r>
      <w:r w:rsidRPr="00B9069B">
        <w:rPr>
          <w:rFonts w:ascii="Tahoma" w:hAnsi="Tahoma" w:cs="Tahoma"/>
        </w:rPr>
        <w:t>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اسلام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آوردن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ایلخانان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دگرگون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کرد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فاتح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بیگانه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پذیرفته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شدن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زبانی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حقانیت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داشت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بشناسند،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دینکاران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گسترش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اقتدار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حمایت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حکومت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نیازمند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بودند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اما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پذیرفتن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اسلام،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مغولان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یکباره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ادامه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دهندگان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تفاوت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سنت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پیشین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نکرد؛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آرایش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قشون،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خاندان،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ساخت</w:t>
      </w:r>
      <w:r w:rsidRPr="00B9069B">
        <w:rPr>
          <w:rFonts w:ascii="Tahoma" w:hAnsi="Tahoma" w:cs="Tahoma"/>
        </w:rPr>
        <w:t>.</w:t>
      </w:r>
    </w:p>
    <w:p w:rsidR="00B9069B" w:rsidRPr="00B9069B" w:rsidRDefault="00B9069B" w:rsidP="00B9069B">
      <w:pPr>
        <w:bidi/>
        <w:spacing w:after="0" w:line="360" w:lineRule="auto"/>
        <w:ind w:firstLine="720"/>
        <w:rPr>
          <w:rFonts w:ascii="Tahoma" w:hAnsi="Tahoma" w:cs="Tahoma"/>
        </w:rPr>
      </w:pPr>
      <w:r w:rsidRPr="00B9069B">
        <w:rPr>
          <w:rFonts w:ascii="Tahoma" w:hAnsi="Tahoma" w:cs="Tahoma"/>
          <w:rtl/>
        </w:rPr>
        <w:t>پرسش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مرکزی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جلد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کشورداری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زیر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ویرانگرترین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حمله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های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تاریخ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جان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برد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همان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چگونه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خود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ابزار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فرمانروایی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فاتحان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تبدیل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شد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استمرار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ایران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فقط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بقای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یک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ناشی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نشد؛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ماندن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دانش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اداره،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زبان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حافظهٔ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اسناد،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توان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بازسازی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پدید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آمد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که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زندگی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ویرانی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از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سر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گرفتند</w:t>
      </w:r>
      <w:r w:rsidRPr="00B9069B">
        <w:rPr>
          <w:rFonts w:ascii="Tahoma" w:hAnsi="Tahoma" w:cs="Tahoma"/>
        </w:rPr>
        <w:t xml:space="preserve">. </w:t>
      </w:r>
      <w:r w:rsidRPr="00B9069B">
        <w:rPr>
          <w:rFonts w:ascii="Tahoma" w:hAnsi="Tahoma" w:cs="Tahoma"/>
          <w:rtl/>
        </w:rPr>
        <w:t>این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دوره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نشان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می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دهد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دیوانسالاری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ذاتاً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نجات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بخش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نه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ذاتاً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ستمگر؛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ارزش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آن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رابطه</w:t>
      </w:r>
      <w:r w:rsidRPr="00B9069B">
        <w:rPr>
          <w:rFonts w:ascii="Tahoma" w:hAnsi="Tahoma" w:cs="Tahoma"/>
        </w:rPr>
        <w:t>‌</w:t>
      </w:r>
      <w:r w:rsidRPr="00B9069B">
        <w:rPr>
          <w:rFonts w:ascii="Tahoma" w:hAnsi="Tahoma" w:cs="Tahoma"/>
          <w:rtl/>
        </w:rPr>
        <w:t>اش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با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قانون،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مردم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قدرت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وابسته</w:t>
      </w:r>
      <w:r w:rsidRPr="00B9069B">
        <w:rPr>
          <w:rFonts w:ascii="Tahoma" w:hAnsi="Tahoma" w:cs="Tahoma"/>
        </w:rPr>
        <w:t xml:space="preserve"> </w:t>
      </w:r>
      <w:r w:rsidRPr="00B9069B">
        <w:rPr>
          <w:rFonts w:ascii="Tahoma" w:hAnsi="Tahoma" w:cs="Tahoma"/>
          <w:rtl/>
        </w:rPr>
        <w:t>است</w:t>
      </w:r>
      <w:r w:rsidRPr="00B9069B">
        <w:rPr>
          <w:rFonts w:ascii="Tahoma" w:hAnsi="Tahoma" w:cs="Tahoma"/>
        </w:rPr>
        <w:t>.</w:t>
      </w:r>
    </w:p>
    <w:p w:rsidR="003E124E" w:rsidRDefault="003E124E" w:rsidP="004E2C5E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4E2C5E">
        <w:rPr>
          <w:rFonts w:asciiTheme="majorBidi" w:hAnsiTheme="majorBidi" w:cstheme="majorBidi"/>
          <w:b/>
          <w:bCs/>
          <w:sz w:val="36"/>
          <w:szCs w:val="36"/>
          <w:rtl/>
        </w:rPr>
        <w:t>فصل نخست</w:t>
      </w:r>
    </w:p>
    <w:p w:rsidR="00CE4BA8" w:rsidRPr="00CE4BA8" w:rsidRDefault="00CE4BA8" w:rsidP="00CE4BA8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E4BA8">
        <w:rPr>
          <w:rFonts w:asciiTheme="majorBidi" w:hAnsiTheme="majorBidi" w:cstheme="majorBidi"/>
          <w:b/>
          <w:bCs/>
          <w:sz w:val="36"/>
          <w:szCs w:val="36"/>
          <w:rtl/>
        </w:rPr>
        <w:t>ایران در آستانهٔ توفان؛ خوارزمشاهیان و کشوری آمادهٔ فروپاشی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هنگام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سپاه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چنگ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زخان</w:t>
      </w:r>
      <w:r w:rsidRPr="00CE4BA8">
        <w:rPr>
          <w:rFonts w:ascii="Tahoma" w:hAnsi="Tahoma" w:cs="Tahoma"/>
          <w:rtl/>
        </w:rPr>
        <w:t xml:space="preserve"> به مرزها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قلمرو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رس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دند،</w:t>
      </w:r>
      <w:r w:rsidRPr="00CE4BA8">
        <w:rPr>
          <w:rFonts w:ascii="Tahoma" w:hAnsi="Tahoma" w:cs="Tahoma"/>
          <w:rtl/>
        </w:rPr>
        <w:t xml:space="preserve"> با کشور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کوچک، فق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ب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دفاع</w:t>
      </w:r>
      <w:r w:rsidRPr="00CE4BA8">
        <w:rPr>
          <w:rFonts w:ascii="Tahoma" w:hAnsi="Tahoma" w:cs="Tahoma"/>
          <w:rtl/>
        </w:rPr>
        <w:t xml:space="preserve"> روبه‌رو نبودند. حکومت علاءالد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محمد خوارزمشاه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گسترده‌تر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حکومت‌ها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زمان خود بود. قلمرو او از خوارزم و ماوراءالنهر تا خراسان، بخش بزرگ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واقع در نزد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عراق امتداد داشت. شهرها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چون سمرقند، بخارا، مرو،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شابور،</w:t>
      </w:r>
      <w:r w:rsidRPr="00CE4BA8">
        <w:rPr>
          <w:rFonts w:ascii="Tahoma" w:hAnsi="Tahoma" w:cs="Tahoma"/>
          <w:rtl/>
        </w:rPr>
        <w:t xml:space="preserve"> بلخ، هرات، 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اصفهان در حوزهٔ فرمانروا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نفوذ او قرار گرفته بودند. راه‌ها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تجار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بازارها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پررونق، 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کشاورز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شهرها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برخوردار از سنت‌ها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نهٔ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فرهنگ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من</w:t>
      </w:r>
      <w:r w:rsidRPr="00CE4BA8">
        <w:rPr>
          <w:rFonts w:ascii="Tahoma" w:hAnsi="Tahoma" w:cs="Tahoma" w:hint="eastAsia"/>
          <w:rtl/>
        </w:rPr>
        <w:t>ابع</w:t>
      </w:r>
      <w:r w:rsidRPr="00CE4BA8">
        <w:rPr>
          <w:rFonts w:ascii="Tahoma" w:hAnsi="Tahoma" w:cs="Tahoma"/>
          <w:rtl/>
        </w:rPr>
        <w:t xml:space="preserve"> فراوان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اخت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/>
          <w:rtl/>
        </w:rPr>
        <w:t xml:space="preserve"> حکومت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گذاشتند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اما</w:t>
      </w:r>
      <w:r w:rsidRPr="00CE4BA8">
        <w:rPr>
          <w:rFonts w:ascii="Tahoma" w:hAnsi="Tahoma" w:cs="Tahoma"/>
          <w:rtl/>
        </w:rPr>
        <w:t xml:space="preserve"> گستردگ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قلمرو، به معنا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استوار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 نبود. بخش بزرگ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به‌تازگ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فتح شده بودند و هنوز در ساختار حکومت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گانه‌ا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جا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نگرفته بودند. قشون توانسته بود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رق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ب</w:t>
      </w:r>
      <w:r w:rsidRPr="00CE4BA8">
        <w:rPr>
          <w:rFonts w:ascii="Tahoma" w:hAnsi="Tahoma" w:cs="Tahoma"/>
          <w:rtl/>
        </w:rPr>
        <w:t xml:space="preserve"> را شکست دهد، اما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فرصت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افته</w:t>
      </w:r>
      <w:r w:rsidRPr="00CE4BA8">
        <w:rPr>
          <w:rFonts w:ascii="Tahoma" w:hAnsi="Tahoma" w:cs="Tahoma"/>
          <w:rtl/>
        </w:rPr>
        <w:t xml:space="preserve"> بود همهٔ فتوحات را به کشور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به‌</w:t>
      </w:r>
      <w:r w:rsidRPr="00CE4BA8">
        <w:rPr>
          <w:rFonts w:ascii="Tahoma" w:hAnsi="Tahoma" w:cs="Tahoma" w:hint="eastAsia"/>
          <w:rtl/>
        </w:rPr>
        <w:t>هم‌پ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وسته</w:t>
      </w:r>
      <w:r w:rsidRPr="00CE4BA8">
        <w:rPr>
          <w:rFonts w:ascii="Tahoma" w:hAnsi="Tahoma" w:cs="Tahoma"/>
          <w:rtl/>
        </w:rPr>
        <w:t xml:space="preserve"> تبد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کند.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الت‌ها</w:t>
      </w:r>
      <w:r w:rsidRPr="00CE4BA8">
        <w:rPr>
          <w:rFonts w:ascii="Tahoma" w:hAnsi="Tahoma" w:cs="Tahoma"/>
          <w:rtl/>
        </w:rPr>
        <w:t xml:space="preserve"> 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فرمان حاکمان،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خاندان‌ها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قرار داشتند که بس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آنان تنها از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</w:t>
      </w:r>
      <w:r w:rsidRPr="00CE4BA8">
        <w:rPr>
          <w:rFonts w:ascii="Tahoma" w:hAnsi="Tahoma" w:cs="Tahoma"/>
          <w:rtl/>
        </w:rPr>
        <w:t xml:space="preserve"> قشون خوارزمشاه فرمان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بردند</w:t>
      </w:r>
      <w:r w:rsidRPr="00CE4BA8">
        <w:rPr>
          <w:rFonts w:ascii="Tahoma" w:hAnsi="Tahoma" w:cs="Tahoma"/>
          <w:rtl/>
        </w:rPr>
        <w:t>. در ظاهر، حکومت هر روز بزرگ‌تر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شد؛</w:t>
      </w:r>
      <w:r w:rsidRPr="00CE4BA8">
        <w:rPr>
          <w:rFonts w:ascii="Tahoma" w:hAnsi="Tahoma" w:cs="Tahoma"/>
          <w:rtl/>
        </w:rPr>
        <w:t xml:space="preserve"> در درون، فاصلهٔ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تاج، قشون،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و مردم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شتر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گرد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خاندان</w:t>
      </w:r>
      <w:r w:rsidRPr="00CE4BA8">
        <w:rPr>
          <w:rFonts w:ascii="Tahoma" w:hAnsi="Tahoma" w:cs="Tahoma"/>
          <w:rtl/>
        </w:rPr>
        <w:t xml:space="preserve">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خود از دل دستگاه غلامان ترک‌تبار حکومت سلجوق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برآمده بود.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اکان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خاندان، انوشتگ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غرچه، در خدمت دربار سلجوق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قرار داشت و راه او و فرزندانش از خدمت نظام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دربار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به حکومت خوارزم رس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>. جانش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نان</w:t>
      </w:r>
      <w:r w:rsidRPr="00CE4BA8">
        <w:rPr>
          <w:rFonts w:ascii="Tahoma" w:hAnsi="Tahoma" w:cs="Tahoma"/>
          <w:rtl/>
        </w:rPr>
        <w:t xml:space="preserve"> او توانستند به‌تدر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ج</w:t>
      </w:r>
      <w:r w:rsidRPr="00CE4BA8">
        <w:rPr>
          <w:rFonts w:ascii="Tahoma" w:hAnsi="Tahoma" w:cs="Tahoma"/>
          <w:rtl/>
        </w:rPr>
        <w:t xml:space="preserve"> فرمانروا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eastAsia"/>
          <w:rtl/>
        </w:rPr>
        <w:t>موروث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خود را در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ناح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ه</w:t>
      </w:r>
      <w:r w:rsidRPr="00CE4BA8">
        <w:rPr>
          <w:rFonts w:ascii="Tahoma" w:hAnsi="Tahoma" w:cs="Tahoma"/>
          <w:rtl/>
        </w:rPr>
        <w:t xml:space="preserve"> استوار کنند و با استفاده از ضعف سلجوق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و حکومت‌ها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رامون،</w:t>
      </w:r>
      <w:r w:rsidRPr="00CE4BA8">
        <w:rPr>
          <w:rFonts w:ascii="Tahoma" w:hAnsi="Tahoma" w:cs="Tahoma"/>
          <w:rtl/>
        </w:rPr>
        <w:t xml:space="preserve"> قلمروشان را گسترش دهند.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مس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در تار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خ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تازگ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نداشت. بار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صاحب‌زور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فرمانده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ترک‌تبار، در خدمت حکومت وارد دستگاه قدرت شده بود و سپس با تک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ه</w:t>
      </w:r>
      <w:r w:rsidRPr="00CE4BA8">
        <w:rPr>
          <w:rFonts w:ascii="Tahoma" w:hAnsi="Tahoma" w:cs="Tahoma"/>
          <w:rtl/>
        </w:rPr>
        <w:t xml:space="preserve"> بر قشون، قلمرو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خود ساخته بود. اما او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نگهدار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آن قلمرو به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دب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فارس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نو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س،</w:t>
      </w:r>
      <w:r w:rsidRPr="00CE4BA8">
        <w:rPr>
          <w:rFonts w:ascii="Tahoma" w:hAnsi="Tahoma" w:cs="Tahoma"/>
          <w:rtl/>
        </w:rPr>
        <w:t xml:space="preserve"> مأموران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سنت‌ها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فتح‌شده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</w:t>
      </w:r>
      <w:r w:rsidRPr="00CE4BA8">
        <w:rPr>
          <w:rFonts w:ascii="Tahoma" w:hAnsi="Tahoma" w:cs="Tahoma"/>
          <w:rtl/>
        </w:rPr>
        <w:t xml:space="preserve"> داشت. قشون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حکومت را تصرف کند؛ ول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بدون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ات</w:t>
      </w:r>
      <w:r w:rsidRPr="00CE4BA8">
        <w:rPr>
          <w:rFonts w:ascii="Tahoma" w:hAnsi="Tahoma" w:cs="Tahoma"/>
          <w:rtl/>
        </w:rPr>
        <w:t xml:space="preserve"> بگ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رد،</w:t>
      </w:r>
      <w:r w:rsidRPr="00CE4BA8">
        <w:rPr>
          <w:rFonts w:ascii="Tahoma" w:hAnsi="Tahoma" w:cs="Tahoma"/>
          <w:rtl/>
        </w:rPr>
        <w:t xml:space="preserve"> مواجب بپردازد، فرمان‌ها را به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الت‌ها</w:t>
      </w:r>
      <w:r w:rsidRPr="00CE4BA8">
        <w:rPr>
          <w:rFonts w:ascii="Tahoma" w:hAnsi="Tahoma" w:cs="Tahoma"/>
          <w:rtl/>
        </w:rPr>
        <w:t xml:space="preserve"> برساند و روابط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مرکز و شهرها را نگاه دارد.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از هم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الگو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کردند.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نظام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آنان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شتر</w:t>
      </w:r>
      <w:r w:rsidRPr="00CE4BA8">
        <w:rPr>
          <w:rFonts w:ascii="Tahoma" w:hAnsi="Tahoma" w:cs="Tahoma"/>
          <w:rtl/>
        </w:rPr>
        <w:t xml:space="preserve"> بر غلامان،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قبا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ترک استوار بود، درحال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که</w:t>
      </w:r>
      <w:r w:rsidRPr="00CE4BA8">
        <w:rPr>
          <w:rFonts w:ascii="Tahoma" w:hAnsi="Tahoma" w:cs="Tahoma"/>
          <w:rtl/>
        </w:rPr>
        <w:t xml:space="preserve"> ادارهٔ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شان</w:t>
      </w:r>
      <w:r w:rsidRPr="00CE4BA8">
        <w:rPr>
          <w:rFonts w:ascii="Tahoma" w:hAnsi="Tahoma" w:cs="Tahoma"/>
          <w:rtl/>
        </w:rPr>
        <w:t xml:space="preserve"> به دست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وانسالاران</w:t>
      </w:r>
      <w:r w:rsidRPr="00CE4BA8">
        <w:rPr>
          <w:rFonts w:ascii="Tahoma" w:hAnsi="Tahoma" w:cs="Tahoma"/>
          <w:rtl/>
        </w:rPr>
        <w:t xml:space="preserve"> و دب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انجام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 xml:space="preserve"> که زبان و روش کارشان از سنت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نهٔ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آمد</w:t>
      </w:r>
      <w:r w:rsidRPr="00CE4BA8">
        <w:rPr>
          <w:rFonts w:ascii="Tahoma" w:hAnsi="Tahoma" w:cs="Tahoma"/>
          <w:rtl/>
        </w:rPr>
        <w:t>. تاج، قشون و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eastAsia"/>
          <w:rtl/>
        </w:rPr>
        <w:t>بار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در کنار هم قرار گرفته بودند، اما وفادار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سه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/>
          <w:rtl/>
        </w:rPr>
        <w:t xml:space="preserve"> به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/>
          <w:rtl/>
        </w:rPr>
        <w:t xml:space="preserve"> موضوع واحد تعلق نداشت. تاج به گسترش قدرت خاندان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اند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د؛</w:t>
      </w:r>
      <w:r w:rsidRPr="00CE4BA8">
        <w:rPr>
          <w:rFonts w:ascii="Tahoma" w:hAnsi="Tahoma" w:cs="Tahoma"/>
          <w:rtl/>
        </w:rPr>
        <w:t xml:space="preserve">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قب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له‌ها</w:t>
      </w:r>
      <w:r w:rsidRPr="00CE4BA8">
        <w:rPr>
          <w:rFonts w:ascii="Tahoma" w:hAnsi="Tahoma" w:cs="Tahoma"/>
          <w:rtl/>
        </w:rPr>
        <w:t xml:space="preserve"> منافع خود و بستگانشان را دنبال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کردند؛</w:t>
      </w:r>
      <w:r w:rsidRPr="00CE4BA8">
        <w:rPr>
          <w:rFonts w:ascii="Tahoma" w:hAnsi="Tahoma" w:cs="Tahoma"/>
          <w:rtl/>
        </w:rPr>
        <w:t xml:space="preserve"> و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کوش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از راه ثبت،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ات</w:t>
      </w:r>
      <w:r w:rsidRPr="00CE4BA8">
        <w:rPr>
          <w:rFonts w:ascii="Tahoma" w:hAnsi="Tahoma" w:cs="Tahoma"/>
          <w:rtl/>
        </w:rPr>
        <w:t xml:space="preserve"> و اداره، نظم لازم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بقا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 را فراهم آورد.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تفاوت تا هنگام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حکومت در حال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بود پنهان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ماند</w:t>
      </w:r>
      <w:r w:rsidRPr="00CE4BA8">
        <w:rPr>
          <w:rFonts w:ascii="Tahoma" w:hAnsi="Tahoma" w:cs="Tahoma"/>
          <w:rtl/>
        </w:rPr>
        <w:t>.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غن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مت</w:t>
      </w:r>
      <w:r w:rsidRPr="00CE4BA8">
        <w:rPr>
          <w:rFonts w:ascii="Tahoma" w:hAnsi="Tahoma" w:cs="Tahoma"/>
          <w:rtl/>
        </w:rPr>
        <w:t xml:space="preserve"> و واگذار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منصب و 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را راض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نگه دارد. هر فتح تازه منابع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پاداش دادن به قشون فراهم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</w:t>
      </w:r>
      <w:r w:rsidRPr="00CE4BA8">
        <w:rPr>
          <w:rFonts w:ascii="Tahoma" w:hAnsi="Tahoma" w:cs="Tahoma"/>
          <w:rtl/>
        </w:rPr>
        <w:t xml:space="preserve"> و هر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شکست‌خورده جا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خود را به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وابستگان خوارزمشاه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داد</w:t>
      </w:r>
      <w:r w:rsidRPr="00CE4BA8">
        <w:rPr>
          <w:rFonts w:ascii="Tahoma" w:hAnsi="Tahoma" w:cs="Tahoma"/>
          <w:rtl/>
        </w:rPr>
        <w:t>. اما چن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حکومت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ادامهٔ تعادل خود به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روز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تازه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ازمند</w:t>
      </w:r>
      <w:r w:rsidRPr="00CE4BA8">
        <w:rPr>
          <w:rFonts w:ascii="Tahoma" w:hAnsi="Tahoma" w:cs="Tahoma"/>
          <w:rtl/>
        </w:rPr>
        <w:t xml:space="preserve"> بود. اگر گسترش متوقف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دشمن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رومندتر</w:t>
      </w:r>
      <w:r w:rsidRPr="00CE4BA8">
        <w:rPr>
          <w:rFonts w:ascii="Tahoma" w:hAnsi="Tahoma" w:cs="Tahoma"/>
          <w:rtl/>
        </w:rPr>
        <w:t xml:space="preserve"> پد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آمد،</w:t>
      </w:r>
      <w:r w:rsidRPr="00CE4BA8">
        <w:rPr>
          <w:rFonts w:ascii="Tahoma" w:hAnsi="Tahoma" w:cs="Tahoma"/>
          <w:rtl/>
        </w:rPr>
        <w:t xml:space="preserve"> اختلاف‌ها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پنهان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اجزا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حکومت آشکار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گرد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در</w:t>
      </w:r>
      <w:r w:rsidRPr="00CE4BA8">
        <w:rPr>
          <w:rFonts w:ascii="Tahoma" w:hAnsi="Tahoma" w:cs="Tahoma"/>
          <w:rtl/>
        </w:rPr>
        <w:t xml:space="preserve"> دورهٔ علاءالد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تکش، پدر محمد خوارزمشاه، قلمرو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خاندان از خوارزم فراتر رفت و به درون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گسترش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افت</w:t>
      </w:r>
      <w:r w:rsidRPr="00CE4BA8">
        <w:rPr>
          <w:rFonts w:ascii="Tahoma" w:hAnsi="Tahoma" w:cs="Tahoma"/>
          <w:rtl/>
        </w:rPr>
        <w:t xml:space="preserve">. تکش در سال </w:t>
      </w:r>
      <w:r w:rsidRPr="00CE4BA8">
        <w:rPr>
          <w:rFonts w:ascii="Tahoma" w:hAnsi="Tahoma" w:cs="Tahoma"/>
          <w:rtl/>
          <w:lang w:bidi="fa-IR"/>
        </w:rPr>
        <w:t>۱۱۹۴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لاد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طغرل سوم، آخر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سلطان سلجوق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عراق عجم، را شکست داد و کشت. با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بخش‌ها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از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سلجوق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به دست خوارز</w:t>
      </w:r>
      <w:r w:rsidRPr="00CE4BA8">
        <w:rPr>
          <w:rFonts w:ascii="Tahoma" w:hAnsi="Tahoma" w:cs="Tahoma" w:hint="eastAsia"/>
          <w:rtl/>
        </w:rPr>
        <w:t>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افتاد. اما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 آخر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سلطان سلجوق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به معنا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برپا شدن فور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حکومت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گانه</w:t>
      </w:r>
      <w:r w:rsidRPr="00CE4BA8">
        <w:rPr>
          <w:rFonts w:ascii="Tahoma" w:hAnsi="Tahoma" w:cs="Tahoma"/>
          <w:rtl/>
        </w:rPr>
        <w:t xml:space="preserve"> و منظم نبود.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محل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اتابکان،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خاندان‌ها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گوناگون همچنان در نواح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مختلف قدرت داشتند و خوارزمشاه 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وسته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نگهدار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فتوحات خود اقدام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پس</w:t>
      </w:r>
      <w:r w:rsidRPr="00CE4BA8">
        <w:rPr>
          <w:rFonts w:ascii="Tahoma" w:hAnsi="Tahoma" w:cs="Tahoma"/>
          <w:rtl/>
        </w:rPr>
        <w:t xml:space="preserve"> از مرگ تکش در سال </w:t>
      </w:r>
      <w:r w:rsidRPr="00CE4BA8">
        <w:rPr>
          <w:rFonts w:ascii="Tahoma" w:hAnsi="Tahoma" w:cs="Tahoma"/>
          <w:rtl/>
          <w:lang w:bidi="fa-IR"/>
        </w:rPr>
        <w:t>۱۲۰۰</w:t>
      </w:r>
      <w:r w:rsidRPr="00CE4BA8">
        <w:rPr>
          <w:rFonts w:ascii="Tahoma" w:hAnsi="Tahoma" w:cs="Tahoma"/>
          <w:rtl/>
        </w:rPr>
        <w:t>، پسرش علاءالد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محمد به پادشاه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>. او فرمانروا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بلندپرواز بود و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خواست</w:t>
      </w:r>
      <w:r w:rsidRPr="00CE4BA8">
        <w:rPr>
          <w:rFonts w:ascii="Tahoma" w:hAnsi="Tahoma" w:cs="Tahoma"/>
          <w:rtl/>
        </w:rPr>
        <w:t xml:space="preserve"> همهٔ رق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بان</w:t>
      </w:r>
      <w:r w:rsidRPr="00CE4BA8">
        <w:rPr>
          <w:rFonts w:ascii="Tahoma" w:hAnsi="Tahoma" w:cs="Tahoma"/>
          <w:rtl/>
        </w:rPr>
        <w:t xml:space="preserve"> خود را از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بردارد و به بزرگ‌تر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سلطان جهان اسلام تبد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شود. در آغاز کار، با مشکلات فراوان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روبه‌رو بود. غور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از شرق فشار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آوردند،</w:t>
      </w:r>
      <w:r w:rsidRPr="00CE4BA8">
        <w:rPr>
          <w:rFonts w:ascii="Tahoma" w:hAnsi="Tahoma" w:cs="Tahoma"/>
          <w:rtl/>
        </w:rPr>
        <w:t xml:space="preserve"> قر</w:t>
      </w:r>
      <w:r w:rsidRPr="00CE4BA8">
        <w:rPr>
          <w:rFonts w:ascii="Tahoma" w:hAnsi="Tahoma" w:cs="Tahoma" w:hint="eastAsia"/>
          <w:rtl/>
        </w:rPr>
        <w:t>اختا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بر بخش‌ها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از ماوراءالنهر تسلط داشتند و حکومت‌ها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محل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مختلف تنها تا هنگام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فرمان‌بردار بودند که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خوارزمشاه را بالاتر از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بان</w:t>
      </w:r>
      <w:r w:rsidRPr="00CE4BA8">
        <w:rPr>
          <w:rFonts w:ascii="Tahoma" w:hAnsi="Tahoma" w:cs="Tahoma"/>
          <w:rtl/>
        </w:rPr>
        <w:t xml:space="preserve"> بب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نند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محمد</w:t>
      </w:r>
      <w:r w:rsidRPr="00CE4BA8">
        <w:rPr>
          <w:rFonts w:ascii="Tahoma" w:hAnsi="Tahoma" w:cs="Tahoma"/>
          <w:rtl/>
        </w:rPr>
        <w:t xml:space="preserve"> توانست در جنگ‌ها و کشمکش‌ها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قلمرو خود را گسترش دهد. غور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شکست خوردند و خراسان و بخش‌ها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شرق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از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فرمان او قرار گرفت. سپس با استفاده از شورش‌ها و رقابت‌ها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موجود در ماوراءالنهر، نفوذ قراختا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را کنار زد. سمرقند و بخارا و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شهره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مهم منطقه در اخت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/>
          <w:rtl/>
        </w:rPr>
        <w:t xml:space="preserve"> او قرار گرفتند و حکومت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آمودر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فراتر رفت. در غرب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قدرت او تا بخش بزرگ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گسترش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افت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روز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ها</w:t>
      </w:r>
      <w:r w:rsidRPr="00CE4BA8">
        <w:rPr>
          <w:rFonts w:ascii="Tahoma" w:hAnsi="Tahoma" w:cs="Tahoma"/>
          <w:rtl/>
        </w:rPr>
        <w:t xml:space="preserve"> چنان سر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ع</w:t>
      </w:r>
      <w:r w:rsidRPr="00CE4BA8">
        <w:rPr>
          <w:rFonts w:ascii="Tahoma" w:hAnsi="Tahoma" w:cs="Tahoma"/>
          <w:rtl/>
        </w:rPr>
        <w:t xml:space="preserve"> رخ دادند که محمد خوارزمشاه خود را هم‌رد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ف</w:t>
      </w:r>
      <w:r w:rsidRPr="00CE4BA8">
        <w:rPr>
          <w:rFonts w:ascii="Tahoma" w:hAnsi="Tahoma" w:cs="Tahoma"/>
          <w:rtl/>
        </w:rPr>
        <w:t xml:space="preserve"> بزرگ‌تر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جهان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>. لقب‌ها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بلند برگز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د،</w:t>
      </w:r>
      <w:r w:rsidRPr="00CE4BA8">
        <w:rPr>
          <w:rFonts w:ascii="Tahoma" w:hAnsi="Tahoma" w:cs="Tahoma"/>
          <w:rtl/>
        </w:rPr>
        <w:t xml:space="preserve"> در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آن بود که نامش در همهٔ قلمرو به‌عنوان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برتر خوانده شود و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خواست</w:t>
      </w:r>
      <w:r w:rsidRPr="00CE4BA8">
        <w:rPr>
          <w:rFonts w:ascii="Tahoma" w:hAnsi="Tahoma" w:cs="Tahoma"/>
          <w:rtl/>
        </w:rPr>
        <w:t xml:space="preserve"> قدرت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جهان اسلام بالاتر از او قرار </w:t>
      </w:r>
      <w:r w:rsidRPr="00CE4BA8">
        <w:rPr>
          <w:rFonts w:ascii="Tahoma" w:hAnsi="Tahoma" w:cs="Tahoma" w:hint="eastAsia"/>
          <w:rtl/>
        </w:rPr>
        <w:t>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رد</w:t>
      </w:r>
      <w:r w:rsidRPr="00CE4BA8">
        <w:rPr>
          <w:rFonts w:ascii="Tahoma" w:hAnsi="Tahoma" w:cs="Tahoma"/>
          <w:rtl/>
        </w:rPr>
        <w:t>. اما دستگاه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فرمان او بود، به همان سرعت فتوحاتش رشد نکرده بود. حکومت او مجموعه‌ا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تازه‌گشوده بود که با حضور قشون و ترس از مجازات به هم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وند</w:t>
      </w:r>
      <w:r w:rsidRPr="00CE4BA8">
        <w:rPr>
          <w:rFonts w:ascii="Tahoma" w:hAnsi="Tahoma" w:cs="Tahoma"/>
          <w:rtl/>
        </w:rPr>
        <w:t xml:space="preserve"> خورده بودند.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مهم‌تر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ضعف‌ها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حکومت، دوگانگ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قدرت در رأس آن بود. علاءالد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محمد تنها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مؤثر قلمرو خو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نبود. مادرش، ترکان خاتون، از نفوذ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گسترده برخوردار بود و بخش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بزرگ از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قشون به قب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له</w:t>
      </w:r>
      <w:r w:rsidRPr="00CE4BA8">
        <w:rPr>
          <w:rFonts w:ascii="Tahoma" w:hAnsi="Tahoma" w:cs="Tahoma"/>
          <w:rtl/>
        </w:rPr>
        <w:t xml:space="preserve"> و خو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شاوندان</w:t>
      </w:r>
      <w:r w:rsidRPr="00CE4BA8">
        <w:rPr>
          <w:rFonts w:ascii="Tahoma" w:hAnsi="Tahoma" w:cs="Tahoma"/>
          <w:rtl/>
        </w:rPr>
        <w:t xml:space="preserve"> او وابسته بودند. محمد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حفظ پشت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بان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ناچار بود قدرت مادرش را تحمل کند و در بس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انتصاب‌ها و تصم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م‌ها</w:t>
      </w:r>
      <w:r w:rsidRPr="00CE4BA8">
        <w:rPr>
          <w:rFonts w:ascii="Tahoma" w:hAnsi="Tahoma" w:cs="Tahoma"/>
          <w:rtl/>
        </w:rPr>
        <w:t xml:space="preserve"> خواست او را در نظر بگ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ترکان</w:t>
      </w:r>
      <w:r w:rsidRPr="00CE4BA8">
        <w:rPr>
          <w:rFonts w:ascii="Tahoma" w:hAnsi="Tahoma" w:cs="Tahoma"/>
          <w:rtl/>
        </w:rPr>
        <w:t xml:space="preserve"> خاتون فقط مادر سلطان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بانو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بانفوذ در حرم نبود. او دربار، مهر، درآمد، دب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وابستگان خود را داشت و فرمان‌ها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صادر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</w:t>
      </w:r>
      <w:r w:rsidRPr="00CE4BA8">
        <w:rPr>
          <w:rFonts w:ascii="Tahoma" w:hAnsi="Tahoma" w:cs="Tahoma"/>
          <w:rtl/>
        </w:rPr>
        <w:t xml:space="preserve"> که در قلمرو حکومت اجرا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>.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وابسته به او در قشون و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الت‌ها</w:t>
      </w:r>
      <w:r w:rsidRPr="00CE4BA8">
        <w:rPr>
          <w:rFonts w:ascii="Tahoma" w:hAnsi="Tahoma" w:cs="Tahoma"/>
          <w:rtl/>
        </w:rPr>
        <w:t xml:space="preserve"> منصب داشتند و شبکه‌ا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قدرت را تشک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دادند</w:t>
      </w:r>
      <w:r w:rsidRPr="00CE4BA8">
        <w:rPr>
          <w:rFonts w:ascii="Tahoma" w:hAnsi="Tahoma" w:cs="Tahoma"/>
          <w:rtl/>
        </w:rPr>
        <w:t xml:space="preserve"> که مس</w:t>
      </w:r>
      <w:r w:rsidRPr="00CE4BA8">
        <w:rPr>
          <w:rFonts w:ascii="Tahoma" w:hAnsi="Tahoma" w:cs="Tahoma" w:hint="eastAsia"/>
          <w:rtl/>
        </w:rPr>
        <w:t>تق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ماً</w:t>
      </w:r>
      <w:r w:rsidRPr="00CE4BA8">
        <w:rPr>
          <w:rFonts w:ascii="Tahoma" w:hAnsi="Tahoma" w:cs="Tahoma"/>
          <w:rtl/>
        </w:rPr>
        <w:t xml:space="preserve"> 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فرمان خوارزمشاه قرار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گرفت</w:t>
      </w:r>
      <w:r w:rsidRPr="00CE4BA8">
        <w:rPr>
          <w:rFonts w:ascii="Tahoma" w:hAnsi="Tahoma" w:cs="Tahoma"/>
          <w:rtl/>
        </w:rPr>
        <w:t>. 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ن‌سان،</w:t>
      </w:r>
      <w:r w:rsidRPr="00CE4BA8">
        <w:rPr>
          <w:rFonts w:ascii="Tahoma" w:hAnsi="Tahoma" w:cs="Tahoma"/>
          <w:rtl/>
        </w:rPr>
        <w:t xml:space="preserve"> در رأس کشور نوع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فرمانروا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دوگانه پد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آمده بود: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/>
          <w:rtl/>
        </w:rPr>
        <w:t xml:space="preserve"> فرمان از سو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سلطان صادر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 xml:space="preserve"> و فرمان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از دستگاه ترکان خاتون برسد.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دوگانگ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فقط اختلاف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خانوادگ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نبود. پشت سر هر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/>
          <w:rtl/>
        </w:rPr>
        <w:t xml:space="preserve"> از دو مرکز قدرت، گروه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ران،</w:t>
      </w:r>
      <w:r w:rsidRPr="00CE4BA8">
        <w:rPr>
          <w:rFonts w:ascii="Tahoma" w:hAnsi="Tahoma" w:cs="Tahoma"/>
          <w:rtl/>
        </w:rPr>
        <w:t xml:space="preserve"> دب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صاحبان منافع قرار داشتند. هر انتصاب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توازن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آنان را تغ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دهد. حاکم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سلطان برم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ممکن بود با مخالفت وابستگان ترکان خاتون روبه‌رو شود و کس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از حما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او برخوردار بود، خود را کمتر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ازمند</w:t>
      </w:r>
      <w:r w:rsidRPr="00CE4BA8">
        <w:rPr>
          <w:rFonts w:ascii="Tahoma" w:hAnsi="Tahoma" w:cs="Tahoma"/>
          <w:rtl/>
        </w:rPr>
        <w:t xml:space="preserve"> اطاعت از سلطان بداند. در چن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شرا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ط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فرمان مرکز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از اجرا 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از شبکه‌ا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رقابت‌ها و وفادار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شخص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گذشت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نظام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خوارزمشاه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ز،</w:t>
      </w:r>
      <w:r w:rsidRPr="00CE4BA8">
        <w:rPr>
          <w:rFonts w:ascii="Tahoma" w:hAnsi="Tahoma" w:cs="Tahoma"/>
          <w:rtl/>
        </w:rPr>
        <w:t xml:space="preserve"> با وجود شمار فراوان،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کپارچه</w:t>
      </w:r>
      <w:r w:rsidRPr="00CE4BA8">
        <w:rPr>
          <w:rFonts w:ascii="Tahoma" w:hAnsi="Tahoma" w:cs="Tahoma"/>
          <w:rtl/>
        </w:rPr>
        <w:t xml:space="preserve"> نبود. بخش مهم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آن از قبا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قنقل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گروه‌ها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ترک تشک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 xml:space="preserve"> که فرماندهانشان به ترکان خاتون وابسته بودند. سربازان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از آنکه عضو ارتش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منظم باشند، از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قب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لهٔ</w:t>
      </w:r>
      <w:r w:rsidRPr="00CE4BA8">
        <w:rPr>
          <w:rFonts w:ascii="Tahoma" w:hAnsi="Tahoma" w:cs="Tahoma"/>
          <w:rtl/>
        </w:rPr>
        <w:t xml:space="preserve"> خود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کردند</w:t>
      </w:r>
      <w:r w:rsidRPr="00CE4BA8">
        <w:rPr>
          <w:rFonts w:ascii="Tahoma" w:hAnsi="Tahoma" w:cs="Tahoma"/>
          <w:rtl/>
        </w:rPr>
        <w:t>. خوارزمشاه فرمانده برتر آنان بود، اما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مطمئن باشد که همهٔ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در هنگام بحران، فرمان او را بر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وندها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منافع شخص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مقدم خواهند داشت.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در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نجا</w:t>
      </w:r>
      <w:r w:rsidRPr="00CE4BA8">
        <w:rPr>
          <w:rFonts w:ascii="Tahoma" w:hAnsi="Tahoma" w:cs="Tahoma"/>
          <w:rtl/>
        </w:rPr>
        <w:t xml:space="preserve"> بار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تفاوت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داشتن سپاه بزرگ و برخوردار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قشون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کارآمد آشکار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شود</w:t>
      </w:r>
      <w:r w:rsidRPr="00CE4BA8">
        <w:rPr>
          <w:rFonts w:ascii="Tahoma" w:hAnsi="Tahoma" w:cs="Tahoma"/>
          <w:rtl/>
        </w:rPr>
        <w:t>. شمار سربازان، اگر فرمانده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گانه،</w:t>
      </w:r>
      <w:r w:rsidRPr="00CE4BA8">
        <w:rPr>
          <w:rFonts w:ascii="Tahoma" w:hAnsi="Tahoma" w:cs="Tahoma"/>
          <w:rtl/>
        </w:rPr>
        <w:t xml:space="preserve"> آموزش هماهنگ، تدارکات منظم و هدف مشترک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وجود نداشته باشد، به‌تنها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قدرت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آفر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ند</w:t>
      </w:r>
      <w:r w:rsidRPr="00CE4BA8">
        <w:rPr>
          <w:rFonts w:ascii="Tahoma" w:hAnsi="Tahoma" w:cs="Tahoma"/>
          <w:rtl/>
        </w:rPr>
        <w:t>. قشون خوارزمشاه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جنگ‌ها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معمول با حکومت‌ها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منط</w:t>
      </w:r>
      <w:r w:rsidRPr="00CE4BA8">
        <w:rPr>
          <w:rFonts w:ascii="Tahoma" w:hAnsi="Tahoma" w:cs="Tahoma" w:hint="eastAsia"/>
          <w:rtl/>
        </w:rPr>
        <w:t>قه</w:t>
      </w:r>
      <w:r w:rsidRPr="00CE4BA8">
        <w:rPr>
          <w:rFonts w:ascii="Tahoma" w:hAnsi="Tahoma" w:cs="Tahoma"/>
          <w:rtl/>
        </w:rPr>
        <w:t xml:space="preserve"> و تصرف شهرها کفا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کرد،</w:t>
      </w:r>
      <w:r w:rsidRPr="00CE4BA8">
        <w:rPr>
          <w:rFonts w:ascii="Tahoma" w:hAnsi="Tahoma" w:cs="Tahoma"/>
          <w:rtl/>
        </w:rPr>
        <w:t xml:space="preserve"> اما ساختار آن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با سپاه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فرمانده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منظم و سرعت حرکت بس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/>
          <w:rtl/>
        </w:rPr>
        <w:t xml:space="preserve"> داشت آماده نبود.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پراکندگ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جبران کند.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وانسالاران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توانستند</w:t>
      </w:r>
      <w:r w:rsidRPr="00CE4BA8">
        <w:rPr>
          <w:rFonts w:ascii="Tahoma" w:hAnsi="Tahoma" w:cs="Tahoma"/>
          <w:rtl/>
        </w:rPr>
        <w:t xml:space="preserve"> درآمدها را ثبت کنند،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ات</w:t>
      </w:r>
      <w:r w:rsidRPr="00CE4BA8">
        <w:rPr>
          <w:rFonts w:ascii="Tahoma" w:hAnsi="Tahoma" w:cs="Tahoma"/>
          <w:rtl/>
        </w:rPr>
        <w:t xml:space="preserve"> بگ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رند</w:t>
      </w:r>
      <w:r w:rsidRPr="00CE4BA8">
        <w:rPr>
          <w:rFonts w:ascii="Tahoma" w:hAnsi="Tahoma" w:cs="Tahoma"/>
          <w:rtl/>
        </w:rPr>
        <w:t xml:space="preserve"> و مکاتبات حکومت را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ببرند، اما اخت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/>
          <w:rtl/>
        </w:rPr>
        <w:t xml:space="preserve"> تع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است</w:t>
      </w:r>
      <w:r w:rsidRPr="00CE4BA8">
        <w:rPr>
          <w:rFonts w:ascii="Tahoma" w:hAnsi="Tahoma" w:cs="Tahoma"/>
          <w:rtl/>
        </w:rPr>
        <w:t xml:space="preserve"> جنگ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مهار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را نداشتند. آنان 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هز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نهٔ</w:t>
      </w:r>
      <w:r w:rsidRPr="00CE4BA8">
        <w:rPr>
          <w:rFonts w:ascii="Tahoma" w:hAnsi="Tahoma" w:cs="Tahoma"/>
          <w:rtl/>
        </w:rPr>
        <w:t xml:space="preserve"> سپاه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فراهم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کردند</w:t>
      </w:r>
      <w:r w:rsidRPr="00CE4BA8">
        <w:rPr>
          <w:rFonts w:ascii="Tahoma" w:hAnsi="Tahoma" w:cs="Tahoma"/>
          <w:rtl/>
        </w:rPr>
        <w:t xml:space="preserve"> که بخش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فرماندهانش </w:t>
      </w:r>
      <w:r w:rsidRPr="00CE4BA8">
        <w:rPr>
          <w:rFonts w:ascii="Tahoma" w:hAnsi="Tahoma" w:cs="Tahoma" w:hint="eastAsia"/>
          <w:rtl/>
        </w:rPr>
        <w:t>از</w:t>
      </w:r>
      <w:r w:rsidRPr="00CE4BA8">
        <w:rPr>
          <w:rFonts w:ascii="Tahoma" w:hAnsi="Tahoma" w:cs="Tahoma"/>
          <w:rtl/>
        </w:rPr>
        <w:t xml:space="preserve"> مرکز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فرمان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گرفتند</w:t>
      </w:r>
      <w:r w:rsidRPr="00CE4BA8">
        <w:rPr>
          <w:rFonts w:ascii="Tahoma" w:hAnsi="Tahoma" w:cs="Tahoma"/>
          <w:rtl/>
        </w:rPr>
        <w:t>. در نت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جه،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وان</w:t>
      </w:r>
      <w:r w:rsidRPr="00CE4BA8">
        <w:rPr>
          <w:rFonts w:ascii="Tahoma" w:hAnsi="Tahoma" w:cs="Tahoma"/>
          <w:rtl/>
        </w:rPr>
        <w:t xml:space="preserve"> مسئول تأم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حکومت بود، ب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آنکه</w:t>
      </w:r>
      <w:r w:rsidRPr="00CE4BA8">
        <w:rPr>
          <w:rFonts w:ascii="Tahoma" w:hAnsi="Tahoma" w:cs="Tahoma"/>
          <w:rtl/>
        </w:rPr>
        <w:t xml:space="preserve"> بتواند بر چگونگ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مصرف منابع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/>
          <w:rtl/>
        </w:rPr>
        <w:t xml:space="preserve"> رفتار قشون نظارت کامل داشته باشد.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از</w:t>
      </w:r>
      <w:r w:rsidRPr="00CE4BA8">
        <w:rPr>
          <w:rFonts w:ascii="Tahoma" w:hAnsi="Tahoma" w:cs="Tahoma"/>
          <w:rtl/>
        </w:rPr>
        <w:t xml:space="preserve"> سو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گر،</w:t>
      </w:r>
      <w:r w:rsidRPr="00CE4BA8">
        <w:rPr>
          <w:rFonts w:ascii="Tahoma" w:hAnsi="Tahoma" w:cs="Tahoma"/>
          <w:rtl/>
        </w:rPr>
        <w:t xml:space="preserve"> گسترش سر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ع</w:t>
      </w:r>
      <w:r w:rsidRPr="00CE4BA8">
        <w:rPr>
          <w:rFonts w:ascii="Tahoma" w:hAnsi="Tahoma" w:cs="Tahoma"/>
          <w:rtl/>
        </w:rPr>
        <w:t xml:space="preserve"> قلمرو فشار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بر مردم افزا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داد</w:t>
      </w:r>
      <w:r w:rsidRPr="00CE4BA8">
        <w:rPr>
          <w:rFonts w:ascii="Tahoma" w:hAnsi="Tahoma" w:cs="Tahoma"/>
          <w:rtl/>
        </w:rPr>
        <w:t>. جنگ‌ها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درپ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نگهدار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سپاه و پاداش دادن به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به پول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</w:t>
      </w:r>
      <w:r w:rsidRPr="00CE4BA8">
        <w:rPr>
          <w:rFonts w:ascii="Tahoma" w:hAnsi="Tahoma" w:cs="Tahoma"/>
          <w:rtl/>
        </w:rPr>
        <w:t xml:space="preserve"> داشت.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پول 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از شهرها، بازرگانان و کشاورزان گردآور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>. هرچه فاصلهٔ حکومت با مردم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شتر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شد،</w:t>
      </w:r>
      <w:r w:rsidRPr="00CE4BA8">
        <w:rPr>
          <w:rFonts w:ascii="Tahoma" w:hAnsi="Tahoma" w:cs="Tahoma"/>
          <w:rtl/>
        </w:rPr>
        <w:t xml:space="preserve">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ات</w:t>
      </w:r>
      <w:r w:rsidRPr="00CE4BA8">
        <w:rPr>
          <w:rFonts w:ascii="Tahoma" w:hAnsi="Tahoma" w:cs="Tahoma"/>
          <w:rtl/>
        </w:rPr>
        <w:t xml:space="preserve"> از وس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لهٔ</w:t>
      </w:r>
      <w:r w:rsidRPr="00CE4BA8">
        <w:rPr>
          <w:rFonts w:ascii="Tahoma" w:hAnsi="Tahoma" w:cs="Tahoma"/>
          <w:rtl/>
        </w:rPr>
        <w:t xml:space="preserve"> تأم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>ن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 به منبع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نگهدار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قشون و دربار تبد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گرد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>. مأموران و حاکمان محل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توانستند</w:t>
      </w:r>
      <w:r w:rsidRPr="00CE4BA8">
        <w:rPr>
          <w:rFonts w:ascii="Tahoma" w:hAnsi="Tahoma" w:cs="Tahoma"/>
          <w:rtl/>
        </w:rPr>
        <w:t xml:space="preserve"> از ضعف نظارت مرکز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افزا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سهم خود استفاده کنند.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باا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ن‌همه،</w:t>
      </w:r>
      <w:r w:rsidRPr="00CE4BA8">
        <w:rPr>
          <w:rFonts w:ascii="Tahoma" w:hAnsi="Tahoma" w:cs="Tahoma"/>
          <w:rtl/>
        </w:rPr>
        <w:t xml:space="preserve"> شهرها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قلمرو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هنوز از مهم‌تر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مراکز اقتصاد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فرهنگ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جهان آن روز بودند. بخارا و سمرقند سابقه‌ا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طولان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دانش، تجارت و کشوردار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داشتند. مرو و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شابور</w:t>
      </w:r>
      <w:r w:rsidRPr="00CE4BA8">
        <w:rPr>
          <w:rFonts w:ascii="Tahoma" w:hAnsi="Tahoma" w:cs="Tahoma"/>
          <w:rtl/>
        </w:rPr>
        <w:t xml:space="preserve"> از مراکز بزرگ خراسان بودند. شبکه‌ها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کشاورز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کارگاه‌ها و بازارها، جمع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فراوان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در خود جا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دادند</w:t>
      </w:r>
      <w:r w:rsidRPr="00CE4BA8">
        <w:rPr>
          <w:rFonts w:ascii="Tahoma" w:hAnsi="Tahoma" w:cs="Tahoma"/>
          <w:rtl/>
        </w:rPr>
        <w:t>. کاروان‌ها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ن،</w:t>
      </w:r>
      <w:r w:rsidRPr="00CE4BA8">
        <w:rPr>
          <w:rFonts w:ascii="Tahoma" w:hAnsi="Tahoma" w:cs="Tahoma"/>
          <w:rtl/>
        </w:rPr>
        <w:t xml:space="preserve"> آس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مرکز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غرب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رفت‌وآمد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کردند</w:t>
      </w:r>
      <w:r w:rsidRPr="00CE4BA8">
        <w:rPr>
          <w:rFonts w:ascii="Tahoma" w:hAnsi="Tahoma" w:cs="Tahoma"/>
          <w:rtl/>
        </w:rPr>
        <w:t xml:space="preserve"> و از هم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راه‌ها کالا، اند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شه،</w:t>
      </w:r>
      <w:r w:rsidRPr="00CE4BA8">
        <w:rPr>
          <w:rFonts w:ascii="Tahoma" w:hAnsi="Tahoma" w:cs="Tahoma"/>
          <w:rtl/>
        </w:rPr>
        <w:t xml:space="preserve"> خبر و انسان عبور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رونق، تصو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قدرت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ساخت</w:t>
      </w:r>
      <w:r w:rsidRPr="00CE4BA8">
        <w:rPr>
          <w:rFonts w:ascii="Tahoma" w:hAnsi="Tahoma" w:cs="Tahoma"/>
          <w:rtl/>
        </w:rPr>
        <w:t xml:space="preserve"> که ضعف درون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آن را پنهان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</w:t>
      </w:r>
      <w:r w:rsidRPr="00CE4BA8">
        <w:rPr>
          <w:rFonts w:ascii="Tahoma" w:hAnsi="Tahoma" w:cs="Tahoma"/>
          <w:rtl/>
        </w:rPr>
        <w:t>. شهر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پرجمع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با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وارها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بلند ممکن بود تسخ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رناپذ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به نظر برسد، اما اگر فرماندهان آن به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اعتماد نداشتند، مردم از حکومت ناراض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بودند و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کمک از مرکز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رس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د،</w:t>
      </w:r>
      <w:r w:rsidRPr="00CE4BA8">
        <w:rPr>
          <w:rFonts w:ascii="Tahoma" w:hAnsi="Tahoma" w:cs="Tahoma"/>
          <w:rtl/>
        </w:rPr>
        <w:t xml:space="preserve"> همان 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وارها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توانستند</w:t>
      </w:r>
      <w:r w:rsidRPr="00CE4BA8">
        <w:rPr>
          <w:rFonts w:ascii="Tahoma" w:hAnsi="Tahoma" w:cs="Tahoma"/>
          <w:rtl/>
        </w:rPr>
        <w:t xml:space="preserve"> شهر را به زندان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ساکنانش تبد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کنند. حکومت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ممکن بود قلمرو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پهناور بر نقشه داشته باشد، اما اگر راه‌ها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ارتباط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فرمانده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مشترک و وفادار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وجود نداشت، هر شهر ناچار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 xml:space="preserve"> جداگانه با دشمن روبه‌رو شود.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محمد</w:t>
      </w:r>
      <w:r w:rsidRPr="00CE4BA8">
        <w:rPr>
          <w:rFonts w:ascii="Tahoma" w:hAnsi="Tahoma" w:cs="Tahoma"/>
          <w:rtl/>
        </w:rPr>
        <w:t xml:space="preserve"> خوارزمشاه در کنار اختلاف با مادر و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رانش،</w:t>
      </w:r>
      <w:r w:rsidRPr="00CE4BA8">
        <w:rPr>
          <w:rFonts w:ascii="Tahoma" w:hAnsi="Tahoma" w:cs="Tahoma"/>
          <w:rtl/>
        </w:rPr>
        <w:t xml:space="preserve"> خود را وارد کشمکش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با خل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فهٔ</w:t>
      </w:r>
      <w:r w:rsidRPr="00CE4BA8">
        <w:rPr>
          <w:rFonts w:ascii="Tahoma" w:hAnsi="Tahoma" w:cs="Tahoma"/>
          <w:rtl/>
        </w:rPr>
        <w:t xml:space="preserve"> عباس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کرده بود. خلافت بغداد در آن روزگار توان نظام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دوران نخست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عباس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را نداشت، اما هنوز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حکومت‌ها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مسلمان سرچشمه‌ا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حقان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به شمار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رفت</w:t>
      </w:r>
      <w:r w:rsidRPr="00CE4BA8">
        <w:rPr>
          <w:rFonts w:ascii="Tahoma" w:hAnsi="Tahoma" w:cs="Tahoma"/>
          <w:rtl/>
        </w:rPr>
        <w:t>. سلطان انت</w:t>
      </w:r>
      <w:r w:rsidRPr="00CE4BA8">
        <w:rPr>
          <w:rFonts w:ascii="Tahoma" w:hAnsi="Tahoma" w:cs="Tahoma" w:hint="eastAsia"/>
          <w:rtl/>
        </w:rPr>
        <w:t>ظار</w:t>
      </w:r>
      <w:r w:rsidRPr="00CE4BA8">
        <w:rPr>
          <w:rFonts w:ascii="Tahoma" w:hAnsi="Tahoma" w:cs="Tahoma"/>
          <w:rtl/>
        </w:rPr>
        <w:t xml:space="preserve"> داشت خل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فه</w:t>
      </w:r>
      <w:r w:rsidRPr="00CE4BA8">
        <w:rPr>
          <w:rFonts w:ascii="Tahoma" w:hAnsi="Tahoma" w:cs="Tahoma"/>
          <w:rtl/>
        </w:rPr>
        <w:t xml:space="preserve"> الناصر فرمانروا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گستردهٔ او را به رسم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بشناسد و برتر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اس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اش</w:t>
      </w:r>
      <w:r w:rsidRPr="00CE4BA8">
        <w:rPr>
          <w:rFonts w:ascii="Tahoma" w:hAnsi="Tahoma" w:cs="Tahoma"/>
          <w:rtl/>
        </w:rPr>
        <w:t xml:space="preserve"> را بپذ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رد</w:t>
      </w:r>
      <w:r w:rsidRPr="00CE4BA8">
        <w:rPr>
          <w:rFonts w:ascii="Tahoma" w:hAnsi="Tahoma" w:cs="Tahoma"/>
          <w:rtl/>
        </w:rPr>
        <w:t>. خل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فه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خواست</w:t>
      </w:r>
      <w:r w:rsidRPr="00CE4BA8">
        <w:rPr>
          <w:rFonts w:ascii="Tahoma" w:hAnsi="Tahoma" w:cs="Tahoma"/>
          <w:rtl/>
        </w:rPr>
        <w:t xml:space="preserve"> در برابر قدرت روزافزون خوارزمشاه تسل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</w:t>
      </w:r>
      <w:r w:rsidRPr="00CE4BA8">
        <w:rPr>
          <w:rFonts w:ascii="Tahoma" w:hAnsi="Tahoma" w:cs="Tahoma"/>
          <w:rtl/>
        </w:rPr>
        <w:t xml:space="preserve"> شود.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کشمکش نشان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داد</w:t>
      </w:r>
      <w:r w:rsidRPr="00CE4BA8">
        <w:rPr>
          <w:rFonts w:ascii="Tahoma" w:hAnsi="Tahoma" w:cs="Tahoma"/>
          <w:rtl/>
        </w:rPr>
        <w:t xml:space="preserve"> که حقان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حکمران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محمد هنوز به تصرف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/>
          <w:rtl/>
        </w:rPr>
        <w:t xml:space="preserve"> محدود نم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شد</w:t>
      </w:r>
      <w:r w:rsidRPr="00CE4BA8">
        <w:rPr>
          <w:rFonts w:ascii="Tahoma" w:hAnsi="Tahoma" w:cs="Tahoma"/>
          <w:rtl/>
        </w:rPr>
        <w:t>. او قدرت را با قشون به دست آورده بود، اما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آنکه فرمانروا</w:t>
      </w:r>
      <w:r w:rsidRPr="00CE4BA8">
        <w:rPr>
          <w:rFonts w:ascii="Tahoma" w:hAnsi="Tahoma" w:cs="Tahoma" w:hint="cs"/>
          <w:rtl/>
        </w:rPr>
        <w:t>یی‌</w:t>
      </w:r>
      <w:r w:rsidRPr="00CE4BA8">
        <w:rPr>
          <w:rFonts w:ascii="Tahoma" w:hAnsi="Tahoma" w:cs="Tahoma" w:hint="eastAsia"/>
          <w:rtl/>
        </w:rPr>
        <w:t>اش</w:t>
      </w:r>
      <w:r w:rsidRPr="00CE4BA8">
        <w:rPr>
          <w:rFonts w:ascii="Tahoma" w:hAnsi="Tahoma" w:cs="Tahoma"/>
          <w:rtl/>
        </w:rPr>
        <w:t xml:space="preserve"> در جهان اسلام جا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پذ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رفته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دا</w:t>
      </w:r>
      <w:r w:rsidRPr="00CE4BA8">
        <w:rPr>
          <w:rFonts w:ascii="Tahoma" w:hAnsi="Tahoma" w:cs="Tahoma"/>
          <w:rtl/>
        </w:rPr>
        <w:t xml:space="preserve"> کند، به تأ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فراتر از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نظام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</w:t>
      </w:r>
      <w:r w:rsidRPr="00CE4BA8">
        <w:rPr>
          <w:rFonts w:ascii="Tahoma" w:hAnsi="Tahoma" w:cs="Tahoma"/>
          <w:rtl/>
        </w:rPr>
        <w:t xml:space="preserve"> داشت. هنگام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تأ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را از </w:t>
      </w:r>
      <w:r w:rsidRPr="00CE4BA8">
        <w:rPr>
          <w:rFonts w:ascii="Tahoma" w:hAnsi="Tahoma" w:cs="Tahoma" w:hint="eastAsia"/>
          <w:rtl/>
        </w:rPr>
        <w:t>بغداد</w:t>
      </w:r>
      <w:r w:rsidRPr="00CE4BA8">
        <w:rPr>
          <w:rFonts w:ascii="Tahoma" w:hAnsi="Tahoma" w:cs="Tahoma"/>
          <w:rtl/>
        </w:rPr>
        <w:t xml:space="preserve"> به دست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اورد،</w:t>
      </w:r>
      <w:r w:rsidRPr="00CE4BA8">
        <w:rPr>
          <w:rFonts w:ascii="Tahoma" w:hAnsi="Tahoma" w:cs="Tahoma"/>
          <w:rtl/>
        </w:rPr>
        <w:t xml:space="preserve"> کوش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اقتدار خل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فه</w:t>
      </w:r>
      <w:r w:rsidRPr="00CE4BA8">
        <w:rPr>
          <w:rFonts w:ascii="Tahoma" w:hAnsi="Tahoma" w:cs="Tahoma"/>
          <w:rtl/>
        </w:rPr>
        <w:t xml:space="preserve"> را 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سؤال ببرد و حت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نام او را از خطبه کنار بگذارد و فرد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شا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ستهٔ</w:t>
      </w:r>
      <w:r w:rsidRPr="00CE4BA8">
        <w:rPr>
          <w:rFonts w:ascii="Tahoma" w:hAnsi="Tahoma" w:cs="Tahoma"/>
          <w:rtl/>
        </w:rPr>
        <w:t xml:space="preserve"> خلافت معرف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کند.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ن‌سان،</w:t>
      </w:r>
      <w:r w:rsidRPr="00CE4BA8">
        <w:rPr>
          <w:rFonts w:ascii="Tahoma" w:hAnsi="Tahoma" w:cs="Tahoma"/>
          <w:rtl/>
        </w:rPr>
        <w:t xml:space="preserve"> سلطان هم‌زمان در چند جبهه گرفتار بود: در درون دربار با نفوذ مادر و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وابسته به او روبه‌رو بود؛ در قلمرو پهناورش 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فرمانروا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محل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 شهرها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تازه‌گشوده را مهار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کرد؛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تأم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قشون به مال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ات</w:t>
      </w:r>
      <w:r w:rsidRPr="00CE4BA8">
        <w:rPr>
          <w:rFonts w:ascii="Tahoma" w:hAnsi="Tahoma" w:cs="Tahoma"/>
          <w:rtl/>
        </w:rPr>
        <w:t xml:space="preserve"> ب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شتر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از</w:t>
      </w:r>
      <w:r w:rsidRPr="00CE4BA8">
        <w:rPr>
          <w:rFonts w:ascii="Tahoma" w:hAnsi="Tahoma" w:cs="Tahoma"/>
          <w:rtl/>
        </w:rPr>
        <w:t xml:space="preserve"> داشت؛ و در غرب با خلافت عباس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ک</w:t>
      </w:r>
      <w:r w:rsidRPr="00CE4BA8">
        <w:rPr>
          <w:rFonts w:ascii="Tahoma" w:hAnsi="Tahoma" w:cs="Tahoma" w:hint="eastAsia"/>
          <w:rtl/>
        </w:rPr>
        <w:t>شمکش</w:t>
      </w:r>
      <w:r w:rsidRPr="00CE4BA8">
        <w:rPr>
          <w:rFonts w:ascii="Tahoma" w:hAnsi="Tahoma" w:cs="Tahoma"/>
          <w:rtl/>
        </w:rPr>
        <w:t xml:space="preserve"> بود. باا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ن‌همه،</w:t>
      </w:r>
      <w:r w:rsidRPr="00CE4BA8">
        <w:rPr>
          <w:rFonts w:ascii="Tahoma" w:hAnsi="Tahoma" w:cs="Tahoma"/>
          <w:rtl/>
        </w:rPr>
        <w:t xml:space="preserve"> همچنان به گسترش قلمرو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اند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و بزرگ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 را با استوار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آن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گرفت</w:t>
      </w:r>
      <w:r w:rsidRPr="00CE4BA8">
        <w:rPr>
          <w:rFonts w:ascii="Tahoma" w:hAnsi="Tahoma" w:cs="Tahoma"/>
          <w:rtl/>
        </w:rPr>
        <w:t>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او</w:t>
      </w:r>
      <w:r w:rsidRPr="00CE4BA8">
        <w:rPr>
          <w:rFonts w:ascii="Tahoma" w:hAnsi="Tahoma" w:cs="Tahoma"/>
          <w:rtl/>
        </w:rPr>
        <w:t xml:space="preserve"> در سال </w:t>
      </w:r>
      <w:r w:rsidRPr="00CE4BA8">
        <w:rPr>
          <w:rFonts w:ascii="Tahoma" w:hAnsi="Tahoma" w:cs="Tahoma"/>
          <w:rtl/>
          <w:lang w:bidi="fa-IR"/>
        </w:rPr>
        <w:t>۱۲۱۷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لاد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حرکت به سو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بغداد لشکر کش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د،</w:t>
      </w:r>
      <w:r w:rsidRPr="00CE4BA8">
        <w:rPr>
          <w:rFonts w:ascii="Tahoma" w:hAnsi="Tahoma" w:cs="Tahoma"/>
          <w:rtl/>
        </w:rPr>
        <w:t xml:space="preserve"> اما سپاهش در کوهستان‌ها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غرب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با سرما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سخت و برف روبه‌رو شد و شمار فراوان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/>
          <w:rtl/>
        </w:rPr>
        <w:t xml:space="preserve"> را از دست داد.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ناکام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فقط شکست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/>
          <w:rtl/>
        </w:rPr>
        <w:t xml:space="preserve"> لشکرکش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نبود. نشان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داد</w:t>
      </w:r>
      <w:r w:rsidRPr="00CE4BA8">
        <w:rPr>
          <w:rFonts w:ascii="Tahoma" w:hAnsi="Tahoma" w:cs="Tahoma"/>
          <w:rtl/>
        </w:rPr>
        <w:t xml:space="preserve"> حکومت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توانسته بود سرزم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ن‌ها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بزرگ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فت</w:t>
      </w:r>
      <w:r w:rsidRPr="00CE4BA8">
        <w:rPr>
          <w:rFonts w:ascii="Tahoma" w:hAnsi="Tahoma" w:cs="Tahoma" w:hint="eastAsia"/>
          <w:rtl/>
        </w:rPr>
        <w:t>ح</w:t>
      </w:r>
      <w:r w:rsidRPr="00CE4BA8">
        <w:rPr>
          <w:rFonts w:ascii="Tahoma" w:hAnsi="Tahoma" w:cs="Tahoma"/>
          <w:rtl/>
        </w:rPr>
        <w:t xml:space="preserve"> کند، هنوز در سنجش امکانات، تدارک سپاه و هماهنگ کردن هدف 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با واقع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ت</w:t>
      </w:r>
      <w:r w:rsidRPr="00CE4BA8">
        <w:rPr>
          <w:rFonts w:ascii="Tahoma" w:hAnsi="Tahoma" w:cs="Tahoma"/>
          <w:rtl/>
        </w:rPr>
        <w:t xml:space="preserve"> جغراف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دچار ضعف است.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در</w:t>
      </w:r>
      <w:r w:rsidRPr="00CE4BA8">
        <w:rPr>
          <w:rFonts w:ascii="Tahoma" w:hAnsi="Tahoma" w:cs="Tahoma"/>
          <w:rtl/>
        </w:rPr>
        <w:t xml:space="preserve"> همان زمان، در شرق قلمرو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در حال برآمدن بود که با رق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بان</w:t>
      </w:r>
      <w:r w:rsidRPr="00CE4BA8">
        <w:rPr>
          <w:rFonts w:ascii="Tahoma" w:hAnsi="Tahoma" w:cs="Tahoma"/>
          <w:rtl/>
        </w:rPr>
        <w:t xml:space="preserve"> پ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او تفاوت داشت. چنگ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زخان</w:t>
      </w:r>
      <w:r w:rsidRPr="00CE4BA8">
        <w:rPr>
          <w:rFonts w:ascii="Tahoma" w:hAnsi="Tahoma" w:cs="Tahoma"/>
          <w:rtl/>
        </w:rPr>
        <w:t xml:space="preserve"> قبا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مغول را 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فرمان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گانه</w:t>
      </w:r>
      <w:r w:rsidRPr="00CE4BA8">
        <w:rPr>
          <w:rFonts w:ascii="Tahoma" w:hAnsi="Tahoma" w:cs="Tahoma"/>
          <w:rtl/>
        </w:rPr>
        <w:t xml:space="preserve"> گرد آورده، قشون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منظم ساخته و پس از تصرف بخش بزرگ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از شمال 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ن،</w:t>
      </w:r>
      <w:r w:rsidRPr="00CE4BA8">
        <w:rPr>
          <w:rFonts w:ascii="Tahoma" w:hAnsi="Tahoma" w:cs="Tahoma"/>
          <w:rtl/>
        </w:rPr>
        <w:t xml:space="preserve"> رو به آس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مرکز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نهاده بود. شکست قراختا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سبب شد قلم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/>
          <w:rtl/>
        </w:rPr>
        <w:t xml:space="preserve"> مغولان و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به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/>
          <w:rtl/>
        </w:rPr>
        <w:t xml:space="preserve"> برسد. دو حکومت بزرگ اکنون همسا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ه</w:t>
      </w:r>
      <w:r w:rsidRPr="00CE4BA8">
        <w:rPr>
          <w:rFonts w:ascii="Tahoma" w:hAnsi="Tahoma" w:cs="Tahoma"/>
          <w:rtl/>
        </w:rPr>
        <w:t xml:space="preserve"> شده بودند: 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ک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حکومت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تازه‌گسترش‌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افته</w:t>
      </w:r>
      <w:r w:rsidRPr="00CE4BA8">
        <w:rPr>
          <w:rFonts w:ascii="Tahoma" w:hAnsi="Tahoma" w:cs="Tahoma"/>
          <w:rtl/>
        </w:rPr>
        <w:t xml:space="preserve"> با قلمرو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پهناور اما چندپاره، و 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گر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/>
          <w:rtl/>
        </w:rPr>
        <w:t xml:space="preserve"> نظام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فرمانده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سازمان و سرعت حرکت آن هنوز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خوارزمشاه و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رانش</w:t>
      </w:r>
      <w:r w:rsidRPr="00CE4BA8">
        <w:rPr>
          <w:rFonts w:ascii="Tahoma" w:hAnsi="Tahoma" w:cs="Tahoma"/>
          <w:rtl/>
        </w:rPr>
        <w:t xml:space="preserve"> شناخته‌شده نبود.</w:t>
      </w:r>
    </w:p>
    <w:p w:rsidR="00CE4BA8" w:rsidRPr="00CE4BA8" w:rsidRDefault="00CE4BA8" w:rsidP="00CE4BA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CE4BA8">
        <w:rPr>
          <w:rFonts w:ascii="Tahoma" w:hAnsi="Tahoma" w:cs="Tahoma" w:hint="eastAsia"/>
          <w:rtl/>
        </w:rPr>
        <w:t>برخورد</w:t>
      </w:r>
      <w:r w:rsidRPr="00CE4BA8">
        <w:rPr>
          <w:rFonts w:ascii="Tahoma" w:hAnsi="Tahoma" w:cs="Tahoma"/>
          <w:rtl/>
        </w:rPr>
        <w:t xml:space="preserve"> 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دو حکومت اجتناب‌ناپذ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</w:t>
      </w:r>
      <w:r w:rsidRPr="00CE4BA8">
        <w:rPr>
          <w:rFonts w:ascii="Tahoma" w:hAnsi="Tahoma" w:cs="Tahoma"/>
          <w:rtl/>
        </w:rPr>
        <w:t xml:space="preserve"> نبود.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آنان امکان تجارت و برقرار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رابطهٔ 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وجود داشت. چنگ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زخان</w:t>
      </w:r>
      <w:r w:rsidRPr="00CE4BA8">
        <w:rPr>
          <w:rFonts w:ascii="Tahoma" w:hAnsi="Tahoma" w:cs="Tahoma"/>
          <w:rtl/>
        </w:rPr>
        <w:t xml:space="preserve"> در آغاز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کوش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راه بازرگان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با قلمرو خوارزمشاه را باز نگاه دارد و محمد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ز</w:t>
      </w:r>
      <w:r w:rsidRPr="00CE4BA8">
        <w:rPr>
          <w:rFonts w:ascii="Tahoma" w:hAnsi="Tahoma" w:cs="Tahoma"/>
          <w:rtl/>
        </w:rPr>
        <w:t xml:space="preserve"> م</w:t>
      </w:r>
      <w:r w:rsidRPr="00CE4BA8">
        <w:rPr>
          <w:rFonts w:ascii="Tahoma" w:hAnsi="Tahoma" w:cs="Tahoma" w:hint="cs"/>
          <w:rtl/>
        </w:rPr>
        <w:t>ی‌</w:t>
      </w:r>
      <w:r w:rsidRPr="00CE4BA8">
        <w:rPr>
          <w:rFonts w:ascii="Tahoma" w:hAnsi="Tahoma" w:cs="Tahoma" w:hint="eastAsia"/>
          <w:rtl/>
        </w:rPr>
        <w:t>توانست</w:t>
      </w:r>
      <w:r w:rsidRPr="00CE4BA8">
        <w:rPr>
          <w:rFonts w:ascii="Tahoma" w:hAnsi="Tahoma" w:cs="Tahoma"/>
          <w:rtl/>
        </w:rPr>
        <w:t xml:space="preserve"> همسا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هٔ</w:t>
      </w:r>
      <w:r w:rsidRPr="00CE4BA8">
        <w:rPr>
          <w:rFonts w:ascii="Tahoma" w:hAnsi="Tahoma" w:cs="Tahoma"/>
          <w:rtl/>
        </w:rPr>
        <w:t xml:space="preserve"> تازهٔ خود را خطر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بشناسد که با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د</w:t>
      </w:r>
      <w:r w:rsidRPr="00CE4BA8">
        <w:rPr>
          <w:rFonts w:ascii="Tahoma" w:hAnsi="Tahoma" w:cs="Tahoma"/>
          <w:rtl/>
        </w:rPr>
        <w:t xml:space="preserve"> با احت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اط</w:t>
      </w:r>
      <w:r w:rsidRPr="00CE4BA8">
        <w:rPr>
          <w:rFonts w:ascii="Tahoma" w:hAnsi="Tahoma" w:cs="Tahoma"/>
          <w:rtl/>
        </w:rPr>
        <w:t xml:space="preserve"> و شناخت با آن رفتار کرد. اما دستگاه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برا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چن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ن</w:t>
      </w:r>
      <w:r w:rsidRPr="00CE4BA8">
        <w:rPr>
          <w:rFonts w:ascii="Tahoma" w:hAnsi="Tahoma" w:cs="Tahoma"/>
          <w:rtl/>
        </w:rPr>
        <w:t xml:space="preserve"> برخورد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آمادگ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نداشت. تکبر تاج، دوگانگ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فرمانروا</w:t>
      </w:r>
      <w:r w:rsidRPr="00CE4BA8">
        <w:rPr>
          <w:rFonts w:ascii="Tahoma" w:hAnsi="Tahoma" w:cs="Tahoma" w:hint="cs"/>
          <w:rtl/>
        </w:rPr>
        <w:t>یی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خودسر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حاکمان محل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،</w:t>
      </w:r>
      <w:r w:rsidRPr="00CE4BA8">
        <w:rPr>
          <w:rFonts w:ascii="Tahoma" w:hAnsi="Tahoma" w:cs="Tahoma"/>
          <w:rtl/>
        </w:rPr>
        <w:t xml:space="preserve"> رقابت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و ناتوان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در شناخت ن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تازه، حادثه‌ا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مرز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را به جنگ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تبد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ل</w:t>
      </w:r>
      <w:r w:rsidRPr="00CE4BA8">
        <w:rPr>
          <w:rFonts w:ascii="Tahoma" w:hAnsi="Tahoma" w:cs="Tahoma"/>
          <w:rtl/>
        </w:rPr>
        <w:t xml:space="preserve"> کرد که ساختمان حکومت خوارزمشاه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تاب تحمل آن را نداشت.</w:t>
      </w:r>
    </w:p>
    <w:p w:rsidR="005E0C7F" w:rsidRDefault="00CE4BA8" w:rsidP="005E0C7F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CE4BA8">
        <w:rPr>
          <w:rFonts w:ascii="Tahoma" w:hAnsi="Tahoma" w:cs="Tahoma" w:hint="eastAsia"/>
          <w:rtl/>
        </w:rPr>
        <w:t>آن</w:t>
      </w:r>
      <w:r w:rsidRPr="00CE4BA8">
        <w:rPr>
          <w:rFonts w:ascii="Tahoma" w:hAnsi="Tahoma" w:cs="Tahoma"/>
          <w:rtl/>
        </w:rPr>
        <w:t xml:space="preserve"> حادثه در اترار رو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داد؛ شهر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مرز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که حاکمش به ترکان خاتون وابسته بود و تصم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</w:t>
      </w:r>
      <w:r w:rsidRPr="00CE4BA8">
        <w:rPr>
          <w:rFonts w:ascii="Tahoma" w:hAnsi="Tahoma" w:cs="Tahoma"/>
          <w:rtl/>
        </w:rPr>
        <w:t xml:space="preserve"> او نشان داد که فرمان واقع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کشور تا چه اندازه 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ان</w:t>
      </w:r>
      <w:r w:rsidRPr="00CE4BA8">
        <w:rPr>
          <w:rFonts w:ascii="Tahoma" w:hAnsi="Tahoma" w:cs="Tahoma"/>
          <w:rtl/>
        </w:rPr>
        <w:t xml:space="preserve"> سلطان، دربار مادرش و ام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ران</w:t>
      </w:r>
      <w:r w:rsidRPr="00CE4BA8">
        <w:rPr>
          <w:rFonts w:ascii="Tahoma" w:hAnsi="Tahoma" w:cs="Tahoma"/>
          <w:rtl/>
        </w:rPr>
        <w:t xml:space="preserve"> محل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/>
          <w:rtl/>
        </w:rPr>
        <w:t xml:space="preserve"> تقس</w:t>
      </w:r>
      <w:r w:rsidRPr="00CE4BA8">
        <w:rPr>
          <w:rFonts w:ascii="Tahoma" w:hAnsi="Tahoma" w:cs="Tahoma" w:hint="cs"/>
          <w:rtl/>
        </w:rPr>
        <w:t>ی</w:t>
      </w:r>
      <w:r w:rsidRPr="00CE4BA8">
        <w:rPr>
          <w:rFonts w:ascii="Tahoma" w:hAnsi="Tahoma" w:cs="Tahoma" w:hint="eastAsia"/>
          <w:rtl/>
        </w:rPr>
        <w:t>م</w:t>
      </w:r>
      <w:r w:rsidRPr="00CE4BA8">
        <w:rPr>
          <w:rFonts w:ascii="Tahoma" w:hAnsi="Tahoma" w:cs="Tahoma"/>
          <w:rtl/>
        </w:rPr>
        <w:t xml:space="preserve"> شده است. 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شهر</w:t>
      </w:r>
      <w:r w:rsidRPr="005E0C7F">
        <w:rPr>
          <w:rFonts w:ascii="Tahoma" w:hAnsi="Tahoma" w:cs="Tahoma"/>
          <w:rtl/>
        </w:rPr>
        <w:t xml:space="preserve"> اترار در مرز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قلمرو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و سرزم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ن‌ها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قرار داشت که به‌تازگ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/>
          <w:rtl/>
        </w:rPr>
        <w:t xml:space="preserve"> فرمان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درآمده بودند. اهم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شهر تنها نظام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نبود. اترار بر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راه‌ها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بازرگان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آس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مرکز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سرزم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شرق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قرار داشت و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دروازهٔ ورود بازرگانان، فرستا</w:t>
      </w:r>
      <w:r w:rsidRPr="005E0C7F">
        <w:rPr>
          <w:rFonts w:ascii="Tahoma" w:hAnsi="Tahoma" w:cs="Tahoma" w:hint="eastAsia"/>
          <w:rtl/>
        </w:rPr>
        <w:t>دگان</w:t>
      </w:r>
      <w:r w:rsidRPr="005E0C7F">
        <w:rPr>
          <w:rFonts w:ascii="Tahoma" w:hAnsi="Tahoma" w:cs="Tahoma"/>
          <w:rtl/>
        </w:rPr>
        <w:t xml:space="preserve"> و اخبار به قلمرو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باشد. هرکس بر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شهر فرمان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راند،</w:t>
      </w:r>
      <w:r w:rsidRPr="005E0C7F">
        <w:rPr>
          <w:rFonts w:ascii="Tahoma" w:hAnsi="Tahoma" w:cs="Tahoma"/>
          <w:rtl/>
        </w:rPr>
        <w:t xml:space="preserve"> مسئول نخست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برخورد حکومت با همسا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هٔ</w:t>
      </w:r>
      <w:r w:rsidRPr="005E0C7F">
        <w:rPr>
          <w:rFonts w:ascii="Tahoma" w:hAnsi="Tahoma" w:cs="Tahoma"/>
          <w:rtl/>
        </w:rPr>
        <w:t xml:space="preserve"> تازهٔ شرق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بود.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حاکم</w:t>
      </w:r>
      <w:r w:rsidRPr="005E0C7F">
        <w:rPr>
          <w:rFonts w:ascii="Tahoma" w:hAnsi="Tahoma" w:cs="Tahoma"/>
          <w:rtl/>
        </w:rPr>
        <w:t xml:space="preserve"> اترار،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نالچق،</w:t>
      </w:r>
      <w:r w:rsidRPr="005E0C7F">
        <w:rPr>
          <w:rFonts w:ascii="Tahoma" w:hAnsi="Tahoma" w:cs="Tahoma"/>
          <w:rtl/>
        </w:rPr>
        <w:t xml:space="preserve"> که در منابع با لقب غا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رخان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شناخته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شود،</w:t>
      </w:r>
      <w:r w:rsidRPr="005E0C7F">
        <w:rPr>
          <w:rFonts w:ascii="Tahoma" w:hAnsi="Tahoma" w:cs="Tahoma"/>
          <w:rtl/>
        </w:rPr>
        <w:t xml:space="preserve"> از وابستگان ترکان خاتون بود. هم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وند</w:t>
      </w:r>
      <w:r w:rsidRPr="005E0C7F">
        <w:rPr>
          <w:rFonts w:ascii="Tahoma" w:hAnsi="Tahoma" w:cs="Tahoma"/>
          <w:rtl/>
        </w:rPr>
        <w:t xml:space="preserve"> اهم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داشت؛ 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</w:t>
      </w:r>
      <w:r w:rsidRPr="005E0C7F">
        <w:rPr>
          <w:rFonts w:ascii="Tahoma" w:hAnsi="Tahoma" w:cs="Tahoma"/>
          <w:rtl/>
        </w:rPr>
        <w:t xml:space="preserve"> نشان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</w:t>
      </w:r>
      <w:r w:rsidRPr="005E0C7F">
        <w:rPr>
          <w:rFonts w:ascii="Tahoma" w:hAnsi="Tahoma" w:cs="Tahoma"/>
          <w:rtl/>
        </w:rPr>
        <w:t xml:space="preserve"> اخت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شهر مرز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حساس در دست کس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است که قدرتش را فقط از سلطان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رد</w:t>
      </w:r>
      <w:r w:rsidRPr="005E0C7F">
        <w:rPr>
          <w:rFonts w:ascii="Tahoma" w:hAnsi="Tahoma" w:cs="Tahoma"/>
          <w:rtl/>
        </w:rPr>
        <w:t>. محمد خوارزمشاه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با او همان‌گونه رفتا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/>
          <w:rtl/>
        </w:rPr>
        <w:t xml:space="preserve"> کند که با مأمور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عاد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رفتار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</w:t>
      </w:r>
      <w:r w:rsidRPr="005E0C7F">
        <w:rPr>
          <w:rFonts w:ascii="Tahoma" w:hAnsi="Tahoma" w:cs="Tahoma"/>
          <w:rtl/>
        </w:rPr>
        <w:t>. مجازات غا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رخان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واکنش ترکان خاتون و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وابسته به او را برانگ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زد</w:t>
      </w:r>
      <w:r w:rsidRPr="005E0C7F">
        <w:rPr>
          <w:rFonts w:ascii="Tahoma" w:hAnsi="Tahoma" w:cs="Tahoma"/>
          <w:rtl/>
        </w:rPr>
        <w:t xml:space="preserve"> و تعادل شکنندهٔ دربار را برهم زند.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در</w:t>
      </w:r>
      <w:r w:rsidRPr="005E0C7F">
        <w:rPr>
          <w:rFonts w:ascii="Tahoma" w:hAnsi="Tahoma" w:cs="Tahoma"/>
          <w:rtl/>
        </w:rPr>
        <w:t xml:space="preserve"> سال </w:t>
      </w:r>
      <w:r w:rsidRPr="005E0C7F">
        <w:rPr>
          <w:rFonts w:ascii="Tahoma" w:hAnsi="Tahoma" w:cs="Tahoma"/>
          <w:rtl/>
          <w:lang w:bidi="fa-IR"/>
        </w:rPr>
        <w:t>۱۲۱۸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لاد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کاروان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قلمرو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به اترار رس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>. شمار افراد و ترک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</w:t>
      </w:r>
      <w:r w:rsidRPr="005E0C7F">
        <w:rPr>
          <w:rFonts w:ascii="Tahoma" w:hAnsi="Tahoma" w:cs="Tahoma"/>
          <w:rtl/>
        </w:rPr>
        <w:t xml:space="preserve"> دق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ق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کاروان در روا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ت‌ها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کسان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ست،</w:t>
      </w:r>
      <w:r w:rsidRPr="005E0C7F">
        <w:rPr>
          <w:rFonts w:ascii="Tahoma" w:hAnsi="Tahoma" w:cs="Tahoma"/>
          <w:rtl/>
        </w:rPr>
        <w:t xml:space="preserve"> اما روشن است که گروه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بازرگانان، با کالاها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گران‌بها، وارد قلمرو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شدند. حاکم اترار آنان را به جاسوس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متهم کرد، اموالشان را </w:t>
      </w:r>
      <w:r w:rsidRPr="005E0C7F">
        <w:rPr>
          <w:rFonts w:ascii="Tahoma" w:hAnsi="Tahoma" w:cs="Tahoma" w:hint="eastAsia"/>
          <w:rtl/>
        </w:rPr>
        <w:t>ضبط</w:t>
      </w:r>
      <w:r w:rsidRPr="005E0C7F">
        <w:rPr>
          <w:rFonts w:ascii="Tahoma" w:hAnsi="Tahoma" w:cs="Tahoma"/>
          <w:rtl/>
        </w:rPr>
        <w:t xml:space="preserve"> کرد و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شترشان</w:t>
      </w:r>
      <w:r w:rsidRPr="005E0C7F">
        <w:rPr>
          <w:rFonts w:ascii="Tahoma" w:hAnsi="Tahoma" w:cs="Tahoma"/>
          <w:rtl/>
        </w:rPr>
        <w:t xml:space="preserve"> را به قتل رساند. ممکن است در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اعضا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کاروان کسان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مأمور گردآور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اطلاعات بوده باشند؛ در روزگار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بازرگان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ام‌رسان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شناسا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راه‌ها به‌سادگ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جدا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شدند،</w:t>
      </w:r>
      <w:r w:rsidRPr="005E0C7F">
        <w:rPr>
          <w:rFonts w:ascii="Tahoma" w:hAnsi="Tahoma" w:cs="Tahoma"/>
          <w:rtl/>
        </w:rPr>
        <w:t xml:space="preserve"> چن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احتمال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</w:t>
      </w:r>
      <w:r w:rsidRPr="005E0C7F">
        <w:rPr>
          <w:rFonts w:ascii="Tahoma" w:hAnsi="Tahoma" w:cs="Tahoma"/>
          <w:rtl/>
        </w:rPr>
        <w:t xml:space="preserve"> کاملاً کنار گذاشت. اما حت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اگر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گ</w:t>
      </w:r>
      <w:r w:rsidRPr="005E0C7F">
        <w:rPr>
          <w:rFonts w:ascii="Tahoma" w:hAnsi="Tahoma" w:cs="Tahoma" w:hint="eastAsia"/>
          <w:rtl/>
        </w:rPr>
        <w:t>مان</w:t>
      </w:r>
      <w:r w:rsidRPr="005E0C7F">
        <w:rPr>
          <w:rFonts w:ascii="Tahoma" w:hAnsi="Tahoma" w:cs="Tahoma"/>
          <w:rtl/>
        </w:rPr>
        <w:t xml:space="preserve"> درست بوده باشد، کشتن همهٔ آنان و تصرف اموالشان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بود که از اندازهٔ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اقدام احت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اط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مرز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فراتر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مسئول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واقعه تنها بر عهدهٔ حاکم اترار باق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نماند. غا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رخان</w:t>
      </w:r>
      <w:r w:rsidRPr="005E0C7F">
        <w:rPr>
          <w:rFonts w:ascii="Tahoma" w:hAnsi="Tahoma" w:cs="Tahoma"/>
          <w:rtl/>
        </w:rPr>
        <w:t xml:space="preserve"> مأمور حکومت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بود و اموال کاروان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بدون اطلاع دستگاه قدرت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به‌آسان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تصرف و تقس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شود. محمد خوارزمشاه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دستور تحق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ق</w:t>
      </w:r>
      <w:r w:rsidRPr="005E0C7F">
        <w:rPr>
          <w:rFonts w:ascii="Tahoma" w:hAnsi="Tahoma" w:cs="Tahoma"/>
          <w:rtl/>
        </w:rPr>
        <w:t xml:space="preserve"> دهد، بازماندگان را آزاد کند، اموال را بازگرداند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دس</w:t>
      </w:r>
      <w:r w:rsidRPr="005E0C7F">
        <w:rPr>
          <w:rFonts w:ascii="Tahoma" w:hAnsi="Tahoma" w:cs="Tahoma" w:hint="eastAsia"/>
          <w:rtl/>
        </w:rPr>
        <w:t>ت‌کم</w:t>
      </w:r>
      <w:r w:rsidRPr="005E0C7F">
        <w:rPr>
          <w:rFonts w:ascii="Tahoma" w:hAnsi="Tahoma" w:cs="Tahoma"/>
          <w:rtl/>
        </w:rPr>
        <w:t xml:space="preserve"> حاکم اترار را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پاسخ‌گو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فراخواند. اما چن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اقدام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به معنا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با شبکهٔ قدرت ترکان خاتون بود. سلطان، که خود را فرمانروا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امپراتور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بزرگ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دانست،</w:t>
      </w:r>
      <w:r w:rsidRPr="005E0C7F">
        <w:rPr>
          <w:rFonts w:ascii="Tahoma" w:hAnsi="Tahoma" w:cs="Tahoma"/>
          <w:rtl/>
        </w:rPr>
        <w:t xml:space="preserve"> در برابر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حاکمانش از آزاد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عمل کامل برخوردار نبود.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پس از آگاه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حادثه، ب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درنگ</w:t>
      </w:r>
      <w:r w:rsidRPr="005E0C7F">
        <w:rPr>
          <w:rFonts w:ascii="Tahoma" w:hAnsi="Tahoma" w:cs="Tahoma"/>
          <w:rtl/>
        </w:rPr>
        <w:t xml:space="preserve"> جنگ را آغاز نکرد. او فرستادگان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نزد خوارزمشاه فرستاد و خواستار مجازات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تحو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حاکم اترار شد.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درخواست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محمد فقط مسئله‌ا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قضا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نبود. اگر غا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رخان</w:t>
      </w:r>
      <w:r w:rsidRPr="005E0C7F">
        <w:rPr>
          <w:rFonts w:ascii="Tahoma" w:hAnsi="Tahoma" w:cs="Tahoma"/>
          <w:rtl/>
        </w:rPr>
        <w:t xml:space="preserve"> را تحو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داد،</w:t>
      </w:r>
      <w:r w:rsidRPr="005E0C7F">
        <w:rPr>
          <w:rFonts w:ascii="Tahoma" w:hAnsi="Tahoma" w:cs="Tahoma"/>
          <w:rtl/>
        </w:rPr>
        <w:t xml:space="preserve"> در برابر دربار،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و مادرش چن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به نظر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که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حاکمان خود را به فرمان فرمانروا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گانه</w:t>
      </w:r>
      <w:r w:rsidRPr="005E0C7F">
        <w:rPr>
          <w:rFonts w:ascii="Tahoma" w:hAnsi="Tahoma" w:cs="Tahoma"/>
          <w:rtl/>
        </w:rPr>
        <w:t xml:space="preserve"> قربان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کرده است. اگر درخواست را رد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کرد،</w:t>
      </w:r>
      <w:r w:rsidRPr="005E0C7F">
        <w:rPr>
          <w:rFonts w:ascii="Tahoma" w:hAnsi="Tahoma" w:cs="Tahoma"/>
          <w:rtl/>
        </w:rPr>
        <w:t xml:space="preserve"> امکان جنگ با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را افزا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</w:t>
      </w:r>
      <w:r w:rsidRPr="005E0C7F">
        <w:rPr>
          <w:rFonts w:ascii="Tahoma" w:hAnsi="Tahoma" w:cs="Tahoma"/>
          <w:rtl/>
        </w:rPr>
        <w:t xml:space="preserve"> که هنوز شناخت درست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توان آن نداشت.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خوارزمشاه</w:t>
      </w:r>
      <w:r w:rsidRPr="005E0C7F">
        <w:rPr>
          <w:rFonts w:ascii="Tahoma" w:hAnsi="Tahoma" w:cs="Tahoma"/>
          <w:rtl/>
        </w:rPr>
        <w:t xml:space="preserve"> راه دوم را برگز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د،</w:t>
      </w:r>
      <w:r w:rsidRPr="005E0C7F">
        <w:rPr>
          <w:rFonts w:ascii="Tahoma" w:hAnsi="Tahoma" w:cs="Tahoma"/>
          <w:rtl/>
        </w:rPr>
        <w:t xml:space="preserve"> اما به رد درخواست اکتفا نکرد. فرستادهٔ اصل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کشته شد و همراهان او با اهانت بازگردانده شدند. در مناسبات 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 روزگار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تعرض به فرستاده، اقدام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/>
          <w:rtl/>
        </w:rPr>
        <w:t xml:space="preserve"> سنگ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به شمار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>. فرستاده حامل سخن فرمانروا بود و امن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او شرط ادامهٔ گفتگو محسوب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شد</w:t>
      </w:r>
      <w:r w:rsidRPr="005E0C7F">
        <w:rPr>
          <w:rFonts w:ascii="Tahoma" w:hAnsi="Tahoma" w:cs="Tahoma"/>
          <w:rtl/>
        </w:rPr>
        <w:t>. با کشتن فرستاده، محمد خوارزمشاه نه‌فقط تقاضا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زخان،</w:t>
      </w:r>
      <w:r w:rsidRPr="005E0C7F">
        <w:rPr>
          <w:rFonts w:ascii="Tahoma" w:hAnsi="Tahoma" w:cs="Tahoma"/>
          <w:rtl/>
        </w:rPr>
        <w:t xml:space="preserve"> بلکه امکان حل اختلاف از راه مذاکره را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رد کرد.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را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</w:t>
      </w:r>
      <w:r w:rsidRPr="005E0C7F">
        <w:rPr>
          <w:rFonts w:ascii="Tahoma" w:hAnsi="Tahoma" w:cs="Tahoma"/>
          <w:rtl/>
        </w:rPr>
        <w:t xml:space="preserve"> فقط نت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جهٔ</w:t>
      </w:r>
      <w:r w:rsidRPr="005E0C7F">
        <w:rPr>
          <w:rFonts w:ascii="Tahoma" w:hAnsi="Tahoma" w:cs="Tahoma"/>
          <w:rtl/>
        </w:rPr>
        <w:t xml:space="preserve"> ناآگاه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شخص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سلطان دانست. ساختمان حکومت او امکان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سنج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ده</w:t>
      </w:r>
      <w:r w:rsidRPr="005E0C7F">
        <w:rPr>
          <w:rFonts w:ascii="Tahoma" w:hAnsi="Tahoma" w:cs="Tahoma"/>
          <w:rtl/>
        </w:rPr>
        <w:t xml:space="preserve"> را کاهش داده بود. اعتراف به خطا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غا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رخان،</w:t>
      </w:r>
      <w:r w:rsidRPr="005E0C7F">
        <w:rPr>
          <w:rFonts w:ascii="Tahoma" w:hAnsi="Tahoma" w:cs="Tahoma"/>
          <w:rtl/>
        </w:rPr>
        <w:t xml:space="preserve"> ضعف سلطان را در برابر ترکان خاتون آشکار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</w:t>
      </w:r>
      <w:r w:rsidRPr="005E0C7F">
        <w:rPr>
          <w:rFonts w:ascii="Tahoma" w:hAnsi="Tahoma" w:cs="Tahoma"/>
          <w:rtl/>
        </w:rPr>
        <w:t>. تحو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او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قنقل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برآشوبد. بازگرداندن اموال کاروان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>ز پذ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رفتن</w:t>
      </w:r>
      <w:r w:rsidRPr="005E0C7F">
        <w:rPr>
          <w:rFonts w:ascii="Tahoma" w:hAnsi="Tahoma" w:cs="Tahoma"/>
          <w:rtl/>
        </w:rPr>
        <w:t xml:space="preserve"> مسئول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حکومت بود. محمد خوارزمشاه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حفظ ظاهر اقتدار در داخل و جلوگ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جنگ در خارج، حفظ ظاهر را برگز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>. او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آنکه ناتوان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خود را در برابر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وابستگان دربار پنهان کند، کشور را در معرض 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با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قرار داد.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باا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ن‌حال،</w:t>
      </w:r>
      <w:r w:rsidRPr="005E0C7F">
        <w:rPr>
          <w:rFonts w:ascii="Tahoma" w:hAnsi="Tahoma" w:cs="Tahoma"/>
          <w:rtl/>
        </w:rPr>
        <w:t xml:space="preserve"> نبا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همهٔ علت حملهٔ مغول را به حادثهٔ اترار محدود کرد.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در حال گسترش قلمرو خود بود و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روز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حکومت مغول را به مرزها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رسانده بود. قشون مغول پس از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کپارچه</w:t>
      </w:r>
      <w:r w:rsidRPr="005E0C7F">
        <w:rPr>
          <w:rFonts w:ascii="Tahoma" w:hAnsi="Tahoma" w:cs="Tahoma"/>
          <w:rtl/>
        </w:rPr>
        <w:t xml:space="preserve"> کردن قبا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و جنگ در 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و آس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مرکز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به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تبد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شده ب</w:t>
      </w:r>
      <w:r w:rsidRPr="005E0C7F">
        <w:rPr>
          <w:rFonts w:ascii="Tahoma" w:hAnsi="Tahoma" w:cs="Tahoma" w:hint="eastAsia"/>
          <w:rtl/>
        </w:rPr>
        <w:t>ود</w:t>
      </w:r>
      <w:r w:rsidRPr="005E0C7F">
        <w:rPr>
          <w:rFonts w:ascii="Tahoma" w:hAnsi="Tahoma" w:cs="Tahoma"/>
          <w:rtl/>
        </w:rPr>
        <w:t xml:space="preserve"> که گسترش و فرمان‌بردار ساختن همسا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گان</w:t>
      </w:r>
      <w:r w:rsidRPr="005E0C7F">
        <w:rPr>
          <w:rFonts w:ascii="Tahoma" w:hAnsi="Tahoma" w:cs="Tahoma"/>
          <w:rtl/>
        </w:rPr>
        <w:t xml:space="preserve"> بخش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منطق آن به شمار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>. ممکن است حت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بدون واقعهٔ اترار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رقابت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جنگ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دو حکومت پد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آمد</w:t>
      </w:r>
      <w:r w:rsidRPr="005E0C7F">
        <w:rPr>
          <w:rFonts w:ascii="Tahoma" w:hAnsi="Tahoma" w:cs="Tahoma"/>
          <w:rtl/>
        </w:rPr>
        <w:t>. اما آنچه در اترار و پس از آن رخ داد،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دل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فور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آشکار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جنگ فراهم کرد و راه سازش را بست.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محمد</w:t>
      </w:r>
      <w:r w:rsidRPr="005E0C7F">
        <w:rPr>
          <w:rFonts w:ascii="Tahoma" w:hAnsi="Tahoma" w:cs="Tahoma"/>
          <w:rtl/>
        </w:rPr>
        <w:t xml:space="preserve"> خوارزمشاه هنوز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از فرصت باق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مانده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شناخت دشمن و آماده کردن کشور استفاده کند. قلمرو او جمع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فراوان،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ثروتمند، دژها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استوار و سپاه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بزرگ داشت. رودها،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ابان‌ها</w:t>
      </w:r>
      <w:r w:rsidRPr="005E0C7F">
        <w:rPr>
          <w:rFonts w:ascii="Tahoma" w:hAnsi="Tahoma" w:cs="Tahoma"/>
          <w:rtl/>
        </w:rPr>
        <w:t xml:space="preserve"> و فاصله‌ها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طولان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توانستند</w:t>
      </w:r>
      <w:r w:rsidRPr="005E0C7F">
        <w:rPr>
          <w:rFonts w:ascii="Tahoma" w:hAnsi="Tahoma" w:cs="Tahoma"/>
          <w:rtl/>
        </w:rPr>
        <w:t xml:space="preserve"> حرکت مهاجمان را دشوار کنند. اگر قشون 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/>
          <w:rtl/>
        </w:rPr>
        <w:t xml:space="preserve"> فرمان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گانه</w:t>
      </w:r>
      <w:r w:rsidRPr="005E0C7F">
        <w:rPr>
          <w:rFonts w:ascii="Tahoma" w:hAnsi="Tahoma" w:cs="Tahoma"/>
          <w:rtl/>
        </w:rPr>
        <w:t xml:space="preserve"> قرار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گرفت،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/>
          <w:rtl/>
        </w:rPr>
        <w:t xml:space="preserve"> در نقاط حساب‌شده متمرکز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شدند،</w:t>
      </w:r>
      <w:r w:rsidRPr="005E0C7F">
        <w:rPr>
          <w:rFonts w:ascii="Tahoma" w:hAnsi="Tahoma" w:cs="Tahoma"/>
          <w:rtl/>
        </w:rPr>
        <w:t xml:space="preserve"> شهرها با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ارتباط داشتند و مردم به حکومت اعتماد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کردند،</w:t>
      </w:r>
      <w:r w:rsidRPr="005E0C7F">
        <w:rPr>
          <w:rFonts w:ascii="Tahoma" w:hAnsi="Tahoma" w:cs="Tahoma"/>
          <w:rtl/>
        </w:rPr>
        <w:t xml:space="preserve"> مقاومت در برابر مغولان ناممکن نبود.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اما</w:t>
      </w:r>
      <w:r w:rsidRPr="005E0C7F">
        <w:rPr>
          <w:rFonts w:ascii="Tahoma" w:hAnsi="Tahoma" w:cs="Tahoma"/>
          <w:rtl/>
        </w:rPr>
        <w:t xml:space="preserve"> 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چ‌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از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شرط‌ها به‌طور کامل وجود نداشت. سلطان به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خود اعتماد نداشت و از آن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داشت که تمرکز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بزرگ در اخت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/>
          <w:rtl/>
        </w:rPr>
        <w:t xml:space="preserve"> فرماندهان قنقل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خطر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تاج او پد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آورد. او همچن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از 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وهٔ</w:t>
      </w:r>
      <w:r w:rsidRPr="005E0C7F">
        <w:rPr>
          <w:rFonts w:ascii="Tahoma" w:hAnsi="Tahoma" w:cs="Tahoma"/>
          <w:rtl/>
        </w:rPr>
        <w:t xml:space="preserve"> جنگ مغولان شناخت کاف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نداشت و احتمالاً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پنداشت</w:t>
      </w:r>
      <w:r w:rsidRPr="005E0C7F">
        <w:rPr>
          <w:rFonts w:ascii="Tahoma" w:hAnsi="Tahoma" w:cs="Tahoma"/>
          <w:rtl/>
        </w:rPr>
        <w:t xml:space="preserve">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دارا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وار</w:t>
      </w:r>
      <w:r w:rsidRPr="005E0C7F">
        <w:rPr>
          <w:rFonts w:ascii="Tahoma" w:hAnsi="Tahoma" w:cs="Tahoma"/>
          <w:rtl/>
        </w:rPr>
        <w:t xml:space="preserve"> و پادگان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توانند</w:t>
      </w:r>
      <w:r w:rsidRPr="005E0C7F">
        <w:rPr>
          <w:rFonts w:ascii="Tahoma" w:hAnsi="Tahoma" w:cs="Tahoma"/>
          <w:rtl/>
        </w:rPr>
        <w:t xml:space="preserve"> مهاجمان را جداگانه متوقف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فرسوده کنند. ازا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ن‌رو،</w:t>
      </w:r>
      <w:r w:rsidRPr="005E0C7F">
        <w:rPr>
          <w:rFonts w:ascii="Tahoma" w:hAnsi="Tahoma" w:cs="Tahoma"/>
          <w:rtl/>
        </w:rPr>
        <w:t xml:space="preserve"> به جا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آنکه بخش اصل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سپاه را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مقابله‌ا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هماهنگ گرد آورد،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خود را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شهرها و دژها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مختلف پراکنده کرد.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در ظاهر دفاع از همهٔ شهرها بود، اما در عمل امکان دفاع مشترک را از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برد. هر شهر پادگان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داشت که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مقابله با بخش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قشون مغول کاف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به نظر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د،</w:t>
      </w:r>
      <w:r w:rsidRPr="005E0C7F">
        <w:rPr>
          <w:rFonts w:ascii="Tahoma" w:hAnsi="Tahoma" w:cs="Tahoma"/>
          <w:rtl/>
        </w:rPr>
        <w:t xml:space="preserve"> ول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در برابر تمرکز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مهاجم تنها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ماند</w:t>
      </w:r>
      <w:r w:rsidRPr="005E0C7F">
        <w:rPr>
          <w:rFonts w:ascii="Tahoma" w:hAnsi="Tahoma" w:cs="Tahoma"/>
          <w:rtl/>
        </w:rPr>
        <w:t>. مغولان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توانستند</w:t>
      </w:r>
      <w:r w:rsidRPr="005E0C7F">
        <w:rPr>
          <w:rFonts w:ascii="Tahoma" w:hAnsi="Tahoma" w:cs="Tahoma"/>
          <w:rtl/>
        </w:rPr>
        <w:t xml:space="preserve"> از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شهرها عبور کنند،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محاصره کنند و سپس به سراغ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بروند، ب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آنکه</w:t>
      </w:r>
      <w:r w:rsidRPr="005E0C7F">
        <w:rPr>
          <w:rFonts w:ascii="Tahoma" w:hAnsi="Tahoma" w:cs="Tahoma"/>
          <w:rtl/>
        </w:rPr>
        <w:t xml:space="preserve"> با قشون اصل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کپارچهٔ</w:t>
      </w:r>
      <w:r w:rsidRPr="005E0C7F">
        <w:rPr>
          <w:rFonts w:ascii="Tahoma" w:hAnsi="Tahoma" w:cs="Tahoma"/>
          <w:rtl/>
        </w:rPr>
        <w:t xml:space="preserve">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روبه‌رو شوند. سلطان با تقس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سپاه، برتر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عدد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احتمال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خود را ب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اثر</w:t>
      </w:r>
      <w:r w:rsidRPr="005E0C7F">
        <w:rPr>
          <w:rFonts w:ascii="Tahoma" w:hAnsi="Tahoma" w:cs="Tahoma"/>
          <w:rtl/>
        </w:rPr>
        <w:t xml:space="preserve"> کرد.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در سال </w:t>
      </w:r>
      <w:r w:rsidRPr="005E0C7F">
        <w:rPr>
          <w:rFonts w:ascii="Tahoma" w:hAnsi="Tahoma" w:cs="Tahoma"/>
          <w:rtl/>
          <w:lang w:bidi="fa-IR"/>
        </w:rPr>
        <w:t>۱۲۱۹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لاد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حرکت به سو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قلمرو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آغاز کرد. سپاه او برخلاف قشون محمد، مجموعه‌ا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پراکنده و وابسته به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رق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</w:t>
      </w:r>
      <w:r w:rsidRPr="005E0C7F">
        <w:rPr>
          <w:rFonts w:ascii="Tahoma" w:hAnsi="Tahoma" w:cs="Tahoma"/>
          <w:rtl/>
        </w:rPr>
        <w:t xml:space="preserve"> نبود. واحدها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نظام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 در ساختار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منظم قرار داشتند، فرماندهان از برنامهٔ کل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جنگ آگاه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داشتند و هر بخش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مأمور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جداگانه را در هماهنگ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با بخش‌ها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اجرا کند. انضباط، سرعت حرکت، توان شناسا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و امکان ارتباط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فرماندهان، به مغولان اجازه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</w:t>
      </w:r>
      <w:r w:rsidRPr="005E0C7F">
        <w:rPr>
          <w:rFonts w:ascii="Tahoma" w:hAnsi="Tahoma" w:cs="Tahoma"/>
          <w:rtl/>
        </w:rPr>
        <w:t xml:space="preserve"> در جبهه‌ا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گسترده بجنگند.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سپاه خود را به چند بخش تقس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کرد، اما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تقس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با پراکندگ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سپاه خوارزمشاه تفاوت داشت. هر بخش مأمور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مع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داشت و همه در چارچوب نقشه‌ا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مشترک عمل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کردند</w:t>
      </w:r>
      <w:r w:rsidRPr="005E0C7F">
        <w:rPr>
          <w:rFonts w:ascii="Tahoma" w:hAnsi="Tahoma" w:cs="Tahoma"/>
          <w:rtl/>
        </w:rPr>
        <w:t>. گروه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مأمور محاصرهٔ اترار شد، گروه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در امتداد 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حرکت کرد و خود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با بخش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راه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از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ابان</w:t>
      </w:r>
      <w:r w:rsidRPr="005E0C7F">
        <w:rPr>
          <w:rFonts w:ascii="Tahoma" w:hAnsi="Tahoma" w:cs="Tahoma"/>
          <w:rtl/>
        </w:rPr>
        <w:t xml:space="preserve"> در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گرفت که مدافعان انتظار نداشتند. هدف آن بود که شهرها از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جدا شوند و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از آنکه خوارزمشاه بتواند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را گرد آورد، مراکز اصل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ماوراءالنهر در محاصره قرار 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رند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اترار</w:t>
      </w:r>
      <w:r w:rsidRPr="005E0C7F">
        <w:rPr>
          <w:rFonts w:ascii="Tahoma" w:hAnsi="Tahoma" w:cs="Tahoma"/>
          <w:rtl/>
        </w:rPr>
        <w:t xml:space="preserve"> چند ماه مقاومت کرد. حاکم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مش</w:t>
      </w:r>
      <w:r w:rsidRPr="005E0C7F">
        <w:rPr>
          <w:rFonts w:ascii="Tahoma" w:hAnsi="Tahoma" w:cs="Tahoma"/>
          <w:rtl/>
        </w:rPr>
        <w:t xml:space="preserve"> جنگ را شعله‌ور ساخته بود، اکنون ناچار بود در برابر سپاه مغول از شهر دفاع کند. اما مقاومت اترار نتوانست حرکت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بخش‌ها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قشون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را متوقف کند. مغولان همهٔ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خود را پشت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وارها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شهر نگاه نداشتند و هم‌ز</w:t>
      </w:r>
      <w:r w:rsidRPr="005E0C7F">
        <w:rPr>
          <w:rFonts w:ascii="Tahoma" w:hAnsi="Tahoma" w:cs="Tahoma" w:hint="eastAsia"/>
          <w:rtl/>
        </w:rPr>
        <w:t>مان</w:t>
      </w:r>
      <w:r w:rsidRPr="005E0C7F">
        <w:rPr>
          <w:rFonts w:ascii="Tahoma" w:hAnsi="Tahoma" w:cs="Tahoma"/>
          <w:rtl/>
        </w:rPr>
        <w:t xml:space="preserve"> در جهت‌ها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رفتند. هم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توان انجام عمل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ات</w:t>
      </w:r>
      <w:r w:rsidRPr="005E0C7F">
        <w:rPr>
          <w:rFonts w:ascii="Tahoma" w:hAnsi="Tahoma" w:cs="Tahoma"/>
          <w:rtl/>
        </w:rPr>
        <w:t xml:space="preserve"> هم‌زمان، تفاوت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قشون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منظم و حکومت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بود که هر شهر آن جداگانه از خود دفاع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از راه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غ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رمنتظره</w:t>
      </w:r>
      <w:r w:rsidRPr="005E0C7F">
        <w:rPr>
          <w:rFonts w:ascii="Tahoma" w:hAnsi="Tahoma" w:cs="Tahoma"/>
          <w:rtl/>
        </w:rPr>
        <w:t xml:space="preserve"> به بخارا رس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>. ظاهر شدن سپاه مغول در پشت خطوط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خوارزمشاه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دفاع در نظر گرفته بود، نشان داد آگاه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حکومت از جغراف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جنگ و حرکت دشمن تا چه اندازه ناقص است. بخارا بدون 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افت</w:t>
      </w:r>
      <w:r w:rsidRPr="005E0C7F">
        <w:rPr>
          <w:rFonts w:ascii="Tahoma" w:hAnsi="Tahoma" w:cs="Tahoma"/>
          <w:rtl/>
        </w:rPr>
        <w:t xml:space="preserve"> کمک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مؤثر از سلطان در محاصره افتاد. پادگان شهر مدت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کوش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مقاومت کند، اما نتوانست در برابر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مهاجم دوام آورد. با سقوط بخارا،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مهم‌تر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مراکز فرهنگ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اقتصاد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قلمرو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در اخت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/>
          <w:rtl/>
        </w:rPr>
        <w:t xml:space="preserve"> مغولان قرار گرفت.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پس</w:t>
      </w:r>
      <w:r w:rsidRPr="005E0C7F">
        <w:rPr>
          <w:rFonts w:ascii="Tahoma" w:hAnsi="Tahoma" w:cs="Tahoma"/>
          <w:rtl/>
        </w:rPr>
        <w:t xml:space="preserve"> از آن، سمرقند هدف اصل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شد. محمد خوارزمشاه در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شهر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فراوان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مستقر کرده بود و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وارها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توانستند</w:t>
      </w:r>
      <w:r w:rsidRPr="005E0C7F">
        <w:rPr>
          <w:rFonts w:ascii="Tahoma" w:hAnsi="Tahoma" w:cs="Tahoma"/>
          <w:rtl/>
        </w:rPr>
        <w:t xml:space="preserve"> مقاومت طولان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ممکن سازند. اما فراوان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سربازان جا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فرمانده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اعتماد و ارادهٔ مشترک را نگرفت. بخش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/>
          <w:rtl/>
        </w:rPr>
        <w:t xml:space="preserve"> تسل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شدند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از ادامهٔ جنگ دست ک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دند</w:t>
      </w:r>
      <w:r w:rsidRPr="005E0C7F">
        <w:rPr>
          <w:rFonts w:ascii="Tahoma" w:hAnsi="Tahoma" w:cs="Tahoma"/>
          <w:rtl/>
        </w:rPr>
        <w:t xml:space="preserve"> و هماهنگ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لازم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استفاده از امکانات شهر پد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امد</w:t>
      </w:r>
      <w:r w:rsidRPr="005E0C7F">
        <w:rPr>
          <w:rFonts w:ascii="Tahoma" w:hAnsi="Tahoma" w:cs="Tahoma"/>
          <w:rtl/>
        </w:rPr>
        <w:t>. سمرقند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در زمان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کوتاه‌تر از آنچه انتظار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 xml:space="preserve"> سقوط کرد.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سقوط</w:t>
      </w:r>
      <w:r w:rsidRPr="005E0C7F">
        <w:rPr>
          <w:rFonts w:ascii="Tahoma" w:hAnsi="Tahoma" w:cs="Tahoma"/>
          <w:rtl/>
        </w:rPr>
        <w:t xml:space="preserve"> بخارا و سمرقند تنها از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نظام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مغولان خبر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</w:t>
      </w:r>
      <w:r w:rsidRPr="005E0C7F">
        <w:rPr>
          <w:rFonts w:ascii="Tahoma" w:hAnsi="Tahoma" w:cs="Tahoma"/>
          <w:rtl/>
        </w:rPr>
        <w:t>.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دادها</w:t>
      </w:r>
      <w:r w:rsidRPr="005E0C7F">
        <w:rPr>
          <w:rFonts w:ascii="Tahoma" w:hAnsi="Tahoma" w:cs="Tahoma"/>
          <w:rtl/>
        </w:rPr>
        <w:t xml:space="preserve"> نشان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دادند</w:t>
      </w:r>
      <w:r w:rsidRPr="005E0C7F">
        <w:rPr>
          <w:rFonts w:ascii="Tahoma" w:hAnsi="Tahoma" w:cs="Tahoma"/>
          <w:rtl/>
        </w:rPr>
        <w:t xml:space="preserve"> که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بزرگ قلمرو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خود را اجزا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دفاع کشور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نند</w:t>
      </w:r>
      <w:r w:rsidRPr="005E0C7F">
        <w:rPr>
          <w:rFonts w:ascii="Tahoma" w:hAnsi="Tahoma" w:cs="Tahoma"/>
          <w:rtl/>
        </w:rPr>
        <w:t xml:space="preserve">. هر شهر منتظر بود سلطان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/>
          <w:rtl/>
        </w:rPr>
        <w:t xml:space="preserve"> سپاه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به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 برسد، اما مرکز حکومت برنامه‌ا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وند</w:t>
      </w:r>
      <w:r w:rsidRPr="005E0C7F">
        <w:rPr>
          <w:rFonts w:ascii="Tahoma" w:hAnsi="Tahoma" w:cs="Tahoma"/>
          <w:rtl/>
        </w:rPr>
        <w:t xml:space="preserve"> دادن مقا</w:t>
      </w:r>
      <w:r w:rsidRPr="005E0C7F">
        <w:rPr>
          <w:rFonts w:ascii="Tahoma" w:hAnsi="Tahoma" w:cs="Tahoma" w:hint="eastAsia"/>
          <w:rtl/>
        </w:rPr>
        <w:t>ومت‌ها</w:t>
      </w:r>
      <w:r w:rsidRPr="005E0C7F">
        <w:rPr>
          <w:rFonts w:ascii="Tahoma" w:hAnsi="Tahoma" w:cs="Tahoma"/>
          <w:rtl/>
        </w:rPr>
        <w:t xml:space="preserve"> نداشت. هنگام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شهر نخست سقوط کرد، شهر بعد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نه از تجربهٔ آن بهره گرفت و نه از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مشترک برخوردار شد.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محمد</w:t>
      </w:r>
      <w:r w:rsidRPr="005E0C7F">
        <w:rPr>
          <w:rFonts w:ascii="Tahoma" w:hAnsi="Tahoma" w:cs="Tahoma"/>
          <w:rtl/>
        </w:rPr>
        <w:t xml:space="preserve"> خوارزمشاه به جا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آنکه در نقطه‌ا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مناسب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باق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مانده</w:t>
      </w:r>
      <w:r w:rsidRPr="005E0C7F">
        <w:rPr>
          <w:rFonts w:ascii="Tahoma" w:hAnsi="Tahoma" w:cs="Tahoma"/>
          <w:rtl/>
        </w:rPr>
        <w:t xml:space="preserve"> را گرد آورد و فرمانده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مقاومت را بر عهده 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رد،</w:t>
      </w:r>
      <w:r w:rsidRPr="005E0C7F">
        <w:rPr>
          <w:rFonts w:ascii="Tahoma" w:hAnsi="Tahoma" w:cs="Tahoma"/>
          <w:rtl/>
        </w:rPr>
        <w:t xml:space="preserve"> عقب نشست. ممکن است او همچنان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دوار</w:t>
      </w:r>
      <w:r w:rsidRPr="005E0C7F">
        <w:rPr>
          <w:rFonts w:ascii="Tahoma" w:hAnsi="Tahoma" w:cs="Tahoma"/>
          <w:rtl/>
        </w:rPr>
        <w:t xml:space="preserve"> بوده باشد که در مناطق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سپاه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تازه فراهم آورد، اما عقب‌نش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او در نظر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و مردم به نشانهٔ فروپا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قدرت مرکز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تبد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شد. فرمانروا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که تا چند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خود را بزرگ‌تر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سلطان جهان اسلام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دانست،</w:t>
      </w:r>
      <w:r w:rsidRPr="005E0C7F">
        <w:rPr>
          <w:rFonts w:ascii="Tahoma" w:hAnsi="Tahoma" w:cs="Tahoma"/>
          <w:rtl/>
        </w:rPr>
        <w:t xml:space="preserve"> اکنون از شهر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به شهر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 xml:space="preserve"> و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جا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ستادگ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ابد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آنکه فرصت تجد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قوا را از او بگ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رد،</w:t>
      </w:r>
      <w:r w:rsidRPr="005E0C7F">
        <w:rPr>
          <w:rFonts w:ascii="Tahoma" w:hAnsi="Tahoma" w:cs="Tahoma"/>
          <w:rtl/>
        </w:rPr>
        <w:t xml:space="preserve"> گروه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فرماندهان برجستهٔ خود، جبه و سوبدا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را به تعق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بش</w:t>
      </w:r>
      <w:r w:rsidRPr="005E0C7F">
        <w:rPr>
          <w:rFonts w:ascii="Tahoma" w:hAnsi="Tahoma" w:cs="Tahoma"/>
          <w:rtl/>
        </w:rPr>
        <w:t xml:space="preserve"> فرستاد. مأمور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آنان در آغاز تصرف همهٔ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نبود؛ با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سلطان را م</w:t>
      </w:r>
      <w:r w:rsidRPr="005E0C7F">
        <w:rPr>
          <w:rFonts w:ascii="Tahoma" w:hAnsi="Tahoma" w:cs="Tahoma" w:hint="cs"/>
          <w:rtl/>
        </w:rPr>
        <w:t>ی‌ی</w:t>
      </w:r>
      <w:r w:rsidRPr="005E0C7F">
        <w:rPr>
          <w:rFonts w:ascii="Tahoma" w:hAnsi="Tahoma" w:cs="Tahoma" w:hint="eastAsia"/>
          <w:rtl/>
        </w:rPr>
        <w:t>افتند،</w:t>
      </w:r>
      <w:r w:rsidRPr="005E0C7F">
        <w:rPr>
          <w:rFonts w:ascii="Tahoma" w:hAnsi="Tahoma" w:cs="Tahoma"/>
          <w:rtl/>
        </w:rPr>
        <w:t xml:space="preserve"> از گردآور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سپاه تازه جلوگ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کردند</w:t>
      </w:r>
      <w:r w:rsidRPr="005E0C7F">
        <w:rPr>
          <w:rFonts w:ascii="Tahoma" w:hAnsi="Tahoma" w:cs="Tahoma"/>
          <w:rtl/>
        </w:rPr>
        <w:t xml:space="preserve"> و نشان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دادند</w:t>
      </w:r>
      <w:r w:rsidRPr="005E0C7F">
        <w:rPr>
          <w:rFonts w:ascii="Tahoma" w:hAnsi="Tahoma" w:cs="Tahoma"/>
          <w:rtl/>
        </w:rPr>
        <w:t xml:space="preserve"> که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چ</w:t>
      </w:r>
      <w:r w:rsidRPr="005E0C7F">
        <w:rPr>
          <w:rFonts w:ascii="Tahoma" w:hAnsi="Tahoma" w:cs="Tahoma"/>
          <w:rtl/>
        </w:rPr>
        <w:t xml:space="preserve"> نقطه‌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قلمرو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او امن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ست</w:t>
      </w:r>
      <w:r w:rsidRPr="005E0C7F">
        <w:rPr>
          <w:rFonts w:ascii="Tahoma" w:hAnsi="Tahoma" w:cs="Tahoma"/>
          <w:rtl/>
        </w:rPr>
        <w:t>. سرعت حرکت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/>
          <w:rtl/>
        </w:rPr>
        <w:t xml:space="preserve"> سبب شد خوارزمشاه نتواند فاصله‌ا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دار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خود و تعق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ب‌کنندگان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جاد</w:t>
      </w:r>
      <w:r w:rsidRPr="005E0C7F">
        <w:rPr>
          <w:rFonts w:ascii="Tahoma" w:hAnsi="Tahoma" w:cs="Tahoma"/>
          <w:rtl/>
        </w:rPr>
        <w:t xml:space="preserve"> کند.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محمد</w:t>
      </w:r>
      <w:r w:rsidRPr="005E0C7F">
        <w:rPr>
          <w:rFonts w:ascii="Tahoma" w:hAnsi="Tahoma" w:cs="Tahoma"/>
          <w:rtl/>
        </w:rPr>
        <w:t xml:space="preserve"> از خراسان به سو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نواح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مرکز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غرب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رفت. حضور کوتاه او در هر شهر نگران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آفر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د،</w:t>
      </w:r>
      <w:r w:rsidRPr="005E0C7F">
        <w:rPr>
          <w:rFonts w:ascii="Tahoma" w:hAnsi="Tahoma" w:cs="Tahoma"/>
          <w:rtl/>
        </w:rPr>
        <w:t xml:space="preserve"> 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</w:t>
      </w:r>
      <w:r w:rsidRPr="005E0C7F">
        <w:rPr>
          <w:rFonts w:ascii="Tahoma" w:hAnsi="Tahoma" w:cs="Tahoma"/>
          <w:rtl/>
        </w:rPr>
        <w:t xml:space="preserve"> مردم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دانستند</w:t>
      </w:r>
      <w:r w:rsidRPr="005E0C7F">
        <w:rPr>
          <w:rFonts w:ascii="Tahoma" w:hAnsi="Tahoma" w:cs="Tahoma"/>
          <w:rtl/>
        </w:rPr>
        <w:t xml:space="preserve"> سپاه مغول در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او خواهد آمد. سلطان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با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ما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هٔ</w:t>
      </w:r>
      <w:r w:rsidRPr="005E0C7F">
        <w:rPr>
          <w:rFonts w:ascii="Tahoma" w:hAnsi="Tahoma" w:cs="Tahoma"/>
          <w:rtl/>
        </w:rPr>
        <w:t xml:space="preserve"> امن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باشد، اکنون حضورش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خطر را به سو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شهر بکشاند. برخ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حاکمان و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هنوز ظاهرا</w:t>
      </w:r>
      <w:r w:rsidRPr="005E0C7F">
        <w:rPr>
          <w:rFonts w:ascii="Tahoma" w:hAnsi="Tahoma" w:cs="Tahoma" w:hint="eastAsia"/>
          <w:rtl/>
        </w:rPr>
        <w:t>ً</w:t>
      </w:r>
      <w:r w:rsidRPr="005E0C7F">
        <w:rPr>
          <w:rFonts w:ascii="Tahoma" w:hAnsi="Tahoma" w:cs="Tahoma"/>
          <w:rtl/>
        </w:rPr>
        <w:t xml:space="preserve"> از او اطاعت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کردند،</w:t>
      </w:r>
      <w:r w:rsidRPr="005E0C7F">
        <w:rPr>
          <w:rFonts w:ascii="Tahoma" w:hAnsi="Tahoma" w:cs="Tahoma"/>
          <w:rtl/>
        </w:rPr>
        <w:t xml:space="preserve"> اما بس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منتظر بودند بب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نند</w:t>
      </w:r>
      <w:r w:rsidRPr="005E0C7F">
        <w:rPr>
          <w:rFonts w:ascii="Tahoma" w:hAnsi="Tahoma" w:cs="Tahoma"/>
          <w:rtl/>
        </w:rPr>
        <w:t xml:space="preserve"> کدام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روز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شود</w:t>
      </w:r>
      <w:r w:rsidRPr="005E0C7F">
        <w:rPr>
          <w:rFonts w:ascii="Tahoma" w:hAnsi="Tahoma" w:cs="Tahoma"/>
          <w:rtl/>
        </w:rPr>
        <w:t>. وفادار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بر ترس از قشون خوارزمشاه استوار بود، با ناپد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شدن همان قشون از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رفتار</w:t>
      </w:r>
      <w:r w:rsidRPr="005E0C7F">
        <w:rPr>
          <w:rFonts w:ascii="Tahoma" w:hAnsi="Tahoma" w:cs="Tahoma"/>
          <w:rtl/>
        </w:rPr>
        <w:t xml:space="preserve"> سلطان در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هنگام نت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جهٔ</w:t>
      </w:r>
      <w:r w:rsidRPr="005E0C7F">
        <w:rPr>
          <w:rFonts w:ascii="Tahoma" w:hAnsi="Tahoma" w:cs="Tahoma"/>
          <w:rtl/>
        </w:rPr>
        <w:t xml:space="preserve"> سال‌ها کشوردار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بر پا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هٔ</w:t>
      </w:r>
      <w:r w:rsidRPr="005E0C7F">
        <w:rPr>
          <w:rFonts w:ascii="Tahoma" w:hAnsi="Tahoma" w:cs="Tahoma"/>
          <w:rtl/>
        </w:rPr>
        <w:t xml:space="preserve"> تصرف بود. او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فراوان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فتح کرده بود، اما در آنها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وند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نساخته بود که هنگام شکست از او پشت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کند. مردم بس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نواح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او را فرمانروا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دوردست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شناختند</w:t>
      </w:r>
      <w:r w:rsidRPr="005E0C7F">
        <w:rPr>
          <w:rFonts w:ascii="Tahoma" w:hAnsi="Tahoma" w:cs="Tahoma"/>
          <w:rtl/>
        </w:rPr>
        <w:t xml:space="preserve"> که مأمورانش مال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ات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گرفتند</w:t>
      </w:r>
      <w:r w:rsidRPr="005E0C7F">
        <w:rPr>
          <w:rFonts w:ascii="Tahoma" w:hAnsi="Tahoma" w:cs="Tahoma"/>
          <w:rtl/>
        </w:rPr>
        <w:t xml:space="preserve"> و قشونش گاه از شهرشان عبور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کرد</w:t>
      </w:r>
      <w:r w:rsidRPr="005E0C7F">
        <w:rPr>
          <w:rFonts w:ascii="Tahoma" w:hAnsi="Tahoma" w:cs="Tahoma"/>
          <w:rtl/>
        </w:rPr>
        <w:t>. اکنون که آن قشون شکست خورده بود، دل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رومند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فدا کردن جان و دارا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خود در راه حفظ تاج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دند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سرانجام</w:t>
      </w:r>
      <w:r w:rsidRPr="005E0C7F">
        <w:rPr>
          <w:rFonts w:ascii="Tahoma" w:hAnsi="Tahoma" w:cs="Tahoma"/>
          <w:rtl/>
        </w:rPr>
        <w:t xml:space="preserve"> محمد خوارزمشاه به جز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در 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خزر پناه برد. فاصلهٔ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اوج قدرت و پا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کارش بس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/>
          <w:rtl/>
        </w:rPr>
        <w:t xml:space="preserve"> کوتاه بود. فرمانروا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که قلمرو او چند سال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از مرزها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هند تا نزد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عراق گسترده شده بود، در سال </w:t>
      </w:r>
      <w:r w:rsidRPr="005E0C7F">
        <w:rPr>
          <w:rFonts w:ascii="Tahoma" w:hAnsi="Tahoma" w:cs="Tahoma"/>
          <w:rtl/>
          <w:lang w:bidi="fa-IR"/>
        </w:rPr>
        <w:t>۱۲۲۰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لاد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دور از پا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تخت</w:t>
      </w:r>
      <w:r w:rsidRPr="005E0C7F">
        <w:rPr>
          <w:rFonts w:ascii="Tahoma" w:hAnsi="Tahoma" w:cs="Tahoma"/>
          <w:rtl/>
        </w:rPr>
        <w:t xml:space="preserve"> و سپاه خود،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مار</w:t>
      </w:r>
      <w:r w:rsidRPr="005E0C7F">
        <w:rPr>
          <w:rFonts w:ascii="Tahoma" w:hAnsi="Tahoma" w:cs="Tahoma"/>
          <w:rtl/>
        </w:rPr>
        <w:t xml:space="preserve"> و شکست‌خورده، در جز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درگذشت. مرگ او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از آن 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داد که همهٔ سرزم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به تصرف مغولان درآ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ند،</w:t>
      </w:r>
      <w:r w:rsidRPr="005E0C7F">
        <w:rPr>
          <w:rFonts w:ascii="Tahoma" w:hAnsi="Tahoma" w:cs="Tahoma"/>
          <w:rtl/>
        </w:rPr>
        <w:t xml:space="preserve"> اما حکومت او عملاً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از مرگش فروپاش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ده</w:t>
      </w:r>
      <w:r w:rsidRPr="005E0C7F">
        <w:rPr>
          <w:rFonts w:ascii="Tahoma" w:hAnsi="Tahoma" w:cs="Tahoma"/>
          <w:rtl/>
        </w:rPr>
        <w:t xml:space="preserve"> بود.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ترکان</w:t>
      </w:r>
      <w:r w:rsidRPr="005E0C7F">
        <w:rPr>
          <w:rFonts w:ascii="Tahoma" w:hAnsi="Tahoma" w:cs="Tahoma"/>
          <w:rtl/>
        </w:rPr>
        <w:t xml:space="preserve"> خاتون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نتوانست مرکز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مقاومت پد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آورد. او که سال‌ها بخش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قدرت حکومت را در اخت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/>
          <w:rtl/>
        </w:rPr>
        <w:t xml:space="preserve"> داشت، هنگام خطر از پا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تخت</w:t>
      </w:r>
      <w:r w:rsidRPr="005E0C7F">
        <w:rPr>
          <w:rFonts w:ascii="Tahoma" w:hAnsi="Tahoma" w:cs="Tahoma"/>
          <w:rtl/>
        </w:rPr>
        <w:t xml:space="preserve"> 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خت</w:t>
      </w:r>
      <w:r w:rsidRPr="005E0C7F">
        <w:rPr>
          <w:rFonts w:ascii="Tahoma" w:hAnsi="Tahoma" w:cs="Tahoma"/>
          <w:rtl/>
        </w:rPr>
        <w:t xml:space="preserve"> و سرانجام به دست مغولان افتاد. شبکه‌ا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نفوذ او را در دربار و قشون حفظ کرده بود، در برابر دشمن خارج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به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برا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دفا</w:t>
      </w:r>
      <w:r w:rsidRPr="005E0C7F">
        <w:rPr>
          <w:rFonts w:ascii="Tahoma" w:hAnsi="Tahoma" w:cs="Tahoma" w:hint="eastAsia"/>
          <w:rtl/>
        </w:rPr>
        <w:t>ع</w:t>
      </w:r>
      <w:r w:rsidRPr="005E0C7F">
        <w:rPr>
          <w:rFonts w:ascii="Tahoma" w:hAnsi="Tahoma" w:cs="Tahoma"/>
          <w:rtl/>
        </w:rPr>
        <w:t xml:space="preserve"> از کشور تبد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نشد.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وابسته به او هر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به فکر نجات خود افتادند و فرمانروا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دوگانه‌ا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در دوران آسا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قدرت سلطان را محدود کرده بود، هنگام بحران 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چ</w:t>
      </w:r>
      <w:r w:rsidRPr="005E0C7F">
        <w:rPr>
          <w:rFonts w:ascii="Tahoma" w:hAnsi="Tahoma" w:cs="Tahoma"/>
          <w:rtl/>
        </w:rPr>
        <w:t xml:space="preserve"> مسئول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مشترک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نپذ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رفت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حکومت</w:t>
      </w:r>
      <w:r w:rsidRPr="005E0C7F">
        <w:rPr>
          <w:rFonts w:ascii="Tahoma" w:hAnsi="Tahoma" w:cs="Tahoma"/>
          <w:rtl/>
        </w:rPr>
        <w:t xml:space="preserve">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تنها به سبب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نادرست سقوط نکرد. کشتار کاروان اترار، اهانت به فرستادگان 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زخان،</w:t>
      </w:r>
      <w:r w:rsidRPr="005E0C7F">
        <w:rPr>
          <w:rFonts w:ascii="Tahoma" w:hAnsi="Tahoma" w:cs="Tahoma"/>
          <w:rtl/>
        </w:rPr>
        <w:t xml:space="preserve"> پراکندن سپاه و گر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سلطان هر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</w:t>
      </w:r>
      <w:r w:rsidRPr="005E0C7F">
        <w:rPr>
          <w:rFonts w:ascii="Tahoma" w:hAnsi="Tahoma" w:cs="Tahoma"/>
          <w:rtl/>
        </w:rPr>
        <w:t xml:space="preserve"> حلقه‌ا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زنج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رهٔ</w:t>
      </w:r>
      <w:r w:rsidRPr="005E0C7F">
        <w:rPr>
          <w:rFonts w:ascii="Tahoma" w:hAnsi="Tahoma" w:cs="Tahoma"/>
          <w:rtl/>
        </w:rPr>
        <w:t xml:space="preserve"> شکست بودند؛ اما پشت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تصم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م‌ها</w:t>
      </w:r>
      <w:r w:rsidRPr="005E0C7F">
        <w:rPr>
          <w:rFonts w:ascii="Tahoma" w:hAnsi="Tahoma" w:cs="Tahoma"/>
          <w:rtl/>
        </w:rPr>
        <w:t xml:space="preserve"> ساختمان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کشوردار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قرار داشت که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از رس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دن</w:t>
      </w:r>
      <w:r w:rsidRPr="005E0C7F">
        <w:rPr>
          <w:rFonts w:ascii="Tahoma" w:hAnsi="Tahoma" w:cs="Tahoma"/>
          <w:rtl/>
        </w:rPr>
        <w:t xml:space="preserve"> مغولان دچار شکاف بود. قلمرو با سرعت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شتر</w:t>
      </w:r>
      <w:r w:rsidRPr="005E0C7F">
        <w:rPr>
          <w:rFonts w:ascii="Tahoma" w:hAnsi="Tahoma" w:cs="Tahoma"/>
          <w:rtl/>
        </w:rPr>
        <w:t xml:space="preserve"> از توان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وان</w:t>
      </w:r>
      <w:r w:rsidRPr="005E0C7F">
        <w:rPr>
          <w:rFonts w:ascii="Tahoma" w:hAnsi="Tahoma" w:cs="Tahoma"/>
          <w:rtl/>
        </w:rPr>
        <w:t xml:space="preserve"> گسترش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افته</w:t>
      </w:r>
      <w:r w:rsidRPr="005E0C7F">
        <w:rPr>
          <w:rFonts w:ascii="Tahoma" w:hAnsi="Tahoma" w:cs="Tahoma"/>
          <w:rtl/>
        </w:rPr>
        <w:t xml:space="preserve"> بود. قشون از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و قب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له‌ها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تشک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شد</w:t>
      </w:r>
      <w:r w:rsidRPr="005E0C7F">
        <w:rPr>
          <w:rFonts w:ascii="Tahoma" w:hAnsi="Tahoma" w:cs="Tahoma"/>
          <w:rtl/>
        </w:rPr>
        <w:t xml:space="preserve"> که وفادار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شان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سلطان و ترکان خاتون تقس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شده بود. مردم در کشور سهم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نداشتند و حکومت را از آن خود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دانستند</w:t>
      </w:r>
      <w:r w:rsidRPr="005E0C7F">
        <w:rPr>
          <w:rFonts w:ascii="Tahoma" w:hAnsi="Tahoma" w:cs="Tahoma"/>
          <w:rtl/>
        </w:rPr>
        <w:t xml:space="preserve">. شهرها با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گر</w:t>
      </w:r>
      <w:r w:rsidRPr="005E0C7F">
        <w:rPr>
          <w:rFonts w:ascii="Tahoma" w:hAnsi="Tahoma" w:cs="Tahoma"/>
          <w:rtl/>
        </w:rPr>
        <w:t xml:space="preserve">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وند</w:t>
      </w:r>
      <w:r w:rsidRPr="005E0C7F">
        <w:rPr>
          <w:rFonts w:ascii="Tahoma" w:hAnsi="Tahoma" w:cs="Tahoma"/>
          <w:rtl/>
        </w:rPr>
        <w:t xml:space="preserve"> دفاع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نداشتند و فرمانروا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>ان محل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از سرنوشت کشور به حفظ موقع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</w:t>
      </w:r>
      <w:r w:rsidRPr="005E0C7F">
        <w:rPr>
          <w:rFonts w:ascii="Tahoma" w:hAnsi="Tahoma" w:cs="Tahoma"/>
          <w:rtl/>
        </w:rPr>
        <w:t xml:space="preserve"> خو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اند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دند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چنگ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زخان</w:t>
      </w:r>
      <w:r w:rsidRPr="005E0C7F">
        <w:rPr>
          <w:rFonts w:ascii="Tahoma" w:hAnsi="Tahoma" w:cs="Tahoma"/>
          <w:rtl/>
        </w:rPr>
        <w:t xml:space="preserve"> به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حکومت ضربه زد، اما شکنندگ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آن را به وجود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اورد</w:t>
      </w:r>
      <w:r w:rsidRPr="005E0C7F">
        <w:rPr>
          <w:rFonts w:ascii="Tahoma" w:hAnsi="Tahoma" w:cs="Tahoma"/>
          <w:rtl/>
        </w:rPr>
        <w:t>.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مهاجم از شکاف‌ها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عبور کرد که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ش‌تر</w:t>
      </w:r>
      <w:r w:rsidRPr="005E0C7F">
        <w:rPr>
          <w:rFonts w:ascii="Tahoma" w:hAnsi="Tahoma" w:cs="Tahoma"/>
          <w:rtl/>
        </w:rPr>
        <w:t xml:space="preserve"> در ساختمان حکومت پد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آمده بودند. اگر کشور فقط با ترس از قشون به هم متصل باشد، شکست همان قشون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وند</w:t>
      </w:r>
      <w:r w:rsidRPr="005E0C7F">
        <w:rPr>
          <w:rFonts w:ascii="Tahoma" w:hAnsi="Tahoma" w:cs="Tahoma"/>
          <w:rtl/>
        </w:rPr>
        <w:t xml:space="preserve"> کشور را از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برد</w:t>
      </w:r>
      <w:r w:rsidRPr="005E0C7F">
        <w:rPr>
          <w:rFonts w:ascii="Tahoma" w:hAnsi="Tahoma" w:cs="Tahoma"/>
          <w:rtl/>
        </w:rPr>
        <w:t xml:space="preserve">. اگر فرمان سلطان فقط تا </w:t>
      </w:r>
      <w:r w:rsidRPr="005E0C7F">
        <w:rPr>
          <w:rFonts w:ascii="Tahoma" w:hAnsi="Tahoma" w:cs="Tahoma" w:hint="eastAsia"/>
          <w:rtl/>
        </w:rPr>
        <w:t>جا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اجرا شود که با منافع 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ناسازگار نباشد، در هنگام خطر فرمانده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گانه‌ا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باق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ماند</w:t>
      </w:r>
      <w:r w:rsidRPr="005E0C7F">
        <w:rPr>
          <w:rFonts w:ascii="Tahoma" w:hAnsi="Tahoma" w:cs="Tahoma"/>
          <w:rtl/>
        </w:rPr>
        <w:t>. و اگر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وان</w:t>
      </w:r>
      <w:r w:rsidRPr="005E0C7F">
        <w:rPr>
          <w:rFonts w:ascii="Tahoma" w:hAnsi="Tahoma" w:cs="Tahoma"/>
          <w:rtl/>
        </w:rPr>
        <w:t xml:space="preserve"> تنها مأمور گرفتن مال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ات</w:t>
      </w:r>
      <w:r w:rsidRPr="005E0C7F">
        <w:rPr>
          <w:rFonts w:ascii="Tahoma" w:hAnsi="Tahoma" w:cs="Tahoma"/>
          <w:rtl/>
        </w:rPr>
        <w:t xml:space="preserve"> باشد، نم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تواند</w:t>
      </w:r>
      <w:r w:rsidRPr="005E0C7F">
        <w:rPr>
          <w:rFonts w:ascii="Tahoma" w:hAnsi="Tahoma" w:cs="Tahoma"/>
          <w:rtl/>
        </w:rPr>
        <w:t xml:space="preserve"> مردم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که در حکومت حق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ندارند به دفاع از آن برانگ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زد</w:t>
      </w:r>
      <w:r w:rsidRPr="005E0C7F">
        <w:rPr>
          <w:rFonts w:ascii="Tahoma" w:hAnsi="Tahoma" w:cs="Tahoma"/>
          <w:rtl/>
        </w:rPr>
        <w:t>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باا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ن‌همه،</w:t>
      </w:r>
      <w:r w:rsidRPr="005E0C7F">
        <w:rPr>
          <w:rFonts w:ascii="Tahoma" w:hAnsi="Tahoma" w:cs="Tahoma"/>
          <w:rtl/>
        </w:rPr>
        <w:t xml:space="preserve"> فروپاش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حکومت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مقاومت در برابر مغولان نبود. جلال‌الد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ن،</w:t>
      </w:r>
      <w:r w:rsidRPr="005E0C7F">
        <w:rPr>
          <w:rFonts w:ascii="Tahoma" w:hAnsi="Tahoma" w:cs="Tahoma"/>
          <w:rtl/>
        </w:rPr>
        <w:t xml:space="preserve"> پسر محمد، کوش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روها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پراکنده را گرد آورد و جنگ را ادامه دهد.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بس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ز</w:t>
      </w:r>
      <w:r w:rsidRPr="005E0C7F">
        <w:rPr>
          <w:rFonts w:ascii="Tahoma" w:hAnsi="Tahoma" w:cs="Tahoma"/>
          <w:rtl/>
        </w:rPr>
        <w:t xml:space="preserve"> جداگانه مقاومت کردند. اما پس از نابود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فرمانده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مرکز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،</w:t>
      </w:r>
      <w:r w:rsidRPr="005E0C7F">
        <w:rPr>
          <w:rFonts w:ascii="Tahoma" w:hAnsi="Tahoma" w:cs="Tahoma"/>
          <w:rtl/>
        </w:rPr>
        <w:t xml:space="preserve"> هر مقاومت به نبرد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محل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تبد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شد و ه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/>
          <w:rtl/>
        </w:rPr>
        <w:t xml:space="preserve"> شهر بها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تنها</w:t>
      </w:r>
      <w:r w:rsidRPr="005E0C7F">
        <w:rPr>
          <w:rFonts w:ascii="Tahoma" w:hAnsi="Tahoma" w:cs="Tahoma" w:hint="cs"/>
          <w:rtl/>
        </w:rPr>
        <w:t>یی</w:t>
      </w:r>
      <w:r w:rsidRPr="005E0C7F">
        <w:rPr>
          <w:rFonts w:ascii="Tahoma" w:hAnsi="Tahoma" w:cs="Tahoma"/>
          <w:rtl/>
        </w:rPr>
        <w:t xml:space="preserve"> خود را پرداخت.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اکنون</w:t>
      </w:r>
      <w:r w:rsidRPr="005E0C7F">
        <w:rPr>
          <w:rFonts w:ascii="Tahoma" w:hAnsi="Tahoma" w:cs="Tahoma"/>
          <w:rtl/>
        </w:rPr>
        <w:t xml:space="preserve"> مهاجمان با مجموعه‌ا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ثروتمند اما ب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پشت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بان</w:t>
      </w:r>
      <w:r w:rsidRPr="005E0C7F">
        <w:rPr>
          <w:rFonts w:ascii="Tahoma" w:hAnsi="Tahoma" w:cs="Tahoma"/>
          <w:rtl/>
        </w:rPr>
        <w:t xml:space="preserve"> روبه‌رو بودند. هرجا مقاومت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صورت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گرفت،</w:t>
      </w:r>
      <w:r w:rsidRPr="005E0C7F">
        <w:rPr>
          <w:rFonts w:ascii="Tahoma" w:hAnsi="Tahoma" w:cs="Tahoma"/>
          <w:rtl/>
        </w:rPr>
        <w:t xml:space="preserve"> مجازات آن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توانست</w:t>
      </w:r>
      <w:r w:rsidRPr="005E0C7F">
        <w:rPr>
          <w:rFonts w:ascii="Tahoma" w:hAnsi="Tahoma" w:cs="Tahoma"/>
          <w:rtl/>
        </w:rPr>
        <w:t xml:space="preserve"> چنان سنگ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باشد که شهر بعد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را به تسل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</w:t>
      </w:r>
      <w:r w:rsidRPr="005E0C7F">
        <w:rPr>
          <w:rFonts w:ascii="Tahoma" w:hAnsi="Tahoma" w:cs="Tahoma"/>
          <w:rtl/>
        </w:rPr>
        <w:t xml:space="preserve"> وادارد. جنگ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که با کشته شدن بازرگانان و فرستادگان آغاز شده بود، به 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شهرها، کشتار جمع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ت‌ها،</w:t>
      </w:r>
      <w:r w:rsidRPr="005E0C7F">
        <w:rPr>
          <w:rFonts w:ascii="Tahoma" w:hAnsi="Tahoma" w:cs="Tahoma"/>
          <w:rtl/>
        </w:rPr>
        <w:t xml:space="preserve"> نابود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شبکه‌ها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آب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گسستن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وندها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نهٔ</w:t>
      </w:r>
      <w:r w:rsidRPr="005E0C7F">
        <w:rPr>
          <w:rFonts w:ascii="Tahoma" w:hAnsi="Tahoma" w:cs="Tahoma"/>
          <w:rtl/>
        </w:rPr>
        <w:t xml:space="preserve"> کشوردار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انجام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</w:t>
      </w:r>
      <w:r w:rsidRPr="005E0C7F">
        <w:rPr>
          <w:rFonts w:ascii="Tahoma" w:hAnsi="Tahoma" w:cs="Tahoma"/>
          <w:rtl/>
        </w:rPr>
        <w:t>. حکومت خوارزمشاه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در زمان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کوتاه فرو 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خت،</w:t>
      </w:r>
      <w:r w:rsidRPr="005E0C7F">
        <w:rPr>
          <w:rFonts w:ascii="Tahoma" w:hAnsi="Tahoma" w:cs="Tahoma"/>
          <w:rtl/>
        </w:rPr>
        <w:t xml:space="preserve"> اما پ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امدها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ورش</w:t>
      </w:r>
      <w:r w:rsidRPr="005E0C7F">
        <w:rPr>
          <w:rFonts w:ascii="Tahoma" w:hAnsi="Tahoma" w:cs="Tahoma"/>
          <w:rtl/>
        </w:rPr>
        <w:t xml:space="preserve"> مغول قرن‌ها در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باق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ماند.</w:t>
      </w:r>
    </w:p>
    <w:p w:rsidR="005E0C7F" w:rsidRP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E0C7F">
        <w:rPr>
          <w:rFonts w:ascii="Tahoma" w:hAnsi="Tahoma" w:cs="Tahoma" w:hint="eastAsia"/>
          <w:rtl/>
        </w:rPr>
        <w:t>فصل</w:t>
      </w:r>
      <w:r w:rsidRPr="005E0C7F">
        <w:rPr>
          <w:rFonts w:ascii="Tahoma" w:hAnsi="Tahoma" w:cs="Tahoma"/>
          <w:rtl/>
        </w:rPr>
        <w:t xml:space="preserve"> بعد به خود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</w:t>
      </w:r>
      <w:r w:rsidRPr="005E0C7F">
        <w:rPr>
          <w:rFonts w:ascii="Tahoma" w:hAnsi="Tahoma" w:cs="Tahoma"/>
          <w:rtl/>
        </w:rPr>
        <w:t xml:space="preserve">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ورش</w:t>
      </w:r>
      <w:r w:rsidRPr="005E0C7F">
        <w:rPr>
          <w:rFonts w:ascii="Tahoma" w:hAnsi="Tahoma" w:cs="Tahoma"/>
          <w:rtl/>
        </w:rPr>
        <w:t xml:space="preserve"> م</w:t>
      </w:r>
      <w:r w:rsidRPr="005E0C7F">
        <w:rPr>
          <w:rFonts w:ascii="Tahoma" w:hAnsi="Tahoma" w:cs="Tahoma" w:hint="cs"/>
          <w:rtl/>
        </w:rPr>
        <w:t>ی‌</w:t>
      </w:r>
      <w:r w:rsidRPr="005E0C7F">
        <w:rPr>
          <w:rFonts w:ascii="Tahoma" w:hAnsi="Tahoma" w:cs="Tahoma" w:hint="eastAsia"/>
          <w:rtl/>
        </w:rPr>
        <w:t>پردازد</w:t>
      </w:r>
      <w:r w:rsidRPr="005E0C7F">
        <w:rPr>
          <w:rFonts w:ascii="Tahoma" w:hAnsi="Tahoma" w:cs="Tahoma"/>
          <w:rtl/>
        </w:rPr>
        <w:t>: به 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وهٔ</w:t>
      </w:r>
      <w:r w:rsidRPr="005E0C7F">
        <w:rPr>
          <w:rFonts w:ascii="Tahoma" w:hAnsi="Tahoma" w:cs="Tahoma"/>
          <w:rtl/>
        </w:rPr>
        <w:t xml:space="preserve"> جنگ مغولان، سرنوشت شهرها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ران،</w:t>
      </w:r>
      <w:r w:rsidRPr="005E0C7F">
        <w:rPr>
          <w:rFonts w:ascii="Tahoma" w:hAnsi="Tahoma" w:cs="Tahoma"/>
          <w:rtl/>
        </w:rPr>
        <w:t xml:space="preserve"> تفاوت 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ان</w:t>
      </w:r>
      <w:r w:rsidRPr="005E0C7F">
        <w:rPr>
          <w:rFonts w:ascii="Tahoma" w:hAnsi="Tahoma" w:cs="Tahoma"/>
          <w:rtl/>
        </w:rPr>
        <w:t xml:space="preserve"> مقاومت و تسل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م،</w:t>
      </w:r>
      <w:r w:rsidRPr="005E0C7F">
        <w:rPr>
          <w:rFonts w:ascii="Tahoma" w:hAnsi="Tahoma" w:cs="Tahoma"/>
          <w:rtl/>
        </w:rPr>
        <w:t xml:space="preserve"> و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نکه</w:t>
      </w:r>
      <w:r w:rsidRPr="005E0C7F">
        <w:rPr>
          <w:rFonts w:ascii="Tahoma" w:hAnsi="Tahoma" w:cs="Tahoma"/>
          <w:rtl/>
        </w:rPr>
        <w:t xml:space="preserve"> چرا حمله‌ا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نظام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به 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بخش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از ز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ربنا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زندگ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و کشوردار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/>
          <w:rtl/>
        </w:rPr>
        <w:t xml:space="preserve"> تبد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ل</w:t>
      </w:r>
      <w:r w:rsidRPr="005E0C7F">
        <w:rPr>
          <w:rFonts w:ascii="Tahoma" w:hAnsi="Tahoma" w:cs="Tahoma"/>
          <w:rtl/>
        </w:rPr>
        <w:t xml:space="preserve"> شد.</w:t>
      </w:r>
    </w:p>
    <w:p w:rsidR="005E0C7F" w:rsidRDefault="005E0C7F" w:rsidP="005E0C7F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E0C7F">
        <w:rPr>
          <w:rFonts w:ascii="Tahoma" w:hAnsi="Tahoma" w:cs="Tahoma" w:hint="eastAsia"/>
          <w:rtl/>
        </w:rPr>
        <w:t>ترت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ب</w:t>
      </w:r>
      <w:r w:rsidRPr="005E0C7F">
        <w:rPr>
          <w:rFonts w:ascii="Tahoma" w:hAnsi="Tahoma" w:cs="Tahoma"/>
          <w:rtl/>
        </w:rPr>
        <w:t xml:space="preserve"> کل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رو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دادها</w:t>
      </w:r>
      <w:r w:rsidRPr="005E0C7F">
        <w:rPr>
          <w:rFonts w:ascii="Tahoma" w:hAnsi="Tahoma" w:cs="Tahoma"/>
          <w:rtl/>
        </w:rPr>
        <w:t xml:space="preserve"> و مراحل آغاز 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ورش</w:t>
      </w:r>
      <w:r w:rsidRPr="005E0C7F">
        <w:rPr>
          <w:rFonts w:ascii="Tahoma" w:hAnsi="Tahoma" w:cs="Tahoma"/>
          <w:rtl/>
        </w:rPr>
        <w:t xml:space="preserve"> با مدخل‌ها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/>
          <w:rtl/>
        </w:rPr>
        <w:t xml:space="preserve"> مغولان در دانشنامهٔ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کا</w:t>
      </w:r>
      <w:r w:rsidRPr="005E0C7F">
        <w:rPr>
          <w:rFonts w:ascii="Tahoma" w:hAnsi="Tahoma" w:cs="Tahoma"/>
          <w:rtl/>
        </w:rPr>
        <w:t xml:space="preserve"> و ترکان خاتون در دانشنامهٔ ا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ران</w:t>
      </w:r>
      <w:r w:rsidRPr="005E0C7F">
        <w:rPr>
          <w:rFonts w:ascii="Tahoma" w:hAnsi="Tahoma" w:cs="Tahoma" w:hint="cs"/>
          <w:rtl/>
        </w:rPr>
        <w:t>ی</w:t>
      </w:r>
      <w:r w:rsidRPr="005E0C7F">
        <w:rPr>
          <w:rFonts w:ascii="Tahoma" w:hAnsi="Tahoma" w:cs="Tahoma" w:hint="eastAsia"/>
          <w:rtl/>
        </w:rPr>
        <w:t>کا</w:t>
      </w:r>
      <w:r w:rsidRPr="005E0C7F">
        <w:rPr>
          <w:rFonts w:ascii="Tahoma" w:hAnsi="Tahoma" w:cs="Tahoma"/>
          <w:rtl/>
        </w:rPr>
        <w:t xml:space="preserve"> مقابله شده است.</w:t>
      </w:r>
    </w:p>
    <w:p w:rsidR="005E0C7F" w:rsidRPr="0009742E" w:rsidRDefault="005E0C7F" w:rsidP="0009742E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3" w:name="Vol1Chapter01"/>
      <w:bookmarkStart w:id="4" w:name="Vol1Chapter02پ"/>
      <w:bookmarkStart w:id="5" w:name="Vol1Chapte02"/>
      <w:bookmarkStart w:id="6" w:name="Vol1Chapter02"/>
      <w:bookmarkEnd w:id="3"/>
      <w:bookmarkEnd w:id="4"/>
      <w:bookmarkEnd w:id="5"/>
      <w:bookmarkEnd w:id="6"/>
      <w:r w:rsidRPr="0009742E">
        <w:rPr>
          <w:rFonts w:asciiTheme="majorBidi" w:hAnsiTheme="majorBidi" w:cstheme="majorBidi"/>
          <w:b/>
          <w:bCs/>
          <w:sz w:val="36"/>
          <w:szCs w:val="36"/>
          <w:rtl/>
        </w:rPr>
        <w:t>فصل دوم</w:t>
      </w:r>
    </w:p>
    <w:p w:rsidR="0009742E" w:rsidRPr="0009742E" w:rsidRDefault="0009742E" w:rsidP="0009742E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9742E">
        <w:rPr>
          <w:rFonts w:asciiTheme="majorBidi" w:hAnsiTheme="majorBidi" w:cstheme="majorBidi"/>
          <w:b/>
          <w:bCs/>
          <w:sz w:val="36"/>
          <w:szCs w:val="36"/>
          <w:rtl/>
        </w:rPr>
        <w:t>یورش مغول؛ جنگ با شهر و زندگی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فروپاش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حکومت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تنها نت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جهٔ</w:t>
      </w:r>
      <w:r w:rsidRPr="0009742E">
        <w:rPr>
          <w:rFonts w:ascii="Tahoma" w:hAnsi="Tahoma" w:cs="Tahoma"/>
          <w:rtl/>
        </w:rPr>
        <w:t xml:space="preserve"> ناتوان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محمد خوارزمشاه نبود. در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دان،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قرار داشت که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دن،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ع</w:t>
      </w:r>
      <w:r w:rsidRPr="0009742E">
        <w:rPr>
          <w:rFonts w:ascii="Tahoma" w:hAnsi="Tahoma" w:cs="Tahoma"/>
          <w:rtl/>
        </w:rPr>
        <w:t xml:space="preserve"> و درهم شکستن مقاومت‌ها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پراکنده سازمان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افته</w:t>
      </w:r>
      <w:r w:rsidRPr="0009742E">
        <w:rPr>
          <w:rFonts w:ascii="Tahoma" w:hAnsi="Tahoma" w:cs="Tahoma"/>
          <w:rtl/>
        </w:rPr>
        <w:t xml:space="preserve"> بود. مغولان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نظم</w:t>
      </w:r>
      <w:r w:rsidRPr="0009742E">
        <w:rPr>
          <w:rFonts w:ascii="Tahoma" w:hAnsi="Tahoma" w:cs="Tahoma"/>
          <w:rtl/>
        </w:rPr>
        <w:t xml:space="preserve"> از سواران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ابانگرد</w:t>
      </w:r>
      <w:r w:rsidRPr="0009742E">
        <w:rPr>
          <w:rFonts w:ascii="Tahoma" w:hAnsi="Tahoma" w:cs="Tahoma"/>
          <w:rtl/>
        </w:rPr>
        <w:t xml:space="preserve"> نبودند که فقط با خشونت و شمار فراوان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/>
          <w:rtl/>
        </w:rPr>
        <w:t xml:space="preserve"> شوند.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از قبا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رق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ب،</w:t>
      </w:r>
      <w:r w:rsidRPr="0009742E">
        <w:rPr>
          <w:rFonts w:ascii="Tahoma" w:hAnsi="Tahoma" w:cs="Tahoma"/>
          <w:rtl/>
        </w:rPr>
        <w:t xml:space="preserve"> قشون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ساخته بود که وفادار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افراد آن، تا اندازه‌ا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/>
          <w:rtl/>
        </w:rPr>
        <w:t xml:space="preserve"> از سپاه خوارزمشاه، از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قب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جدا و به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مرکز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وابسته شده 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زخان،</w:t>
      </w:r>
      <w:r w:rsidRPr="0009742E">
        <w:rPr>
          <w:rFonts w:ascii="Tahoma" w:hAnsi="Tahoma" w:cs="Tahoma"/>
          <w:rtl/>
        </w:rPr>
        <w:t xml:space="preserve"> قبا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استپ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وسته</w:t>
      </w:r>
      <w:r w:rsidRPr="0009742E">
        <w:rPr>
          <w:rFonts w:ascii="Tahoma" w:hAnsi="Tahoma" w:cs="Tahoma"/>
          <w:rtl/>
        </w:rPr>
        <w:t xml:space="preserve"> با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دند،</w:t>
      </w:r>
      <w:r w:rsidRPr="0009742E">
        <w:rPr>
          <w:rFonts w:ascii="Tahoma" w:hAnsi="Tahoma" w:cs="Tahoma"/>
          <w:rtl/>
        </w:rPr>
        <w:t xml:space="preserve"> متحد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شدند،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مان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شکستند</w:t>
      </w:r>
      <w:r w:rsidRPr="0009742E">
        <w:rPr>
          <w:rFonts w:ascii="Tahoma" w:hAnsi="Tahoma" w:cs="Tahoma"/>
          <w:rtl/>
        </w:rPr>
        <w:t xml:space="preserve"> و از نو پراکنده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>. هر رئ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</w:t>
      </w:r>
      <w:r w:rsidRPr="0009742E">
        <w:rPr>
          <w:rFonts w:ascii="Tahoma" w:hAnsi="Tahoma" w:cs="Tahoma"/>
          <w:rtl/>
        </w:rPr>
        <w:t xml:space="preserve"> قب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له</w:t>
      </w:r>
      <w:r w:rsidRPr="0009742E">
        <w:rPr>
          <w:rFonts w:ascii="Tahoma" w:hAnsi="Tahoma" w:cs="Tahoma"/>
          <w:rtl/>
        </w:rPr>
        <w:t xml:space="preserve"> قدرت خود را از خو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شاوندان</w:t>
      </w:r>
      <w:r w:rsidRPr="0009742E">
        <w:rPr>
          <w:rFonts w:ascii="Tahoma" w:hAnsi="Tahoma" w:cs="Tahoma"/>
          <w:rtl/>
        </w:rPr>
        <w:t xml:space="preserve"> و جنگجو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وابسته به خاندانش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</w:t>
      </w:r>
      <w:r w:rsidRPr="0009742E">
        <w:rPr>
          <w:rFonts w:ascii="Tahoma" w:hAnsi="Tahoma" w:cs="Tahoma"/>
          <w:rtl/>
        </w:rPr>
        <w:t>.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ساختار را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ک‌باره</w:t>
      </w:r>
      <w:r w:rsidRPr="0009742E">
        <w:rPr>
          <w:rFonts w:ascii="Tahoma" w:hAnsi="Tahoma" w:cs="Tahoma"/>
          <w:rtl/>
        </w:rPr>
        <w:t xml:space="preserve">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نبرد، اما آن را در سازما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تازه‌ا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داد. گروه‌ها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شکست‌خورده را پراکنده کرد، جنگجو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انشان</w:t>
      </w:r>
      <w:r w:rsidRPr="0009742E">
        <w:rPr>
          <w:rFonts w:ascii="Tahoma" w:hAnsi="Tahoma" w:cs="Tahoma"/>
          <w:rtl/>
        </w:rPr>
        <w:t xml:space="preserve"> را در واحدها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قرار داد و فرماندهان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برگز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که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گاه</w:t>
      </w:r>
      <w:r w:rsidRPr="0009742E">
        <w:rPr>
          <w:rFonts w:ascii="Tahoma" w:hAnsi="Tahoma" w:cs="Tahoma"/>
          <w:rtl/>
        </w:rPr>
        <w:t xml:space="preserve"> خود را مد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</w:t>
      </w:r>
      <w:r w:rsidRPr="0009742E">
        <w:rPr>
          <w:rFonts w:ascii="Tahoma" w:hAnsi="Tahoma" w:cs="Tahoma"/>
          <w:rtl/>
        </w:rPr>
        <w:t xml:space="preserve"> او بودند. 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ن‌سان،</w:t>
      </w:r>
      <w:r w:rsidRPr="0009742E">
        <w:rPr>
          <w:rFonts w:ascii="Tahoma" w:hAnsi="Tahoma" w:cs="Tahoma"/>
          <w:rtl/>
        </w:rPr>
        <w:t xml:space="preserve"> وابستگ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قب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له</w:t>
      </w:r>
      <w:r w:rsidRPr="0009742E">
        <w:rPr>
          <w:rFonts w:ascii="Tahoma" w:hAnsi="Tahoma" w:cs="Tahoma"/>
          <w:rtl/>
        </w:rPr>
        <w:t xml:space="preserve"> با فرمان‌بردار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خان بزرگ و دستگاه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او درآم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قشون</w:t>
      </w:r>
      <w:r w:rsidRPr="0009742E">
        <w:rPr>
          <w:rFonts w:ascii="Tahoma" w:hAnsi="Tahoma" w:cs="Tahoma"/>
          <w:rtl/>
        </w:rPr>
        <w:t xml:space="preserve"> مغول بر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هٔ</w:t>
      </w:r>
      <w:r w:rsidRPr="0009742E">
        <w:rPr>
          <w:rFonts w:ascii="Tahoma" w:hAnsi="Tahoma" w:cs="Tahoma"/>
          <w:rtl/>
        </w:rPr>
        <w:t xml:space="preserve"> واحدها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ده‌نفر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صدنفر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هزارنفر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ده‌هزارنفر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سازمان م</w:t>
      </w:r>
      <w:r w:rsidRPr="0009742E">
        <w:rPr>
          <w:rFonts w:ascii="Tahoma" w:hAnsi="Tahoma" w:cs="Tahoma" w:hint="cs"/>
          <w:rtl/>
        </w:rPr>
        <w:t>ی‌ی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>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وهٔ</w:t>
      </w:r>
      <w:r w:rsidRPr="0009742E">
        <w:rPr>
          <w:rFonts w:ascii="Tahoma" w:hAnsi="Tahoma" w:cs="Tahoma"/>
          <w:rtl/>
        </w:rPr>
        <w:t xml:space="preserve"> ده‌ده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ساختهٔ مغولان نبود و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آنان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در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حکومت‌ها و سپاه‌ها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استپ و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باستان سابقه داشت؛ اما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آن را به وس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مؤثر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>م مسئول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و اجرا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عمل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در فاصله‌ها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طولان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کرد. هر فرمانده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دانست</w:t>
      </w:r>
      <w:r w:rsidRPr="0009742E">
        <w:rPr>
          <w:rFonts w:ascii="Tahoma" w:hAnsi="Tahoma" w:cs="Tahoma"/>
          <w:rtl/>
        </w:rPr>
        <w:t xml:space="preserve"> چه شمار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/>
          <w:rtl/>
        </w:rPr>
        <w:t xml:space="preserve"> در اخت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/>
          <w:rtl/>
        </w:rPr>
        <w:t xml:space="preserve"> دارد و از کدام مقام فرمان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رد</w:t>
      </w:r>
      <w:r w:rsidRPr="0009742E">
        <w:rPr>
          <w:rFonts w:ascii="Tahoma" w:hAnsi="Tahoma" w:cs="Tahoma"/>
          <w:rtl/>
        </w:rPr>
        <w:t>. مجازات سرپ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تنها به فرد محدود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و مسئول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مشترک اعضا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هر واحد، انضباط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سخت پد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آورد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تفاوت</w:t>
      </w:r>
      <w:r w:rsidRPr="0009742E">
        <w:rPr>
          <w:rFonts w:ascii="Tahoma" w:hAnsi="Tahoma" w:cs="Tahoma"/>
          <w:rtl/>
        </w:rPr>
        <w:t xml:space="preserve"> اساس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قشون با سپاه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ن‌جا</w:t>
      </w:r>
      <w:r w:rsidRPr="0009742E">
        <w:rPr>
          <w:rFonts w:ascii="Tahoma" w:hAnsi="Tahoma" w:cs="Tahoma"/>
          <w:rtl/>
        </w:rPr>
        <w:t xml:space="preserve"> بود. سپاه محمد از نظر شمار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/>
          <w:rtl/>
        </w:rPr>
        <w:t xml:space="preserve"> شا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کمتر از مغولان نبود و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ممکن بود بر آنان برتر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داشته باشد، اما فرماندهان آن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سلطان، ترکان خاتون، قب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له</w:t>
      </w:r>
      <w:r w:rsidRPr="0009742E">
        <w:rPr>
          <w:rFonts w:ascii="Tahoma" w:hAnsi="Tahoma" w:cs="Tahoma"/>
          <w:rtl/>
        </w:rPr>
        <w:t xml:space="preserve"> و منافع شخص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خود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شده بودند. در قشون مغول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رقابت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>ان شاهزادگان و فرماندهان وجود داشت، اما در هنگام اجرا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فرمان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نقشهٔ کل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 رفتار واحدها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مختلف حاکم بود.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سپاه به معنا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پراکندگ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هدف</w:t>
      </w:r>
      <w:r w:rsidRPr="0009742E">
        <w:rPr>
          <w:rFonts w:ascii="Tahoma" w:hAnsi="Tahoma" w:cs="Tahoma"/>
          <w:rtl/>
        </w:rPr>
        <w:t xml:space="preserve"> نبود؛ هر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/>
          <w:rtl/>
        </w:rPr>
        <w:t xml:space="preserve"> وظ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فه‌ا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داشت که با حرکت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هماهنگ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جنگجو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 از کودک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 اسب،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و کمان، شکار و تحمل دشوار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استپ آشنا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 او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ساعت‌ها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طولان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 اسب بماند، در مس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دشوار حرکت کند و با چند اسب همراه، مرکب خسته را عوض کند.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امکان، سرعت حرکت قشون را بالا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برد</w:t>
      </w:r>
      <w:r w:rsidRPr="0009742E">
        <w:rPr>
          <w:rFonts w:ascii="Tahoma" w:hAnsi="Tahoma" w:cs="Tahoma"/>
          <w:rtl/>
        </w:rPr>
        <w:t xml:space="preserve"> و دشمن را دربا</w:t>
      </w:r>
      <w:r w:rsidRPr="0009742E">
        <w:rPr>
          <w:rFonts w:ascii="Tahoma" w:hAnsi="Tahoma" w:cs="Tahoma" w:hint="eastAsia"/>
          <w:rtl/>
        </w:rPr>
        <w:t>رهٔ</w:t>
      </w:r>
      <w:r w:rsidRPr="0009742E">
        <w:rPr>
          <w:rFonts w:ascii="Tahoma" w:hAnsi="Tahoma" w:cs="Tahoma"/>
          <w:rtl/>
        </w:rPr>
        <w:t xml:space="preserve"> فاصلهٔ واقع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 به اشتباه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انداخت</w:t>
      </w:r>
      <w:r w:rsidRPr="0009742E">
        <w:rPr>
          <w:rFonts w:ascii="Tahoma" w:hAnsi="Tahoma" w:cs="Tahoma"/>
          <w:rtl/>
        </w:rPr>
        <w:t>. سپاه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روز در نقطه‌ا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ده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چند روز بعد در جا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ظاهر شود که مدافعان انتظارش را نداشتند.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کمان</w:t>
      </w:r>
      <w:r w:rsidRPr="0009742E">
        <w:rPr>
          <w:rFonts w:ascii="Tahoma" w:hAnsi="Tahoma" w:cs="Tahoma"/>
          <w:rtl/>
        </w:rPr>
        <w:t xml:space="preserve"> مرکب مغول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رانداز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اسب مناسب بود. سوار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در حال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عقب‌نش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چرخش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ندازد</w:t>
      </w:r>
      <w:r w:rsidRPr="0009742E">
        <w:rPr>
          <w:rFonts w:ascii="Tahoma" w:hAnsi="Tahoma" w:cs="Tahoma"/>
          <w:rtl/>
        </w:rPr>
        <w:t>. عقب‌نش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ساختگ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روش‌ها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شناخته‌شدهٔ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آنان بود.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سواران وانمود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</w:t>
      </w:r>
      <w:r w:rsidRPr="0009742E">
        <w:rPr>
          <w:rFonts w:ascii="Tahoma" w:hAnsi="Tahoma" w:cs="Tahoma"/>
          <w:rtl/>
        </w:rPr>
        <w:t xml:space="preserve"> شکست خورده‌اند 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ختند؛</w:t>
      </w:r>
      <w:r w:rsidRPr="0009742E">
        <w:rPr>
          <w:rFonts w:ascii="Tahoma" w:hAnsi="Tahoma" w:cs="Tahoma"/>
          <w:rtl/>
        </w:rPr>
        <w:t xml:space="preserve"> دشمن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تعق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eastAsia"/>
          <w:rtl/>
        </w:rPr>
        <w:t>ظم</w:t>
      </w:r>
      <w:r w:rsidRPr="0009742E">
        <w:rPr>
          <w:rFonts w:ascii="Tahoma" w:hAnsi="Tahoma" w:cs="Tahoma"/>
          <w:rtl/>
        </w:rPr>
        <w:t xml:space="preserve"> خود را از دست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</w:t>
      </w:r>
      <w:r w:rsidRPr="0009742E">
        <w:rPr>
          <w:rFonts w:ascii="Tahoma" w:hAnsi="Tahoma" w:cs="Tahoma"/>
          <w:rtl/>
        </w:rPr>
        <w:t xml:space="preserve"> و از موضع دفاع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دور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شد؛</w:t>
      </w:r>
      <w:r w:rsidRPr="0009742E">
        <w:rPr>
          <w:rFonts w:ascii="Tahoma" w:hAnsi="Tahoma" w:cs="Tahoma"/>
          <w:rtl/>
        </w:rPr>
        <w:t xml:space="preserve"> سپس سواران بازم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گشتند</w:t>
      </w:r>
      <w:r w:rsidRPr="0009742E">
        <w:rPr>
          <w:rFonts w:ascii="Tahoma" w:hAnsi="Tahoma" w:cs="Tahoma"/>
          <w:rtl/>
        </w:rPr>
        <w:t xml:space="preserve">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در کم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بودند وارد نبرد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اما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مغولان فقط نت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جهٔ</w:t>
      </w:r>
      <w:r w:rsidRPr="0009742E">
        <w:rPr>
          <w:rFonts w:ascii="Tahoma" w:hAnsi="Tahoma" w:cs="Tahoma"/>
          <w:rtl/>
        </w:rPr>
        <w:t xml:space="preserve"> سوارکار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رانداز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نبود. آنان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آغاز عمل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دربارهٔ راه‌ها، فاصلهٔ شهرها، منابع آب، وضع پادگان‌ها، اختلاف‌ها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توان فرمانروا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اطلاعات گرد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آوردند</w:t>
      </w:r>
      <w:r w:rsidRPr="0009742E">
        <w:rPr>
          <w:rFonts w:ascii="Tahoma" w:hAnsi="Tahoma" w:cs="Tahoma"/>
          <w:rtl/>
        </w:rPr>
        <w:t>. بازرگانان، فرستادگان، اس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و مردمان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توانستند</w:t>
      </w:r>
      <w:r w:rsidRPr="0009742E">
        <w:rPr>
          <w:rFonts w:ascii="Tahoma" w:hAnsi="Tahoma" w:cs="Tahoma"/>
          <w:rtl/>
        </w:rPr>
        <w:t xml:space="preserve"> منب</w:t>
      </w:r>
      <w:r w:rsidRPr="0009742E">
        <w:rPr>
          <w:rFonts w:ascii="Tahoma" w:hAnsi="Tahoma" w:cs="Tahoma" w:hint="eastAsia"/>
          <w:rtl/>
        </w:rPr>
        <w:t>ع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آگاه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باشند. در مقابل، محمد خوارزمشاه شناخت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محدود از سازمان قشون مغول داشت و عظمت قلمرو خود را دل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 توان مقابله با آنان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شمرد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مغولان</w:t>
      </w:r>
      <w:r w:rsidRPr="0009742E">
        <w:rPr>
          <w:rFonts w:ascii="Tahoma" w:hAnsi="Tahoma" w:cs="Tahoma"/>
          <w:rtl/>
        </w:rPr>
        <w:t xml:space="preserve"> همچن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مقابله با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واردار،</w:t>
      </w:r>
      <w:r w:rsidRPr="0009742E">
        <w:rPr>
          <w:rFonts w:ascii="Tahoma" w:hAnsi="Tahoma" w:cs="Tahoma"/>
          <w:rtl/>
        </w:rPr>
        <w:t xml:space="preserve"> تنها بر تجربهٔ کوچ‌نش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خود تک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</w:t>
      </w:r>
      <w:r w:rsidRPr="0009742E">
        <w:rPr>
          <w:rFonts w:ascii="Tahoma" w:hAnsi="Tahoma" w:cs="Tahoma"/>
          <w:rtl/>
        </w:rPr>
        <w:t>. آنان از مهارت اقوام شکست‌خورده بهره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گرفتند</w:t>
      </w:r>
      <w:r w:rsidRPr="0009742E">
        <w:rPr>
          <w:rFonts w:ascii="Tahoma" w:hAnsi="Tahoma" w:cs="Tahoma"/>
          <w:rtl/>
        </w:rPr>
        <w:t xml:space="preserve"> و صنعتگران، مهندسان و متخصصان 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ختا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او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غور</w:t>
      </w:r>
      <w:r w:rsidRPr="0009742E">
        <w:rPr>
          <w:rFonts w:ascii="Tahoma" w:hAnsi="Tahoma" w:cs="Tahoma"/>
          <w:rtl/>
        </w:rPr>
        <w:t xml:space="preserve"> و مردمان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را به خدمت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گماردند</w:t>
      </w:r>
      <w:r w:rsidRPr="0009742E">
        <w:rPr>
          <w:rFonts w:ascii="Tahoma" w:hAnsi="Tahoma" w:cs="Tahoma"/>
          <w:rtl/>
        </w:rPr>
        <w:t>. منجن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ق،</w:t>
      </w:r>
      <w:r w:rsidRPr="0009742E">
        <w:rPr>
          <w:rFonts w:ascii="Tahoma" w:hAnsi="Tahoma" w:cs="Tahoma"/>
          <w:rtl/>
        </w:rPr>
        <w:t xml:space="preserve"> ابزارها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پرتاب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روش‌ها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کردن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وارها،</w:t>
      </w:r>
      <w:r w:rsidRPr="0009742E">
        <w:rPr>
          <w:rFonts w:ascii="Tahoma" w:hAnsi="Tahoma" w:cs="Tahoma"/>
          <w:rtl/>
        </w:rPr>
        <w:t xml:space="preserve"> انحراف آب و استفاده از آتش، به آنان امکان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</w:t>
      </w:r>
      <w:r w:rsidRPr="0009742E">
        <w:rPr>
          <w:rFonts w:ascii="Tahoma" w:hAnsi="Tahoma" w:cs="Tahoma"/>
          <w:rtl/>
        </w:rPr>
        <w:t xml:space="preserve"> در برابر دژها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که سواران استپ به‌تنها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قادر به گشودنشان نبودند عمل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محاصره انجام دهند.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آمادگ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آموختن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سرچشمه‌ها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قدرت آنان بود. مغولان هرچه را در سپاه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دستگاه دشمن سودمند م</w:t>
      </w:r>
      <w:r w:rsidRPr="0009742E">
        <w:rPr>
          <w:rFonts w:ascii="Tahoma" w:hAnsi="Tahoma" w:cs="Tahoma" w:hint="cs"/>
          <w:rtl/>
        </w:rPr>
        <w:t>ی‌ی</w:t>
      </w:r>
      <w:r w:rsidRPr="0009742E">
        <w:rPr>
          <w:rFonts w:ascii="Tahoma" w:hAnsi="Tahoma" w:cs="Tahoma" w:hint="eastAsia"/>
          <w:rtl/>
        </w:rPr>
        <w:t>افتند،</w:t>
      </w:r>
      <w:r w:rsidRPr="0009742E">
        <w:rPr>
          <w:rFonts w:ascii="Tahoma" w:hAnsi="Tahoma" w:cs="Tahoma"/>
          <w:rtl/>
        </w:rPr>
        <w:t xml:space="preserve"> تصاحب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</w:t>
      </w:r>
      <w:r w:rsidRPr="0009742E">
        <w:rPr>
          <w:rFonts w:ascii="Tahoma" w:hAnsi="Tahoma" w:cs="Tahoma"/>
          <w:rtl/>
        </w:rPr>
        <w:t xml:space="preserve"> و به کار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گرفتند</w:t>
      </w:r>
      <w:r w:rsidRPr="0009742E">
        <w:rPr>
          <w:rFonts w:ascii="Tahoma" w:hAnsi="Tahoma" w:cs="Tahoma"/>
          <w:rtl/>
        </w:rPr>
        <w:t>. آنان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استفاده از ابزار تازه لازم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 xml:space="preserve"> که سازندهٔ آن مغول باشد. همان‌گونه که در جنگ از مهندسان و صنعت</w:t>
      </w:r>
      <w:r w:rsidRPr="0009742E">
        <w:rPr>
          <w:rFonts w:ascii="Tahoma" w:hAnsi="Tahoma" w:cs="Tahoma" w:hint="eastAsia"/>
          <w:rtl/>
        </w:rPr>
        <w:t>گران</w:t>
      </w:r>
      <w:r w:rsidRPr="0009742E">
        <w:rPr>
          <w:rFonts w:ascii="Tahoma" w:hAnsi="Tahoma" w:cs="Tahoma"/>
          <w:rtl/>
        </w:rPr>
        <w:t xml:space="preserve"> غ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رمغول</w:t>
      </w:r>
      <w:r w:rsidRPr="0009742E">
        <w:rPr>
          <w:rFonts w:ascii="Tahoma" w:hAnsi="Tahoma" w:cs="Tahoma"/>
          <w:rtl/>
        </w:rPr>
        <w:t xml:space="preserve"> بهره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بردند،</w:t>
      </w:r>
      <w:r w:rsidRPr="0009742E">
        <w:rPr>
          <w:rFonts w:ascii="Tahoma" w:hAnsi="Tahoma" w:cs="Tahoma"/>
          <w:rtl/>
        </w:rPr>
        <w:t xml:space="preserve"> بعدها در ادارهٔ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فتح‌شده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به دب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ران،</w:t>
      </w:r>
      <w:r w:rsidRPr="0009742E">
        <w:rPr>
          <w:rFonts w:ascii="Tahoma" w:hAnsi="Tahoma" w:cs="Tahoma"/>
          <w:rtl/>
        </w:rPr>
        <w:t xml:space="preserve"> حسابداران و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وانسالاران</w:t>
      </w:r>
      <w:r w:rsidRPr="0009742E">
        <w:rPr>
          <w:rFonts w:ascii="Tahoma" w:hAnsi="Tahoma" w:cs="Tahoma"/>
          <w:rtl/>
        </w:rPr>
        <w:t xml:space="preserve"> اقوام مغلوب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ازمند</w:t>
      </w:r>
      <w:r w:rsidRPr="0009742E">
        <w:rPr>
          <w:rFonts w:ascii="Tahoma" w:hAnsi="Tahoma" w:cs="Tahoma"/>
          <w:rtl/>
        </w:rPr>
        <w:t xml:space="preserve"> شدند.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باا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ن‌همه،</w:t>
      </w:r>
      <w:r w:rsidRPr="0009742E">
        <w:rPr>
          <w:rFonts w:ascii="Tahoma" w:hAnsi="Tahoma" w:cs="Tahoma"/>
          <w:rtl/>
        </w:rPr>
        <w:t xml:space="preserve"> مهم‌تر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سلاح آنان ممکن بود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</w:t>
      </w:r>
      <w:r w:rsidRPr="0009742E">
        <w:rPr>
          <w:rFonts w:ascii="Tahoma" w:hAnsi="Tahoma" w:cs="Tahoma"/>
          <w:rtl/>
        </w:rPr>
        <w:t xml:space="preserve"> قشون وارد شهر شود: خبر سرنوشت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>. خشونت گسترده فقط فوران خشم جنگجو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نبود؛ کارکرد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داشت. اگر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مقاومت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با کشتار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روبه‌رو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و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زود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نج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مردم و دارا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خود داشت، خبر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تفاوت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شهر بعد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به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وادارد. هراس،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قشون حرکت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و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کار جنگ را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آغاز محاصره انجام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است</w:t>
      </w:r>
      <w:r w:rsidRPr="0009742E">
        <w:rPr>
          <w:rFonts w:ascii="Tahoma" w:hAnsi="Tahoma" w:cs="Tahoma"/>
          <w:rtl/>
        </w:rPr>
        <w:t xml:space="preserve">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شه</w:t>
      </w:r>
      <w:r w:rsidRPr="0009742E">
        <w:rPr>
          <w:rFonts w:ascii="Tahoma" w:hAnsi="Tahoma" w:cs="Tahoma"/>
          <w:rtl/>
        </w:rPr>
        <w:t xml:space="preserve"> با قاعده‌ا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کسان</w:t>
      </w:r>
      <w:r w:rsidRPr="0009742E">
        <w:rPr>
          <w:rFonts w:ascii="Tahoma" w:hAnsi="Tahoma" w:cs="Tahoma"/>
          <w:rtl/>
        </w:rPr>
        <w:t xml:space="preserve"> اجرا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تضم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که مردم از غارت،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سنگ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ن،</w:t>
      </w:r>
      <w:r w:rsidRPr="0009742E">
        <w:rPr>
          <w:rFonts w:ascii="Tahoma" w:hAnsi="Tahoma" w:cs="Tahoma"/>
          <w:rtl/>
        </w:rPr>
        <w:t xml:space="preserve"> کوچ اجبار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سربازگ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امان بمانند. گاه شهر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م‌شده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به سبب تغ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تصم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فرمانده،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قشون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مقاومت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پادگان مجازات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 اما در منطق کل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فتوحات، مقاومت 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چنان پرهز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نه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که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گران</w:t>
      </w:r>
      <w:r w:rsidRPr="0009742E">
        <w:rPr>
          <w:rFonts w:ascii="Tahoma" w:hAnsi="Tahoma" w:cs="Tahoma"/>
          <w:rtl/>
        </w:rPr>
        <w:t xml:space="preserve"> را بترساند. کشتار،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پخش خبر آنها در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منطق به ابزارها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تسخ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روا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مورخان دربارهٔ شمار کشتگان شهرها اغلب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/>
          <w:rtl/>
        </w:rPr>
        <w:t xml:space="preserve"> بزرگ‌اند و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</w:t>
      </w:r>
      <w:r w:rsidRPr="0009742E">
        <w:rPr>
          <w:rFonts w:ascii="Tahoma" w:hAnsi="Tahoma" w:cs="Tahoma"/>
          <w:rtl/>
        </w:rPr>
        <w:t xml:space="preserve"> همهٔ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ارقام را به معنا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آمار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ق</w:t>
      </w:r>
      <w:r w:rsidRPr="0009742E">
        <w:rPr>
          <w:rFonts w:ascii="Tahoma" w:hAnsi="Tahoma" w:cs="Tahoma"/>
          <w:rtl/>
        </w:rPr>
        <w:t xml:space="preserve"> پذ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رفت</w:t>
      </w:r>
      <w:r w:rsidRPr="0009742E">
        <w:rPr>
          <w:rFonts w:ascii="Tahoma" w:hAnsi="Tahoma" w:cs="Tahoma"/>
          <w:rtl/>
        </w:rPr>
        <w:t>. نو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سندگان</w:t>
      </w:r>
      <w:r w:rsidRPr="0009742E">
        <w:rPr>
          <w:rFonts w:ascii="Tahoma" w:hAnsi="Tahoma" w:cs="Tahoma"/>
          <w:rtl/>
        </w:rPr>
        <w:t xml:space="preserve"> آن زمان به سرشمار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علم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دسترس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نداشتند و بزرگ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عدد گاه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نشان دادن عظمت فاجعه به کار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رفت</w:t>
      </w:r>
      <w:r w:rsidRPr="0009742E">
        <w:rPr>
          <w:rFonts w:ascii="Tahoma" w:hAnsi="Tahoma" w:cs="Tahoma"/>
          <w:rtl/>
        </w:rPr>
        <w:t>.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ارقام از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احتمال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</w:t>
      </w:r>
      <w:r w:rsidRPr="0009742E">
        <w:rPr>
          <w:rFonts w:ascii="Tahoma" w:hAnsi="Tahoma" w:cs="Tahoma" w:hint="eastAsia"/>
          <w:rtl/>
        </w:rPr>
        <w:t>رها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/>
          <w:rtl/>
        </w:rPr>
        <w:t xml:space="preserve"> به نظر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رسند</w:t>
      </w:r>
      <w:r w:rsidRPr="0009742E">
        <w:rPr>
          <w:rFonts w:ascii="Tahoma" w:hAnsi="Tahoma" w:cs="Tahoma"/>
          <w:rtl/>
        </w:rPr>
        <w:t>. اما اغراق‌آم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بودن عددها به معنا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بودن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ست</w:t>
      </w:r>
      <w:r w:rsidRPr="0009742E">
        <w:rPr>
          <w:rFonts w:ascii="Tahoma" w:hAnsi="Tahoma" w:cs="Tahoma"/>
          <w:rtl/>
        </w:rPr>
        <w:t>. تکرار گزارش کشتار، کوچ اجبار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محله‌ها و کاهش شد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در منابع مختلف نشان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دهد</w:t>
      </w:r>
      <w:r w:rsidRPr="0009742E">
        <w:rPr>
          <w:rFonts w:ascii="Tahoma" w:hAnsi="Tahoma" w:cs="Tahoma"/>
          <w:rtl/>
        </w:rPr>
        <w:t xml:space="preserve"> که خراسان و ماوراءالنهر با فاجعه‌ا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واقع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روبه‌رو شدند.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اترار</w:t>
      </w:r>
      <w:r w:rsidRPr="0009742E">
        <w:rPr>
          <w:rFonts w:ascii="Tahoma" w:hAnsi="Tahoma" w:cs="Tahoma"/>
          <w:rtl/>
        </w:rPr>
        <w:t xml:space="preserve">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نمونه بود. شهر چند ماه مقاومت کرد و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مقاومت سبب شد محاصرهٔ آن طولان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شود.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مدافعان در جر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جنگ از شهر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آمدند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شدند، اما غا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رخان</w:t>
      </w:r>
      <w:r w:rsidRPr="0009742E">
        <w:rPr>
          <w:rFonts w:ascii="Tahoma" w:hAnsi="Tahoma" w:cs="Tahoma"/>
          <w:rtl/>
        </w:rPr>
        <w:t xml:space="preserve"> در دژ داخل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مقاومت ادامه داد. هنگام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سرانجام به دست مغولان افتاد، مجازات شد و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</w:t>
      </w:r>
      <w:r w:rsidRPr="0009742E">
        <w:rPr>
          <w:rFonts w:ascii="Tahoma" w:hAnsi="Tahoma" w:cs="Tahoma" w:hint="eastAsia"/>
          <w:rtl/>
        </w:rPr>
        <w:t>ه</w:t>
      </w:r>
      <w:r w:rsidRPr="0009742E">
        <w:rPr>
          <w:rFonts w:ascii="Tahoma" w:hAnsi="Tahoma" w:cs="Tahoma"/>
          <w:rtl/>
        </w:rPr>
        <w:t xml:space="preserve"> حادثهٔ آغاز جنگ در آن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داده بود غارت گرد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 باا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ن‌حال،</w:t>
      </w:r>
      <w:r w:rsidRPr="0009742E">
        <w:rPr>
          <w:rFonts w:ascii="Tahoma" w:hAnsi="Tahoma" w:cs="Tahoma"/>
          <w:rtl/>
        </w:rPr>
        <w:t xml:space="preserve">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اجازه نداده بود محاصرهٔ اترار حرکت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/>
          <w:rtl/>
        </w:rPr>
        <w:t xml:space="preserve"> را متوقف کند. هنگام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جنگ در آن شهر ادامه داشت، بخش‌ها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قشون به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مراکز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ماوراءالنهر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رفتند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بخارا</w:t>
      </w:r>
      <w:r w:rsidRPr="0009742E">
        <w:rPr>
          <w:rFonts w:ascii="Tahoma" w:hAnsi="Tahoma" w:cs="Tahoma"/>
          <w:rtl/>
        </w:rPr>
        <w:t xml:space="preserve"> در برابر حمله تنها ماند. پادگان شهر کوش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مقاومت کند، اما نتوانست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دفاع خود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از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وارها</w:t>
      </w:r>
      <w:r w:rsidRPr="0009742E">
        <w:rPr>
          <w:rFonts w:ascii="Tahoma" w:hAnsi="Tahoma" w:cs="Tahoma"/>
          <w:rtl/>
        </w:rPr>
        <w:t xml:space="preserve"> برقرار سازد. پس از ورود مغولان،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شهر غارت شد و آتش گرفت. صنعتگران و کسان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مهارتشان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فاتحان سودمند بود جدا شدند و گروه‌ها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مردم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کارها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حرکت به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به خدمت گرفته شدند. شهر فقط دارا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خود را از دست نداد؛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آن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بر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هٔ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قشون فاتح تفک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شد.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وه</w:t>
      </w:r>
      <w:r w:rsidRPr="0009742E">
        <w:rPr>
          <w:rFonts w:ascii="Tahoma" w:hAnsi="Tahoma" w:cs="Tahoma"/>
          <w:rtl/>
        </w:rPr>
        <w:t xml:space="preserve"> در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تکرار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 مغولان پس از گشودن شهر، مردم را به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راندند</w:t>
      </w:r>
      <w:r w:rsidRPr="0009742E">
        <w:rPr>
          <w:rFonts w:ascii="Tahoma" w:hAnsi="Tahoma" w:cs="Tahoma"/>
          <w:rtl/>
        </w:rPr>
        <w:t xml:space="preserve"> و آنان را دسته‌بند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</w:t>
      </w:r>
      <w:r w:rsidRPr="0009742E">
        <w:rPr>
          <w:rFonts w:ascii="Tahoma" w:hAnsi="Tahoma" w:cs="Tahoma"/>
          <w:rtl/>
        </w:rPr>
        <w:t>. صنعتگران، دب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افراد دارا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مهارت ممکن بود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فرستادن به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جدا شوند. جوانان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توانستند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خدمت در سپاه، حمل تجه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زات،</w:t>
      </w:r>
      <w:r w:rsidRPr="0009742E">
        <w:rPr>
          <w:rFonts w:ascii="Tahoma" w:hAnsi="Tahoma" w:cs="Tahoma"/>
          <w:rtl/>
        </w:rPr>
        <w:t xml:space="preserve"> پر کردن خندق‌ها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قرار گرفتن در صف نخست حمله به شهر بعد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انتخاب شوند. کسان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ارزش اقتصاد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نداشتند،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گران</w:t>
      </w:r>
      <w:r w:rsidRPr="0009742E">
        <w:rPr>
          <w:rFonts w:ascii="Tahoma" w:hAnsi="Tahoma" w:cs="Tahoma"/>
          <w:rtl/>
        </w:rPr>
        <w:t xml:space="preserve"> در معرض کشتار قرار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نجا،</w:t>
      </w:r>
      <w:r w:rsidRPr="0009742E">
        <w:rPr>
          <w:rFonts w:ascii="Tahoma" w:hAnsi="Tahoma" w:cs="Tahoma"/>
          <w:rtl/>
        </w:rPr>
        <w:t xml:space="preserve"> انسان نه عضو جامعه‌ا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حق، بلکه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</w:t>
      </w:r>
      <w:r w:rsidRPr="0009742E">
        <w:rPr>
          <w:rFonts w:ascii="Tahoma" w:hAnsi="Tahoma" w:cs="Tahoma"/>
          <w:rtl/>
        </w:rPr>
        <w:t xml:space="preserve">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بود. مهارت،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بدن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امکان بهره‌بردار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تع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چه کس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زنده بماند و به کجا فرستاده شود. خانواده‌ها از هم جدا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</w:t>
      </w:r>
      <w:r w:rsidRPr="0009742E">
        <w:rPr>
          <w:rFonts w:ascii="Tahoma" w:hAnsi="Tahoma" w:cs="Tahoma"/>
          <w:rtl/>
        </w:rPr>
        <w:t xml:space="preserve"> و شبکه‌ها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حرفه‌ا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اجتماع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رفتند</w:t>
      </w:r>
      <w:r w:rsidRPr="0009742E">
        <w:rPr>
          <w:rFonts w:ascii="Tahoma" w:hAnsi="Tahoma" w:cs="Tahoma"/>
          <w:rtl/>
        </w:rPr>
        <w:t>.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اگر ساختما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ماندند،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بردن صنعتگران، بازرگانان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اقتصاد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را فلج کند.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سمرقند،</w:t>
      </w:r>
      <w:r w:rsidRPr="0009742E">
        <w:rPr>
          <w:rFonts w:ascii="Tahoma" w:hAnsi="Tahoma" w:cs="Tahoma"/>
          <w:rtl/>
        </w:rPr>
        <w:t xml:space="preserve"> که از پادگان بزرگ‌تر و استحکامات مهم برخوردار بود،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مرکز مقاومت ماوراءالنهر شود. اما سپاه درون شهر از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اعتماد مشترک برخوردار نبود. بخش‌ها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/>
          <w:rtl/>
        </w:rPr>
        <w:t xml:space="preserve">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شدند و مغولان توانستند شهر را در زمان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کوتاه‌تر از انتظار تصرف کنند.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>ت شهر بار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به دسته‌ها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مختلف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شد،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خدمت گرفته شدند و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کشته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آواره گرد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سقوط</w:t>
      </w:r>
      <w:r w:rsidRPr="0009742E">
        <w:rPr>
          <w:rFonts w:ascii="Tahoma" w:hAnsi="Tahoma" w:cs="Tahoma"/>
          <w:rtl/>
        </w:rPr>
        <w:t xml:space="preserve"> سر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ع</w:t>
      </w:r>
      <w:r w:rsidRPr="0009742E">
        <w:rPr>
          <w:rFonts w:ascii="Tahoma" w:hAnsi="Tahoma" w:cs="Tahoma"/>
          <w:rtl/>
        </w:rPr>
        <w:t xml:space="preserve"> سمرقند اثر روان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بزرگ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داشت. اگر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رومندتر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حکومت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مقاومت کند،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کوچک‌تر چه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داشتند؟ خبر شکست،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</w:t>
      </w:r>
      <w:r w:rsidRPr="0009742E">
        <w:rPr>
          <w:rFonts w:ascii="Tahoma" w:hAnsi="Tahoma" w:cs="Tahoma"/>
          <w:rtl/>
        </w:rPr>
        <w:t xml:space="preserve"> سپاه مغول، تصم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مردم و حاکمان را دگرگون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>.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فکر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افتادند،</w:t>
      </w:r>
      <w:r w:rsidRPr="0009742E">
        <w:rPr>
          <w:rFonts w:ascii="Tahoma" w:hAnsi="Tahoma" w:cs="Tahoma"/>
          <w:rtl/>
        </w:rPr>
        <w:t xml:space="preserve">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ختند</w:t>
      </w:r>
      <w:r w:rsidRPr="0009742E">
        <w:rPr>
          <w:rFonts w:ascii="Tahoma" w:hAnsi="Tahoma" w:cs="Tahoma"/>
          <w:rtl/>
        </w:rPr>
        <w:t xml:space="preserve"> و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دارا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خود را پنهان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</w:t>
      </w:r>
      <w:r w:rsidRPr="0009742E">
        <w:rPr>
          <w:rFonts w:ascii="Tahoma" w:hAnsi="Tahoma" w:cs="Tahoma"/>
          <w:rtl/>
        </w:rPr>
        <w:t>.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آنکه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رها شود، نظم شهر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بر اثر ترس فروبپاشد.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اما</w:t>
      </w:r>
      <w:r w:rsidRPr="0009742E">
        <w:rPr>
          <w:rFonts w:ascii="Tahoma" w:hAnsi="Tahoma" w:cs="Tahoma"/>
          <w:rtl/>
        </w:rPr>
        <w:t xml:space="preserve"> همهٔ مقاومت‌ها به‌سرعت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افتند</w:t>
      </w:r>
      <w:r w:rsidRPr="0009742E">
        <w:rPr>
          <w:rFonts w:ascii="Tahoma" w:hAnsi="Tahoma" w:cs="Tahoma"/>
          <w:rtl/>
        </w:rPr>
        <w:t>. خجند، در کنار 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ا،</w:t>
      </w:r>
      <w:r w:rsidRPr="0009742E">
        <w:rPr>
          <w:rFonts w:ascii="Tahoma" w:hAnsi="Tahoma" w:cs="Tahoma"/>
          <w:rtl/>
        </w:rPr>
        <w:t xml:space="preserve"> با نام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مورملک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وند</w:t>
      </w:r>
      <w:r w:rsidRPr="0009742E">
        <w:rPr>
          <w:rFonts w:ascii="Tahoma" w:hAnsi="Tahoma" w:cs="Tahoma"/>
          <w:rtl/>
        </w:rPr>
        <w:t xml:space="preserve"> خورد. او کوش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با استفاده از موقع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جغراف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شهر و جز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رودخانه، در برابر مغولان مقاومت کند. مدافعان از آب و قا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ق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جلوگ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دشمن بهره گرفتند و مدت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eastAsia"/>
          <w:rtl/>
        </w:rPr>
        <w:t>توانستند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مهاجم را گرفتار کنند. مغولان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با استفاده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فراوان، ابزارها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پرتاب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واداشتن اس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و مردمان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کار، محاصره را ادامه دادند.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مقاومت</w:t>
      </w:r>
      <w:r w:rsidRPr="0009742E">
        <w:rPr>
          <w:rFonts w:ascii="Tahoma" w:hAnsi="Tahoma" w:cs="Tahoma"/>
          <w:rtl/>
        </w:rPr>
        <w:t xml:space="preserve">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مورملک</w:t>
      </w:r>
      <w:r w:rsidRPr="0009742E">
        <w:rPr>
          <w:rFonts w:ascii="Tahoma" w:hAnsi="Tahoma" w:cs="Tahoma"/>
          <w:rtl/>
        </w:rPr>
        <w:t xml:space="preserve"> نشان داد که مغولان شکست‌ناپذ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نبودند و جغراف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ا،</w:t>
      </w:r>
      <w:r w:rsidRPr="0009742E">
        <w:rPr>
          <w:rFonts w:ascii="Tahoma" w:hAnsi="Tahoma" w:cs="Tahoma"/>
          <w:rtl/>
        </w:rPr>
        <w:t xml:space="preserve">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ابتکار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حرکتشان را دشوار کند. اما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فرماندهٔ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حکومت مرکز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بگ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رد</w:t>
      </w:r>
      <w:r w:rsidRPr="0009742E">
        <w:rPr>
          <w:rFonts w:ascii="Tahoma" w:hAnsi="Tahoma" w:cs="Tahoma"/>
          <w:rtl/>
        </w:rPr>
        <w:t>. اگر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به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برنامه‌ا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عموم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دفاع وجود داشت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مقاومت خجند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گسترده‌تر باشد. در تنها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مقاومت دل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رانه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فقط سقوط را به تأخ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انداخت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پس</w:t>
      </w:r>
      <w:r w:rsidRPr="0009742E">
        <w:rPr>
          <w:rFonts w:ascii="Tahoma" w:hAnsi="Tahoma" w:cs="Tahoma"/>
          <w:rtl/>
        </w:rPr>
        <w:t xml:space="preserve"> از فروپاش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مراکز ماوراءالنهر، خراسان در برابر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ورش</w:t>
      </w:r>
      <w:r w:rsidRPr="0009742E">
        <w:rPr>
          <w:rFonts w:ascii="Tahoma" w:hAnsi="Tahoma" w:cs="Tahoma"/>
          <w:rtl/>
        </w:rPr>
        <w:t xml:space="preserve"> قرار گرفت.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منطقه تنها مجموعه‌ا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شهرها نبود؛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اقتصاد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فرهنگ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به شمار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رفت</w:t>
      </w:r>
      <w:r w:rsidRPr="0009742E">
        <w:rPr>
          <w:rFonts w:ascii="Tahoma" w:hAnsi="Tahoma" w:cs="Tahoma"/>
          <w:rtl/>
        </w:rPr>
        <w:t>. مرو،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شابور،</w:t>
      </w:r>
      <w:r w:rsidRPr="0009742E">
        <w:rPr>
          <w:rFonts w:ascii="Tahoma" w:hAnsi="Tahoma" w:cs="Tahoma"/>
          <w:rtl/>
        </w:rPr>
        <w:t xml:space="preserve"> بلخ و هرات، هر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با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رامون</w:t>
      </w:r>
      <w:r w:rsidRPr="0009742E">
        <w:rPr>
          <w:rFonts w:ascii="Tahoma" w:hAnsi="Tahoma" w:cs="Tahoma"/>
          <w:rtl/>
        </w:rPr>
        <w:t xml:space="preserve">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بازارها، مدرسه‌ها، کارگاه</w:t>
      </w:r>
      <w:r w:rsidRPr="0009742E">
        <w:rPr>
          <w:rFonts w:ascii="Tahoma" w:hAnsi="Tahoma" w:cs="Tahoma" w:hint="eastAsia"/>
          <w:rtl/>
        </w:rPr>
        <w:t>‌ها</w:t>
      </w:r>
      <w:r w:rsidRPr="0009742E">
        <w:rPr>
          <w:rFonts w:ascii="Tahoma" w:hAnsi="Tahoma" w:cs="Tahoma"/>
          <w:rtl/>
        </w:rPr>
        <w:t xml:space="preserve"> و شبکه‌ها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ارتباط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خود،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 را درون و اطراف خو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نگاه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داشتند</w:t>
      </w:r>
      <w:r w:rsidRPr="0009742E">
        <w:rPr>
          <w:rFonts w:ascii="Tahoma" w:hAnsi="Tahoma" w:cs="Tahoma"/>
          <w:rtl/>
        </w:rPr>
        <w:t>.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چن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فقط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وار</w:t>
      </w:r>
      <w:r w:rsidRPr="0009742E">
        <w:rPr>
          <w:rFonts w:ascii="Tahoma" w:hAnsi="Tahoma" w:cs="Tahoma"/>
          <w:rtl/>
        </w:rPr>
        <w:t xml:space="preserve"> و خانه نبود؛ رشته‌ا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منطقه‌ا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قطع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تول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پسر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زخان،</w:t>
      </w:r>
      <w:r w:rsidRPr="0009742E">
        <w:rPr>
          <w:rFonts w:ascii="Tahoma" w:hAnsi="Tahoma" w:cs="Tahoma"/>
          <w:rtl/>
        </w:rPr>
        <w:t xml:space="preserve"> مأمور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بخش بزرگ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خراسان شد. روش او بر سرعت، جدا کردن شهرها و جلوگ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شکل‌گ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مقاومت مشترک استوار بود. شهرها در برابر انتخاب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دشوار قرار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گرفتند</w:t>
      </w:r>
      <w:r w:rsidRPr="0009742E">
        <w:rPr>
          <w:rFonts w:ascii="Tahoma" w:hAnsi="Tahoma" w:cs="Tahoma"/>
          <w:rtl/>
        </w:rPr>
        <w:t>: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شوند و به وعدهٔ فاتحان اعتماد کنند،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مقاومت کنند و خطر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کام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را بپذ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رند</w:t>
      </w:r>
      <w:r w:rsidRPr="0009742E">
        <w:rPr>
          <w:rFonts w:ascii="Tahoma" w:hAnsi="Tahoma" w:cs="Tahoma"/>
          <w:rtl/>
        </w:rPr>
        <w:t>. اما 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چ‌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از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دو راه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قطع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فراهم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کرد،</w:t>
      </w:r>
      <w:r w:rsidRPr="0009742E">
        <w:rPr>
          <w:rFonts w:ascii="Tahoma" w:hAnsi="Tahoma" w:cs="Tahoma"/>
          <w:rtl/>
        </w:rPr>
        <w:t xml:space="preserve">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</w:t>
      </w:r>
      <w:r w:rsidRPr="0009742E">
        <w:rPr>
          <w:rFonts w:ascii="Tahoma" w:hAnsi="Tahoma" w:cs="Tahoma"/>
          <w:rtl/>
        </w:rPr>
        <w:t xml:space="preserve"> گاه شورش پس از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کشته شدن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افراد خاندان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مجازات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/>
          <w:rtl/>
        </w:rPr>
        <w:t xml:space="preserve"> گسترده را در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آورد.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مرو</w:t>
      </w:r>
      <w:r w:rsidRPr="0009742E">
        <w:rPr>
          <w:rFonts w:ascii="Tahoma" w:hAnsi="Tahoma" w:cs="Tahoma"/>
          <w:rtl/>
        </w:rPr>
        <w:t xml:space="preserve"> از بزرگ‌تر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خراسان بود. موقع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آن در واحه‌ا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آباد، نظام آب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وندش</w:t>
      </w:r>
      <w:r w:rsidRPr="0009742E">
        <w:rPr>
          <w:rFonts w:ascii="Tahoma" w:hAnsi="Tahoma" w:cs="Tahoma"/>
          <w:rtl/>
        </w:rPr>
        <w:t xml:space="preserve"> با راه‌ها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تجار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فراوان را در شهر و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رامون</w:t>
      </w:r>
      <w:r w:rsidRPr="0009742E">
        <w:rPr>
          <w:rFonts w:ascii="Tahoma" w:hAnsi="Tahoma" w:cs="Tahoma"/>
          <w:rtl/>
        </w:rPr>
        <w:t xml:space="preserve"> آن نگاه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داشت</w:t>
      </w:r>
      <w:r w:rsidRPr="0009742E">
        <w:rPr>
          <w:rFonts w:ascii="Tahoma" w:hAnsi="Tahoma" w:cs="Tahoma"/>
          <w:rtl/>
        </w:rPr>
        <w:t>. پس از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</w:t>
      </w:r>
      <w:r w:rsidRPr="0009742E">
        <w:rPr>
          <w:rFonts w:ascii="Tahoma" w:hAnsi="Tahoma" w:cs="Tahoma"/>
          <w:rtl/>
        </w:rPr>
        <w:t xml:space="preserve"> سپاه مغول، مقاومت شهر نتوانست دوام آورد. مردم به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رانده شدند و کشتار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داد. </w:t>
      </w:r>
      <w:r w:rsidRPr="0009742E">
        <w:rPr>
          <w:rFonts w:ascii="Tahoma" w:hAnsi="Tahoma" w:cs="Tahoma" w:hint="eastAsia"/>
          <w:rtl/>
        </w:rPr>
        <w:t>ارقام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منابع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شمار کشتگان آورده‌اند قابل اعتماد آمار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ستند،</w:t>
      </w:r>
      <w:r w:rsidRPr="0009742E">
        <w:rPr>
          <w:rFonts w:ascii="Tahoma" w:hAnsi="Tahoma" w:cs="Tahoma"/>
          <w:rtl/>
        </w:rPr>
        <w:t xml:space="preserve"> اما در اصل گستردگ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فاجعه ترد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وجود ندارد.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مرو به کشتن ساکنان درون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وارها</w:t>
      </w:r>
      <w:r w:rsidRPr="0009742E">
        <w:rPr>
          <w:rFonts w:ascii="Tahoma" w:hAnsi="Tahoma" w:cs="Tahoma"/>
          <w:rtl/>
        </w:rPr>
        <w:t xml:space="preserve"> محدود نماند. واحه‌ا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به نگهدار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وستهٔ</w:t>
      </w:r>
      <w:r w:rsidRPr="0009742E">
        <w:rPr>
          <w:rFonts w:ascii="Tahoma" w:hAnsi="Tahoma" w:cs="Tahoma"/>
          <w:rtl/>
        </w:rPr>
        <w:t xml:space="preserve"> کانال‌ها و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آب وابسته بود، بدون کشاورز، کارگر و اداره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بماند. با کشته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آواره شدن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ت،</w:t>
      </w:r>
      <w:r w:rsidRPr="0009742E">
        <w:rPr>
          <w:rFonts w:ascii="Tahoma" w:hAnsi="Tahoma" w:cs="Tahoma"/>
          <w:rtl/>
        </w:rPr>
        <w:t xml:space="preserve">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رها شدند و شبکهٔ آب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 به خراب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eastAsia"/>
          <w:rtl/>
        </w:rPr>
        <w:t>گذاشت</w:t>
      </w:r>
      <w:r w:rsidRPr="0009742E">
        <w:rPr>
          <w:rFonts w:ascii="Tahoma" w:hAnsi="Tahoma" w:cs="Tahoma"/>
          <w:rtl/>
        </w:rPr>
        <w:t>. اگر کانال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سد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د،</w:t>
      </w:r>
      <w:r w:rsidRPr="0009742E">
        <w:rPr>
          <w:rFonts w:ascii="Tahoma" w:hAnsi="Tahoma" w:cs="Tahoma"/>
          <w:rtl/>
        </w:rPr>
        <w:t xml:space="preserve"> بازگرداندن آب به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/>
          <w:rtl/>
        </w:rPr>
        <w:t xml:space="preserve"> به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انسان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سازمان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داشت؛ دو 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حمله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برده 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شابور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سرنوشت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سخت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>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شهر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حمله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مراکز بزرگ خراسان بود و در دانش، بازرگان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صنعت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مهم داشت. مقاومت‌ها و شورش‌ها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همراه با کشته شدن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دامادها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در جر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جنگ، خشم مغولان را افزا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داد. هنگام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شهر دوباره ب</w:t>
      </w:r>
      <w:r w:rsidRPr="0009742E">
        <w:rPr>
          <w:rFonts w:ascii="Tahoma" w:hAnsi="Tahoma" w:cs="Tahoma" w:hint="eastAsia"/>
          <w:rtl/>
        </w:rPr>
        <w:t>ه</w:t>
      </w:r>
      <w:r w:rsidRPr="0009742E">
        <w:rPr>
          <w:rFonts w:ascii="Tahoma" w:hAnsi="Tahoma" w:cs="Tahoma"/>
          <w:rtl/>
        </w:rPr>
        <w:t xml:space="preserve"> تصرف درآمد، مجازات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 بر آن اعمال شد. گزارش‌ها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کشتار وس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ع</w:t>
      </w:r>
      <w:r w:rsidRPr="0009742E">
        <w:rPr>
          <w:rFonts w:ascii="Tahoma" w:hAnsi="Tahoma" w:cs="Tahoma"/>
          <w:rtl/>
        </w:rPr>
        <w:t xml:space="preserve">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 سخن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محاصرهٔ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شابور،</w:t>
      </w:r>
      <w:r w:rsidRPr="0009742E">
        <w:rPr>
          <w:rFonts w:ascii="Tahoma" w:hAnsi="Tahoma" w:cs="Tahoma"/>
          <w:rtl/>
        </w:rPr>
        <w:t xml:space="preserve"> مغولان از شمار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ابزار پرتاب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متخصص محاصره استفاده کردند.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امر نشان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دهد</w:t>
      </w:r>
      <w:r w:rsidRPr="0009742E">
        <w:rPr>
          <w:rFonts w:ascii="Tahoma" w:hAnsi="Tahoma" w:cs="Tahoma"/>
          <w:rtl/>
        </w:rPr>
        <w:t xml:space="preserve"> که قشون مهاجم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فقط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متک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 اسب و کمان نبود. تجربهٔ جنگ در 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 استفاده از متخصصان اقوام مغلوب، آن را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گشودن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مستحکم آماده </w:t>
      </w:r>
      <w:r w:rsidRPr="0009742E">
        <w:rPr>
          <w:rFonts w:ascii="Tahoma" w:hAnsi="Tahoma" w:cs="Tahoma" w:hint="eastAsia"/>
          <w:rtl/>
        </w:rPr>
        <w:t>کرده</w:t>
      </w:r>
      <w:r w:rsidRPr="0009742E">
        <w:rPr>
          <w:rFonts w:ascii="Tahoma" w:hAnsi="Tahoma" w:cs="Tahoma"/>
          <w:rtl/>
        </w:rPr>
        <w:t xml:space="preserve"> بود.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وارها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که در برابر سپاه‌ها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منطقه‌ا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جاد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کردند،</w:t>
      </w:r>
      <w:r w:rsidRPr="0009742E">
        <w:rPr>
          <w:rFonts w:ascii="Tahoma" w:hAnsi="Tahoma" w:cs="Tahoma"/>
          <w:rtl/>
        </w:rPr>
        <w:t xml:space="preserve"> در برابر دستگاه محاصره‌ا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متحرک و منظم کارا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را نداشتند.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مرو</w:t>
      </w:r>
      <w:r w:rsidRPr="0009742E">
        <w:rPr>
          <w:rFonts w:ascii="Tahoma" w:hAnsi="Tahoma" w:cs="Tahoma"/>
          <w:rtl/>
        </w:rPr>
        <w:t xml:space="preserve">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شابور</w:t>
      </w:r>
      <w:r w:rsidRPr="0009742E">
        <w:rPr>
          <w:rFonts w:ascii="Tahoma" w:hAnsi="Tahoma" w:cs="Tahoma"/>
          <w:rtl/>
        </w:rPr>
        <w:t xml:space="preserve"> تنها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خود را از دست ندادند. با مرگ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پراکندگ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ران،</w:t>
      </w:r>
      <w:r w:rsidRPr="0009742E">
        <w:rPr>
          <w:rFonts w:ascii="Tahoma" w:hAnsi="Tahoma" w:cs="Tahoma"/>
          <w:rtl/>
        </w:rPr>
        <w:t xml:space="preserve"> آموزگاران، پزشکان، صنعتگران، بازرگانان و کشاورزان، حافظهٔ عمل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آس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 هر حرفه فقط مجموعه‌ا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ابزارها نبود؛ دانش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بود که از استاد به شاگرد و از نسل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نسل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منتقل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/>
          <w:rtl/>
        </w:rPr>
        <w:t xml:space="preserve">شد. کشتن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صنعتگر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پراکندن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خانوادهٔ حرفه‌ا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زنج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تجربه را قطع کند که بازساز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ده‌ها سال زمان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خواست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روستاها و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رامون</w:t>
      </w:r>
      <w:r w:rsidRPr="0009742E">
        <w:rPr>
          <w:rFonts w:ascii="Tahoma" w:hAnsi="Tahoma" w:cs="Tahoma"/>
          <w:rtl/>
        </w:rPr>
        <w:t xml:space="preserve"> شهرها،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گاه کمتر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ده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اما ماندگارتر بود.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خراسان به قنات، کانال و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منظم آب وابسته بود.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شبکه‌ها بدون مراقبت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وسته</w:t>
      </w:r>
      <w:r w:rsidRPr="0009742E">
        <w:rPr>
          <w:rFonts w:ascii="Tahoma" w:hAnsi="Tahoma" w:cs="Tahoma"/>
          <w:rtl/>
        </w:rPr>
        <w:t xml:space="preserve"> از کار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افتادند</w:t>
      </w:r>
      <w:r w:rsidRPr="0009742E">
        <w:rPr>
          <w:rFonts w:ascii="Tahoma" w:hAnsi="Tahoma" w:cs="Tahoma"/>
          <w:rtl/>
        </w:rPr>
        <w:t>. اگر مردم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ختند،</w:t>
      </w:r>
      <w:r w:rsidRPr="0009742E">
        <w:rPr>
          <w:rFonts w:ascii="Tahoma" w:hAnsi="Tahoma" w:cs="Tahoma"/>
          <w:rtl/>
        </w:rPr>
        <w:t xml:space="preserve"> کشته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خدمت قشون برده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شدند،</w:t>
      </w:r>
      <w:r w:rsidRPr="0009742E">
        <w:rPr>
          <w:rFonts w:ascii="Tahoma" w:hAnsi="Tahoma" w:cs="Tahoma"/>
          <w:rtl/>
        </w:rPr>
        <w:t xml:space="preserve"> آبراه‌ها رها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ماندند</w:t>
      </w:r>
      <w:r w:rsidRPr="0009742E">
        <w:rPr>
          <w:rFonts w:ascii="Tahoma" w:hAnsi="Tahoma" w:cs="Tahoma"/>
          <w:rtl/>
        </w:rPr>
        <w:t xml:space="preserve"> و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خشک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 به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دل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ل،</w:t>
      </w:r>
      <w:r w:rsidRPr="0009742E">
        <w:rPr>
          <w:rFonts w:ascii="Tahoma" w:hAnsi="Tahoma" w:cs="Tahoma"/>
          <w:rtl/>
        </w:rPr>
        <w:t xml:space="preserve"> اثر حمله بر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هٔ</w:t>
      </w:r>
      <w:r w:rsidRPr="0009742E">
        <w:rPr>
          <w:rFonts w:ascii="Tahoma" w:hAnsi="Tahoma" w:cs="Tahoma"/>
          <w:rtl/>
        </w:rPr>
        <w:t xml:space="preserve">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ممکن بود از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آشکار شهرها عم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ق‌تر</w:t>
      </w:r>
      <w:r w:rsidRPr="0009742E">
        <w:rPr>
          <w:rFonts w:ascii="Tahoma" w:hAnsi="Tahoma" w:cs="Tahoma"/>
          <w:rtl/>
        </w:rPr>
        <w:t xml:space="preserve"> و طولان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تر</w:t>
      </w:r>
      <w:r w:rsidRPr="0009742E">
        <w:rPr>
          <w:rFonts w:ascii="Tahoma" w:hAnsi="Tahoma" w:cs="Tahoma"/>
          <w:rtl/>
        </w:rPr>
        <w:t xml:space="preserve"> باشد.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ورش</w:t>
      </w:r>
      <w:r w:rsidRPr="0009742E">
        <w:rPr>
          <w:rFonts w:ascii="Tahoma" w:hAnsi="Tahoma" w:cs="Tahoma"/>
          <w:rtl/>
        </w:rPr>
        <w:t xml:space="preserve"> مغول در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مرحله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فقط جنگ با حکومت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نبود. آن حکومت فروپاش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ده</w:t>
      </w:r>
      <w:r w:rsidRPr="0009742E">
        <w:rPr>
          <w:rFonts w:ascii="Tahoma" w:hAnsi="Tahoma" w:cs="Tahoma"/>
          <w:rtl/>
        </w:rPr>
        <w:t xml:space="preserve"> و سلطان 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خته</w:t>
      </w:r>
      <w:r w:rsidRPr="0009742E">
        <w:rPr>
          <w:rFonts w:ascii="Tahoma" w:hAnsi="Tahoma" w:cs="Tahoma"/>
          <w:rtl/>
        </w:rPr>
        <w:t xml:space="preserve"> بود، اما کشتار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ادامه داشت. موضوع جنگ از شکست دادن قشون به مط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ع</w:t>
      </w:r>
      <w:r w:rsidRPr="0009742E">
        <w:rPr>
          <w:rFonts w:ascii="Tahoma" w:hAnsi="Tahoma" w:cs="Tahoma"/>
          <w:rtl/>
        </w:rPr>
        <w:t xml:space="preserve"> کردن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شده بود.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آنکه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آ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نده</w:t>
      </w:r>
      <w:r w:rsidRPr="0009742E">
        <w:rPr>
          <w:rFonts w:ascii="Tahoma" w:hAnsi="Tahoma" w:cs="Tahoma"/>
          <w:rtl/>
        </w:rPr>
        <w:t xml:space="preserve"> دوباره شورش نکند، 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تش</w:t>
      </w:r>
      <w:r w:rsidRPr="0009742E">
        <w:rPr>
          <w:rFonts w:ascii="Tahoma" w:hAnsi="Tahoma" w:cs="Tahoma"/>
          <w:rtl/>
        </w:rPr>
        <w:t xml:space="preserve"> کاهش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>‌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توانمندش پراکنده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</w:t>
      </w:r>
      <w:r w:rsidRPr="0009742E">
        <w:rPr>
          <w:rFonts w:ascii="Tahoma" w:hAnsi="Tahoma" w:cs="Tahoma"/>
          <w:rtl/>
        </w:rPr>
        <w:t xml:space="preserve"> و منابعش در اخت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/>
          <w:rtl/>
        </w:rPr>
        <w:t xml:space="preserve"> فاتحان قرار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چن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وضع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تفاوت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فتح کشور و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کشوردار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آشکار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شود</w:t>
      </w:r>
      <w:r w:rsidRPr="0009742E">
        <w:rPr>
          <w:rFonts w:ascii="Tahoma" w:hAnsi="Tahoma" w:cs="Tahoma"/>
          <w:rtl/>
        </w:rPr>
        <w:t>. فاتح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آنکه از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فتح‌شده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بگ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رد،</w:t>
      </w:r>
      <w:r w:rsidRPr="0009742E">
        <w:rPr>
          <w:rFonts w:ascii="Tahoma" w:hAnsi="Tahoma" w:cs="Tahoma"/>
          <w:rtl/>
        </w:rPr>
        <w:t xml:space="preserve"> به مردم،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بازار و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دارد. اما قشون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هنوز منطق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</w:t>
      </w:r>
      <w:r w:rsidRPr="0009742E">
        <w:rPr>
          <w:rFonts w:ascii="Tahoma" w:hAnsi="Tahoma" w:cs="Tahoma"/>
          <w:rtl/>
        </w:rPr>
        <w:t xml:space="preserve"> و مجازات مقاومت بود، ممکن بود همان منابع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نابود کن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که حکومت آ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نده</w:t>
      </w:r>
      <w:r w:rsidRPr="0009742E">
        <w:rPr>
          <w:rFonts w:ascii="Tahoma" w:hAnsi="Tahoma" w:cs="Tahoma"/>
          <w:rtl/>
        </w:rPr>
        <w:t xml:space="preserve"> به آنها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خواهد داشت. مغولان در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مرحلهٔ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ورش،</w:t>
      </w:r>
      <w:r w:rsidRPr="0009742E">
        <w:rPr>
          <w:rFonts w:ascii="Tahoma" w:hAnsi="Tahoma" w:cs="Tahoma"/>
          <w:rtl/>
        </w:rPr>
        <w:t xml:space="preserve"> هنوز دستگاه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ادارهٔ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نساخته بودند. قشون جلوتر از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حرکت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 جا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گذاشت</w:t>
      </w:r>
      <w:r w:rsidRPr="0009742E">
        <w:rPr>
          <w:rFonts w:ascii="Tahoma" w:hAnsi="Tahoma" w:cs="Tahoma"/>
          <w:rtl/>
        </w:rPr>
        <w:t xml:space="preserve"> که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آ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نده</w:t>
      </w:r>
      <w:r w:rsidRPr="0009742E">
        <w:rPr>
          <w:rFonts w:ascii="Tahoma" w:hAnsi="Tahoma" w:cs="Tahoma"/>
          <w:rtl/>
        </w:rPr>
        <w:t xml:space="preserve"> 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بر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حکومت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ساخت</w:t>
      </w:r>
      <w:r w:rsidRPr="0009742E">
        <w:rPr>
          <w:rFonts w:ascii="Tahoma" w:hAnsi="Tahoma" w:cs="Tahoma"/>
          <w:rtl/>
        </w:rPr>
        <w:t>.</w:t>
      </w:r>
    </w:p>
    <w:p w:rsidR="005E0C7F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تناقض در ادامهٔ حمله آشکارتر شد. گرگانج با شبکهٔ آب و مقاومت درون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بلخ و هرات با سرنوشت‌ها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چندباره، بام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با کشته شدن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افراد خاندان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ز،</w:t>
      </w:r>
      <w:r w:rsidRPr="0009742E">
        <w:rPr>
          <w:rFonts w:ascii="Tahoma" w:hAnsi="Tahoma" w:cs="Tahoma"/>
          <w:rtl/>
        </w:rPr>
        <w:t xml:space="preserve"> و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غرب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هر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به صورت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متفاوت با مهاجمان روبه‌رو شدند. در همان حال،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خوارزمشاه </w:t>
      </w:r>
      <w:r w:rsidRPr="0009742E">
        <w:rPr>
          <w:rFonts w:ascii="Tahoma" w:hAnsi="Tahoma" w:cs="Tahoma" w:hint="eastAsia"/>
          <w:rtl/>
        </w:rPr>
        <w:t>کوش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از بقا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قشون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مقاومت بسازد و نشان داد که شکست محمد خوارزمشاه هنوز به معنا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همهٔ توان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نبود. 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/>
          <w:rtl/>
        </w:rPr>
        <w:t>گرگانج،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تخت</w:t>
      </w:r>
      <w:r w:rsidRPr="0009742E">
        <w:rPr>
          <w:rFonts w:ascii="Tahoma" w:hAnsi="Tahoma" w:cs="Tahoma"/>
          <w:rtl/>
        </w:rPr>
        <w:t xml:space="preserve"> خوارزم، با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خشک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ش‌تر</w:t>
      </w:r>
      <w:r w:rsidRPr="0009742E">
        <w:rPr>
          <w:rFonts w:ascii="Tahoma" w:hAnsi="Tahoma" w:cs="Tahoma"/>
          <w:rtl/>
        </w:rPr>
        <w:t xml:space="preserve"> سقوط کرده بودند تفاوت داشت.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شهر در دل منطقه‌ا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آباد و در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شاخه‌ها و آبراهه‌ها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آمودر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قرار گرفته بود. ثروت آن از تجارت،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گاه</w:t>
      </w:r>
      <w:r w:rsidRPr="0009742E">
        <w:rPr>
          <w:rFonts w:ascii="Tahoma" w:hAnsi="Tahoma" w:cs="Tahoma"/>
          <w:rtl/>
        </w:rPr>
        <w:t xml:space="preserve"> 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اس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اش</w:t>
      </w:r>
      <w:r w:rsidRPr="0009742E">
        <w:rPr>
          <w:rFonts w:ascii="Tahoma" w:hAnsi="Tahoma" w:cs="Tahoma"/>
          <w:rtl/>
        </w:rPr>
        <w:t xml:space="preserve"> به دست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آمد</w:t>
      </w:r>
      <w:r w:rsidRPr="0009742E">
        <w:rPr>
          <w:rFonts w:ascii="Tahoma" w:hAnsi="Tahoma" w:cs="Tahoma"/>
          <w:rtl/>
        </w:rPr>
        <w:t xml:space="preserve"> و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فراوان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در خود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داده </w:t>
      </w:r>
      <w:r w:rsidRPr="0009742E">
        <w:rPr>
          <w:rFonts w:ascii="Tahoma" w:hAnsi="Tahoma" w:cs="Tahoma" w:hint="eastAsia"/>
          <w:rtl/>
        </w:rPr>
        <w:t>بود</w:t>
      </w:r>
      <w:r w:rsidRPr="0009742E">
        <w:rPr>
          <w:rFonts w:ascii="Tahoma" w:hAnsi="Tahoma" w:cs="Tahoma"/>
          <w:rtl/>
        </w:rPr>
        <w:t>. کوچه‌ها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تنگ، آبراهه‌ها و ساختمان‌ها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فشردهٔ شهر، حرکت سواران مغول را دشوار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و به مدافعان امکان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</w:t>
      </w:r>
      <w:r w:rsidRPr="0009742E">
        <w:rPr>
          <w:rFonts w:ascii="Tahoma" w:hAnsi="Tahoma" w:cs="Tahoma"/>
          <w:rtl/>
        </w:rPr>
        <w:t xml:space="preserve"> جنگ را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دان</w:t>
      </w:r>
      <w:r w:rsidRPr="0009742E">
        <w:rPr>
          <w:rFonts w:ascii="Tahoma" w:hAnsi="Tahoma" w:cs="Tahoma"/>
          <w:rtl/>
        </w:rPr>
        <w:t xml:space="preserve"> باز به نبرد خانه‌به‌خانه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کنند.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اما</w:t>
      </w:r>
      <w:r w:rsidRPr="0009742E">
        <w:rPr>
          <w:rFonts w:ascii="Tahoma" w:hAnsi="Tahoma" w:cs="Tahoma"/>
          <w:rtl/>
        </w:rPr>
        <w:t xml:space="preserve"> گرگانج گرفتار همان شکاف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بود که سراسر حکومت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از درون فرسوده بود. شهر سال‌ها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نفوذ ترکان خاتون و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وابسته به او قرار داشت. پس از 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ترکان خاتون، مرکز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روشن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نمانده بود. گروه‌ها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مختلف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هر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به فرمانده‌ا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eastAsia"/>
          <w:rtl/>
        </w:rPr>
        <w:t>وابسته</w:t>
      </w:r>
      <w:r w:rsidRPr="0009742E">
        <w:rPr>
          <w:rFonts w:ascii="Tahoma" w:hAnsi="Tahoma" w:cs="Tahoma"/>
          <w:rtl/>
        </w:rPr>
        <w:t xml:space="preserve"> بودند و تصم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واحد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دربارهٔ دفاع، مذاکره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وجود نداشت.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زمان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مراکز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قدرت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بود، اکنون بدون خوارزمشاه و بدون دولت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از آن دفاع کند، 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به تنها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با سپاه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روبه‌رو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مغولان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بر سر چگونگ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تصرف شهر اختلاف وجود داشت. جوچ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پسر بزرگ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زخان،</w:t>
      </w:r>
      <w:r w:rsidRPr="0009742E">
        <w:rPr>
          <w:rFonts w:ascii="Tahoma" w:hAnsi="Tahoma" w:cs="Tahoma"/>
          <w:rtl/>
        </w:rPr>
        <w:t xml:space="preserve"> خوارزم را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سهم آ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ندهٔ</w:t>
      </w:r>
      <w:r w:rsidRPr="0009742E">
        <w:rPr>
          <w:rFonts w:ascii="Tahoma" w:hAnsi="Tahoma" w:cs="Tahoma"/>
          <w:rtl/>
        </w:rPr>
        <w:t xml:space="preserve"> خود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دانست</w:t>
      </w:r>
      <w:r w:rsidRPr="0009742E">
        <w:rPr>
          <w:rFonts w:ascii="Tahoma" w:hAnsi="Tahoma" w:cs="Tahoma"/>
          <w:rtl/>
        </w:rPr>
        <w:t xml:space="preserve">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کامل آن را به سود خو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 چغتا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 روش و موقع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برادرش اختلاف داشت.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رقابت به عمل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محاصره آس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زد و نشان داد که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قشون منظم مغول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مسئلهٔ جانش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فتح‌شده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تواند</w:t>
      </w:r>
      <w:r w:rsidRPr="0009742E">
        <w:rPr>
          <w:rFonts w:ascii="Tahoma" w:hAnsi="Tahoma" w:cs="Tahoma"/>
          <w:rtl/>
        </w:rPr>
        <w:t xml:space="preserve"> هماهنگ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برهم زند.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سرانجام اوگتا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مأمور هماهنگ کردن عمل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کرد تا اختلاف دو برادر مانع ادامهٔ جنگ نشود.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مغولان</w:t>
      </w:r>
      <w:r w:rsidRPr="0009742E">
        <w:rPr>
          <w:rFonts w:ascii="Tahoma" w:hAnsi="Tahoma" w:cs="Tahoma"/>
          <w:rtl/>
        </w:rPr>
        <w:t xml:space="preserve"> توانستند دژها و بخش‌ها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 را بگ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رند،</w:t>
      </w:r>
      <w:r w:rsidRPr="0009742E">
        <w:rPr>
          <w:rFonts w:ascii="Tahoma" w:hAnsi="Tahoma" w:cs="Tahoma"/>
          <w:rtl/>
        </w:rPr>
        <w:t xml:space="preserve"> اما ورود به گرگانج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مقاومت نبود. جنگ در کوچه‌ها، خانه‌ها و محله‌ها ادامه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>. سوارکار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سرعت و 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رانداز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فاصلهٔ دور، که مهم‌تر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برتر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مغولان در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دان</w:t>
      </w:r>
      <w:r w:rsidRPr="0009742E">
        <w:rPr>
          <w:rFonts w:ascii="Tahoma" w:hAnsi="Tahoma" w:cs="Tahoma"/>
          <w:rtl/>
        </w:rPr>
        <w:t xml:space="preserve"> باز بود، در گذرگاه‌ها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تنگ کارا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کمتر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داش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>. آنان ناچار شدند گروه‌گروه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بروند، ساختمان‌ها را تصرف کنند و مدافعان را از هر موضع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برانند.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جنگ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مهاجمان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پرهز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نه</w:t>
      </w:r>
      <w:r w:rsidRPr="0009742E">
        <w:rPr>
          <w:rFonts w:ascii="Tahoma" w:hAnsi="Tahoma" w:cs="Tahoma"/>
          <w:rtl/>
        </w:rPr>
        <w:t xml:space="preserve"> 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سرانجام</w:t>
      </w:r>
      <w:r w:rsidRPr="0009742E">
        <w:rPr>
          <w:rFonts w:ascii="Tahoma" w:hAnsi="Tahoma" w:cs="Tahoma"/>
          <w:rtl/>
        </w:rPr>
        <w:t xml:space="preserve"> شهر سقوط کرد. صنعتگران و صاحبان مهارت از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جدا شدند تا به نقاط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فرستاده شوند و گروه‌ها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جوانان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خدمت در سپاه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انجام کارها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دشوار برگز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ده</w:t>
      </w:r>
      <w:r w:rsidRPr="0009742E">
        <w:rPr>
          <w:rFonts w:ascii="Tahoma" w:hAnsi="Tahoma" w:cs="Tahoma"/>
          <w:rtl/>
        </w:rPr>
        <w:t xml:space="preserve"> شدند. بخش بزرگ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مردم کشته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پراکنده شدند. منابع از شکستن بندها و رها شدن آب بر شهر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سخ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گفته‌اند، اما دربارهٔ چگونگ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ق</w:t>
      </w:r>
      <w:r w:rsidRPr="0009742E">
        <w:rPr>
          <w:rFonts w:ascii="Tahoma" w:hAnsi="Tahoma" w:cs="Tahoma"/>
          <w:rtl/>
        </w:rPr>
        <w:t xml:space="preserve"> و اندازهٔ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آب‌گرفتگ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</w:t>
      </w:r>
      <w:r w:rsidRPr="0009742E">
        <w:rPr>
          <w:rFonts w:ascii="Tahoma" w:hAnsi="Tahoma" w:cs="Tahoma"/>
          <w:rtl/>
        </w:rPr>
        <w:t xml:space="preserve"> با اطم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نان</w:t>
      </w:r>
      <w:r w:rsidRPr="0009742E">
        <w:rPr>
          <w:rFonts w:ascii="Tahoma" w:hAnsi="Tahoma" w:cs="Tahoma"/>
          <w:rtl/>
        </w:rPr>
        <w:t xml:space="preserve"> داور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کرد. آنچه ترد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آن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ست،</w:t>
      </w:r>
      <w:r w:rsidRPr="0009742E">
        <w:rPr>
          <w:rFonts w:ascii="Tahoma" w:hAnsi="Tahoma" w:cs="Tahoma"/>
          <w:rtl/>
        </w:rPr>
        <w:t xml:space="preserve">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گستردهٔ شهر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است که زندگ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اش</w:t>
      </w:r>
      <w:r w:rsidRPr="0009742E">
        <w:rPr>
          <w:rFonts w:ascii="Tahoma" w:hAnsi="Tahoma" w:cs="Tahoma"/>
          <w:rtl/>
        </w:rPr>
        <w:t xml:space="preserve"> به شبکهٔ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دهٔ</w:t>
      </w:r>
      <w:r w:rsidRPr="0009742E">
        <w:rPr>
          <w:rFonts w:ascii="Tahoma" w:hAnsi="Tahoma" w:cs="Tahoma"/>
          <w:rtl/>
        </w:rPr>
        <w:t xml:space="preserve"> آب وابسته 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گرگانج فقط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پ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تخت</w:t>
      </w:r>
      <w:r w:rsidRPr="0009742E">
        <w:rPr>
          <w:rFonts w:ascii="Tahoma" w:hAnsi="Tahoma" w:cs="Tahoma"/>
          <w:rtl/>
        </w:rPr>
        <w:t xml:space="preserve">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نبود.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شهر محل تجمع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وانسالاران،</w:t>
      </w:r>
      <w:r w:rsidRPr="0009742E">
        <w:rPr>
          <w:rFonts w:ascii="Tahoma" w:hAnsi="Tahoma" w:cs="Tahoma"/>
          <w:rtl/>
        </w:rPr>
        <w:t xml:space="preserve"> بازرگانان، صنعتگران،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نکاران</w:t>
      </w:r>
      <w:r w:rsidRPr="0009742E">
        <w:rPr>
          <w:rFonts w:ascii="Tahoma" w:hAnsi="Tahoma" w:cs="Tahoma"/>
          <w:rtl/>
        </w:rPr>
        <w:t xml:space="preserve"> و خاندان‌ها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بود که شبکهٔ حکومت و اقتصاد منطقه را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ساختند</w:t>
      </w:r>
      <w:r w:rsidRPr="0009742E">
        <w:rPr>
          <w:rFonts w:ascii="Tahoma" w:hAnsi="Tahoma" w:cs="Tahoma"/>
          <w:rtl/>
        </w:rPr>
        <w:t>. با کشتن، اس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کردن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پراکندن آنان، حافظهٔ ادار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تخت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رفت.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اگر </w:t>
      </w:r>
      <w:r w:rsidRPr="0009742E">
        <w:rPr>
          <w:rFonts w:ascii="Tahoma" w:hAnsi="Tahoma" w:cs="Tahoma" w:hint="eastAsia"/>
          <w:rtl/>
        </w:rPr>
        <w:t>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ساختمان‌ها و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/>
          <w:rtl/>
        </w:rPr>
        <w:t xml:space="preserve">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ماند،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دستگاه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وجود نداشت که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را گرد آورد، آب را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کند،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راه‌ها را حفظ کند و ارتباط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شهر و روستا را ادامه دهد.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دوره، بلخ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بار سنگ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حمله را تحمل کرد. شهر ظاهراً در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برخورد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شد، اما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اورد</w:t>
      </w:r>
      <w:r w:rsidRPr="0009742E">
        <w:rPr>
          <w:rFonts w:ascii="Tahoma" w:hAnsi="Tahoma" w:cs="Tahoma"/>
          <w:rtl/>
        </w:rPr>
        <w:t>. هنگام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در سال </w:t>
      </w:r>
      <w:r w:rsidRPr="0009742E">
        <w:rPr>
          <w:rFonts w:ascii="Tahoma" w:hAnsi="Tahoma" w:cs="Tahoma"/>
          <w:rtl/>
          <w:lang w:bidi="fa-IR"/>
        </w:rPr>
        <w:t>۱۲۲۱</w:t>
      </w:r>
      <w:r w:rsidRPr="0009742E">
        <w:rPr>
          <w:rFonts w:ascii="Tahoma" w:hAnsi="Tahoma" w:cs="Tahoma"/>
          <w:rtl/>
        </w:rPr>
        <w:t xml:space="preserve"> به منطقه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د،</w:t>
      </w:r>
      <w:r w:rsidRPr="0009742E">
        <w:rPr>
          <w:rFonts w:ascii="Tahoma" w:hAnsi="Tahoma" w:cs="Tahoma"/>
          <w:rtl/>
        </w:rPr>
        <w:t xml:space="preserve"> بلخ غارت و بخش بزرگ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آن کشته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پراکنده شد؛ احتمال دارد شورش مردم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بردن پادگان مغول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سبب مجازات دوباره شده باشد. گزارش‌ها دربارهٔ شمار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و کشتگان قابل اعتماد آمار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ستند،</w:t>
      </w:r>
      <w:r w:rsidRPr="0009742E">
        <w:rPr>
          <w:rFonts w:ascii="Tahoma" w:hAnsi="Tahoma" w:cs="Tahoma"/>
          <w:rtl/>
        </w:rPr>
        <w:t xml:space="preserve"> اما ضربه‌ا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به کشاورز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تجارت شهر وارد شد چنان شد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بود که بلخ تا مدت‌ها نتوانست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گاه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خود را باز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ابد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بلخ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نمونه‌ها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روشن ب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اعتماد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متقابل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فاتحان و مردم بود. مردم ممکن بود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نجات شهر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شوند، اما حضور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کوچک از مأموران مغول را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ندانند و پس از دور شدن قشون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سر به شورش بردارند. مغولان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هر شورش را نشانه‌ا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 xml:space="preserve"> که مدارا </w:t>
      </w:r>
      <w:r w:rsidRPr="0009742E">
        <w:rPr>
          <w:rFonts w:ascii="Tahoma" w:hAnsi="Tahoma" w:cs="Tahoma" w:hint="eastAsia"/>
          <w:rtl/>
        </w:rPr>
        <w:t>سبب</w:t>
      </w:r>
      <w:r w:rsidRPr="0009742E">
        <w:rPr>
          <w:rFonts w:ascii="Tahoma" w:hAnsi="Tahoma" w:cs="Tahoma"/>
          <w:rtl/>
        </w:rPr>
        <w:t xml:space="preserve"> تکرار مقاومت خواهد شد. در نت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جه،</w:t>
      </w:r>
      <w:r w:rsidRPr="0009742E">
        <w:rPr>
          <w:rFonts w:ascii="Tahoma" w:hAnsi="Tahoma" w:cs="Tahoma"/>
          <w:rtl/>
        </w:rPr>
        <w:t xml:space="preserve">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به همکار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انجام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و شورش، مجازات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دتر</w:t>
      </w:r>
      <w:r w:rsidRPr="0009742E">
        <w:rPr>
          <w:rFonts w:ascii="Tahoma" w:hAnsi="Tahoma" w:cs="Tahoma"/>
          <w:rtl/>
        </w:rPr>
        <w:t xml:space="preserve"> از محاصرهٔ نخست را در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آورد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چرخه در هرات آشکارتر شد. هنگام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تول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رامون</w:t>
      </w:r>
      <w:r w:rsidRPr="0009742E">
        <w:rPr>
          <w:rFonts w:ascii="Tahoma" w:hAnsi="Tahoma" w:cs="Tahoma"/>
          <w:rtl/>
        </w:rPr>
        <w:t xml:space="preserve"> شهر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د،</w:t>
      </w:r>
      <w:r w:rsidRPr="0009742E">
        <w:rPr>
          <w:rFonts w:ascii="Tahoma" w:hAnsi="Tahoma" w:cs="Tahoma"/>
          <w:rtl/>
        </w:rPr>
        <w:t xml:space="preserve"> از حاکم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خواست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شود. حاکم درخواست را رد کرد و فرستادهٔ مغول را کشت. پس از محاصره‌ا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کوتاه، حاکم در جر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جنگ کشته شد و مردم شهر تن به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دادند. مغولان پادگان را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بردن</w:t>
      </w:r>
      <w:r w:rsidRPr="0009742E">
        <w:rPr>
          <w:rFonts w:ascii="Tahoma" w:hAnsi="Tahoma" w:cs="Tahoma" w:hint="eastAsia"/>
          <w:rtl/>
        </w:rPr>
        <w:t>د،</w:t>
      </w:r>
      <w:r w:rsidRPr="0009742E">
        <w:rPr>
          <w:rFonts w:ascii="Tahoma" w:hAnsi="Tahoma" w:cs="Tahoma"/>
          <w:rtl/>
        </w:rPr>
        <w:t xml:space="preserve"> اما در آن مرحله از کشتار عموم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مردم خوددار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کردند و مأموران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اداره و نظارت بر شهر بر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گذاشتند.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خبر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خوارزمشاه بر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مغولان در پروان،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تازه‌ا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هرات پد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آورد. مردم تصور کردند قدرت مغولان شکسته شده است 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</w:t>
      </w:r>
      <w:r w:rsidRPr="0009742E">
        <w:rPr>
          <w:rFonts w:ascii="Tahoma" w:hAnsi="Tahoma" w:cs="Tahoma"/>
          <w:rtl/>
        </w:rPr>
        <w:t xml:space="preserve"> نما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ندگان</w:t>
      </w:r>
      <w:r w:rsidRPr="0009742E">
        <w:rPr>
          <w:rFonts w:ascii="Tahoma" w:hAnsi="Tahoma" w:cs="Tahoma"/>
          <w:rtl/>
        </w:rPr>
        <w:t xml:space="preserve"> آنان را از شهر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رون</w:t>
      </w:r>
      <w:r w:rsidRPr="0009742E">
        <w:rPr>
          <w:rFonts w:ascii="Tahoma" w:hAnsi="Tahoma" w:cs="Tahoma"/>
          <w:rtl/>
        </w:rPr>
        <w:t xml:space="preserve"> راند. شورش آغاز شد و مأموران مغول کشته شدند. اما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پروان آغاز شکست عموم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</w:t>
      </w:r>
      <w:r w:rsidRPr="0009742E">
        <w:rPr>
          <w:rFonts w:ascii="Tahoma" w:hAnsi="Tahoma" w:cs="Tahoma" w:hint="eastAsia"/>
          <w:rtl/>
        </w:rPr>
        <w:t>ولان</w:t>
      </w:r>
      <w:r w:rsidRPr="0009742E">
        <w:rPr>
          <w:rFonts w:ascii="Tahoma" w:hAnsi="Tahoma" w:cs="Tahoma"/>
          <w:rtl/>
        </w:rPr>
        <w:t xml:space="preserve"> نبود. قشون آنان بازگشت، شهر را دوباره در محاصره گرفت و پس از گشودن آن،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ن‌بار</w:t>
      </w:r>
      <w:r w:rsidRPr="0009742E">
        <w:rPr>
          <w:rFonts w:ascii="Tahoma" w:hAnsi="Tahoma" w:cs="Tahoma"/>
          <w:rtl/>
        </w:rPr>
        <w:t xml:space="preserve"> مجازات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/>
          <w:rtl/>
        </w:rPr>
        <w:t xml:space="preserve"> سنگ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بر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وارد کرد.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سرنوشت</w:t>
      </w:r>
      <w:r w:rsidRPr="0009742E">
        <w:rPr>
          <w:rFonts w:ascii="Tahoma" w:hAnsi="Tahoma" w:cs="Tahoma"/>
          <w:rtl/>
        </w:rPr>
        <w:t xml:space="preserve"> هرات نشان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</w:t>
      </w:r>
      <w:r w:rsidRPr="0009742E">
        <w:rPr>
          <w:rFonts w:ascii="Tahoma" w:hAnsi="Tahoma" w:cs="Tahoma"/>
          <w:rtl/>
        </w:rPr>
        <w:t xml:space="preserve"> که خبر در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جنگ چه نقش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دارد. همان‌گونه که خبر کشتار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شهر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شهر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را به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وادارد، خبر شکست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سپاه مغول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مردم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که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فرمان فاتحان قرار گرفته بودند به شورش تشو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ق</w:t>
      </w:r>
      <w:r w:rsidRPr="0009742E">
        <w:rPr>
          <w:rFonts w:ascii="Tahoma" w:hAnsi="Tahoma" w:cs="Tahoma"/>
          <w:rtl/>
        </w:rPr>
        <w:t xml:space="preserve"> کند. اما هنگام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شورش‌ها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بد</w:t>
      </w:r>
      <w:r w:rsidRPr="0009742E">
        <w:rPr>
          <w:rFonts w:ascii="Tahoma" w:hAnsi="Tahoma" w:cs="Tahoma" w:hint="eastAsia"/>
          <w:rtl/>
        </w:rPr>
        <w:t>ون</w:t>
      </w:r>
      <w:r w:rsidRPr="0009742E">
        <w:rPr>
          <w:rFonts w:ascii="Tahoma" w:hAnsi="Tahoma" w:cs="Tahoma"/>
          <w:rtl/>
        </w:rPr>
        <w:t xml:space="preserve">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برنامه‌ا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مشترک رخ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دادند،</w:t>
      </w:r>
      <w:r w:rsidRPr="0009742E">
        <w:rPr>
          <w:rFonts w:ascii="Tahoma" w:hAnsi="Tahoma" w:cs="Tahoma"/>
          <w:rtl/>
        </w:rPr>
        <w:t xml:space="preserve"> مغولان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توانستند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خود را به نوبت به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هر شهر بفرستند و مقاومت را جداگانه سرکوب کنند.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بام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به سبب حادثه‌ا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درون خاندان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با مجازات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ژه</w:t>
      </w:r>
      <w:r w:rsidRPr="0009742E">
        <w:rPr>
          <w:rFonts w:ascii="Tahoma" w:hAnsi="Tahoma" w:cs="Tahoma"/>
          <w:rtl/>
        </w:rPr>
        <w:t xml:space="preserve"> روبه‌رو شد. در جر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محاصره، موتوگن، پسر چغتا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نوهٔ محبوب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زخان،</w:t>
      </w:r>
      <w:r w:rsidRPr="0009742E">
        <w:rPr>
          <w:rFonts w:ascii="Tahoma" w:hAnsi="Tahoma" w:cs="Tahoma"/>
          <w:rtl/>
        </w:rPr>
        <w:t xml:space="preserve"> کشته شد. مرگ او خشم خاندان فرمانروا را برانگ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</w:t>
      </w:r>
      <w:r w:rsidRPr="0009742E">
        <w:rPr>
          <w:rFonts w:ascii="Tahoma" w:hAnsi="Tahoma" w:cs="Tahoma"/>
          <w:rtl/>
        </w:rPr>
        <w:t xml:space="preserve"> و پس از سقوط شهر، کشتار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داد. 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ن‌سان،</w:t>
      </w:r>
      <w:r w:rsidRPr="0009742E">
        <w:rPr>
          <w:rFonts w:ascii="Tahoma" w:hAnsi="Tahoma" w:cs="Tahoma"/>
          <w:rtl/>
        </w:rPr>
        <w:t xml:space="preserve"> سرنوشت هزاران ت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به مرگ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فرد از خاندان فاتح وابسته شود. ارزش جان‌ها برابر نبود؛ خون شاهزاده‌ا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همهٔ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شهر را توج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</w:t>
      </w:r>
      <w:r w:rsidRPr="0009742E">
        <w:rPr>
          <w:rFonts w:ascii="Tahoma" w:hAnsi="Tahoma" w:cs="Tahoma"/>
          <w:rtl/>
        </w:rPr>
        <w:t xml:space="preserve"> کند.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رفتار نشان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داد</w:t>
      </w:r>
      <w:r w:rsidRPr="0009742E">
        <w:rPr>
          <w:rFonts w:ascii="Tahoma" w:hAnsi="Tahoma" w:cs="Tahoma"/>
          <w:rtl/>
        </w:rPr>
        <w:t xml:space="preserve"> که قشون مغول هنوز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انتقام خانوادگ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مصلحت کشوردار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تما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روشن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گذارد</w:t>
      </w:r>
      <w:r w:rsidRPr="0009742E">
        <w:rPr>
          <w:rFonts w:ascii="Tahoma" w:hAnsi="Tahoma" w:cs="Tahoma"/>
          <w:rtl/>
        </w:rPr>
        <w:t>. اگر هدف نها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حکومت بر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 بهره‌گ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منابع آن بود، نابود کردن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و شهر با آن ناسازگار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نمود</w:t>
      </w:r>
      <w:r w:rsidRPr="0009742E">
        <w:rPr>
          <w:rFonts w:ascii="Tahoma" w:hAnsi="Tahoma" w:cs="Tahoma"/>
          <w:rtl/>
        </w:rPr>
        <w:t>. اما در مرحلهٔ فتح، حفظ 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بت</w:t>
      </w:r>
      <w:r w:rsidRPr="0009742E">
        <w:rPr>
          <w:rFonts w:ascii="Tahoma" w:hAnsi="Tahoma" w:cs="Tahoma"/>
          <w:rtl/>
        </w:rPr>
        <w:t xml:space="preserve"> خاندان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و مجازا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هر مقاومت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 آبادان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نده</w:t>
      </w:r>
      <w:r w:rsidRPr="0009742E">
        <w:rPr>
          <w:rFonts w:ascii="Tahoma" w:hAnsi="Tahoma" w:cs="Tahoma"/>
          <w:rtl/>
        </w:rPr>
        <w:t xml:space="preserve"> تقدم داشت. فاتحان ابتدا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خواستند</w:t>
      </w:r>
      <w:r w:rsidRPr="0009742E">
        <w:rPr>
          <w:rFonts w:ascii="Tahoma" w:hAnsi="Tahoma" w:cs="Tahoma"/>
          <w:rtl/>
        </w:rPr>
        <w:t xml:space="preserve"> فرمان‌بردار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قطع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کنند؛ مسئلهٔ ادارهٔ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رانه‌ها</w:t>
      </w:r>
      <w:r w:rsidRPr="0009742E">
        <w:rPr>
          <w:rFonts w:ascii="Tahoma" w:hAnsi="Tahoma" w:cs="Tahoma"/>
          <w:rtl/>
        </w:rPr>
        <w:t xml:space="preserve"> به آ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نده</w:t>
      </w:r>
      <w:r w:rsidRPr="0009742E">
        <w:rPr>
          <w:rFonts w:ascii="Tahoma" w:hAnsi="Tahoma" w:cs="Tahoma"/>
          <w:rtl/>
        </w:rPr>
        <w:t xml:space="preserve"> واگذار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باا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ن‌همه،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ورش</w:t>
      </w:r>
      <w:r w:rsidRPr="0009742E">
        <w:rPr>
          <w:rFonts w:ascii="Tahoma" w:hAnsi="Tahoma" w:cs="Tahoma"/>
          <w:rtl/>
        </w:rPr>
        <w:t xml:space="preserve"> مغول همه‌جا با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اندازه از کشتار و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همراه نبود.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شهرها با پرداخت مال، تأم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آذوقه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پذ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رش</w:t>
      </w:r>
      <w:r w:rsidRPr="0009742E">
        <w:rPr>
          <w:rFonts w:ascii="Tahoma" w:hAnsi="Tahoma" w:cs="Tahoma"/>
          <w:rtl/>
        </w:rPr>
        <w:t xml:space="preserve"> مأموران مغول از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کامل 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ختند</w:t>
      </w:r>
      <w:r w:rsidRPr="0009742E">
        <w:rPr>
          <w:rFonts w:ascii="Tahoma" w:hAnsi="Tahoma" w:cs="Tahoma"/>
          <w:rtl/>
        </w:rPr>
        <w:t>. در بخش‌ها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غرب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ران،</w:t>
      </w:r>
      <w:r w:rsidRPr="0009742E">
        <w:rPr>
          <w:rFonts w:ascii="Tahoma" w:hAnsi="Tahoma" w:cs="Tahoma"/>
          <w:rtl/>
        </w:rPr>
        <w:t xml:space="preserve"> سپاه جبه و سوبدا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/>
          <w:rtl/>
        </w:rPr>
        <w:t xml:space="preserve"> در تعق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محمد خوارزمشاه و شناسا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راه‌ها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تازه بود </w:t>
      </w:r>
      <w:r w:rsidRPr="0009742E">
        <w:rPr>
          <w:rFonts w:ascii="Tahoma" w:hAnsi="Tahoma" w:cs="Tahoma" w:hint="eastAsia"/>
          <w:rtl/>
        </w:rPr>
        <w:t>و</w:t>
      </w:r>
      <w:r w:rsidRPr="0009742E">
        <w:rPr>
          <w:rFonts w:ascii="Tahoma" w:hAnsi="Tahoma" w:cs="Tahoma"/>
          <w:rtl/>
        </w:rPr>
        <w:t xml:space="preserve"> هنوز مأمور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برپا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حکومت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نداشت. 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همدان آس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دند،</w:t>
      </w:r>
      <w:r w:rsidRPr="0009742E">
        <w:rPr>
          <w:rFonts w:ascii="Tahoma" w:hAnsi="Tahoma" w:cs="Tahoma"/>
          <w:rtl/>
        </w:rPr>
        <w:t xml:space="preserve"> قم و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با حمله روبه‌رو شدند، اما همهٔ شهرها سرنوشت مرو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شابور</w:t>
      </w:r>
      <w:r w:rsidRPr="0009742E">
        <w:rPr>
          <w:rFonts w:ascii="Tahoma" w:hAnsi="Tahoma" w:cs="Tahoma"/>
          <w:rtl/>
        </w:rPr>
        <w:t xml:space="preserve"> را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افتند</w:t>
      </w:r>
      <w:r w:rsidRPr="0009742E">
        <w:rPr>
          <w:rFonts w:ascii="Tahoma" w:hAnsi="Tahoma" w:cs="Tahoma"/>
          <w:rtl/>
        </w:rPr>
        <w:t>. تبر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با مذاکره، پرداخت مال و فرستادن هدا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توانست از هجوم مستق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جلوگ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تفاوت اهم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دارد؛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</w:t>
      </w:r>
      <w:r w:rsidRPr="0009742E">
        <w:rPr>
          <w:rFonts w:ascii="Tahoma" w:hAnsi="Tahoma" w:cs="Tahoma"/>
          <w:rtl/>
        </w:rPr>
        <w:t xml:space="preserve"> سخن گفتن از «و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ران»</w:t>
      </w:r>
      <w:r w:rsidRPr="0009742E">
        <w:rPr>
          <w:rFonts w:ascii="Tahoma" w:hAnsi="Tahoma" w:cs="Tahoma"/>
          <w:rtl/>
        </w:rPr>
        <w:t xml:space="preserve"> نبا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چن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تصور نادرست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آورد که همهٔ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کشور در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زمان و به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صورت نابود شدند. شدت حمله در ماوراءالنهر و خراسان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/>
          <w:rtl/>
        </w:rPr>
        <w:t xml:space="preserve"> بود.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مرکز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غرب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جنوب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مراحل مختلف و با اندازه‌ها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متفاوت آس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>. فارس در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ورش</w:t>
      </w:r>
      <w:r w:rsidRPr="0009742E">
        <w:rPr>
          <w:rFonts w:ascii="Tahoma" w:hAnsi="Tahoma" w:cs="Tahoma"/>
          <w:rtl/>
        </w:rPr>
        <w:t xml:space="preserve">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مستق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ماً</w:t>
      </w:r>
      <w:r w:rsidRPr="0009742E">
        <w:rPr>
          <w:rFonts w:ascii="Tahoma" w:hAnsi="Tahoma" w:cs="Tahoma"/>
          <w:rtl/>
        </w:rPr>
        <w:t xml:space="preserve"> مانند خراسان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نشد و حکومت‌ها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توانستند با پذ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رش</w:t>
      </w:r>
      <w:r w:rsidRPr="0009742E">
        <w:rPr>
          <w:rFonts w:ascii="Tahoma" w:hAnsi="Tahoma" w:cs="Tahoma"/>
          <w:rtl/>
        </w:rPr>
        <w:t xml:space="preserve"> فرمان‌بردار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پرداخت خراج،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خود را حفظ کنند.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اما</w:t>
      </w:r>
      <w:r w:rsidRPr="0009742E">
        <w:rPr>
          <w:rFonts w:ascii="Tahoma" w:hAnsi="Tahoma" w:cs="Tahoma"/>
          <w:rtl/>
        </w:rPr>
        <w:t xml:space="preserve">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که از کشتار مستق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ختند</w:t>
      </w:r>
      <w:r w:rsidRPr="0009742E">
        <w:rPr>
          <w:rFonts w:ascii="Tahoma" w:hAnsi="Tahoma" w:cs="Tahoma"/>
          <w:rtl/>
        </w:rPr>
        <w:t xml:space="preserve"> از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امدها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عموم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حمله در امان نماندند. راه‌ها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تجار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ناامن شد،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آواره به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رفتند، درآمد حکومت‌ها کاهش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 xml:space="preserve"> و گروه‌ها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پراکنده به غارت پرداختند.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رفتن مراکز بزرگ خراسان، ارتباط اقتصا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را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مختل کرد. کشور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اجزا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راه تجارت، مهاجرت،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و جابه‌جا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کالا به هم وابسته بودند،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/>
          <w:rtl/>
        </w:rPr>
        <w:t xml:space="preserve"> منطقهٔ بزرگ را به همان منطقه محدود کند.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برابر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ن،</w:t>
      </w:r>
      <w:r w:rsidRPr="0009742E">
        <w:rPr>
          <w:rFonts w:ascii="Tahoma" w:hAnsi="Tahoma" w:cs="Tahoma"/>
          <w:rtl/>
        </w:rPr>
        <w:t xml:space="preserve"> پسر محمد خوارزمشاه، کوش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مقاومت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سازمان‌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افته</w:t>
      </w:r>
      <w:r w:rsidRPr="0009742E">
        <w:rPr>
          <w:rFonts w:ascii="Tahoma" w:hAnsi="Tahoma" w:cs="Tahoma"/>
          <w:rtl/>
        </w:rPr>
        <w:t xml:space="preserve"> پد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آورد. او برخلاف پدرش آمادگ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حضور مستق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در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دان</w:t>
      </w:r>
      <w:r w:rsidRPr="0009742E">
        <w:rPr>
          <w:rFonts w:ascii="Tahoma" w:hAnsi="Tahoma" w:cs="Tahoma"/>
          <w:rtl/>
        </w:rPr>
        <w:t xml:space="preserve"> جنگ داشت و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سربازان را به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خود برانگ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زد</w:t>
      </w:r>
      <w:r w:rsidRPr="0009742E">
        <w:rPr>
          <w:rFonts w:ascii="Tahoma" w:hAnsi="Tahoma" w:cs="Tahoma"/>
          <w:rtl/>
        </w:rPr>
        <w:t>. اما از آغاز با مسئلهٔ جانش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دشمن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ترکان خاتون رو</w:t>
      </w:r>
      <w:r w:rsidRPr="0009742E">
        <w:rPr>
          <w:rFonts w:ascii="Tahoma" w:hAnsi="Tahoma" w:cs="Tahoma" w:hint="eastAsia"/>
          <w:rtl/>
        </w:rPr>
        <w:t>به‌رو</w:t>
      </w:r>
      <w:r w:rsidRPr="0009742E">
        <w:rPr>
          <w:rFonts w:ascii="Tahoma" w:hAnsi="Tahoma" w:cs="Tahoma"/>
          <w:rtl/>
        </w:rPr>
        <w:t xml:space="preserve"> بود. مادر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از خاندان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نبود که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قنقل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را هم‌پا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هٔ</w:t>
      </w:r>
      <w:r w:rsidRPr="0009742E">
        <w:rPr>
          <w:rFonts w:ascii="Tahoma" w:hAnsi="Tahoma" w:cs="Tahoma"/>
          <w:rtl/>
        </w:rPr>
        <w:t xml:space="preserve"> خاندان ترکان خاتون بدانند و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امر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گاه</w:t>
      </w:r>
      <w:r w:rsidRPr="0009742E">
        <w:rPr>
          <w:rFonts w:ascii="Tahoma" w:hAnsi="Tahoma" w:cs="Tahoma"/>
          <w:rtl/>
        </w:rPr>
        <w:t xml:space="preserve"> او را در دربار تضع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ف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. ترکان خاتون و وابستگانش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از پسران محمد را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جانش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مناسب‌تر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شمردند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محمد</w:t>
      </w:r>
      <w:r w:rsidRPr="0009742E">
        <w:rPr>
          <w:rFonts w:ascii="Tahoma" w:hAnsi="Tahoma" w:cs="Tahoma"/>
          <w:rtl/>
        </w:rPr>
        <w:t xml:space="preserve"> خوارزمشاه در واپس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روزها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را جانش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خود کرد، اما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انتخاب زمان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صورت گرفت که حکومت مرکز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عملاً از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رفته بود.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تاج، خزانه،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و قشون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آماده تحو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نگرفت. او وارث نام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مجموعه‌ا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پراکنده شد که ب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آنها را در جر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جنگ گرد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آورد</w:t>
      </w:r>
      <w:r w:rsidRPr="0009742E">
        <w:rPr>
          <w:rFonts w:ascii="Tahoma" w:hAnsi="Tahoma" w:cs="Tahoma"/>
          <w:rtl/>
        </w:rPr>
        <w:t>. بنابرا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ن،</w:t>
      </w:r>
      <w:r w:rsidRPr="0009742E">
        <w:rPr>
          <w:rFonts w:ascii="Tahoma" w:hAnsi="Tahoma" w:cs="Tahoma"/>
          <w:rtl/>
        </w:rPr>
        <w:t xml:space="preserve"> فرمانروا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او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آنکه کشوردار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باشد، تلاش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زنده کردن مقاومت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توانست در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غزنه گروه‌ها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سپاه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فرماندهان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دور خود جمع کند.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افغان، خلج، ترک و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گروه‌ها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منطقه به او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وستند</w:t>
      </w:r>
      <w:r w:rsidRPr="0009742E">
        <w:rPr>
          <w:rFonts w:ascii="Tahoma" w:hAnsi="Tahoma" w:cs="Tahoma"/>
          <w:rtl/>
        </w:rPr>
        <w:t>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سپاه از نظر ترک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همچنان ناهمگون بود، اما حضور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آمادهٔ جنگ بود و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زنده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کرد،</w:t>
      </w:r>
      <w:r w:rsidRPr="0009742E">
        <w:rPr>
          <w:rFonts w:ascii="Tahoma" w:hAnsi="Tahoma" w:cs="Tahoma"/>
          <w:rtl/>
        </w:rPr>
        <w:t xml:space="preserve"> موقتاً اختلاف‌ها را کنار زد.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او</w:t>
      </w:r>
      <w:r w:rsidRPr="0009742E">
        <w:rPr>
          <w:rFonts w:ascii="Tahoma" w:hAnsi="Tahoma" w:cs="Tahoma"/>
          <w:rtl/>
        </w:rPr>
        <w:t xml:space="preserve"> در پروان با سپاه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مغولان به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قوتوقو</w:t>
      </w:r>
      <w:r w:rsidRPr="0009742E">
        <w:rPr>
          <w:rFonts w:ascii="Tahoma" w:hAnsi="Tahoma" w:cs="Tahoma"/>
          <w:rtl/>
        </w:rPr>
        <w:t xml:space="preserve"> روبه‌رو شد.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منطقه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حرکت آزاد سواره‌نظام مغول مناسب نبود و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توانست از وضع جغراف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سپاهش بهره 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رد</w:t>
      </w:r>
      <w:r w:rsidRPr="0009742E">
        <w:rPr>
          <w:rFonts w:ascii="Tahoma" w:hAnsi="Tahoma" w:cs="Tahoma"/>
          <w:rtl/>
        </w:rPr>
        <w:t>. نبرد با شکست مغولان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>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شکست‌ها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مهم آنان در جر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>ان حمله به قلمرو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بود و نشان داد که با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مناسب، انتخاب درست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دان</w:t>
      </w:r>
      <w:r w:rsidRPr="0009742E">
        <w:rPr>
          <w:rFonts w:ascii="Tahoma" w:hAnsi="Tahoma" w:cs="Tahoma"/>
          <w:rtl/>
        </w:rPr>
        <w:t xml:space="preserve"> و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ستادگ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</w:t>
      </w:r>
      <w:r w:rsidRPr="0009742E">
        <w:rPr>
          <w:rFonts w:ascii="Tahoma" w:hAnsi="Tahoma" w:cs="Tahoma"/>
          <w:rtl/>
        </w:rPr>
        <w:t xml:space="preserve"> در برابر قشون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/>
          <w:rtl/>
        </w:rPr>
        <w:t xml:space="preserve"> شد.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نبرد پروان فقط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نبود. خبر آن به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فرمان مغولان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و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شورش را افزا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داد. مردم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تسل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شده بودند 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افتند</w:t>
      </w:r>
      <w:r w:rsidRPr="0009742E">
        <w:rPr>
          <w:rFonts w:ascii="Tahoma" w:hAnsi="Tahoma" w:cs="Tahoma"/>
          <w:rtl/>
        </w:rPr>
        <w:t xml:space="preserve"> فاتحان شکست‌ناپذ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ستند</w:t>
      </w:r>
      <w:r w:rsidRPr="0009742E">
        <w:rPr>
          <w:rFonts w:ascii="Tahoma" w:hAnsi="Tahoma" w:cs="Tahoma"/>
          <w:rtl/>
        </w:rPr>
        <w:t>. اما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هستهٔ مقاومت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گسترده شود، بر اثر اختلاف درون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سپاه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به نت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جهٔ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نرس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 پس از جنگ،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فرماندهان بر سر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مت،</w:t>
      </w:r>
      <w:r w:rsidRPr="0009742E">
        <w:rPr>
          <w:rFonts w:ascii="Tahoma" w:hAnsi="Tahoma" w:cs="Tahoma"/>
          <w:rtl/>
        </w:rPr>
        <w:t xml:space="preserve"> به‌و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ژه</w:t>
      </w:r>
      <w:r w:rsidRPr="0009742E">
        <w:rPr>
          <w:rFonts w:ascii="Tahoma" w:hAnsi="Tahoma" w:cs="Tahoma"/>
          <w:rtl/>
        </w:rPr>
        <w:t xml:space="preserve"> مالک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اسب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ارزشمند شمرده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شد،</w:t>
      </w:r>
      <w:r w:rsidRPr="0009742E">
        <w:rPr>
          <w:rFonts w:ascii="Tahoma" w:hAnsi="Tahoma" w:cs="Tahoma"/>
          <w:rtl/>
        </w:rPr>
        <w:t xml:space="preserve"> نزاع درگرفت. اختلاف شخص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رقابت گروه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شد و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/>
          <w:rtl/>
        </w:rPr>
        <w:t xml:space="preserve">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را ترک کردند.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حادثه، بار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ضعف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سپاه‌ها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آن دوره را آشکار کرد.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دفاع از کشور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مشترک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فرمان نهاد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گرد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امده</w:t>
      </w:r>
      <w:r w:rsidRPr="0009742E">
        <w:rPr>
          <w:rFonts w:ascii="Tahoma" w:hAnsi="Tahoma" w:cs="Tahoma"/>
          <w:rtl/>
        </w:rPr>
        <w:t xml:space="preserve"> بودند. هر گروه با فرمانده، طا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فه</w:t>
      </w:r>
      <w:r w:rsidRPr="0009742E">
        <w:rPr>
          <w:rFonts w:ascii="Tahoma" w:hAnsi="Tahoma" w:cs="Tahoma"/>
          <w:rtl/>
        </w:rPr>
        <w:t xml:space="preserve"> و منافع خود وارد جنگ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</w:t>
      </w:r>
      <w:r w:rsidRPr="0009742E">
        <w:rPr>
          <w:rFonts w:ascii="Tahoma" w:hAnsi="Tahoma" w:cs="Tahoma"/>
          <w:rtl/>
        </w:rPr>
        <w:t xml:space="preserve"> و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</w:t>
      </w:r>
      <w:r w:rsidRPr="0009742E">
        <w:rPr>
          <w:rFonts w:ascii="Tahoma" w:hAnsi="Tahoma" w:cs="Tahoma"/>
          <w:rtl/>
        </w:rPr>
        <w:t xml:space="preserve">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انگ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زهٔ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وستن</w:t>
      </w:r>
      <w:r w:rsidRPr="0009742E">
        <w:rPr>
          <w:rFonts w:ascii="Tahoma" w:hAnsi="Tahoma" w:cs="Tahoma"/>
          <w:rtl/>
        </w:rPr>
        <w:t xml:space="preserve"> آن بود. تا هنگام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به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گروه‌ها را کنار هم نگاه دارد؛ اما هنگام تقس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</w:t>
      </w:r>
      <w:r w:rsidRPr="0009742E">
        <w:rPr>
          <w:rFonts w:ascii="Tahoma" w:hAnsi="Tahoma" w:cs="Tahoma"/>
          <w:rtl/>
        </w:rPr>
        <w:t xml:space="preserve"> همان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مت،</w:t>
      </w:r>
      <w:r w:rsidRPr="0009742E">
        <w:rPr>
          <w:rFonts w:ascii="Tahoma" w:hAnsi="Tahoma" w:cs="Tahoma"/>
          <w:rtl/>
        </w:rPr>
        <w:t xml:space="preserve"> اتحاد از هم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پاش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خطر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مانند حملهٔ مغول نتوانست وفادار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پراکنده را به وفادار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کشور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کند.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پس از شن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</w:t>
      </w:r>
      <w:r w:rsidRPr="0009742E">
        <w:rPr>
          <w:rFonts w:ascii="Tahoma" w:hAnsi="Tahoma" w:cs="Tahoma"/>
          <w:rtl/>
        </w:rPr>
        <w:t xml:space="preserve"> خبر شکست پروان، خود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مقابله با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حرکت کرد.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که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را از دست داده بود، توان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با قشون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مغول را نداشت. او به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رود سند عقب نشست تا راه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ورود به هند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</w:t>
      </w:r>
      <w:r w:rsidRPr="0009742E">
        <w:rPr>
          <w:rFonts w:ascii="Tahoma" w:hAnsi="Tahoma" w:cs="Tahoma"/>
          <w:rtl/>
        </w:rPr>
        <w:t xml:space="preserve"> کند.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با سرعت او را ت</w:t>
      </w:r>
      <w:r w:rsidRPr="0009742E">
        <w:rPr>
          <w:rFonts w:ascii="Tahoma" w:hAnsi="Tahoma" w:cs="Tahoma" w:hint="eastAsia"/>
          <w:rtl/>
        </w:rPr>
        <w:t>عق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کرد و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آنکه همهٔ سپاه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بتواند از رود بگذرد، به آن 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نبرد کنار سند،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باق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مانده‌اش</w:t>
      </w:r>
      <w:r w:rsidRPr="0009742E">
        <w:rPr>
          <w:rFonts w:ascii="Tahoma" w:hAnsi="Tahoma" w:cs="Tahoma"/>
          <w:rtl/>
        </w:rPr>
        <w:t xml:space="preserve"> در حال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 xml:space="preserve"> که راه عقب‌نش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محدود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داشتند. قشون مغول آنان را از چند سو در فشار قرار داد.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سپاه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کشته شدند و خانواده و همراهان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به دست مغولان افتادند. خود او توانست با اسب از بلن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رود بزند و به آن سو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سند برسد.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گر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در روا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نماد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دلاور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او تبد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ل</w:t>
      </w:r>
      <w:r w:rsidRPr="0009742E">
        <w:rPr>
          <w:rFonts w:ascii="Tahoma" w:hAnsi="Tahoma" w:cs="Tahoma"/>
          <w:rtl/>
        </w:rPr>
        <w:t xml:space="preserve"> شد و حت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گفته شده است که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شجاعتش را ستود.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اما</w:t>
      </w:r>
      <w:r w:rsidRPr="0009742E">
        <w:rPr>
          <w:rFonts w:ascii="Tahoma" w:hAnsi="Tahoma" w:cs="Tahoma"/>
          <w:rtl/>
        </w:rPr>
        <w:t xml:space="preserve"> دلاور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شخص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شکست ساختمان حکومت را جبران کند.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توانست جان خود را نجات دهد و بعدها به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بازگردد، سپاه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فراهم آورد و چند سال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بجنگد؛ 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نتوانست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بسازد که شهرها،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و مردم را 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برنامه‌ا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مشترک گرد آورد. رفتار او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در دوره‌ها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بعد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شه</w:t>
      </w:r>
      <w:r w:rsidRPr="0009742E">
        <w:rPr>
          <w:rFonts w:ascii="Tahoma" w:hAnsi="Tahoma" w:cs="Tahoma"/>
          <w:rtl/>
        </w:rPr>
        <w:t xml:space="preserve"> با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کشوردار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سازگار نبود. او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آنکه بازسازندهٔ کشور باشد، فرمانده‌ا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جنگجو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ماند که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دست آوردن قلمرو از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به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رفت</w:t>
      </w:r>
      <w:r w:rsidRPr="0009742E">
        <w:rPr>
          <w:rFonts w:ascii="Tahoma" w:hAnsi="Tahoma" w:cs="Tahoma"/>
          <w:rtl/>
        </w:rPr>
        <w:t>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با</w:t>
      </w:r>
      <w:r w:rsidRPr="0009742E">
        <w:rPr>
          <w:rFonts w:ascii="Tahoma" w:hAnsi="Tahoma" w:cs="Tahoma"/>
          <w:rtl/>
        </w:rPr>
        <w:t xml:space="preserve"> عبور جلال‌الد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از سند، 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مرحلهٔ بزرگ مقاومت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>.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بخش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مأمور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خود را انجام داده بود: حکومت محمد را نابود کرده، شهرها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ماوراءالنهر و خراسان را درهم شکسته و هر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را که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در کوتاه‌مدت قشون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بزرگ در برا</w:t>
      </w:r>
      <w:r w:rsidRPr="0009742E">
        <w:rPr>
          <w:rFonts w:ascii="Tahoma" w:hAnsi="Tahoma" w:cs="Tahoma" w:hint="eastAsia"/>
          <w:rtl/>
        </w:rPr>
        <w:t>بر</w:t>
      </w:r>
      <w:r w:rsidRPr="0009742E">
        <w:rPr>
          <w:rFonts w:ascii="Tahoma" w:hAnsi="Tahoma" w:cs="Tahoma"/>
          <w:rtl/>
        </w:rPr>
        <w:t xml:space="preserve"> او گرد آورد پراکنده ساخته بود. اما آنچه به دست آمده بود هنوز کشور نبود.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مغولان</w:t>
      </w:r>
      <w:r w:rsidRPr="0009742E">
        <w:rPr>
          <w:rFonts w:ascii="Tahoma" w:hAnsi="Tahoma" w:cs="Tahoma"/>
          <w:rtl/>
        </w:rPr>
        <w:t xml:space="preserve"> در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مرحله دستگاه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منظم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ادارهٔ همهٔ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فتح‌شده نداشتند. گروه‌ها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مأموران، حاکمان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گردآورندگان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در بعض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شهرها بر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گذاشته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شدند،</w:t>
      </w:r>
      <w:r w:rsidRPr="0009742E">
        <w:rPr>
          <w:rFonts w:ascii="Tahoma" w:hAnsi="Tahoma" w:cs="Tahoma"/>
          <w:rtl/>
        </w:rPr>
        <w:t xml:space="preserve"> اما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آنان و جامعهٔ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وند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دار</w:t>
      </w:r>
      <w:r w:rsidRPr="0009742E">
        <w:rPr>
          <w:rFonts w:ascii="Tahoma" w:hAnsi="Tahoma" w:cs="Tahoma"/>
          <w:rtl/>
        </w:rPr>
        <w:t xml:space="preserve"> وجود نداشت. مأموران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خان و قشون درآمد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خواستند</w:t>
      </w:r>
      <w:r w:rsidRPr="0009742E">
        <w:rPr>
          <w:rFonts w:ascii="Tahoma" w:hAnsi="Tahoma" w:cs="Tahoma"/>
          <w:rtl/>
        </w:rPr>
        <w:t xml:space="preserve"> و مردم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کوش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 xml:space="preserve"> جان و دارا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باق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ماندهٔ</w:t>
      </w:r>
      <w:r w:rsidRPr="0009742E">
        <w:rPr>
          <w:rFonts w:ascii="Tahoma" w:hAnsi="Tahoma" w:cs="Tahoma"/>
          <w:rtl/>
        </w:rPr>
        <w:t xml:space="preserve"> خود را حفظ کنند. اعتماد، قانون مشترک و مسئول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حکومت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کار نبود.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در</w:t>
      </w:r>
      <w:r w:rsidRPr="0009742E">
        <w:rPr>
          <w:rFonts w:ascii="Tahoma" w:hAnsi="Tahoma" w:cs="Tahoma"/>
          <w:rtl/>
        </w:rPr>
        <w:t xml:space="preserve"> بس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مغولان پس از گرفتن خراج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سرکوب مقاومت حرکت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کردند</w:t>
      </w:r>
      <w:r w:rsidRPr="0009742E">
        <w:rPr>
          <w:rFonts w:ascii="Tahoma" w:hAnsi="Tahoma" w:cs="Tahoma"/>
          <w:rtl/>
        </w:rPr>
        <w:t xml:space="preserve"> و خلأ قدرت بر جا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گذاشتند</w:t>
      </w:r>
      <w:r w:rsidRPr="0009742E">
        <w:rPr>
          <w:rFonts w:ascii="Tahoma" w:hAnsi="Tahoma" w:cs="Tahoma"/>
          <w:rtl/>
        </w:rPr>
        <w:t>. حاکمان محل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بازمانده، گروه‌ها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نظام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و مدع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گوناگون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کوش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 xml:space="preserve"> بخش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را به دست آورند. روستا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و شهرنش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نان</w:t>
      </w:r>
      <w:r w:rsidRPr="0009742E">
        <w:rPr>
          <w:rFonts w:ascii="Tahoma" w:hAnsi="Tahoma" w:cs="Tahoma"/>
          <w:rtl/>
        </w:rPr>
        <w:t xml:space="preserve"> نه‌فقط با مأموران مغول، ب</w:t>
      </w:r>
      <w:r w:rsidRPr="0009742E">
        <w:rPr>
          <w:rFonts w:ascii="Tahoma" w:hAnsi="Tahoma" w:cs="Tahoma" w:hint="eastAsia"/>
          <w:rtl/>
        </w:rPr>
        <w:t>لکه</w:t>
      </w:r>
      <w:r w:rsidRPr="0009742E">
        <w:rPr>
          <w:rFonts w:ascii="Tahoma" w:hAnsi="Tahoma" w:cs="Tahoma"/>
          <w:rtl/>
        </w:rPr>
        <w:t xml:space="preserve"> با راهزنان، سپاه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مواجب</w:t>
      </w:r>
      <w:r w:rsidRPr="0009742E">
        <w:rPr>
          <w:rFonts w:ascii="Tahoma" w:hAnsi="Tahoma" w:cs="Tahoma"/>
          <w:rtl/>
        </w:rPr>
        <w:t xml:space="preserve"> و فرمانروا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موقت روبه‌رو بودند. پا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محاصره به معنا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بازگشت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نبود.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وضع تفاوت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فتح و کشوردار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بار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گر</w:t>
      </w:r>
      <w:r w:rsidRPr="0009742E">
        <w:rPr>
          <w:rFonts w:ascii="Tahoma" w:hAnsi="Tahoma" w:cs="Tahoma"/>
          <w:rtl/>
        </w:rPr>
        <w:t xml:space="preserve"> آشکار کرد. چنگ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زخان</w:t>
      </w:r>
      <w:r w:rsidRPr="0009742E">
        <w:rPr>
          <w:rFonts w:ascii="Tahoma" w:hAnsi="Tahoma" w:cs="Tahoma"/>
          <w:rtl/>
        </w:rPr>
        <w:t xml:space="preserve"> توانسته بود قشون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بسازد که فرمانروا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را در زمان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کوتاه نابود کند، اما حکومت بر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به 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</w:t>
      </w:r>
      <w:r w:rsidRPr="0009742E">
        <w:rPr>
          <w:rFonts w:ascii="Tahoma" w:hAnsi="Tahoma" w:cs="Tahoma"/>
          <w:rtl/>
        </w:rPr>
        <w:t xml:space="preserve"> از قشون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داشت. 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ن‌ها</w:t>
      </w:r>
      <w:r w:rsidRPr="0009742E">
        <w:rPr>
          <w:rFonts w:ascii="Tahoma" w:hAnsi="Tahoma" w:cs="Tahoma"/>
          <w:rtl/>
        </w:rPr>
        <w:t xml:space="preserve"> دوباره کشت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شدند،</w:t>
      </w:r>
      <w:r w:rsidRPr="0009742E">
        <w:rPr>
          <w:rFonts w:ascii="Tahoma" w:hAnsi="Tahoma" w:cs="Tahoma"/>
          <w:rtl/>
        </w:rPr>
        <w:t xml:space="preserve"> آبراهه‌ها تعم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دند،</w:t>
      </w:r>
      <w:r w:rsidRPr="0009742E">
        <w:rPr>
          <w:rFonts w:ascii="Tahoma" w:hAnsi="Tahoma" w:cs="Tahoma"/>
          <w:rtl/>
        </w:rPr>
        <w:t xml:space="preserve"> بازارها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ی‌ی</w:t>
      </w:r>
      <w:r w:rsidRPr="0009742E">
        <w:rPr>
          <w:rFonts w:ascii="Tahoma" w:hAnsi="Tahoma" w:cs="Tahoma" w:hint="eastAsia"/>
          <w:rtl/>
        </w:rPr>
        <w:t>افتند،</w:t>
      </w:r>
      <w:r w:rsidRPr="0009742E">
        <w:rPr>
          <w:rFonts w:ascii="Tahoma" w:hAnsi="Tahoma" w:cs="Tahoma"/>
          <w:rtl/>
        </w:rPr>
        <w:t xml:space="preserve">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</w:t>
      </w:r>
      <w:r w:rsidRPr="0009742E">
        <w:rPr>
          <w:rFonts w:ascii="Tahoma" w:hAnsi="Tahoma" w:cs="Tahoma"/>
          <w:rtl/>
        </w:rPr>
        <w:t xml:space="preserve"> اندازه و زمان مشخص پ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دا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 xml:space="preserve"> و فرمان‌ها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حکومت از راه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به شهرها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رس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>. قشون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خواست،</w:t>
      </w:r>
      <w:r w:rsidRPr="0009742E">
        <w:rPr>
          <w:rFonts w:ascii="Tahoma" w:hAnsi="Tahoma" w:cs="Tahoma"/>
          <w:rtl/>
        </w:rPr>
        <w:t xml:space="preserve">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خود به‌تنها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وظا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ف</w:t>
      </w:r>
      <w:r w:rsidRPr="0009742E">
        <w:rPr>
          <w:rFonts w:ascii="Tahoma" w:hAnsi="Tahoma" w:cs="Tahoma"/>
          <w:rtl/>
        </w:rPr>
        <w:t xml:space="preserve"> را انجام دهد.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ز</w:t>
      </w:r>
      <w:r w:rsidRPr="0009742E">
        <w:rPr>
          <w:rFonts w:ascii="Tahoma" w:hAnsi="Tahoma" w:cs="Tahoma"/>
          <w:rtl/>
        </w:rPr>
        <w:t xml:space="preserve"> توان حکومت فاتح را محدود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کرد</w:t>
      </w:r>
      <w:r w:rsidRPr="0009742E">
        <w:rPr>
          <w:rFonts w:ascii="Tahoma" w:hAnsi="Tahoma" w:cs="Tahoma"/>
          <w:rtl/>
        </w:rPr>
        <w:t>. هرچه جمع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کشته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</w:t>
      </w:r>
      <w:r w:rsidRPr="0009742E">
        <w:rPr>
          <w:rFonts w:ascii="Tahoma" w:hAnsi="Tahoma" w:cs="Tahoma"/>
          <w:rtl/>
        </w:rPr>
        <w:t xml:space="preserve"> آواره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شد،</w:t>
      </w:r>
      <w:r w:rsidRPr="0009742E">
        <w:rPr>
          <w:rFonts w:ascii="Tahoma" w:hAnsi="Tahoma" w:cs="Tahoma"/>
          <w:rtl/>
        </w:rPr>
        <w:t xml:space="preserve">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ات‌دهندگان</w:t>
      </w:r>
      <w:r w:rsidRPr="0009742E">
        <w:rPr>
          <w:rFonts w:ascii="Tahoma" w:hAnsi="Tahoma" w:cs="Tahoma"/>
          <w:rtl/>
        </w:rPr>
        <w:t xml:space="preserve"> کمتر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ماندند</w:t>
      </w:r>
      <w:r w:rsidRPr="0009742E">
        <w:rPr>
          <w:rFonts w:ascii="Tahoma" w:hAnsi="Tahoma" w:cs="Tahoma"/>
          <w:rtl/>
        </w:rPr>
        <w:t>. هرچه قنات‌ها و کانال‌ها ب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شتر</w:t>
      </w:r>
      <w:r w:rsidRPr="0009742E">
        <w:rPr>
          <w:rFonts w:ascii="Tahoma" w:hAnsi="Tahoma" w:cs="Tahoma"/>
          <w:rtl/>
        </w:rPr>
        <w:t xml:space="preserve">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شدند،</w:t>
      </w:r>
      <w:r w:rsidRPr="0009742E">
        <w:rPr>
          <w:rFonts w:ascii="Tahoma" w:hAnsi="Tahoma" w:cs="Tahoma"/>
          <w:rtl/>
        </w:rPr>
        <w:t xml:space="preserve"> محصول کمتر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تأم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سپاه وجود داشت. هرچه صنعتگران از شهرها کوچانده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شدند،</w:t>
      </w:r>
      <w:r w:rsidRPr="0009742E">
        <w:rPr>
          <w:rFonts w:ascii="Tahoma" w:hAnsi="Tahoma" w:cs="Tahoma"/>
          <w:rtl/>
        </w:rPr>
        <w:t xml:space="preserve"> توان تول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eastAsia"/>
          <w:rtl/>
        </w:rPr>
        <w:t>حل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کاهش م</w:t>
      </w:r>
      <w:r w:rsidRPr="0009742E">
        <w:rPr>
          <w:rFonts w:ascii="Tahoma" w:hAnsi="Tahoma" w:cs="Tahoma" w:hint="cs"/>
          <w:rtl/>
        </w:rPr>
        <w:t>ی‌ی</w:t>
      </w:r>
      <w:r w:rsidRPr="0009742E">
        <w:rPr>
          <w:rFonts w:ascii="Tahoma" w:hAnsi="Tahoma" w:cs="Tahoma" w:hint="eastAsia"/>
          <w:rtl/>
        </w:rPr>
        <w:t>افت</w:t>
      </w:r>
      <w:r w:rsidRPr="0009742E">
        <w:rPr>
          <w:rFonts w:ascii="Tahoma" w:hAnsi="Tahoma" w:cs="Tahoma"/>
          <w:rtl/>
        </w:rPr>
        <w:t>. مغولان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تصرف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ن،</w:t>
      </w:r>
      <w:r w:rsidRPr="0009742E">
        <w:rPr>
          <w:rFonts w:ascii="Tahoma" w:hAnsi="Tahoma" w:cs="Tahoma"/>
          <w:rtl/>
        </w:rPr>
        <w:t xml:space="preserve"> منابع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نابود کرده بودند که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ادارهٔ همان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به آنها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داشتند.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اما</w:t>
      </w:r>
      <w:r w:rsidRPr="0009742E">
        <w:rPr>
          <w:rFonts w:ascii="Tahoma" w:hAnsi="Tahoma" w:cs="Tahoma"/>
          <w:rtl/>
        </w:rPr>
        <w:t xml:space="preserve"> نابود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همه‌جانبه نبود و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به‌طور کامل متوقف نشد. برخ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شهرها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ماندند، بعض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نواح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آس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ب</w:t>
      </w:r>
      <w:r w:rsidRPr="0009742E">
        <w:rPr>
          <w:rFonts w:ascii="Tahoma" w:hAnsi="Tahoma" w:cs="Tahoma"/>
          <w:rtl/>
        </w:rPr>
        <w:t xml:space="preserve"> کمتر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دند</w:t>
      </w:r>
      <w:r w:rsidRPr="0009742E">
        <w:rPr>
          <w:rFonts w:ascii="Tahoma" w:hAnsi="Tahoma" w:cs="Tahoma"/>
          <w:rtl/>
        </w:rPr>
        <w:t xml:space="preserve"> و گروه‌ها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از مردم توانستند به مناطق امن‌تر پناه ببرند. کشاورزان بازمانده دوباره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را کشت کردند، بازرگانان راه‌ها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تازه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افتند</w:t>
      </w:r>
      <w:r w:rsidRPr="0009742E">
        <w:rPr>
          <w:rFonts w:ascii="Tahoma" w:hAnsi="Tahoma" w:cs="Tahoma"/>
          <w:rtl/>
        </w:rPr>
        <w:t xml:space="preserve"> و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وانسالاران</w:t>
      </w:r>
      <w:r w:rsidRPr="0009742E">
        <w:rPr>
          <w:rFonts w:ascii="Tahoma" w:hAnsi="Tahoma" w:cs="Tahoma"/>
          <w:rtl/>
        </w:rPr>
        <w:t xml:space="preserve"> آ</w:t>
      </w:r>
      <w:r w:rsidRPr="0009742E">
        <w:rPr>
          <w:rFonts w:ascii="Tahoma" w:hAnsi="Tahoma" w:cs="Tahoma" w:hint="eastAsia"/>
          <w:rtl/>
        </w:rPr>
        <w:t>ماده</w:t>
      </w:r>
      <w:r w:rsidRPr="0009742E">
        <w:rPr>
          <w:rFonts w:ascii="Tahoma" w:hAnsi="Tahoma" w:cs="Tahoma"/>
          <w:rtl/>
        </w:rPr>
        <w:t xml:space="preserve"> شدند در خدمت فرمانروا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جد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قرار 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رند</w:t>
      </w:r>
      <w:r w:rsidRPr="0009742E">
        <w:rPr>
          <w:rFonts w:ascii="Tahoma" w:hAnsi="Tahoma" w:cs="Tahoma"/>
          <w:rtl/>
        </w:rPr>
        <w:t>. اگر چن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روها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باق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نمانده بودند، حکومت مغول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هرگز نم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توانست</w:t>
      </w:r>
      <w:r w:rsidRPr="0009742E">
        <w:rPr>
          <w:rFonts w:ascii="Tahoma" w:hAnsi="Tahoma" w:cs="Tahoma"/>
          <w:rtl/>
        </w:rPr>
        <w:t xml:space="preserve"> از مرحلهٔ غارت به مرحلهٔ کشوردار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برسد.</w:t>
      </w:r>
    </w:p>
    <w:p w:rsidR="0009742E" w:rsidRP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نخست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ورش،</w:t>
      </w:r>
      <w:r w:rsidRPr="0009742E">
        <w:rPr>
          <w:rFonts w:ascii="Tahoma" w:hAnsi="Tahoma" w:cs="Tahoma"/>
          <w:rtl/>
        </w:rPr>
        <w:t xml:space="preserve"> تاج خوارزمشاه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را شکست، قشون آن را پراکنده کرد،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وانش</w:t>
      </w:r>
      <w:r w:rsidRPr="0009742E">
        <w:rPr>
          <w:rFonts w:ascii="Tahoma" w:hAnsi="Tahoma" w:cs="Tahoma"/>
          <w:rtl/>
        </w:rPr>
        <w:t xml:space="preserve"> را از مرکز فرمانده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محروم ساخت و زندگ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بخش بزرگ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از مردم را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/>
          <w:rtl/>
        </w:rPr>
        <w:t xml:space="preserve"> کرد. اما از دل هم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،</w:t>
      </w:r>
      <w:r w:rsidRPr="0009742E">
        <w:rPr>
          <w:rFonts w:ascii="Tahoma" w:hAnsi="Tahoma" w:cs="Tahoma"/>
          <w:rtl/>
        </w:rPr>
        <w:t xml:space="preserve"> مسئله‌ا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تازه پد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آمد: فاتحان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که ش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وهٔ</w:t>
      </w:r>
      <w:r w:rsidRPr="0009742E">
        <w:rPr>
          <w:rFonts w:ascii="Tahoma" w:hAnsi="Tahoma" w:cs="Tahoma"/>
          <w:rtl/>
        </w:rPr>
        <w:t xml:space="preserve"> گرفتن کشور را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دانستند،</w:t>
      </w:r>
      <w:r w:rsidRPr="0009742E">
        <w:rPr>
          <w:rFonts w:ascii="Tahoma" w:hAnsi="Tahoma" w:cs="Tahoma"/>
          <w:rtl/>
        </w:rPr>
        <w:t xml:space="preserve"> با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آموختند</w:t>
      </w:r>
      <w:r w:rsidRPr="0009742E">
        <w:rPr>
          <w:rFonts w:ascii="Tahoma" w:hAnsi="Tahoma" w:cs="Tahoma"/>
          <w:rtl/>
        </w:rPr>
        <w:t xml:space="preserve"> چگونه آن را نگاه دارند. برا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کار، آنان ناچار بودند به بازماندگان همان دستگاه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آورند که قشونشان درهم شکسته بود.</w:t>
      </w:r>
    </w:p>
    <w:p w:rsidR="0009742E" w:rsidRDefault="0009742E" w:rsidP="0009742E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09742E">
        <w:rPr>
          <w:rFonts w:ascii="Tahoma" w:hAnsi="Tahoma" w:cs="Tahoma" w:hint="eastAsia"/>
          <w:rtl/>
        </w:rPr>
        <w:t>از</w:t>
      </w:r>
      <w:r w:rsidRPr="0009742E">
        <w:rPr>
          <w:rFonts w:ascii="Tahoma" w:hAnsi="Tahoma" w:cs="Tahoma"/>
          <w:rtl/>
        </w:rPr>
        <w:t xml:space="preserve">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پس، رو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ارو</w:t>
      </w:r>
      <w:r w:rsidRPr="0009742E">
        <w:rPr>
          <w:rFonts w:ascii="Tahoma" w:hAnsi="Tahoma" w:cs="Tahoma" w:hint="cs"/>
          <w:rtl/>
        </w:rPr>
        <w:t>یی</w:t>
      </w:r>
      <w:r w:rsidRPr="0009742E">
        <w:rPr>
          <w:rFonts w:ascii="Tahoma" w:hAnsi="Tahoma" w:cs="Tahoma"/>
          <w:rtl/>
        </w:rPr>
        <w:t xml:space="preserve"> اصل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فقط 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ان</w:t>
      </w:r>
      <w:r w:rsidRPr="0009742E">
        <w:rPr>
          <w:rFonts w:ascii="Tahoma" w:hAnsi="Tahoma" w:cs="Tahoma"/>
          <w:rtl/>
        </w:rPr>
        <w:t xml:space="preserve"> مغول و 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نبود. کشمکش تازه‌ا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در درون حکومت فاتحان شکل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گرفت</w:t>
      </w:r>
      <w:r w:rsidRPr="0009742E">
        <w:rPr>
          <w:rFonts w:ascii="Tahoma" w:hAnsi="Tahoma" w:cs="Tahoma"/>
          <w:rtl/>
        </w:rPr>
        <w:t>: قشون سرزم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را غن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مت</w:t>
      </w:r>
      <w:r w:rsidRPr="0009742E">
        <w:rPr>
          <w:rFonts w:ascii="Tahoma" w:hAnsi="Tahoma" w:cs="Tahoma"/>
          <w:rtl/>
        </w:rPr>
        <w:t xml:space="preserve"> و مردم را منبع تأم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ازها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جنگ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د،</w:t>
      </w:r>
      <w:r w:rsidRPr="0009742E">
        <w:rPr>
          <w:rFonts w:ascii="Tahoma" w:hAnsi="Tahoma" w:cs="Tahoma"/>
          <w:rtl/>
        </w:rPr>
        <w:t xml:space="preserve"> درحال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که</w:t>
      </w:r>
      <w:r w:rsidRPr="0009742E">
        <w:rPr>
          <w:rFonts w:ascii="Tahoma" w:hAnsi="Tahoma" w:cs="Tahoma"/>
          <w:rtl/>
        </w:rPr>
        <w:t xml:space="preserve"> 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وان</w:t>
      </w:r>
      <w:r w:rsidRPr="0009742E">
        <w:rPr>
          <w:rFonts w:ascii="Tahoma" w:hAnsi="Tahoma" w:cs="Tahoma"/>
          <w:rtl/>
        </w:rPr>
        <w:t xml:space="preserve"> م</w:t>
      </w:r>
      <w:r w:rsidRPr="0009742E">
        <w:rPr>
          <w:rFonts w:ascii="Tahoma" w:hAnsi="Tahoma" w:cs="Tahoma" w:hint="cs"/>
          <w:rtl/>
        </w:rPr>
        <w:t>ی‌</w:t>
      </w:r>
      <w:r w:rsidRPr="0009742E">
        <w:rPr>
          <w:rFonts w:ascii="Tahoma" w:hAnsi="Tahoma" w:cs="Tahoma" w:hint="eastAsia"/>
          <w:rtl/>
        </w:rPr>
        <w:t>دانست</w:t>
      </w:r>
      <w:r w:rsidRPr="0009742E">
        <w:rPr>
          <w:rFonts w:ascii="Tahoma" w:hAnsi="Tahoma" w:cs="Tahoma"/>
          <w:rtl/>
        </w:rPr>
        <w:t xml:space="preserve"> ادامهٔ مال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ات‌گ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ر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به بقا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مردم، آبادان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/>
          <w:rtl/>
        </w:rPr>
        <w:t xml:space="preserve"> زم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ن</w:t>
      </w:r>
      <w:r w:rsidRPr="0009742E">
        <w:rPr>
          <w:rFonts w:ascii="Tahoma" w:hAnsi="Tahoma" w:cs="Tahoma"/>
          <w:rtl/>
        </w:rPr>
        <w:t xml:space="preserve"> و امن</w:t>
      </w:r>
      <w:r w:rsidRPr="0009742E">
        <w:rPr>
          <w:rFonts w:ascii="Tahoma" w:hAnsi="Tahoma" w:cs="Tahoma" w:hint="cs"/>
          <w:rtl/>
        </w:rPr>
        <w:t>ی</w:t>
      </w:r>
      <w:r w:rsidRPr="0009742E">
        <w:rPr>
          <w:rFonts w:ascii="Tahoma" w:hAnsi="Tahoma" w:cs="Tahoma" w:hint="eastAsia"/>
          <w:rtl/>
        </w:rPr>
        <w:t>ت</w:t>
      </w:r>
      <w:r w:rsidRPr="0009742E">
        <w:rPr>
          <w:rFonts w:ascii="Tahoma" w:hAnsi="Tahoma" w:cs="Tahoma"/>
          <w:rtl/>
        </w:rPr>
        <w:t xml:space="preserve"> بازار وابسته </w:t>
      </w:r>
      <w:r w:rsidRPr="0009742E">
        <w:rPr>
          <w:rFonts w:ascii="Tahoma" w:hAnsi="Tahoma" w:cs="Tahoma" w:hint="eastAsia"/>
          <w:rtl/>
        </w:rPr>
        <w:t>است</w:t>
      </w:r>
      <w:r w:rsidRPr="0009742E">
        <w:rPr>
          <w:rFonts w:ascii="Tahoma" w:hAnsi="Tahoma" w:cs="Tahoma"/>
          <w:rtl/>
        </w:rPr>
        <w:t xml:space="preserve">. </w:t>
      </w:r>
    </w:p>
    <w:p w:rsidR="0009742E" w:rsidRPr="00EC2630" w:rsidRDefault="0009742E" w:rsidP="00EC2630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bookmarkStart w:id="7" w:name="Vol1Chapter03"/>
      <w:bookmarkEnd w:id="7"/>
      <w:r w:rsidRPr="00EC2630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فصل سوم</w:t>
      </w:r>
    </w:p>
    <w:p w:rsidR="00EC2630" w:rsidRPr="00EC2630" w:rsidRDefault="00EC2630" w:rsidP="00EC2630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EC2630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قشون فاتح و دیوان بازمانده؛ آغاز حکومت مغول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نخست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ورش</w:t>
      </w:r>
      <w:r w:rsidRPr="00EC2630">
        <w:rPr>
          <w:rFonts w:ascii="Tahoma" w:hAnsi="Tahoma" w:cs="Tahoma"/>
          <w:rtl/>
          <w:lang w:bidi="fa-IR"/>
        </w:rPr>
        <w:t xml:space="preserve">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زخان</w:t>
      </w:r>
      <w:r w:rsidRPr="00EC2630">
        <w:rPr>
          <w:rFonts w:ascii="Tahoma" w:hAnsi="Tahoma" w:cs="Tahoma"/>
          <w:rtl/>
          <w:lang w:bidi="fa-IR"/>
        </w:rPr>
        <w:t xml:space="preserve"> حکومت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از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برد، اما حکومت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ب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درنگ</w:t>
      </w:r>
      <w:r w:rsidRPr="00EC2630">
        <w:rPr>
          <w:rFonts w:ascii="Tahoma" w:hAnsi="Tahoma" w:cs="Tahoma"/>
          <w:rtl/>
          <w:lang w:bidi="fa-IR"/>
        </w:rPr>
        <w:t xml:space="preserve"> جا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آن نکرد. قشون مغول شهرها را گشود، مقاومت‌ها را سرکوب کرد، غن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مت</w:t>
      </w:r>
      <w:r w:rsidRPr="00EC2630">
        <w:rPr>
          <w:rFonts w:ascii="Tahoma" w:hAnsi="Tahoma" w:cs="Tahoma"/>
          <w:rtl/>
          <w:lang w:bidi="fa-IR"/>
        </w:rPr>
        <w:t xml:space="preserve"> گرفت و مأموران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گردآور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خراج بر جا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گذاشت؛ 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اقدامات هنوز به معنا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دستگاه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دار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کشوردار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نبود.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توان فتح کردن و توان حکومت کردن فاصله‌ا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وجود داشت که مغولان تازه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آن را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شناختند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زخان</w:t>
      </w:r>
      <w:r w:rsidRPr="00EC2630">
        <w:rPr>
          <w:rFonts w:ascii="Tahoma" w:hAnsi="Tahoma" w:cs="Tahoma"/>
          <w:rtl/>
          <w:lang w:bidi="fa-IR"/>
        </w:rPr>
        <w:t xml:space="preserve"> پس از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مرحلهٔ اصل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جنگ در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در سال ۱۲۲۳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لاد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رو به شرق نهاد. او در سال ۱۲۲۷ درگذشت و قلمرو گسترده‌ا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فرزندانش باق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گذاشت. در بخش‌ها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شرق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امپراتور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حکومت مرکز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مغول به‌تدر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</w:t>
      </w:r>
      <w:r w:rsidRPr="00EC2630">
        <w:rPr>
          <w:rFonts w:ascii="Tahoma" w:hAnsi="Tahoma" w:cs="Tahoma"/>
          <w:rtl/>
          <w:lang w:bidi="fa-IR"/>
        </w:rPr>
        <w:t xml:space="preserve"> شکل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گرفت،</w:t>
      </w:r>
      <w:r w:rsidRPr="00EC2630">
        <w:rPr>
          <w:rFonts w:ascii="Tahoma" w:hAnsi="Tahoma" w:cs="Tahoma"/>
          <w:rtl/>
          <w:lang w:bidi="fa-IR"/>
        </w:rPr>
        <w:t xml:space="preserve"> اما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واقع در </w:t>
      </w:r>
      <w:r w:rsidRPr="00EC2630">
        <w:rPr>
          <w:rFonts w:ascii="Tahoma" w:hAnsi="Tahoma" w:cs="Tahoma" w:hint="eastAsia"/>
          <w:rtl/>
          <w:lang w:bidi="fa-IR"/>
        </w:rPr>
        <w:t>غرب</w:t>
      </w:r>
      <w:r w:rsidRPr="00EC2630">
        <w:rPr>
          <w:rFonts w:ascii="Tahoma" w:hAnsi="Tahoma" w:cs="Tahoma"/>
          <w:rtl/>
          <w:lang w:bidi="fa-IR"/>
        </w:rPr>
        <w:t xml:space="preserve"> آمودر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هنوز از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کپارچه‌ا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برخوردار نبودند. برخ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شهرها مأموران مغول داشتند، برخ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به دست حاکمان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اداره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شدند،</w:t>
      </w:r>
      <w:r w:rsidRPr="00EC2630">
        <w:rPr>
          <w:rFonts w:ascii="Tahoma" w:hAnsi="Tahoma" w:cs="Tahoma"/>
          <w:rtl/>
          <w:lang w:bidi="fa-IR"/>
        </w:rPr>
        <w:t xml:space="preserve"> گروه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خراج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پرداختند</w:t>
      </w:r>
      <w:r w:rsidRPr="00EC2630">
        <w:rPr>
          <w:rFonts w:ascii="Tahoma" w:hAnsi="Tahoma" w:cs="Tahoma"/>
          <w:rtl/>
          <w:lang w:bidi="fa-IR"/>
        </w:rPr>
        <w:t xml:space="preserve"> و بعض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کوش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دند</w:t>
      </w:r>
      <w:r w:rsidRPr="00EC2630">
        <w:rPr>
          <w:rFonts w:ascii="Tahoma" w:hAnsi="Tahoma" w:cs="Tahoma"/>
          <w:rtl/>
          <w:lang w:bidi="fa-IR"/>
        </w:rPr>
        <w:t xml:space="preserve"> از دور شدن قشون اصل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استفاده کنند و استقلال خود را باز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ابند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در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دوره نه کاملاً آزاد بود و نه 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</w:t>
      </w:r>
      <w:r w:rsidRPr="00EC2630">
        <w:rPr>
          <w:rFonts w:ascii="Tahoma" w:hAnsi="Tahoma" w:cs="Tahoma"/>
          <w:rtl/>
          <w:lang w:bidi="fa-IR"/>
        </w:rPr>
        <w:t xml:space="preserve"> فرمان حکومت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واحد قرار داشت. تاج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فرو افتاده بود، اما تاج مغول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مستقر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وجود نداشت. قشون فاتح حضور داشت، 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سراسر کشور را اداره کند هنوز ساخته نشده بود. مردم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هم با مأموران مغول کنار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آمدند،</w:t>
      </w:r>
      <w:r w:rsidRPr="00EC2630">
        <w:rPr>
          <w:rFonts w:ascii="Tahoma" w:hAnsi="Tahoma" w:cs="Tahoma"/>
          <w:rtl/>
          <w:lang w:bidi="fa-IR"/>
        </w:rPr>
        <w:t xml:space="preserve"> هم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حاکمان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پرداختند</w:t>
      </w:r>
      <w:r w:rsidRPr="00EC2630">
        <w:rPr>
          <w:rFonts w:ascii="Tahoma" w:hAnsi="Tahoma" w:cs="Tahoma"/>
          <w:rtl/>
          <w:lang w:bidi="fa-IR"/>
        </w:rPr>
        <w:t xml:space="preserve"> و هم از خود در برابر گروه‌ها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پراکنده و راهزنان دفاع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در</w:t>
      </w:r>
      <w:r w:rsidRPr="00EC2630">
        <w:rPr>
          <w:rFonts w:ascii="Tahoma" w:hAnsi="Tahoma" w:cs="Tahoma"/>
          <w:rtl/>
          <w:lang w:bidi="fa-IR"/>
        </w:rPr>
        <w:t xml:space="preserve"> چن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وضع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خوارزمشاه هنوز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بازساز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قدرت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پد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آورد. او پس از عبور از سند حدود سه سال در هند ماند و با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مذاکره کرد، اما نتوانست در آن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حکومت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خود بسازد. هند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او پناهگاه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eastAsia"/>
          <w:rtl/>
          <w:lang w:bidi="fa-IR"/>
        </w:rPr>
        <w:t>وقت</w:t>
      </w:r>
      <w:r w:rsidRPr="00EC2630">
        <w:rPr>
          <w:rFonts w:ascii="Tahoma" w:hAnsi="Tahoma" w:cs="Tahoma"/>
          <w:rtl/>
          <w:lang w:bidi="fa-IR"/>
        </w:rPr>
        <w:t xml:space="preserve"> بود، نه جانش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قلمرو پدرش. ازا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ن‌رو،</w:t>
      </w:r>
      <w:r w:rsidRPr="00EC2630">
        <w:rPr>
          <w:rFonts w:ascii="Tahoma" w:hAnsi="Tahoma" w:cs="Tahoma"/>
          <w:rtl/>
          <w:lang w:bidi="fa-IR"/>
        </w:rPr>
        <w:t xml:space="preserve"> هنگام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فرصت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افت،</w:t>
      </w:r>
      <w:r w:rsidRPr="00EC2630">
        <w:rPr>
          <w:rFonts w:ascii="Tahoma" w:hAnsi="Tahoma" w:cs="Tahoma"/>
          <w:rtl/>
          <w:lang w:bidi="fa-IR"/>
        </w:rPr>
        <w:t xml:space="preserve"> راه بازگشت به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را در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گرفت.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در سال ۱۲۲۴ از راه کرمان وارد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شد. کشور در غ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اب</w:t>
      </w:r>
      <w:r w:rsidRPr="00EC2630">
        <w:rPr>
          <w:rFonts w:ascii="Tahoma" w:hAnsi="Tahoma" w:cs="Tahoma"/>
          <w:rtl/>
          <w:lang w:bidi="fa-IR"/>
        </w:rPr>
        <w:t xml:space="preserve"> حکومت مرکز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تقس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</w:t>
      </w:r>
      <w:r w:rsidRPr="00EC2630">
        <w:rPr>
          <w:rFonts w:ascii="Tahoma" w:hAnsi="Tahoma" w:cs="Tahoma"/>
          <w:rtl/>
          <w:lang w:bidi="fa-IR"/>
        </w:rPr>
        <w:t xml:space="preserve"> شده بود. برادرش غ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اث‌الد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رشاه</w:t>
      </w:r>
      <w:r w:rsidRPr="00EC2630">
        <w:rPr>
          <w:rFonts w:ascii="Tahoma" w:hAnsi="Tahoma" w:cs="Tahoma"/>
          <w:rtl/>
          <w:lang w:bidi="fa-IR"/>
        </w:rPr>
        <w:t xml:space="preserve"> در بخش‌ها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از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قدرت داشت. براق حاجب در کرمان فرمان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راند،</w:t>
      </w:r>
      <w:r w:rsidRPr="00EC2630">
        <w:rPr>
          <w:rFonts w:ascii="Tahoma" w:hAnsi="Tahoma" w:cs="Tahoma"/>
          <w:rtl/>
          <w:lang w:bidi="fa-IR"/>
        </w:rPr>
        <w:t xml:space="preserve"> اتابکان فارس و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</w:t>
      </w:r>
      <w:r w:rsidRPr="00EC2630">
        <w:rPr>
          <w:rFonts w:ascii="Tahoma" w:hAnsi="Tahoma" w:cs="Tahoma"/>
          <w:rtl/>
          <w:lang w:bidi="fa-IR"/>
        </w:rPr>
        <w:t xml:space="preserve"> قلمروها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خود را نگاه داشته </w:t>
      </w:r>
      <w:r w:rsidRPr="00EC2630">
        <w:rPr>
          <w:rFonts w:ascii="Tahoma" w:hAnsi="Tahoma" w:cs="Tahoma" w:hint="eastAsia"/>
          <w:rtl/>
          <w:lang w:bidi="fa-IR"/>
        </w:rPr>
        <w:t>بودند،</w:t>
      </w:r>
      <w:r w:rsidRPr="00EC2630">
        <w:rPr>
          <w:rFonts w:ascii="Tahoma" w:hAnsi="Tahoma" w:cs="Tahoma"/>
          <w:rtl/>
          <w:lang w:bidi="fa-IR"/>
        </w:rPr>
        <w:t xml:space="preserve"> خلافت عباس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کوش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نفوذش را در عراق و نواح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رامون</w:t>
      </w:r>
      <w:r w:rsidRPr="00EC2630">
        <w:rPr>
          <w:rFonts w:ascii="Tahoma" w:hAnsi="Tahoma" w:cs="Tahoma"/>
          <w:rtl/>
          <w:lang w:bidi="fa-IR"/>
        </w:rPr>
        <w:t xml:space="preserve"> افزا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دهد و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بر حسب فرصت بخش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را در اخت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ار</w:t>
      </w:r>
      <w:r w:rsidRPr="00EC2630">
        <w:rPr>
          <w:rFonts w:ascii="Tahoma" w:hAnsi="Tahoma" w:cs="Tahoma"/>
          <w:rtl/>
          <w:lang w:bidi="fa-IR"/>
        </w:rPr>
        <w:t xml:space="preserve"> گرفته بودند. 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چ‌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</w:t>
      </w:r>
      <w:r w:rsidRPr="00EC2630">
        <w:rPr>
          <w:rFonts w:ascii="Tahoma" w:hAnsi="Tahoma" w:cs="Tahoma"/>
          <w:rtl/>
          <w:lang w:bidi="fa-IR"/>
        </w:rPr>
        <w:t xml:space="preserve"> توان آن را نداشتند که همهٔ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را گرد آورند، اما 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چ‌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به‌آسان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حاضر نبودند 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</w:t>
      </w:r>
      <w:r w:rsidRPr="00EC2630">
        <w:rPr>
          <w:rFonts w:ascii="Tahoma" w:hAnsi="Tahoma" w:cs="Tahoma"/>
          <w:rtl/>
          <w:lang w:bidi="fa-IR"/>
        </w:rPr>
        <w:t xml:space="preserve"> فرمان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eastAsia"/>
          <w:rtl/>
          <w:lang w:bidi="fa-IR"/>
        </w:rPr>
        <w:t>قرار</w:t>
      </w:r>
      <w:r w:rsidRPr="00EC2630">
        <w:rPr>
          <w:rFonts w:ascii="Tahoma" w:hAnsi="Tahoma" w:cs="Tahoma"/>
          <w:rtl/>
          <w:lang w:bidi="fa-IR"/>
        </w:rPr>
        <w:t xml:space="preserve"> 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با نام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آوازهٔ مقاومت در برابر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زخان</w:t>
      </w:r>
      <w:r w:rsidRPr="00EC2630">
        <w:rPr>
          <w:rFonts w:ascii="Tahoma" w:hAnsi="Tahoma" w:cs="Tahoma"/>
          <w:rtl/>
          <w:lang w:bidi="fa-IR"/>
        </w:rPr>
        <w:t xml:space="preserve"> بازگشت.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نام هنوز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برخ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و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اهم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</w:t>
      </w:r>
      <w:r w:rsidRPr="00EC2630">
        <w:rPr>
          <w:rFonts w:ascii="Tahoma" w:hAnsi="Tahoma" w:cs="Tahoma"/>
          <w:rtl/>
          <w:lang w:bidi="fa-IR"/>
        </w:rPr>
        <w:t xml:space="preserve"> داشت، اما به‌تنها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حقان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</w:t>
      </w:r>
      <w:r w:rsidRPr="00EC2630">
        <w:rPr>
          <w:rFonts w:ascii="Tahoma" w:hAnsi="Tahoma" w:cs="Tahoma"/>
          <w:rtl/>
          <w:lang w:bidi="fa-IR"/>
        </w:rPr>
        <w:t xml:space="preserve"> حکمران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کاف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فراهم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</w:t>
      </w:r>
      <w:r w:rsidRPr="00EC2630">
        <w:rPr>
          <w:rFonts w:ascii="Tahoma" w:hAnsi="Tahoma" w:cs="Tahoma"/>
          <w:rtl/>
          <w:lang w:bidi="fa-IR"/>
        </w:rPr>
        <w:t>. خاندان او همان حکومت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نما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ندگ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</w:t>
      </w:r>
      <w:r w:rsidRPr="00EC2630">
        <w:rPr>
          <w:rFonts w:ascii="Tahoma" w:hAnsi="Tahoma" w:cs="Tahoma"/>
          <w:rtl/>
          <w:lang w:bidi="fa-IR"/>
        </w:rPr>
        <w:t xml:space="preserve"> که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از حمله با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ات،</w:t>
      </w:r>
      <w:r w:rsidRPr="00EC2630">
        <w:rPr>
          <w:rFonts w:ascii="Tahoma" w:hAnsi="Tahoma" w:cs="Tahoma"/>
          <w:rtl/>
          <w:lang w:bidi="fa-IR"/>
        </w:rPr>
        <w:t xml:space="preserve"> جنگ و اقتدار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 مناطق مختلف مسلط شده بود و سپس در نخست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بحران بزرگ فرو 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خته</w:t>
      </w:r>
      <w:r w:rsidRPr="00EC2630">
        <w:rPr>
          <w:rFonts w:ascii="Tahoma" w:hAnsi="Tahoma" w:cs="Tahoma"/>
          <w:rtl/>
          <w:lang w:bidi="fa-IR"/>
        </w:rPr>
        <w:t xml:space="preserve"> بود. مردم و حاکمان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الزاماً او را نجات‌دهندهٔ کشور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دند؛</w:t>
      </w:r>
      <w:r w:rsidRPr="00EC2630">
        <w:rPr>
          <w:rFonts w:ascii="Tahoma" w:hAnsi="Tahoma" w:cs="Tahoma"/>
          <w:rtl/>
          <w:lang w:bidi="fa-IR"/>
        </w:rPr>
        <w:t xml:space="preserve"> بعض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او را مدع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شمردند</w:t>
      </w:r>
      <w:r w:rsidRPr="00EC2630">
        <w:rPr>
          <w:rFonts w:ascii="Tahoma" w:hAnsi="Tahoma" w:cs="Tahoma"/>
          <w:rtl/>
          <w:lang w:bidi="fa-IR"/>
        </w:rPr>
        <w:t xml:space="preserve"> که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تأم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سپاهش به مال و 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داشت.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او</w:t>
      </w:r>
      <w:r w:rsidRPr="00EC2630">
        <w:rPr>
          <w:rFonts w:ascii="Tahoma" w:hAnsi="Tahoma" w:cs="Tahoma"/>
          <w:rtl/>
          <w:lang w:bidi="fa-IR"/>
        </w:rPr>
        <w:t xml:space="preserve"> در کرمان موقع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</w:t>
      </w:r>
      <w:r w:rsidRPr="00EC2630">
        <w:rPr>
          <w:rFonts w:ascii="Tahoma" w:hAnsi="Tahoma" w:cs="Tahoma"/>
          <w:rtl/>
          <w:lang w:bidi="fa-IR"/>
        </w:rPr>
        <w:t xml:space="preserve"> براق حاجب را به رسم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</w:t>
      </w:r>
      <w:r w:rsidRPr="00EC2630">
        <w:rPr>
          <w:rFonts w:ascii="Tahoma" w:hAnsi="Tahoma" w:cs="Tahoma"/>
          <w:rtl/>
          <w:lang w:bidi="fa-IR"/>
        </w:rPr>
        <w:t xml:space="preserve"> شناخت و در فارس با خاندان اتابکان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وند</w:t>
      </w:r>
      <w:r w:rsidRPr="00EC2630">
        <w:rPr>
          <w:rFonts w:ascii="Tahoma" w:hAnsi="Tahoma" w:cs="Tahoma"/>
          <w:rtl/>
          <w:lang w:bidi="fa-IR"/>
        </w:rPr>
        <w:t xml:space="preserve"> برقرار کرد. سپس به سو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غرب رفت، برادرش را وادار به فرمان‌بردار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کرد و در سال ۱۲۲۵ تبر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را از اخت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ار</w:t>
      </w:r>
      <w:r w:rsidRPr="00EC2630">
        <w:rPr>
          <w:rFonts w:ascii="Tahoma" w:hAnsi="Tahoma" w:cs="Tahoma"/>
          <w:rtl/>
          <w:lang w:bidi="fa-IR"/>
        </w:rPr>
        <w:t xml:space="preserve"> اتابک ازبک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رون</w:t>
      </w:r>
      <w:r w:rsidRPr="00EC2630">
        <w:rPr>
          <w:rFonts w:ascii="Tahoma" w:hAnsi="Tahoma" w:cs="Tahoma"/>
          <w:rtl/>
          <w:lang w:bidi="fa-IR"/>
        </w:rPr>
        <w:t xml:space="preserve"> آورد.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</w:t>
      </w:r>
      <w:r w:rsidRPr="00EC2630">
        <w:rPr>
          <w:rFonts w:ascii="Tahoma" w:hAnsi="Tahoma" w:cs="Tahoma"/>
          <w:rtl/>
          <w:lang w:bidi="fa-IR"/>
        </w:rPr>
        <w:t xml:space="preserve"> به مرکز اصل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قدرت او تبد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</w:t>
      </w:r>
      <w:r w:rsidRPr="00EC2630">
        <w:rPr>
          <w:rFonts w:ascii="Tahoma" w:hAnsi="Tahoma" w:cs="Tahoma"/>
          <w:rtl/>
          <w:lang w:bidi="fa-IR"/>
        </w:rPr>
        <w:t xml:space="preserve"> شد.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منطقه 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نخست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حملهٔ مغول کمتر از خراسان آس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ب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ده</w:t>
      </w:r>
      <w:r w:rsidRPr="00EC2630">
        <w:rPr>
          <w:rFonts w:ascii="Tahoma" w:hAnsi="Tahoma" w:cs="Tahoma"/>
          <w:rtl/>
          <w:lang w:bidi="fa-IR"/>
        </w:rPr>
        <w:t xml:space="preserve"> بود، از 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آباد و شهرها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مهم برخوردار بود و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منابع لازم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نگهدار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 را فراهم آورد.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اکنون فرصت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داشت که از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</w:t>
      </w:r>
      <w:r w:rsidRPr="00EC2630">
        <w:rPr>
          <w:rFonts w:ascii="Tahoma" w:hAnsi="Tahoma" w:cs="Tahoma"/>
          <w:rtl/>
          <w:lang w:bidi="fa-IR"/>
        </w:rPr>
        <w:t xml:space="preserve"> هستهٔ حکومت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تازه بسازد و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و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رامون</w:t>
      </w:r>
      <w:r w:rsidRPr="00EC2630">
        <w:rPr>
          <w:rFonts w:ascii="Tahoma" w:hAnsi="Tahoma" w:cs="Tahoma"/>
          <w:rtl/>
          <w:lang w:bidi="fa-IR"/>
        </w:rPr>
        <w:t xml:space="preserve"> را در برابر خطر مشترک مغول گرد آورد. اما رفتار او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شتر</w:t>
      </w:r>
      <w:r w:rsidRPr="00EC2630">
        <w:rPr>
          <w:rFonts w:ascii="Tahoma" w:hAnsi="Tahoma" w:cs="Tahoma"/>
          <w:rtl/>
          <w:lang w:bidi="fa-IR"/>
        </w:rPr>
        <w:t xml:space="preserve"> از منطق قشون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</w:t>
      </w:r>
      <w:r w:rsidRPr="00EC2630">
        <w:rPr>
          <w:rFonts w:ascii="Tahoma" w:hAnsi="Tahoma" w:cs="Tahoma"/>
          <w:rtl/>
          <w:lang w:bidi="fa-IR"/>
        </w:rPr>
        <w:t xml:space="preserve"> تا منطق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/>
          <w:rtl/>
          <w:lang w:bidi="fa-IR"/>
        </w:rPr>
        <w:t>.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نگهدار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 به حرکت، جنگ، تصرف و غن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مت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eastAsia"/>
          <w:rtl/>
          <w:lang w:bidi="fa-IR"/>
        </w:rPr>
        <w:t>داشت</w:t>
      </w:r>
      <w:r w:rsidRPr="00EC2630">
        <w:rPr>
          <w:rFonts w:ascii="Tahoma" w:hAnsi="Tahoma" w:cs="Tahoma"/>
          <w:rtl/>
          <w:lang w:bidi="fa-IR"/>
        </w:rPr>
        <w:t xml:space="preserve">. او هنوز فرصت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توان آن را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افت</w:t>
      </w:r>
      <w:r w:rsidRPr="00EC2630">
        <w:rPr>
          <w:rFonts w:ascii="Tahoma" w:hAnsi="Tahoma" w:cs="Tahoma"/>
          <w:rtl/>
          <w:lang w:bidi="fa-IR"/>
        </w:rPr>
        <w:t xml:space="preserve"> که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حاکمان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شهرها و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وانسالاران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دار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جاد</w:t>
      </w:r>
      <w:r w:rsidRPr="00EC2630">
        <w:rPr>
          <w:rFonts w:ascii="Tahoma" w:hAnsi="Tahoma" w:cs="Tahoma"/>
          <w:rtl/>
          <w:lang w:bidi="fa-IR"/>
        </w:rPr>
        <w:t xml:space="preserve"> کند.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کشمکش</w:t>
      </w:r>
      <w:r w:rsidRPr="00EC2630">
        <w:rPr>
          <w:rFonts w:ascii="Tahoma" w:hAnsi="Tahoma" w:cs="Tahoma"/>
          <w:rtl/>
          <w:lang w:bidi="fa-IR"/>
        </w:rPr>
        <w:t xml:space="preserve"> او با خلافت عباس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ادامه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افت</w:t>
      </w:r>
      <w:r w:rsidRPr="00EC2630">
        <w:rPr>
          <w:rFonts w:ascii="Tahoma" w:hAnsi="Tahoma" w:cs="Tahoma"/>
          <w:rtl/>
          <w:lang w:bidi="fa-IR"/>
        </w:rPr>
        <w:t>. اختلاف محمد خوارزمشاه و خل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فه</w:t>
      </w:r>
      <w:r w:rsidRPr="00EC2630">
        <w:rPr>
          <w:rFonts w:ascii="Tahoma" w:hAnsi="Tahoma" w:cs="Tahoma"/>
          <w:rtl/>
          <w:lang w:bidi="fa-IR"/>
        </w:rPr>
        <w:t xml:space="preserve"> الناصر به او به ارث رس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ده</w:t>
      </w:r>
      <w:r w:rsidRPr="00EC2630">
        <w:rPr>
          <w:rFonts w:ascii="Tahoma" w:hAnsi="Tahoma" w:cs="Tahoma"/>
          <w:rtl/>
          <w:lang w:bidi="fa-IR"/>
        </w:rPr>
        <w:t xml:space="preserve"> بود، اما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در برابر مغولان راه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همکار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 بغداد جست‌وجو کند. در عوض، او با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خلافت 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و بخش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توان خود را صرف رقابت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کرد که ن</w:t>
      </w:r>
      <w:r w:rsidRPr="00EC2630">
        <w:rPr>
          <w:rFonts w:ascii="Tahoma" w:hAnsi="Tahoma" w:cs="Tahoma" w:hint="eastAsia"/>
          <w:rtl/>
          <w:lang w:bidi="fa-IR"/>
        </w:rPr>
        <w:t>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جه‌اش</w:t>
      </w:r>
      <w:r w:rsidRPr="00EC2630">
        <w:rPr>
          <w:rFonts w:ascii="Tahoma" w:hAnsi="Tahoma" w:cs="Tahoma"/>
          <w:rtl/>
          <w:lang w:bidi="fa-IR"/>
        </w:rPr>
        <w:t xml:space="preserve"> افزا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دشمن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قدرت‌ها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منطقه بود. خلافت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او را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از آنکه سد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برابر مغولان بداند، خطر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قلمرو و نفوذ خود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پس</w:t>
      </w:r>
      <w:r w:rsidRPr="00EC2630">
        <w:rPr>
          <w:rFonts w:ascii="Tahoma" w:hAnsi="Tahoma" w:cs="Tahoma"/>
          <w:rtl/>
          <w:lang w:bidi="fa-IR"/>
        </w:rPr>
        <w:t xml:space="preserve"> از استقرار در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جان،</w:t>
      </w:r>
      <w:r w:rsidRPr="00EC2630">
        <w:rPr>
          <w:rFonts w:ascii="Tahoma" w:hAnsi="Tahoma" w:cs="Tahoma"/>
          <w:rtl/>
          <w:lang w:bidi="fa-IR"/>
        </w:rPr>
        <w:t xml:space="preserve">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به گرجستان لشکر کش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>. سپاه گرجستان را شکست داد، تفل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س</w:t>
      </w:r>
      <w:r w:rsidRPr="00EC2630">
        <w:rPr>
          <w:rFonts w:ascii="Tahoma" w:hAnsi="Tahoma" w:cs="Tahoma"/>
          <w:rtl/>
          <w:lang w:bidi="fa-IR"/>
        </w:rPr>
        <w:t xml:space="preserve"> را تصرف کرد و شهر را غارت کرد.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لشکرکش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منابع و آوازهٔ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شتر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فراهم آورد، اما امکان ساختن ائتلاف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گسترده‌تر در برابر مغولان را کاهش داد. ف</w:t>
      </w:r>
      <w:r w:rsidRPr="00EC2630">
        <w:rPr>
          <w:rFonts w:ascii="Tahoma" w:hAnsi="Tahoma" w:cs="Tahoma" w:hint="eastAsia"/>
          <w:rtl/>
          <w:lang w:bidi="fa-IR"/>
        </w:rPr>
        <w:t>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گرج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ارمن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خود در معرض حملهٔ مغول قرار داشتند، اکنون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را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دشمن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خطرناک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شناختند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رفتار تناقض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او را نشان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داد</w:t>
      </w:r>
      <w:r w:rsidRPr="00EC2630">
        <w:rPr>
          <w:rFonts w:ascii="Tahoma" w:hAnsi="Tahoma" w:cs="Tahoma"/>
          <w:rtl/>
          <w:lang w:bidi="fa-IR"/>
        </w:rPr>
        <w:t>.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جنگ با مغولان به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انسان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و همکار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رامون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داشت، اما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تأم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سپاه و گسترش قدرت خود همان حکومت‌ها را مورد حمله قرار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داد</w:t>
      </w:r>
      <w:r w:rsidRPr="00EC2630">
        <w:rPr>
          <w:rFonts w:ascii="Tahoma" w:hAnsi="Tahoma" w:cs="Tahoma"/>
          <w:rtl/>
          <w:lang w:bidi="fa-IR"/>
        </w:rPr>
        <w:t>. هر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 شمار دشمنانش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افزود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eastAsia"/>
          <w:rtl/>
          <w:lang w:bidi="fa-IR"/>
        </w:rPr>
        <w:t>و</w:t>
      </w:r>
      <w:r w:rsidRPr="00EC2630">
        <w:rPr>
          <w:rFonts w:ascii="Tahoma" w:hAnsi="Tahoma" w:cs="Tahoma"/>
          <w:rtl/>
          <w:lang w:bidi="fa-IR"/>
        </w:rPr>
        <w:t xml:space="preserve"> هر قلمرو تازه به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نگهدار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داشت. او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نبرد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ببرد، اما از مجموعهٔ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روز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ها</w:t>
      </w:r>
      <w:r w:rsidRPr="00EC2630">
        <w:rPr>
          <w:rFonts w:ascii="Tahoma" w:hAnsi="Tahoma" w:cs="Tahoma"/>
          <w:rtl/>
          <w:lang w:bidi="fa-IR"/>
        </w:rPr>
        <w:t xml:space="preserve"> کشور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دار</w:t>
      </w:r>
      <w:r w:rsidRPr="00EC2630">
        <w:rPr>
          <w:rFonts w:ascii="Tahoma" w:hAnsi="Tahoma" w:cs="Tahoma"/>
          <w:rtl/>
          <w:lang w:bidi="fa-IR"/>
        </w:rPr>
        <w:t xml:space="preserve">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ساخت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در</w:t>
      </w:r>
      <w:r w:rsidRPr="00EC2630">
        <w:rPr>
          <w:rFonts w:ascii="Tahoma" w:hAnsi="Tahoma" w:cs="Tahoma"/>
          <w:rtl/>
          <w:lang w:bidi="fa-IR"/>
        </w:rPr>
        <w:t xml:space="preserve"> سال ۱۲۲۷ گروه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مغولان بار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وارد نواح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مرکز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شدند.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در نزد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اصفهان با آنان 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>. نبرد با وجود تلفات سنگ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مغولان، به سود آنان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افت؛</w:t>
      </w:r>
      <w:r w:rsidRPr="00EC2630">
        <w:rPr>
          <w:rFonts w:ascii="Tahoma" w:hAnsi="Tahoma" w:cs="Tahoma"/>
          <w:rtl/>
          <w:lang w:bidi="fa-IR"/>
        </w:rPr>
        <w:t xml:space="preserve"> هرچند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مهاجم پس از آن عقب نشستند.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داد</w:t>
      </w:r>
      <w:r w:rsidRPr="00EC2630">
        <w:rPr>
          <w:rFonts w:ascii="Tahoma" w:hAnsi="Tahoma" w:cs="Tahoma"/>
          <w:rtl/>
          <w:lang w:bidi="fa-IR"/>
        </w:rPr>
        <w:t xml:space="preserve"> نشان داد که مقاومت همچنان ممکن است، ام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همچن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آشکار کرد که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بدون همکار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تواند</w:t>
      </w:r>
      <w:r w:rsidRPr="00EC2630">
        <w:rPr>
          <w:rFonts w:ascii="Tahoma" w:hAnsi="Tahoma" w:cs="Tahoma"/>
          <w:rtl/>
          <w:lang w:bidi="fa-IR"/>
        </w:rPr>
        <w:t xml:space="preserve"> سپاه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که از مرکز امپراتور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مغول پشت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بان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شود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هم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شه</w:t>
      </w:r>
      <w:r w:rsidRPr="00EC2630">
        <w:rPr>
          <w:rFonts w:ascii="Tahoma" w:hAnsi="Tahoma" w:cs="Tahoma"/>
          <w:rtl/>
          <w:lang w:bidi="fa-IR"/>
        </w:rPr>
        <w:t xml:space="preserve"> متوقف کند.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او</w:t>
      </w:r>
      <w:r w:rsidRPr="00EC2630">
        <w:rPr>
          <w:rFonts w:ascii="Tahoma" w:hAnsi="Tahoma" w:cs="Tahoma"/>
          <w:rtl/>
          <w:lang w:bidi="fa-IR"/>
        </w:rPr>
        <w:t xml:space="preserve"> به جا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تمرکز بر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جاد</w:t>
      </w:r>
      <w:r w:rsidRPr="00EC2630">
        <w:rPr>
          <w:rFonts w:ascii="Tahoma" w:hAnsi="Tahoma" w:cs="Tahoma"/>
          <w:rtl/>
          <w:lang w:bidi="fa-IR"/>
        </w:rPr>
        <w:t xml:space="preserve"> چن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همکار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بار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به جنگ‌ها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منطقه‌ا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آورد. اسماع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الموت را به پرداخت خراج واداشت، در قفقاز و آناتول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و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تصرف اخلاط کوشش کرد. سرانجام در سال ۱۲۳۰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شهر را گرفت، اما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سلجوق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ر</w:t>
      </w:r>
      <w:r w:rsidRPr="00EC2630">
        <w:rPr>
          <w:rFonts w:ascii="Tahoma" w:hAnsi="Tahoma" w:cs="Tahoma" w:hint="eastAsia"/>
          <w:rtl/>
          <w:lang w:bidi="fa-IR"/>
        </w:rPr>
        <w:t>وم</w:t>
      </w:r>
      <w:r w:rsidRPr="00EC2630">
        <w:rPr>
          <w:rFonts w:ascii="Tahoma" w:hAnsi="Tahoma" w:cs="Tahoma"/>
          <w:rtl/>
          <w:lang w:bidi="fa-IR"/>
        </w:rPr>
        <w:t xml:space="preserve"> را به اتحاد عل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ه</w:t>
      </w:r>
      <w:r w:rsidRPr="00EC2630">
        <w:rPr>
          <w:rFonts w:ascii="Tahoma" w:hAnsi="Tahoma" w:cs="Tahoma"/>
          <w:rtl/>
          <w:lang w:bidi="fa-IR"/>
        </w:rPr>
        <w:t xml:space="preserve"> او واداشت.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در نبرد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اس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چمن،</w:t>
      </w:r>
      <w:r w:rsidRPr="00EC2630">
        <w:rPr>
          <w:rFonts w:ascii="Tahoma" w:hAnsi="Tahoma" w:cs="Tahoma"/>
          <w:rtl/>
          <w:lang w:bidi="fa-IR"/>
        </w:rPr>
        <w:t xml:space="preserve"> در نزد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ارزنجان، از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متحد شکست خورد.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در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نجا</w:t>
      </w:r>
      <w:r w:rsidRPr="00EC2630">
        <w:rPr>
          <w:rFonts w:ascii="Tahoma" w:hAnsi="Tahoma" w:cs="Tahoma"/>
          <w:rtl/>
          <w:lang w:bidi="fa-IR"/>
        </w:rPr>
        <w:t xml:space="preserve"> فرصت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از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رفت.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منطقه همگ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 خطر گسترش مغولان روبه‌رو بودند، اما رقابت بر سر شهر، خراج و برتر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آنان را به جنگ با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کشاند. 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چ</w:t>
      </w:r>
      <w:r w:rsidRPr="00EC2630">
        <w:rPr>
          <w:rFonts w:ascii="Tahoma" w:hAnsi="Tahoma" w:cs="Tahoma"/>
          <w:rtl/>
          <w:lang w:bidi="fa-IR"/>
        </w:rPr>
        <w:t xml:space="preserve"> اند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دفاع مشترک بر رفتارشان حاکم نبود. هر فرمانروا خطر نزد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</w:t>
      </w:r>
      <w:r w:rsidRPr="00EC2630">
        <w:rPr>
          <w:rFonts w:ascii="Tahoma" w:hAnsi="Tahoma" w:cs="Tahoma"/>
          <w:rtl/>
          <w:lang w:bidi="fa-IR"/>
        </w:rPr>
        <w:t xml:space="preserve"> همسا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ه</w:t>
      </w:r>
      <w:r w:rsidRPr="00EC2630">
        <w:rPr>
          <w:rFonts w:ascii="Tahoma" w:hAnsi="Tahoma" w:cs="Tahoma"/>
          <w:rtl/>
          <w:lang w:bidi="fa-IR"/>
        </w:rPr>
        <w:t xml:space="preserve"> را از خطر دورتر مغول جد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تر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گرفت</w:t>
      </w:r>
      <w:r w:rsidRPr="00EC2630">
        <w:rPr>
          <w:rFonts w:ascii="Tahoma" w:hAnsi="Tahoma" w:cs="Tahoma"/>
          <w:rtl/>
          <w:lang w:bidi="fa-IR"/>
        </w:rPr>
        <w:t>. هنگام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زخان</w:t>
      </w:r>
      <w:r w:rsidRPr="00EC2630">
        <w:rPr>
          <w:rFonts w:ascii="Tahoma" w:hAnsi="Tahoma" w:cs="Tahoma"/>
          <w:rtl/>
          <w:lang w:bidi="fa-IR"/>
        </w:rPr>
        <w:t xml:space="preserve"> در خراسان شهرها را نابود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کرد،</w:t>
      </w:r>
      <w:r w:rsidRPr="00EC2630">
        <w:rPr>
          <w:rFonts w:ascii="Tahoma" w:hAnsi="Tahoma" w:cs="Tahoma"/>
          <w:rtl/>
          <w:lang w:bidi="fa-IR"/>
        </w:rPr>
        <w:t xml:space="preserve">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غرب همچنان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تصرف قلمرو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پس</w:t>
      </w:r>
      <w:r w:rsidRPr="00EC2630">
        <w:rPr>
          <w:rFonts w:ascii="Tahoma" w:hAnsi="Tahoma" w:cs="Tahoma"/>
          <w:rtl/>
          <w:lang w:bidi="fa-IR"/>
        </w:rPr>
        <w:t xml:space="preserve"> از مرگ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زخان،</w:t>
      </w:r>
      <w:r w:rsidRPr="00EC2630">
        <w:rPr>
          <w:rFonts w:ascii="Tahoma" w:hAnsi="Tahoma" w:cs="Tahoma"/>
          <w:rtl/>
          <w:lang w:bidi="fa-IR"/>
        </w:rPr>
        <w:t xml:space="preserve"> مسئلهٔ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بر امپراتور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او به شورا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خاندان و شاهزادگان مغول واگذار شد. اوگتا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سال ۱۲۲۹ به مقام خان بزرگ رس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>. او برخلاف وضع پراکندهٔ سال‌ها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نخست پس از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ورش،</w:t>
      </w:r>
      <w:r w:rsidRPr="00EC2630">
        <w:rPr>
          <w:rFonts w:ascii="Tahoma" w:hAnsi="Tahoma" w:cs="Tahoma"/>
          <w:rtl/>
          <w:lang w:bidi="fa-IR"/>
        </w:rPr>
        <w:t xml:space="preserve"> تصم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</w:t>
      </w:r>
      <w:r w:rsidRPr="00EC2630">
        <w:rPr>
          <w:rFonts w:ascii="Tahoma" w:hAnsi="Tahoma" w:cs="Tahoma"/>
          <w:rtl/>
          <w:lang w:bidi="fa-IR"/>
        </w:rPr>
        <w:t xml:space="preserve"> گرفت قدرت مغول را در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غرب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استوار کند.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هن</w:t>
      </w:r>
      <w:r w:rsidRPr="00EC2630">
        <w:rPr>
          <w:rFonts w:ascii="Tahoma" w:hAnsi="Tahoma" w:cs="Tahoma" w:hint="eastAsia"/>
          <w:rtl/>
          <w:lang w:bidi="fa-IR"/>
        </w:rPr>
        <w:t>وز</w:t>
      </w:r>
      <w:r w:rsidRPr="00EC2630">
        <w:rPr>
          <w:rFonts w:ascii="Tahoma" w:hAnsi="Tahoma" w:cs="Tahoma"/>
          <w:rtl/>
          <w:lang w:bidi="fa-IR"/>
        </w:rPr>
        <w:t xml:space="preserve"> آخر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مدع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بزرگ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بود و تا هنگام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زنده و برخوردار از سپاه بود، مأموران مغول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از اطاعت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دار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مطمئن باشند.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اوگتا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به فرمانده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چورماغون به غرب فرستاد.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حرکت با نخست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حملهٔ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زخان</w:t>
      </w:r>
      <w:r w:rsidRPr="00EC2630">
        <w:rPr>
          <w:rFonts w:ascii="Tahoma" w:hAnsi="Tahoma" w:cs="Tahoma"/>
          <w:rtl/>
          <w:lang w:bidi="fa-IR"/>
        </w:rPr>
        <w:t xml:space="preserve"> تفاوت داشت. هدف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فقط مجازات خوارزمشاه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تعق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ب</w:t>
      </w:r>
      <w:r w:rsidRPr="00EC2630">
        <w:rPr>
          <w:rFonts w:ascii="Tahoma" w:hAnsi="Tahoma" w:cs="Tahoma"/>
          <w:rtl/>
          <w:lang w:bidi="fa-IR"/>
        </w:rPr>
        <w:t xml:space="preserve">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خته</w:t>
      </w:r>
      <w:r w:rsidRPr="00EC2630">
        <w:rPr>
          <w:rFonts w:ascii="Tahoma" w:hAnsi="Tahoma" w:cs="Tahoma"/>
          <w:rtl/>
          <w:lang w:bidi="fa-IR"/>
        </w:rPr>
        <w:t xml:space="preserve"> نبود؛ اکنون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باق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ماندهٔ</w:t>
      </w:r>
      <w:r w:rsidRPr="00EC2630">
        <w:rPr>
          <w:rFonts w:ascii="Tahoma" w:hAnsi="Tahoma" w:cs="Tahoma"/>
          <w:rtl/>
          <w:lang w:bidi="fa-IR"/>
        </w:rPr>
        <w:t xml:space="preserve"> قدرت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رفت</w:t>
      </w:r>
      <w:r w:rsidRPr="00EC2630">
        <w:rPr>
          <w:rFonts w:ascii="Tahoma" w:hAnsi="Tahoma" w:cs="Tahoma"/>
          <w:rtl/>
          <w:lang w:bidi="fa-IR"/>
        </w:rPr>
        <w:t xml:space="preserve"> و سلطهٔ مغول بر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ران،</w:t>
      </w:r>
      <w:r w:rsidRPr="00EC2630">
        <w:rPr>
          <w:rFonts w:ascii="Tahoma" w:hAnsi="Tahoma" w:cs="Tahoma"/>
          <w:rtl/>
          <w:lang w:bidi="fa-IR"/>
        </w:rPr>
        <w:t xml:space="preserve">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جان،</w:t>
      </w:r>
      <w:r w:rsidRPr="00EC2630">
        <w:rPr>
          <w:rFonts w:ascii="Tahoma" w:hAnsi="Tahoma" w:cs="Tahoma"/>
          <w:rtl/>
          <w:lang w:bidi="fa-IR"/>
        </w:rPr>
        <w:t xml:space="preserve"> قفقاز و سرز</w:t>
      </w:r>
      <w:r w:rsidRPr="00EC2630">
        <w:rPr>
          <w:rFonts w:ascii="Tahoma" w:hAnsi="Tahoma" w:cs="Tahoma" w:hint="eastAsia"/>
          <w:rtl/>
          <w:lang w:bidi="fa-IR"/>
        </w:rPr>
        <w:t>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رامون</w:t>
      </w:r>
      <w:r w:rsidRPr="00EC2630">
        <w:rPr>
          <w:rFonts w:ascii="Tahoma" w:hAnsi="Tahoma" w:cs="Tahoma"/>
          <w:rtl/>
          <w:lang w:bidi="fa-IR"/>
        </w:rPr>
        <w:t xml:space="preserve"> ماندگار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</w:t>
      </w:r>
      <w:r w:rsidRPr="00EC2630">
        <w:rPr>
          <w:rFonts w:ascii="Tahoma" w:hAnsi="Tahoma" w:cs="Tahoma"/>
          <w:rtl/>
          <w:lang w:bidi="fa-IR"/>
        </w:rPr>
        <w:t>. چورماغون مأمور بود نه فقط بجنگد، بلکه حضور دائم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قشون مغول را در غرب برقرار کند.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پس از شکست از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و سلجوق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روم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کاف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مقابله با سپاه تازه نداشت. او از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با آنان 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ده</w:t>
      </w:r>
      <w:r w:rsidRPr="00EC2630">
        <w:rPr>
          <w:rFonts w:ascii="Tahoma" w:hAnsi="Tahoma" w:cs="Tahoma"/>
          <w:rtl/>
          <w:lang w:bidi="fa-IR"/>
        </w:rPr>
        <w:t xml:space="preserve"> بود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خواست، اما اعتماد از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رفته بود. آنان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مطمئن باشند که همکار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به دفاع مشترک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انجامد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فق</w:t>
      </w:r>
      <w:r w:rsidRPr="00EC2630">
        <w:rPr>
          <w:rFonts w:ascii="Tahoma" w:hAnsi="Tahoma" w:cs="Tahoma" w:hint="eastAsia"/>
          <w:rtl/>
          <w:lang w:bidi="fa-IR"/>
        </w:rPr>
        <w:t>ط</w:t>
      </w:r>
      <w:r w:rsidRPr="00EC2630">
        <w:rPr>
          <w:rFonts w:ascii="Tahoma" w:hAnsi="Tahoma" w:cs="Tahoma"/>
          <w:rtl/>
          <w:lang w:bidi="fa-IR"/>
        </w:rPr>
        <w:t xml:space="preserve"> قدرت او را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حمله‌ا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افزا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دهد</w:t>
      </w:r>
      <w:r w:rsidRPr="00EC2630">
        <w:rPr>
          <w:rFonts w:ascii="Tahoma" w:hAnsi="Tahoma" w:cs="Tahoma"/>
          <w:rtl/>
          <w:lang w:bidi="fa-IR"/>
        </w:rPr>
        <w:t>. هنگام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چورماغون وارد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شد،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بار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ناچار به 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ن‌بار</w:t>
      </w:r>
      <w:r w:rsidRPr="00EC2630">
        <w:rPr>
          <w:rFonts w:ascii="Tahoma" w:hAnsi="Tahoma" w:cs="Tahoma"/>
          <w:rtl/>
          <w:lang w:bidi="fa-IR"/>
        </w:rPr>
        <w:t xml:space="preserve"> او نتوانست مانند گذشته سپاه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تازه گرد آورد. از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</w:t>
      </w:r>
      <w:r w:rsidRPr="00EC2630">
        <w:rPr>
          <w:rFonts w:ascii="Tahoma" w:hAnsi="Tahoma" w:cs="Tahoma"/>
          <w:rtl/>
          <w:lang w:bidi="fa-IR"/>
        </w:rPr>
        <w:t xml:space="preserve"> به سو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غرب رفت و کوش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راه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نجات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ادامهٔ مقاومت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ابد</w:t>
      </w:r>
      <w:r w:rsidRPr="00EC2630">
        <w:rPr>
          <w:rFonts w:ascii="Tahoma" w:hAnsi="Tahoma" w:cs="Tahoma"/>
          <w:rtl/>
          <w:lang w:bidi="fa-IR"/>
        </w:rPr>
        <w:t>. در سال ۱۲۳۱ در ناح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کردنش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کشته شد. چگونگ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ق</w:t>
      </w:r>
      <w:r w:rsidRPr="00EC2630">
        <w:rPr>
          <w:rFonts w:ascii="Tahoma" w:hAnsi="Tahoma" w:cs="Tahoma"/>
          <w:rtl/>
          <w:lang w:bidi="fa-IR"/>
        </w:rPr>
        <w:t xml:space="preserve"> مرگش روشن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ست؛</w:t>
      </w:r>
      <w:r w:rsidRPr="00EC2630">
        <w:rPr>
          <w:rFonts w:ascii="Tahoma" w:hAnsi="Tahoma" w:cs="Tahoma"/>
          <w:rtl/>
          <w:lang w:bidi="fa-IR"/>
        </w:rPr>
        <w:t xml:space="preserve"> ممکن است به انگ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زهٔ</w:t>
      </w:r>
      <w:r w:rsidRPr="00EC2630">
        <w:rPr>
          <w:rFonts w:ascii="Tahoma" w:hAnsi="Tahoma" w:cs="Tahoma"/>
          <w:rtl/>
          <w:lang w:bidi="fa-IR"/>
        </w:rPr>
        <w:t xml:space="preserve"> غارت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انتقام به قتل رس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ده</w:t>
      </w:r>
      <w:r w:rsidRPr="00EC2630">
        <w:rPr>
          <w:rFonts w:ascii="Tahoma" w:hAnsi="Tahoma" w:cs="Tahoma"/>
          <w:rtl/>
          <w:lang w:bidi="fa-IR"/>
        </w:rPr>
        <w:t xml:space="preserve"> باشد. بد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ن‌سان،</w:t>
      </w:r>
      <w:r w:rsidRPr="00EC2630">
        <w:rPr>
          <w:rFonts w:ascii="Tahoma" w:hAnsi="Tahoma" w:cs="Tahoma"/>
          <w:rtl/>
          <w:lang w:bidi="fa-IR"/>
        </w:rPr>
        <w:t xml:space="preserve"> آخر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خوارزمشاه نه در نبرد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بزرگ با مغولان، بلکه در حال 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و به دست فرد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گروه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رفت.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مرگ</w:t>
      </w:r>
      <w:r w:rsidRPr="00EC2630">
        <w:rPr>
          <w:rFonts w:ascii="Tahoma" w:hAnsi="Tahoma" w:cs="Tahoma"/>
          <w:rtl/>
          <w:lang w:bidi="fa-IR"/>
        </w:rPr>
        <w:t xml:space="preserve"> 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کوشش خاندان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بازگشت به تاج بود. بخش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سپاه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او، که خوارزم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نام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ده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شدند،</w:t>
      </w:r>
      <w:r w:rsidRPr="00EC2630">
        <w:rPr>
          <w:rFonts w:ascii="Tahoma" w:hAnsi="Tahoma" w:cs="Tahoma"/>
          <w:rtl/>
          <w:lang w:bidi="fa-IR"/>
        </w:rPr>
        <w:t xml:space="preserve"> در آناتول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شام پراکنده شدند و مدت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به‌عنوان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خدمت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مختلف قرار گرفتند. قشون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تاج و کشور نداشت، به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تب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</w:t>
      </w:r>
      <w:r w:rsidRPr="00EC2630">
        <w:rPr>
          <w:rFonts w:ascii="Tahoma" w:hAnsi="Tahoma" w:cs="Tahoma"/>
          <w:rtl/>
          <w:lang w:bidi="fa-IR"/>
        </w:rPr>
        <w:t xml:space="preserve"> شد که 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آن را به خدمت بگ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رند</w:t>
      </w:r>
      <w:r w:rsidRPr="00EC2630">
        <w:rPr>
          <w:rFonts w:ascii="Tahoma" w:hAnsi="Tahoma" w:cs="Tahoma"/>
          <w:rtl/>
          <w:lang w:bidi="fa-IR"/>
        </w:rPr>
        <w:t>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سرنوشت نشان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داد</w:t>
      </w:r>
      <w:r w:rsidRPr="00EC2630">
        <w:rPr>
          <w:rFonts w:ascii="Tahoma" w:hAnsi="Tahoma" w:cs="Tahoma"/>
          <w:rtl/>
          <w:lang w:bidi="fa-IR"/>
        </w:rPr>
        <w:t xml:space="preserve"> که وفادار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آغاز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از آنکه به کشور وابسته باشد، به فرمانده، مواجب و غن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مت</w:t>
      </w:r>
      <w:r w:rsidRPr="00EC2630">
        <w:rPr>
          <w:rFonts w:ascii="Tahoma" w:hAnsi="Tahoma" w:cs="Tahoma"/>
          <w:rtl/>
          <w:lang w:bidi="fa-IR"/>
        </w:rPr>
        <w:t xml:space="preserve"> تعلق داشت.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جلال‌الد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از شجاعت و توان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برخوردار بود و در پروان نشان داده بود که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</w:t>
      </w:r>
      <w:r w:rsidRPr="00EC2630">
        <w:rPr>
          <w:rFonts w:ascii="Tahoma" w:hAnsi="Tahoma" w:cs="Tahoma"/>
          <w:rtl/>
          <w:lang w:bidi="fa-IR"/>
        </w:rPr>
        <w:t xml:space="preserve"> قشون مغول را شکست داد. اما شجاعت شخص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کشوردار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نگرفت. او نتوانست دشمنان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را به متحدان آ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نده</w:t>
      </w:r>
      <w:r w:rsidRPr="00EC2630">
        <w:rPr>
          <w:rFonts w:ascii="Tahoma" w:hAnsi="Tahoma" w:cs="Tahoma"/>
          <w:rtl/>
          <w:lang w:bidi="fa-IR"/>
        </w:rPr>
        <w:t xml:space="preserve"> تبد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</w:t>
      </w:r>
      <w:r w:rsidRPr="00EC2630">
        <w:rPr>
          <w:rFonts w:ascii="Tahoma" w:hAnsi="Tahoma" w:cs="Tahoma"/>
          <w:rtl/>
          <w:lang w:bidi="fa-IR"/>
        </w:rPr>
        <w:t xml:space="preserve"> کند،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منطقه اعتماد بسازد،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منظم برپا کند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eastAsia"/>
          <w:rtl/>
          <w:lang w:bidi="fa-IR"/>
        </w:rPr>
        <w:t>سپاه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پد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آورد که تأم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آن به جنگ و غن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مت</w:t>
      </w:r>
      <w:r w:rsidRPr="00EC2630">
        <w:rPr>
          <w:rFonts w:ascii="Tahoma" w:hAnsi="Tahoma" w:cs="Tahoma"/>
          <w:rtl/>
          <w:lang w:bidi="fa-IR"/>
        </w:rPr>
        <w:t xml:space="preserve"> وابسته نباشد. او آخر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امکان بازگشت تاج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بود، اما خود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از آنکه سازندهٔ حکومت باشد، فرمانده‌ا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حرکت باق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ماند.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با</w:t>
      </w:r>
      <w:r w:rsidRPr="00EC2630">
        <w:rPr>
          <w:rFonts w:ascii="Tahoma" w:hAnsi="Tahoma" w:cs="Tahoma"/>
          <w:rtl/>
          <w:lang w:bidi="fa-IR"/>
        </w:rPr>
        <w:t xml:space="preserve"> مرگ او، قشون چورماغون در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</w:t>
      </w:r>
      <w:r w:rsidRPr="00EC2630">
        <w:rPr>
          <w:rFonts w:ascii="Tahoma" w:hAnsi="Tahoma" w:cs="Tahoma"/>
          <w:rtl/>
          <w:lang w:bidi="fa-IR"/>
        </w:rPr>
        <w:t xml:space="preserve"> و نواح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غرب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مستقر شد. دشت‌ها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مغان و اران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استقرار و چرا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دام‌ها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 مغول مناسب بودند و از آنجا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</w:t>
      </w:r>
      <w:r w:rsidRPr="00EC2630">
        <w:rPr>
          <w:rFonts w:ascii="Tahoma" w:hAnsi="Tahoma" w:cs="Tahoma"/>
          <w:rtl/>
          <w:lang w:bidi="fa-IR"/>
        </w:rPr>
        <w:t xml:space="preserve"> بر آذربا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جان،</w:t>
      </w:r>
      <w:r w:rsidRPr="00EC2630">
        <w:rPr>
          <w:rFonts w:ascii="Tahoma" w:hAnsi="Tahoma" w:cs="Tahoma"/>
          <w:rtl/>
          <w:lang w:bidi="fa-IR"/>
        </w:rPr>
        <w:t xml:space="preserve"> قفقاز، عراق عجم و راه‌ها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آناتول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نظارت کرد. برخلاف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ورش</w:t>
      </w:r>
      <w:r w:rsidRPr="00EC2630">
        <w:rPr>
          <w:rFonts w:ascii="Tahoma" w:hAnsi="Tahoma" w:cs="Tahoma"/>
          <w:rtl/>
          <w:lang w:bidi="fa-IR"/>
        </w:rPr>
        <w:t xml:space="preserve"> نخست،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مغول پس از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عمل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eastAsia"/>
          <w:rtl/>
          <w:lang w:bidi="fa-IR"/>
        </w:rPr>
        <w:t>به‌طور</w:t>
      </w:r>
      <w:r w:rsidRPr="00EC2630">
        <w:rPr>
          <w:rFonts w:ascii="Tahoma" w:hAnsi="Tahoma" w:cs="Tahoma"/>
          <w:rtl/>
          <w:lang w:bidi="fa-IR"/>
        </w:rPr>
        <w:t xml:space="preserve"> کامل به شرق بازنگشتند. حضور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آنان در منطقه دائم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استقرار مفهوم تازه‌ا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قدرت را وارد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کرد. مرکز نها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در داخل کشور نبود. فرمانده مغول قدرت خود را از خان بزرگ در مغولستان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گرفت</w:t>
      </w:r>
      <w:r w:rsidRPr="00EC2630">
        <w:rPr>
          <w:rFonts w:ascii="Tahoma" w:hAnsi="Tahoma" w:cs="Tahoma"/>
          <w:rtl/>
          <w:lang w:bidi="fa-IR"/>
        </w:rPr>
        <w:t xml:space="preserve"> و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تصم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مهم به فرمان او وابسته بود.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نه قلمرو پادشاه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مستقل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 تاج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درون کشور، بلکه بخش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امپراتور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گستردهٔ خاندان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به شمار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رفت</w:t>
      </w:r>
      <w:r w:rsidRPr="00EC2630">
        <w:rPr>
          <w:rFonts w:ascii="Tahoma" w:hAnsi="Tahoma" w:cs="Tahoma"/>
          <w:rtl/>
          <w:lang w:bidi="fa-IR"/>
        </w:rPr>
        <w:t>.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ن،</w:t>
      </w:r>
      <w:r w:rsidRPr="00EC2630">
        <w:rPr>
          <w:rFonts w:ascii="Tahoma" w:hAnsi="Tahoma" w:cs="Tahoma"/>
          <w:rtl/>
          <w:lang w:bidi="fa-IR"/>
        </w:rPr>
        <w:t xml:space="preserve"> مردم و درآمدها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آن در چهارچوب سهم خاندان‌ها و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امپراتور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ده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شدند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چورماغون</w:t>
      </w:r>
      <w:r w:rsidRPr="00EC2630">
        <w:rPr>
          <w:rFonts w:ascii="Tahoma" w:hAnsi="Tahoma" w:cs="Tahoma"/>
          <w:rtl/>
          <w:lang w:bidi="fa-IR"/>
        </w:rPr>
        <w:t xml:space="preserve"> و فرماندهانش مسئول نگاه داشتن فرمان‌بردار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سرکوب شورش،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قفقاز و 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افت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قشون بودند. آنان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انجام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کار به اردوگاه‌ها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چراگاه، آذوقه، اسب و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انسان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داشتند. روستاها و شهرها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رامون</w:t>
      </w:r>
      <w:r w:rsidRPr="00EC2630">
        <w:rPr>
          <w:rFonts w:ascii="Tahoma" w:hAnsi="Tahoma" w:cs="Tahoma"/>
          <w:rtl/>
          <w:lang w:bidi="fa-IR"/>
        </w:rPr>
        <w:t xml:space="preserve">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خوراک سپاه و علوفهٔ دام</w:t>
      </w:r>
      <w:r w:rsidRPr="00EC2630">
        <w:rPr>
          <w:rFonts w:ascii="Tahoma" w:hAnsi="Tahoma" w:cs="Tahoma" w:hint="eastAsia"/>
          <w:rtl/>
          <w:lang w:bidi="fa-IR"/>
        </w:rPr>
        <w:t>‌ها</w:t>
      </w:r>
      <w:r w:rsidRPr="00EC2630">
        <w:rPr>
          <w:rFonts w:ascii="Tahoma" w:hAnsi="Tahoma" w:cs="Tahoma"/>
          <w:rtl/>
          <w:lang w:bidi="fa-IR"/>
        </w:rPr>
        <w:t xml:space="preserve"> را فراهم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کردند</w:t>
      </w:r>
      <w:r w:rsidRPr="00EC2630">
        <w:rPr>
          <w:rFonts w:ascii="Tahoma" w:hAnsi="Tahoma" w:cs="Tahoma"/>
          <w:rtl/>
          <w:lang w:bidi="fa-IR"/>
        </w:rPr>
        <w:t>. حضور دائم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قشون، حت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جا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که جنگ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کار نبود، بار سنگ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 اقتصاد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گذاشت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فرمانروا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 برابر انتخاب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تازه قرار گرفتند.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مقاومت کنند و خطر نابود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بپذ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رند،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با پرداخت خراج، فرستادن گروگان و حضور در خدمت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مقام خود را حفظ کنند. بس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راه دوم را برگز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دند</w:t>
      </w:r>
      <w:r w:rsidRPr="00EC2630">
        <w:rPr>
          <w:rFonts w:ascii="Tahoma" w:hAnsi="Tahoma" w:cs="Tahoma"/>
          <w:rtl/>
          <w:lang w:bidi="fa-IR"/>
        </w:rPr>
        <w:t>. شاهزادگان گرج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ارمن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،</w:t>
      </w:r>
      <w:r w:rsidRPr="00EC2630">
        <w:rPr>
          <w:rFonts w:ascii="Tahoma" w:hAnsi="Tahoma" w:cs="Tahoma"/>
          <w:rtl/>
          <w:lang w:bidi="fa-IR"/>
        </w:rPr>
        <w:t xml:space="preserve"> اتابکان و حاکمان نواح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مخ</w:t>
      </w:r>
      <w:r w:rsidRPr="00EC2630">
        <w:rPr>
          <w:rFonts w:ascii="Tahoma" w:hAnsi="Tahoma" w:cs="Tahoma" w:hint="eastAsia"/>
          <w:rtl/>
          <w:lang w:bidi="fa-IR"/>
        </w:rPr>
        <w:t>تلف</w:t>
      </w:r>
      <w:r w:rsidRPr="00EC2630">
        <w:rPr>
          <w:rFonts w:ascii="Tahoma" w:hAnsi="Tahoma" w:cs="Tahoma"/>
          <w:rtl/>
          <w:lang w:bidi="fa-IR"/>
        </w:rPr>
        <w:t xml:space="preserve"> به‌تدر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</w:t>
      </w:r>
      <w:r w:rsidRPr="00EC2630">
        <w:rPr>
          <w:rFonts w:ascii="Tahoma" w:hAnsi="Tahoma" w:cs="Tahoma"/>
          <w:rtl/>
          <w:lang w:bidi="fa-IR"/>
        </w:rPr>
        <w:t xml:space="preserve"> پذ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رفتند</w:t>
      </w:r>
      <w:r w:rsidRPr="00EC2630">
        <w:rPr>
          <w:rFonts w:ascii="Tahoma" w:hAnsi="Tahoma" w:cs="Tahoma"/>
          <w:rtl/>
          <w:lang w:bidi="fa-IR"/>
        </w:rPr>
        <w:t xml:space="preserve"> که جا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گاهشان</w:t>
      </w:r>
      <w:r w:rsidRPr="00EC2630">
        <w:rPr>
          <w:rFonts w:ascii="Tahoma" w:hAnsi="Tahoma" w:cs="Tahoma"/>
          <w:rtl/>
          <w:lang w:bidi="fa-IR"/>
        </w:rPr>
        <w:t xml:space="preserve"> به تأ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قدرت مغول وابسته است. آنان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در قلمرو خود باق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بمانند، اما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استقلال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را نداشتند.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وه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مغولان سودمند بود. لازم نبود در هر شهر و ناح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ه</w:t>
      </w:r>
      <w:r w:rsidRPr="00EC2630">
        <w:rPr>
          <w:rFonts w:ascii="Tahoma" w:hAnsi="Tahoma" w:cs="Tahoma"/>
          <w:rtl/>
          <w:lang w:bidi="fa-IR"/>
        </w:rPr>
        <w:t xml:space="preserve"> شمار 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مأمور و سرباز مستقر کنند. حاکم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گرفت،</w:t>
      </w:r>
      <w:r w:rsidRPr="00EC2630">
        <w:rPr>
          <w:rFonts w:ascii="Tahoma" w:hAnsi="Tahoma" w:cs="Tahoma"/>
          <w:rtl/>
          <w:lang w:bidi="fa-IR"/>
        </w:rPr>
        <w:t xml:space="preserve"> نظم را نگاه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داشت</w:t>
      </w:r>
      <w:r w:rsidRPr="00EC2630">
        <w:rPr>
          <w:rFonts w:ascii="Tahoma" w:hAnsi="Tahoma" w:cs="Tahoma"/>
          <w:rtl/>
          <w:lang w:bidi="fa-IR"/>
        </w:rPr>
        <w:t xml:space="preserve"> و هنگام درخواست،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/>
          <w:rtl/>
          <w:lang w:bidi="fa-IR"/>
        </w:rPr>
        <w:t xml:space="preserve"> و آذوقه در اخت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ار</w:t>
      </w:r>
      <w:r w:rsidRPr="00EC2630">
        <w:rPr>
          <w:rFonts w:ascii="Tahoma" w:hAnsi="Tahoma" w:cs="Tahoma"/>
          <w:rtl/>
          <w:lang w:bidi="fa-IR"/>
        </w:rPr>
        <w:t xml:space="preserve"> قشون مغول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گذاشت</w:t>
      </w:r>
      <w:r w:rsidRPr="00EC2630">
        <w:rPr>
          <w:rFonts w:ascii="Tahoma" w:hAnsi="Tahoma" w:cs="Tahoma"/>
          <w:rtl/>
          <w:lang w:bidi="fa-IR"/>
        </w:rPr>
        <w:t>. در مقابل، اجازه م</w:t>
      </w:r>
      <w:r w:rsidRPr="00EC2630">
        <w:rPr>
          <w:rFonts w:ascii="Tahoma" w:hAnsi="Tahoma" w:cs="Tahoma" w:hint="cs"/>
          <w:rtl/>
          <w:lang w:bidi="fa-IR"/>
        </w:rPr>
        <w:t>ی‌ی</w:t>
      </w:r>
      <w:r w:rsidRPr="00EC2630">
        <w:rPr>
          <w:rFonts w:ascii="Tahoma" w:hAnsi="Tahoma" w:cs="Tahoma" w:hint="eastAsia"/>
          <w:rtl/>
          <w:lang w:bidi="fa-IR"/>
        </w:rPr>
        <w:t>افت</w:t>
      </w:r>
      <w:r w:rsidRPr="00EC2630">
        <w:rPr>
          <w:rFonts w:ascii="Tahoma" w:hAnsi="Tahoma" w:cs="Tahoma"/>
          <w:rtl/>
          <w:lang w:bidi="fa-IR"/>
        </w:rPr>
        <w:t xml:space="preserve"> بخش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قدرت و درآمد خود را </w:t>
      </w:r>
      <w:r w:rsidRPr="00EC2630">
        <w:rPr>
          <w:rFonts w:ascii="Tahoma" w:hAnsi="Tahoma" w:cs="Tahoma" w:hint="eastAsia"/>
          <w:rtl/>
          <w:lang w:bidi="fa-IR"/>
        </w:rPr>
        <w:t>حفظ</w:t>
      </w:r>
      <w:r w:rsidRPr="00EC2630">
        <w:rPr>
          <w:rFonts w:ascii="Tahoma" w:hAnsi="Tahoma" w:cs="Tahoma"/>
          <w:rtl/>
          <w:lang w:bidi="fa-IR"/>
        </w:rPr>
        <w:t xml:space="preserve"> کند. بد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ن‌سان،</w:t>
      </w:r>
      <w:r w:rsidRPr="00EC2630">
        <w:rPr>
          <w:rFonts w:ascii="Tahoma" w:hAnsi="Tahoma" w:cs="Tahoma"/>
          <w:rtl/>
          <w:lang w:bidi="fa-IR"/>
        </w:rPr>
        <w:t xml:space="preserve">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مغول در نخست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مرحله بر ترک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حضور قشون و استفاده از حاکمان بازمانده استوار 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اما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ترک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ب</w:t>
      </w:r>
      <w:r w:rsidRPr="00EC2630">
        <w:rPr>
          <w:rFonts w:ascii="Tahoma" w:hAnsi="Tahoma" w:cs="Tahoma"/>
          <w:rtl/>
          <w:lang w:bidi="fa-IR"/>
        </w:rPr>
        <w:t xml:space="preserve"> هنوز حکومت منظم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نبود. هر فرمانده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شاهزادهٔ مغول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خود آذوقه، هد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ه،</w:t>
      </w:r>
      <w:r w:rsidRPr="00EC2630">
        <w:rPr>
          <w:rFonts w:ascii="Tahoma" w:hAnsi="Tahoma" w:cs="Tahoma"/>
          <w:rtl/>
          <w:lang w:bidi="fa-IR"/>
        </w:rPr>
        <w:t xml:space="preserve"> اسب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طلب کند. فرستادگان مختلف ممکن بود فرمان‌ها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متفاوت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اورند</w:t>
      </w:r>
      <w:r w:rsidRPr="00EC2630">
        <w:rPr>
          <w:rFonts w:ascii="Tahoma" w:hAnsi="Tahoma" w:cs="Tahoma"/>
          <w:rtl/>
          <w:lang w:bidi="fa-IR"/>
        </w:rPr>
        <w:t xml:space="preserve"> و 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چ</w:t>
      </w:r>
      <w:r w:rsidRPr="00EC2630">
        <w:rPr>
          <w:rFonts w:ascii="Tahoma" w:hAnsi="Tahoma" w:cs="Tahoma"/>
          <w:rtl/>
          <w:lang w:bidi="fa-IR"/>
        </w:rPr>
        <w:t xml:space="preserve"> دفتر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گانه‌ا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وجود نداشت که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زان</w:t>
      </w:r>
      <w:r w:rsidRPr="00EC2630">
        <w:rPr>
          <w:rFonts w:ascii="Tahoma" w:hAnsi="Tahoma" w:cs="Tahoma"/>
          <w:rtl/>
          <w:lang w:bidi="fa-IR"/>
        </w:rPr>
        <w:t xml:space="preserve"> تعهد هر شهر و روستا را مشخص کند. مردم گاه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>د چند بار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واحد را به مأموران گوناگون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پرداختند</w:t>
      </w:r>
      <w:r w:rsidRPr="00EC2630">
        <w:rPr>
          <w:rFonts w:ascii="Tahoma" w:hAnsi="Tahoma" w:cs="Tahoma"/>
          <w:rtl/>
          <w:lang w:bidi="fa-IR"/>
        </w:rPr>
        <w:t>. آنچه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فرمانده «تأم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قشون» بود،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کشاورز و شهرنش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</w:t>
      </w:r>
      <w:r w:rsidRPr="00EC2630">
        <w:rPr>
          <w:rFonts w:ascii="Tahoma" w:hAnsi="Tahoma" w:cs="Tahoma"/>
          <w:rtl/>
          <w:lang w:bidi="fa-IR"/>
        </w:rPr>
        <w:t xml:space="preserve"> مصادرهٔ آخر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دارا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باق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مانده</w:t>
      </w:r>
      <w:r w:rsidRPr="00EC2630">
        <w:rPr>
          <w:rFonts w:ascii="Tahoma" w:hAnsi="Tahoma" w:cs="Tahoma"/>
          <w:rtl/>
          <w:lang w:bidi="fa-IR"/>
        </w:rPr>
        <w:t xml:space="preserve"> باشد.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در</w:t>
      </w:r>
      <w:r w:rsidRPr="00EC2630">
        <w:rPr>
          <w:rFonts w:ascii="Tahoma" w:hAnsi="Tahoma" w:cs="Tahoma"/>
          <w:rtl/>
          <w:lang w:bidi="fa-IR"/>
        </w:rPr>
        <w:t xml:space="preserve"> حکومت‌ها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پ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سنگ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ن،</w:t>
      </w:r>
      <w:r w:rsidRPr="00EC2630">
        <w:rPr>
          <w:rFonts w:ascii="Tahoma" w:hAnsi="Tahoma" w:cs="Tahoma"/>
          <w:rtl/>
          <w:lang w:bidi="fa-IR"/>
        </w:rPr>
        <w:t xml:space="preserve"> فساد و تعد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مأموران وجود داشت، اما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/>
          <w:rtl/>
          <w:lang w:bidi="fa-IR"/>
        </w:rPr>
        <w:t xml:space="preserve"> دست‌کم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کوش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درآمدها را ثبت و حدود مسئول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ت‌ها</w:t>
      </w:r>
      <w:r w:rsidRPr="00EC2630">
        <w:rPr>
          <w:rFonts w:ascii="Tahoma" w:hAnsi="Tahoma" w:cs="Tahoma"/>
          <w:rtl/>
          <w:lang w:bidi="fa-IR"/>
        </w:rPr>
        <w:t xml:space="preserve"> را روشن کند. در دورهٔ آغاز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مغول، قدرت نظام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جلوتر از ثبت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حرکت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</w:t>
      </w:r>
      <w:r w:rsidRPr="00EC2630">
        <w:rPr>
          <w:rFonts w:ascii="Tahoma" w:hAnsi="Tahoma" w:cs="Tahoma"/>
          <w:rtl/>
          <w:lang w:bidi="fa-IR"/>
        </w:rPr>
        <w:t xml:space="preserve">. هرکس فرمان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نشان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خان، شاهزاده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eastAsia"/>
          <w:rtl/>
          <w:lang w:bidi="fa-IR"/>
        </w:rPr>
        <w:t>فرمانده‌ا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داشت، ممکن بود از مردم 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بخواهد. تشخ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ص</w:t>
      </w:r>
      <w:r w:rsidRPr="00EC2630">
        <w:rPr>
          <w:rFonts w:ascii="Tahoma" w:hAnsi="Tahoma" w:cs="Tahoma"/>
          <w:rtl/>
          <w:lang w:bidi="fa-IR"/>
        </w:rPr>
        <w:t xml:space="preserve"> فرمان واقع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ادعا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مأموران و جلوگ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گرفتن‌ها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تکرار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جامعه دشوار بود.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مغولان</w:t>
      </w:r>
      <w:r w:rsidRPr="00EC2630">
        <w:rPr>
          <w:rFonts w:ascii="Tahoma" w:hAnsi="Tahoma" w:cs="Tahoma"/>
          <w:rtl/>
          <w:lang w:bidi="fa-IR"/>
        </w:rPr>
        <w:t xml:space="preserve"> به‌تدر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</w:t>
      </w:r>
      <w:r w:rsidRPr="00EC2630">
        <w:rPr>
          <w:rFonts w:ascii="Tahoma" w:hAnsi="Tahoma" w:cs="Tahoma"/>
          <w:rtl/>
          <w:lang w:bidi="fa-IR"/>
        </w:rPr>
        <w:t xml:space="preserve"> 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افتند</w:t>
      </w:r>
      <w:r w:rsidRPr="00EC2630">
        <w:rPr>
          <w:rFonts w:ascii="Tahoma" w:hAnsi="Tahoma" w:cs="Tahoma"/>
          <w:rtl/>
          <w:lang w:bidi="fa-IR"/>
        </w:rPr>
        <w:t xml:space="preserve"> که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روش درآمد کشور را افزا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ش</w:t>
      </w:r>
      <w:r w:rsidRPr="00EC2630">
        <w:rPr>
          <w:rFonts w:ascii="Tahoma" w:hAnsi="Tahoma" w:cs="Tahoma"/>
          <w:rtl/>
          <w:lang w:bidi="fa-IR"/>
        </w:rPr>
        <w:t xml:space="preserve">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دهد،</w:t>
      </w:r>
      <w:r w:rsidRPr="00EC2630">
        <w:rPr>
          <w:rFonts w:ascii="Tahoma" w:hAnsi="Tahoma" w:cs="Tahoma"/>
          <w:rtl/>
          <w:lang w:bidi="fa-IR"/>
        </w:rPr>
        <w:t xml:space="preserve"> بلکه سرچشمهٔ آن را نابود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کند</w:t>
      </w:r>
      <w:r w:rsidRPr="00EC2630">
        <w:rPr>
          <w:rFonts w:ascii="Tahoma" w:hAnsi="Tahoma" w:cs="Tahoma"/>
          <w:rtl/>
          <w:lang w:bidi="fa-IR"/>
        </w:rPr>
        <w:t>. اگر مأموران همهٔ محصول کشاورز را بگ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رند،</w:t>
      </w:r>
      <w:r w:rsidRPr="00EC2630">
        <w:rPr>
          <w:rFonts w:ascii="Tahoma" w:hAnsi="Tahoma" w:cs="Tahoma"/>
          <w:rtl/>
          <w:lang w:bidi="fa-IR"/>
        </w:rPr>
        <w:t xml:space="preserve"> سال بعد 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کشت باق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ماند</w:t>
      </w:r>
      <w:r w:rsidRPr="00EC2630">
        <w:rPr>
          <w:rFonts w:ascii="Tahoma" w:hAnsi="Tahoma" w:cs="Tahoma"/>
          <w:rtl/>
          <w:lang w:bidi="fa-IR"/>
        </w:rPr>
        <w:t>. اگر بازرگان در هر منزل ناچار به پرداخت باج باشد، راه تجارت را ترک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کند</w:t>
      </w:r>
      <w:r w:rsidRPr="00EC2630">
        <w:rPr>
          <w:rFonts w:ascii="Tahoma" w:hAnsi="Tahoma" w:cs="Tahoma"/>
          <w:rtl/>
          <w:lang w:bidi="fa-IR"/>
        </w:rPr>
        <w:t>. اگر ر</w:t>
      </w:r>
      <w:r w:rsidRPr="00EC2630">
        <w:rPr>
          <w:rFonts w:ascii="Tahoma" w:hAnsi="Tahoma" w:cs="Tahoma" w:hint="eastAsia"/>
          <w:rtl/>
          <w:lang w:bidi="fa-IR"/>
        </w:rPr>
        <w:t>وستا</w:t>
      </w:r>
      <w:r w:rsidRPr="00EC2630">
        <w:rPr>
          <w:rFonts w:ascii="Tahoma" w:hAnsi="Tahoma" w:cs="Tahoma"/>
          <w:rtl/>
          <w:lang w:bidi="fa-IR"/>
        </w:rPr>
        <w:t xml:space="preserve"> نتواند شمار دام‌ها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خود را حفظ کند، قشون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در آ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نده</w:t>
      </w:r>
      <w:r w:rsidRPr="00EC2630">
        <w:rPr>
          <w:rFonts w:ascii="Tahoma" w:hAnsi="Tahoma" w:cs="Tahoma"/>
          <w:rtl/>
          <w:lang w:bidi="fa-IR"/>
        </w:rPr>
        <w:t xml:space="preserve"> آذوقه و اسب نخواهد داشت. غارت را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ک‌بار</w:t>
      </w:r>
      <w:r w:rsidRPr="00EC2630">
        <w:rPr>
          <w:rFonts w:ascii="Tahoma" w:hAnsi="Tahoma" w:cs="Tahoma"/>
          <w:rtl/>
          <w:lang w:bidi="fa-IR"/>
        </w:rPr>
        <w:t xml:space="preserve"> انجام داد؛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</w:t>
      </w:r>
      <w:r w:rsidRPr="00EC2630">
        <w:rPr>
          <w:rFonts w:ascii="Tahoma" w:hAnsi="Tahoma" w:cs="Tahoma"/>
          <w:rtl/>
          <w:lang w:bidi="fa-IR"/>
        </w:rPr>
        <w:t xml:space="preserve"> فقط از جامعه‌ا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زنده و تول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دکننده</w:t>
      </w:r>
      <w:r w:rsidRPr="00EC2630">
        <w:rPr>
          <w:rFonts w:ascii="Tahoma" w:hAnsi="Tahoma" w:cs="Tahoma"/>
          <w:rtl/>
          <w:lang w:bidi="fa-IR"/>
        </w:rPr>
        <w:t xml:space="preserve"> به دست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آمد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در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نجا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به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/>
          <w:rtl/>
          <w:lang w:bidi="fa-IR"/>
        </w:rPr>
        <w:t xml:space="preserve"> بار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آشکار شد. مغولان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فرمان‌بردار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با قشون تحم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</w:t>
      </w:r>
      <w:r w:rsidRPr="00EC2630">
        <w:rPr>
          <w:rFonts w:ascii="Tahoma" w:hAnsi="Tahoma" w:cs="Tahoma"/>
          <w:rtl/>
          <w:lang w:bidi="fa-IR"/>
        </w:rPr>
        <w:t xml:space="preserve"> کنند، اما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شناخت جمع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ت،</w:t>
      </w:r>
      <w:r w:rsidRPr="00EC2630">
        <w:rPr>
          <w:rFonts w:ascii="Tahoma" w:hAnsi="Tahoma" w:cs="Tahoma"/>
          <w:rtl/>
          <w:lang w:bidi="fa-IR"/>
        </w:rPr>
        <w:t xml:space="preserve"> اندازه‌گ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درآمد، تقس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م</w:t>
      </w:r>
      <w:r w:rsidRPr="00EC2630">
        <w:rPr>
          <w:rFonts w:ascii="Tahoma" w:hAnsi="Tahoma" w:cs="Tahoma"/>
          <w:rtl/>
          <w:lang w:bidi="fa-IR"/>
        </w:rPr>
        <w:t xml:space="preserve">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ات،</w:t>
      </w:r>
      <w:r w:rsidRPr="00EC2630">
        <w:rPr>
          <w:rFonts w:ascii="Tahoma" w:hAnsi="Tahoma" w:cs="Tahoma"/>
          <w:rtl/>
          <w:lang w:bidi="fa-IR"/>
        </w:rPr>
        <w:t xml:space="preserve"> ثبت املاک و جلوگ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نابود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منابع به کسان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</w:t>
      </w:r>
      <w:r w:rsidRPr="00EC2630">
        <w:rPr>
          <w:rFonts w:ascii="Tahoma" w:hAnsi="Tahoma" w:cs="Tahoma"/>
          <w:rtl/>
          <w:lang w:bidi="fa-IR"/>
        </w:rPr>
        <w:t xml:space="preserve"> داشتند که زبان و 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وهٔ</w:t>
      </w:r>
      <w:r w:rsidRPr="00EC2630">
        <w:rPr>
          <w:rFonts w:ascii="Tahoma" w:hAnsi="Tahoma" w:cs="Tahoma"/>
          <w:rtl/>
          <w:lang w:bidi="fa-IR"/>
        </w:rPr>
        <w:t xml:space="preserve"> ادارهٔ جامعهٔ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را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شناختند</w:t>
      </w:r>
      <w:r w:rsidRPr="00EC2630">
        <w:rPr>
          <w:rFonts w:ascii="Tahoma" w:hAnsi="Tahoma" w:cs="Tahoma"/>
          <w:rtl/>
          <w:lang w:bidi="fa-IR"/>
        </w:rPr>
        <w:t>. بازماندگان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/>
          <w:rtl/>
          <w:lang w:bidi="fa-IR"/>
        </w:rPr>
        <w:t xml:space="preserve"> خوارزمشاه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خاندان‌ها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نهٔ</w:t>
      </w:r>
      <w:r w:rsidRPr="00EC2630">
        <w:rPr>
          <w:rFonts w:ascii="Tahoma" w:hAnsi="Tahoma" w:cs="Tahoma"/>
          <w:rtl/>
          <w:lang w:bidi="fa-IR"/>
        </w:rPr>
        <w:t xml:space="preserve"> دب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ران،</w:t>
      </w:r>
      <w:r w:rsidRPr="00EC2630">
        <w:rPr>
          <w:rFonts w:ascii="Tahoma" w:hAnsi="Tahoma" w:cs="Tahoma"/>
          <w:rtl/>
          <w:lang w:bidi="fa-IR"/>
        </w:rPr>
        <w:t xml:space="preserve"> با وجود همهٔ آس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ب‌ها،</w:t>
      </w:r>
      <w:r w:rsidRPr="00EC2630">
        <w:rPr>
          <w:rFonts w:ascii="Tahoma" w:hAnsi="Tahoma" w:cs="Tahoma"/>
          <w:rtl/>
          <w:lang w:bidi="fa-IR"/>
        </w:rPr>
        <w:t xml:space="preserve"> هنوز تنها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بودند که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توانستند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کار را انجام دهند.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بد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ن‌سان،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که قشون مغول در نخست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ورش</w:t>
      </w:r>
      <w:r w:rsidRPr="00EC2630">
        <w:rPr>
          <w:rFonts w:ascii="Tahoma" w:hAnsi="Tahoma" w:cs="Tahoma"/>
          <w:rtl/>
          <w:lang w:bidi="fa-IR"/>
        </w:rPr>
        <w:t xml:space="preserve"> پراکنده کرده بود، به‌تدر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ج</w:t>
      </w:r>
      <w:r w:rsidRPr="00EC2630">
        <w:rPr>
          <w:rFonts w:ascii="Tahoma" w:hAnsi="Tahoma" w:cs="Tahoma"/>
          <w:rtl/>
          <w:lang w:bidi="fa-IR"/>
        </w:rPr>
        <w:t xml:space="preserve"> به ضرورت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برا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حکومت فاتحان تبد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ل</w:t>
      </w:r>
      <w:r w:rsidRPr="00EC2630">
        <w:rPr>
          <w:rFonts w:ascii="Tahoma" w:hAnsi="Tahoma" w:cs="Tahoma"/>
          <w:rtl/>
          <w:lang w:bidi="fa-IR"/>
        </w:rPr>
        <w:t xml:space="preserve"> شد. اما بازگشت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/>
          <w:rtl/>
          <w:lang w:bidi="fa-IR"/>
        </w:rPr>
        <w:t xml:space="preserve"> به معنا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بازگشت استقلال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تعد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قشون نبود.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وانسالار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اکنون در خدمت فرمانروا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قرار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گرفت</w:t>
      </w:r>
      <w:r w:rsidRPr="00EC2630">
        <w:rPr>
          <w:rFonts w:ascii="Tahoma" w:hAnsi="Tahoma" w:cs="Tahoma"/>
          <w:rtl/>
          <w:lang w:bidi="fa-IR"/>
        </w:rPr>
        <w:t xml:space="preserve"> که مرکز آن ب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رون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بود و سرزم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را بخش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از دارا</w:t>
      </w:r>
      <w:r w:rsidRPr="00EC2630">
        <w:rPr>
          <w:rFonts w:ascii="Tahoma" w:hAnsi="Tahoma" w:cs="Tahoma" w:hint="cs"/>
          <w:rtl/>
          <w:lang w:bidi="fa-IR"/>
        </w:rPr>
        <w:t>یی</w:t>
      </w:r>
      <w:r w:rsidRPr="00EC2630">
        <w:rPr>
          <w:rFonts w:ascii="Tahoma" w:hAnsi="Tahoma" w:cs="Tahoma"/>
          <w:rtl/>
          <w:lang w:bidi="fa-IR"/>
        </w:rPr>
        <w:t xml:space="preserve"> خاندان چنگ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دانست</w:t>
      </w:r>
      <w:r w:rsidRPr="00EC2630">
        <w:rPr>
          <w:rFonts w:ascii="Tahoma" w:hAnsi="Tahoma" w:cs="Tahoma"/>
          <w:rtl/>
          <w:lang w:bidi="fa-IR"/>
        </w:rPr>
        <w:t>. او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هم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ازها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خان و سپاه را برآورده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</w:t>
      </w:r>
      <w:r w:rsidRPr="00EC2630">
        <w:rPr>
          <w:rFonts w:ascii="Tahoma" w:hAnsi="Tahoma" w:cs="Tahoma"/>
          <w:rtl/>
          <w:lang w:bidi="fa-IR"/>
        </w:rPr>
        <w:t xml:space="preserve"> و هم مانع نابود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مردم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شد</w:t>
      </w:r>
      <w:r w:rsidRPr="00EC2630">
        <w:rPr>
          <w:rFonts w:ascii="Tahoma" w:hAnsi="Tahoma" w:cs="Tahoma"/>
          <w:rtl/>
          <w:lang w:bidi="fa-IR"/>
        </w:rPr>
        <w:t xml:space="preserve"> که همهٔ درآمد حکومت از کار آنان به دست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آمد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rtl/>
          <w:lang w:bidi="fa-IR"/>
        </w:rPr>
      </w:pP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ن</w:t>
      </w:r>
      <w:r w:rsidRPr="00EC2630">
        <w:rPr>
          <w:rFonts w:ascii="Tahoma" w:hAnsi="Tahoma" w:cs="Tahoma"/>
          <w:rtl/>
          <w:lang w:bidi="fa-IR"/>
        </w:rPr>
        <w:t xml:space="preserve"> موقع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ت،</w:t>
      </w:r>
      <w:r w:rsidRPr="00EC2630">
        <w:rPr>
          <w:rFonts w:ascii="Tahoma" w:hAnsi="Tahoma" w:cs="Tahoma"/>
          <w:rtl/>
          <w:lang w:bidi="fa-IR"/>
        </w:rPr>
        <w:t xml:space="preserve"> تضاد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تازه در تار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خ</w:t>
      </w:r>
      <w:r w:rsidRPr="00EC2630">
        <w:rPr>
          <w:rFonts w:ascii="Tahoma" w:hAnsi="Tahoma" w:cs="Tahoma"/>
          <w:rtl/>
          <w:lang w:bidi="fa-IR"/>
        </w:rPr>
        <w:t xml:space="preserve"> کشوردار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</w:t>
      </w:r>
      <w:r w:rsidRPr="00EC2630">
        <w:rPr>
          <w:rFonts w:ascii="Tahoma" w:hAnsi="Tahoma" w:cs="Tahoma"/>
          <w:rtl/>
          <w:lang w:bidi="fa-IR"/>
        </w:rPr>
        <w:t xml:space="preserve"> پد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آورد.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وان</w:t>
      </w:r>
      <w:r w:rsidRPr="00EC2630">
        <w:rPr>
          <w:rFonts w:ascii="Tahoma" w:hAnsi="Tahoma" w:cs="Tahoma"/>
          <w:rtl/>
          <w:lang w:bidi="fa-IR"/>
        </w:rPr>
        <w:t xml:space="preserve"> د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گر</w:t>
      </w:r>
      <w:r w:rsidRPr="00EC2630">
        <w:rPr>
          <w:rFonts w:ascii="Tahoma" w:hAnsi="Tahoma" w:cs="Tahoma"/>
          <w:rtl/>
          <w:lang w:bidi="fa-IR"/>
        </w:rPr>
        <w:t xml:space="preserve"> تنها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تاج و مردم قرار نداشت؛ با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د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قشون فاتح، فرمان‌ها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خان بزرگ، حاکمان محل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و جامعهٔ و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ران‌شده</w:t>
      </w:r>
      <w:r w:rsidRPr="00EC2630">
        <w:rPr>
          <w:rFonts w:ascii="Tahoma" w:hAnsi="Tahoma" w:cs="Tahoma"/>
          <w:rtl/>
          <w:lang w:bidi="fa-IR"/>
        </w:rPr>
        <w:t xml:space="preserve"> ن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ز</w:t>
      </w:r>
      <w:r w:rsidRPr="00EC2630">
        <w:rPr>
          <w:rFonts w:ascii="Tahoma" w:hAnsi="Tahoma" w:cs="Tahoma"/>
          <w:rtl/>
          <w:lang w:bidi="fa-IR"/>
        </w:rPr>
        <w:t xml:space="preserve"> تعادل برقرار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</w:t>
      </w:r>
      <w:r w:rsidRPr="00EC2630">
        <w:rPr>
          <w:rFonts w:ascii="Tahoma" w:hAnsi="Tahoma" w:cs="Tahoma"/>
          <w:rtl/>
          <w:lang w:bidi="fa-IR"/>
        </w:rPr>
        <w:t>. هر اندازه که از مردم در برابر مطالبه‌ها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سپاه دفاع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کرد،</w:t>
      </w:r>
      <w:r w:rsidRPr="00EC2630">
        <w:rPr>
          <w:rFonts w:ascii="Tahoma" w:hAnsi="Tahoma" w:cs="Tahoma"/>
          <w:rtl/>
          <w:lang w:bidi="fa-IR"/>
        </w:rPr>
        <w:t xml:space="preserve"> ممکن بود به خ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انت</w:t>
      </w:r>
      <w:r w:rsidRPr="00EC2630">
        <w:rPr>
          <w:rFonts w:ascii="Tahoma" w:hAnsi="Tahoma" w:cs="Tahoma"/>
          <w:rtl/>
          <w:lang w:bidi="fa-IR"/>
        </w:rPr>
        <w:t xml:space="preserve"> 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</w:t>
      </w:r>
      <w:r w:rsidRPr="00EC2630">
        <w:rPr>
          <w:rFonts w:ascii="Tahoma" w:hAnsi="Tahoma" w:cs="Tahoma"/>
          <w:rtl/>
          <w:lang w:bidi="fa-IR"/>
        </w:rPr>
        <w:t xml:space="preserve"> پنهان کردن درآمد متهم شود؛ و هر اندازه که خواست قشون را اجرا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کرد،</w:t>
      </w:r>
      <w:r w:rsidRPr="00EC2630">
        <w:rPr>
          <w:rFonts w:ascii="Tahoma" w:hAnsi="Tahoma" w:cs="Tahoma"/>
          <w:rtl/>
          <w:lang w:bidi="fa-IR"/>
        </w:rPr>
        <w:t xml:space="preserve"> پا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ه‌ها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مال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/>
          <w:rtl/>
          <w:lang w:bidi="fa-IR"/>
        </w:rPr>
        <w:t xml:space="preserve"> حکومت را از م</w:t>
      </w:r>
      <w:r w:rsidRPr="00EC2630">
        <w:rPr>
          <w:rFonts w:ascii="Tahoma" w:hAnsi="Tahoma" w:cs="Tahoma" w:hint="cs"/>
          <w:rtl/>
          <w:lang w:bidi="fa-IR"/>
        </w:rPr>
        <w:t>ی</w:t>
      </w:r>
      <w:r w:rsidRPr="00EC2630">
        <w:rPr>
          <w:rFonts w:ascii="Tahoma" w:hAnsi="Tahoma" w:cs="Tahoma" w:hint="eastAsia"/>
          <w:rtl/>
          <w:lang w:bidi="fa-IR"/>
        </w:rPr>
        <w:t>ان</w:t>
      </w:r>
      <w:r w:rsidRPr="00EC2630">
        <w:rPr>
          <w:rFonts w:ascii="Tahoma" w:hAnsi="Tahoma" w:cs="Tahoma"/>
          <w:rtl/>
          <w:lang w:bidi="fa-IR"/>
        </w:rPr>
        <w:t xml:space="preserve"> م</w:t>
      </w:r>
      <w:r w:rsidRPr="00EC2630">
        <w:rPr>
          <w:rFonts w:ascii="Tahoma" w:hAnsi="Tahoma" w:cs="Tahoma" w:hint="cs"/>
          <w:rtl/>
          <w:lang w:bidi="fa-IR"/>
        </w:rPr>
        <w:t>ی‌</w:t>
      </w:r>
      <w:r w:rsidRPr="00EC2630">
        <w:rPr>
          <w:rFonts w:ascii="Tahoma" w:hAnsi="Tahoma" w:cs="Tahoma" w:hint="eastAsia"/>
          <w:rtl/>
          <w:lang w:bidi="fa-IR"/>
        </w:rPr>
        <w:t>برد</w:t>
      </w:r>
      <w:r w:rsidRPr="00EC2630">
        <w:rPr>
          <w:rFonts w:ascii="Tahoma" w:hAnsi="Tahoma" w:cs="Tahoma"/>
          <w:rtl/>
          <w:lang w:bidi="fa-IR"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/>
          <w:rtl/>
        </w:rPr>
        <w:t>مغولان هنگام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ضرورت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بردند که بخش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آن را از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برده بودند. شهرها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خراسان جمع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ت،</w:t>
      </w:r>
      <w:r w:rsidRPr="00EC2630">
        <w:rPr>
          <w:rFonts w:ascii="Tahoma" w:hAnsi="Tahoma" w:cs="Tahoma"/>
          <w:rtl/>
        </w:rPr>
        <w:t xml:space="preserve"> کارگاه‌ها، بازارها و بس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دب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خود را از دست داده بودند؛ روستاها و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کشاورز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بر اثر کشتار، فرار مردم و خراب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آبراهه‌ها آس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ده</w:t>
      </w:r>
      <w:r w:rsidRPr="00EC2630">
        <w:rPr>
          <w:rFonts w:ascii="Tahoma" w:hAnsi="Tahoma" w:cs="Tahoma"/>
          <w:rtl/>
        </w:rPr>
        <w:t xml:space="preserve"> بودند. باا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ن‌همه،</w:t>
      </w:r>
      <w:r w:rsidRPr="00EC2630">
        <w:rPr>
          <w:rFonts w:ascii="Tahoma" w:hAnsi="Tahoma" w:cs="Tahoma"/>
          <w:rtl/>
        </w:rPr>
        <w:t xml:space="preserve"> خان بزرگ، شاهزادگان، فرماندهان و قشون هر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سهم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درآمد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سرزم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خواستند</w:t>
      </w:r>
      <w:r w:rsidRPr="00EC2630">
        <w:rPr>
          <w:rFonts w:ascii="Tahoma" w:hAnsi="Tahoma" w:cs="Tahoma"/>
          <w:rtl/>
        </w:rPr>
        <w:t>. مسئله آن بود که چگونه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</w:t>
      </w:r>
      <w:r w:rsidRPr="00EC2630">
        <w:rPr>
          <w:rFonts w:ascii="Tahoma" w:hAnsi="Tahoma" w:cs="Tahoma"/>
          <w:rtl/>
        </w:rPr>
        <w:t xml:space="preserve"> از جامعه‌ا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ران،</w:t>
      </w:r>
      <w:r w:rsidRPr="00EC2630">
        <w:rPr>
          <w:rFonts w:ascii="Tahoma" w:hAnsi="Tahoma" w:cs="Tahoma"/>
          <w:rtl/>
        </w:rPr>
        <w:t xml:space="preserve"> درآمد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وسته</w:t>
      </w:r>
      <w:r w:rsidRPr="00EC2630">
        <w:rPr>
          <w:rFonts w:ascii="Tahoma" w:hAnsi="Tahoma" w:cs="Tahoma"/>
          <w:rtl/>
        </w:rPr>
        <w:t xml:space="preserve"> به دست آورد ب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آنکه</w:t>
      </w:r>
      <w:r w:rsidRPr="00EC2630">
        <w:rPr>
          <w:rFonts w:ascii="Tahoma" w:hAnsi="Tahoma" w:cs="Tahoma"/>
          <w:rtl/>
        </w:rPr>
        <w:t xml:space="preserve"> باق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ماندهٔ</w:t>
      </w:r>
      <w:r w:rsidRPr="00EC2630">
        <w:rPr>
          <w:rFonts w:ascii="Tahoma" w:hAnsi="Tahoma" w:cs="Tahoma"/>
          <w:rtl/>
        </w:rPr>
        <w:t xml:space="preserve"> توان تول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آن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نابود شود.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در</w:t>
      </w:r>
      <w:r w:rsidRPr="00EC2630">
        <w:rPr>
          <w:rFonts w:ascii="Tahoma" w:hAnsi="Tahoma" w:cs="Tahoma"/>
          <w:rtl/>
        </w:rPr>
        <w:t xml:space="preserve"> نخست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سال‌ها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پس از حمله، پاسخ روشن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مسئله وجود نداشت. فرماندهان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 نواح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مختلف تسلط داشتند و حاکمان محل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کوش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دند</w:t>
      </w:r>
      <w:r w:rsidRPr="00EC2630">
        <w:rPr>
          <w:rFonts w:ascii="Tahoma" w:hAnsi="Tahoma" w:cs="Tahoma"/>
          <w:rtl/>
        </w:rPr>
        <w:t xml:space="preserve"> قدرت خود را حفظ کنند. هر فرمان، نشان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نوشته‌ا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خان بزرگ، شاهزاده‌ا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مغول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فرمانده‌ا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بلندپا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وس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مطالبهٔ مال، آذوقه، اسب و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کار شود. از آنجا که دفتر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گانه‌ا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ثبت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درخواست‌ها وجود نداشت،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روستا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شهر ممکن بود چند بار به مأموران مختلف پرداخت کند.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مغولان</w:t>
      </w:r>
      <w:r w:rsidRPr="00EC2630">
        <w:rPr>
          <w:rFonts w:ascii="Tahoma" w:hAnsi="Tahoma" w:cs="Tahoma"/>
          <w:rtl/>
        </w:rPr>
        <w:t xml:space="preserve"> سرزم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فتح‌شده را تنها به صورت کشور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 خزانه‌ا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واحد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دند</w:t>
      </w:r>
      <w:r w:rsidRPr="00EC2630">
        <w:rPr>
          <w:rFonts w:ascii="Tahoma" w:hAnsi="Tahoma" w:cs="Tahoma"/>
          <w:rtl/>
        </w:rPr>
        <w:t>. در تصور آنان، بخش‌ها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از قلمرو، چراگاه‌ها، جمع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ت‌ها</w:t>
      </w:r>
      <w:r w:rsidRPr="00EC2630">
        <w:rPr>
          <w:rFonts w:ascii="Tahoma" w:hAnsi="Tahoma" w:cs="Tahoma"/>
          <w:rtl/>
        </w:rPr>
        <w:t xml:space="preserve"> و درآمدها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توانستند</w:t>
      </w:r>
      <w:r w:rsidRPr="00EC2630">
        <w:rPr>
          <w:rFonts w:ascii="Tahoma" w:hAnsi="Tahoma" w:cs="Tahoma"/>
          <w:rtl/>
        </w:rPr>
        <w:t xml:space="preserve"> به خاندان‌ها و شاخه‌ها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مختلف دودمان چنگ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تعلق داشته باشند. شاهزادگان، همسران خان‌ها، فرماندهان و دستگاه خان بزرگ هر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ممکن بود حق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 بخش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درآمد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مطالبه کنند.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چندگانگ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سبب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 xml:space="preserve"> که حت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حاکم مغول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منطقه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شه</w:t>
      </w:r>
      <w:r w:rsidRPr="00EC2630">
        <w:rPr>
          <w:rFonts w:ascii="Tahoma" w:hAnsi="Tahoma" w:cs="Tahoma"/>
          <w:rtl/>
        </w:rPr>
        <w:t xml:space="preserve"> نتواند جلو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فرستادگان قدرت‌ها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را بگ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ن‌سان،</w:t>
      </w:r>
      <w:r w:rsidRPr="00EC2630">
        <w:rPr>
          <w:rFonts w:ascii="Tahoma" w:hAnsi="Tahoma" w:cs="Tahoma"/>
          <w:rtl/>
        </w:rPr>
        <w:t xml:space="preserve"> پراکندگ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قدرت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از حمله در حکومت خوارزمشاه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وجود داشت، پس از آن به صورت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تازه ادامه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</w:t>
      </w:r>
      <w:r w:rsidRPr="00EC2630">
        <w:rPr>
          <w:rFonts w:ascii="Tahoma" w:hAnsi="Tahoma" w:cs="Tahoma"/>
          <w:rtl/>
        </w:rPr>
        <w:t>. در گذشته، سلطان، ترکان خاتون و 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رق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</w:t>
      </w:r>
      <w:r w:rsidRPr="00EC2630">
        <w:rPr>
          <w:rFonts w:ascii="Tahoma" w:hAnsi="Tahoma" w:cs="Tahoma"/>
          <w:rtl/>
        </w:rPr>
        <w:t xml:space="preserve"> هر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در دستگاه حکومت نفوذ داشتند؛ اکنون خان بزرگ، شاهزادگان خاندان چنگ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ز،</w:t>
      </w:r>
      <w:r w:rsidRPr="00EC2630">
        <w:rPr>
          <w:rFonts w:ascii="Tahoma" w:hAnsi="Tahoma" w:cs="Tahoma"/>
          <w:rtl/>
        </w:rPr>
        <w:t xml:space="preserve"> فرماندهان قشون، حاکمان مغول و فر</w:t>
      </w:r>
      <w:r w:rsidRPr="00EC2630">
        <w:rPr>
          <w:rFonts w:ascii="Tahoma" w:hAnsi="Tahoma" w:cs="Tahoma" w:hint="eastAsia"/>
          <w:rtl/>
        </w:rPr>
        <w:t>مانروا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محل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مراکز مختلف قدرت نما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>. تفاوت در آن بود که 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چ</w:t>
      </w:r>
      <w:r w:rsidRPr="00EC2630">
        <w:rPr>
          <w:rFonts w:ascii="Tahoma" w:hAnsi="Tahoma" w:cs="Tahoma"/>
          <w:rtl/>
        </w:rPr>
        <w:t xml:space="preserve"> تاج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وجود نداشت که بتواند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روها</w:t>
      </w:r>
      <w:r w:rsidRPr="00EC2630">
        <w:rPr>
          <w:rFonts w:ascii="Tahoma" w:hAnsi="Tahoma" w:cs="Tahoma"/>
          <w:rtl/>
        </w:rPr>
        <w:t xml:space="preserve"> را درون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حکومت گرد آورد.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مور</w:t>
      </w:r>
      <w:r w:rsidRPr="00EC2630">
        <w:rPr>
          <w:rFonts w:ascii="Tahoma" w:hAnsi="Tahoma" w:cs="Tahoma"/>
          <w:rtl/>
        </w:rPr>
        <w:t xml:space="preserve"> از نخست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حاکمان مغول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بود که در خراسان و مازندران مسئول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</w:t>
      </w:r>
      <w:r w:rsidRPr="00EC2630">
        <w:rPr>
          <w:rFonts w:ascii="Tahoma" w:hAnsi="Tahoma" w:cs="Tahoma"/>
          <w:rtl/>
        </w:rPr>
        <w:t>. وظ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فهٔ</w:t>
      </w:r>
      <w:r w:rsidRPr="00EC2630">
        <w:rPr>
          <w:rFonts w:ascii="Tahoma" w:hAnsi="Tahoma" w:cs="Tahoma"/>
          <w:rtl/>
        </w:rPr>
        <w:t xml:space="preserve"> اصل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او حفظ فرمان‌بردار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منطقه و فراهم کردن درآمد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حکومت مغول بود. اما او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حاکمان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شناخت منابع سرزم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و گردآور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منظم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به دب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و حسابداران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دا</w:t>
      </w:r>
      <w:r w:rsidRPr="00EC2630">
        <w:rPr>
          <w:rFonts w:ascii="Tahoma" w:hAnsi="Tahoma" w:cs="Tahoma" w:hint="eastAsia"/>
          <w:rtl/>
        </w:rPr>
        <w:t>شتند</w:t>
      </w:r>
      <w:r w:rsidRPr="00EC2630">
        <w:rPr>
          <w:rFonts w:ascii="Tahoma" w:hAnsi="Tahoma" w:cs="Tahoma"/>
          <w:rtl/>
        </w:rPr>
        <w:t xml:space="preserve"> که زبان،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ن،</w:t>
      </w:r>
      <w:r w:rsidRPr="00EC2630">
        <w:rPr>
          <w:rFonts w:ascii="Tahoma" w:hAnsi="Tahoma" w:cs="Tahoma"/>
          <w:rtl/>
        </w:rPr>
        <w:t xml:space="preserve"> 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مالک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و سنت‌ها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را بشناسند.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مغولان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توانستند</w:t>
      </w:r>
      <w:r w:rsidRPr="00EC2630">
        <w:rPr>
          <w:rFonts w:ascii="Tahoma" w:hAnsi="Tahoma" w:cs="Tahoma"/>
          <w:rtl/>
        </w:rPr>
        <w:t xml:space="preserve"> با تهد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از شهر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مبلغ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مطالبه کنند، اما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دانستند</w:t>
      </w:r>
      <w:r w:rsidRPr="00EC2630">
        <w:rPr>
          <w:rFonts w:ascii="Tahoma" w:hAnsi="Tahoma" w:cs="Tahoma"/>
          <w:rtl/>
        </w:rPr>
        <w:t xml:space="preserve"> توان واقع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آن شهر چقدر است، چه مقدار از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/>
          <w:rtl/>
        </w:rPr>
        <w:t xml:space="preserve"> آباد مانده، کدام روستاها خال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شده‌اند و چه اندازه از محصول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کشت سال بعد در دست کشاورز باق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بماند. بدون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آگاه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بر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</w:t>
      </w:r>
      <w:r w:rsidRPr="00EC2630">
        <w:rPr>
          <w:rFonts w:ascii="Tahoma" w:hAnsi="Tahoma" w:cs="Tahoma"/>
          <w:rtl/>
        </w:rPr>
        <w:t>ٔ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قشون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خواست فرمانده تع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شد،</w:t>
      </w:r>
      <w:r w:rsidRPr="00EC2630">
        <w:rPr>
          <w:rFonts w:ascii="Tahoma" w:hAnsi="Tahoma" w:cs="Tahoma"/>
          <w:rtl/>
        </w:rPr>
        <w:t xml:space="preserve"> نه توان پرداخت جامعه. در نت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جه،</w:t>
      </w:r>
      <w:r w:rsidRPr="00EC2630">
        <w:rPr>
          <w:rFonts w:ascii="Tahoma" w:hAnsi="Tahoma" w:cs="Tahoma"/>
          <w:rtl/>
        </w:rPr>
        <w:t xml:space="preserve"> حت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اگر مأموران در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سال مال فراوان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گرد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آوردند،</w:t>
      </w:r>
      <w:r w:rsidRPr="00EC2630">
        <w:rPr>
          <w:rFonts w:ascii="Tahoma" w:hAnsi="Tahoma" w:cs="Tahoma"/>
          <w:rtl/>
        </w:rPr>
        <w:t xml:space="preserve"> ممکن بود سرچشمهٔ درآمد سال‌ها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بعد را خشک کنند.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بازماندگان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دانش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که فاتحان نداشتند در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داشتند. آنان با دفتر، حساب، ثبت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ن،</w:t>
      </w:r>
      <w:r w:rsidRPr="00EC2630">
        <w:rPr>
          <w:rFonts w:ascii="Tahoma" w:hAnsi="Tahoma" w:cs="Tahoma"/>
          <w:rtl/>
        </w:rPr>
        <w:t xml:space="preserve"> مکاتبه، انتصاب و سنت‌ها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آشنا بودند. برخ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شان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خانواده‌ها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شان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ش‌تر</w:t>
      </w:r>
      <w:r w:rsidRPr="00EC2630">
        <w:rPr>
          <w:rFonts w:ascii="Tahoma" w:hAnsi="Tahoma" w:cs="Tahoma"/>
          <w:rtl/>
        </w:rPr>
        <w:t xml:space="preserve"> در خدمت سلجوق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و خوارزمشاه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قرار داشتند و اکنون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ادامهٔ زندگ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حفظ موقع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خود به خدمت مغولان درآمدند. تاج تغ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کرده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به‌طور کامل از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رفته بود، اما حرفهٔ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مانده بود.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خاندان</w:t>
      </w:r>
      <w:r w:rsidRPr="00EC2630">
        <w:rPr>
          <w:rFonts w:ascii="Tahoma" w:hAnsi="Tahoma" w:cs="Tahoma"/>
          <w:rtl/>
        </w:rPr>
        <w:t xml:space="preserve"> جو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نمونهٔ روشن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تداوم بود. افراد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خاندان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از مغولان در دستگاه سلجوق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خوارزمشاه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منصب داشتند.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اعضا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آن در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محمد خوارزمشاه و جلال‌الد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کار کرده بود و نسل بعد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خدمت حاکمان مغول قرار گرفت. بهاءالد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محمد جو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دستگاه 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مور</w:t>
      </w:r>
      <w:r w:rsidRPr="00EC2630">
        <w:rPr>
          <w:rFonts w:ascii="Tahoma" w:hAnsi="Tahoma" w:cs="Tahoma"/>
          <w:rtl/>
        </w:rPr>
        <w:t xml:space="preserve"> صاحب‌د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شد و سپس در کنار کورگوز و ارغون آقا کار خود را ادامه داد. فرزندان او، عطاملک و شمس‌الد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ن،</w:t>
      </w:r>
      <w:r w:rsidRPr="00EC2630">
        <w:rPr>
          <w:rFonts w:ascii="Tahoma" w:hAnsi="Tahoma" w:cs="Tahoma"/>
          <w:rtl/>
        </w:rPr>
        <w:t xml:space="preserve"> بعدها در حکومت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لخانان</w:t>
      </w:r>
      <w:r w:rsidRPr="00EC2630">
        <w:rPr>
          <w:rFonts w:ascii="Tahoma" w:hAnsi="Tahoma" w:cs="Tahoma"/>
          <w:rtl/>
        </w:rPr>
        <w:t xml:space="preserve"> به مقام‌ها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بزرگ رس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دند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جابه‌جا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را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</w:t>
      </w:r>
      <w:r w:rsidRPr="00EC2630">
        <w:rPr>
          <w:rFonts w:ascii="Tahoma" w:hAnsi="Tahoma" w:cs="Tahoma"/>
          <w:rtl/>
        </w:rPr>
        <w:t xml:space="preserve"> فقط خ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انت</w:t>
      </w:r>
      <w:r w:rsidRPr="00EC2630">
        <w:rPr>
          <w:rFonts w:ascii="Tahoma" w:hAnsi="Tahoma" w:cs="Tahoma"/>
          <w:rtl/>
        </w:rPr>
        <w:t xml:space="preserve"> به حکومت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تسل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</w:t>
      </w:r>
      <w:r w:rsidRPr="00EC2630">
        <w:rPr>
          <w:rFonts w:ascii="Tahoma" w:hAnsi="Tahoma" w:cs="Tahoma"/>
          <w:rtl/>
        </w:rPr>
        <w:t xml:space="preserve"> در برابر فاتحان دانست. حکومت خوارزمشاه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وجود نداشت و جامعه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ادامهٔ زندگ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نوع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اداره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داشت. اگر همهٔ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وانسالاران</w:t>
      </w:r>
      <w:r w:rsidRPr="00EC2630">
        <w:rPr>
          <w:rFonts w:ascii="Tahoma" w:hAnsi="Tahoma" w:cs="Tahoma"/>
          <w:rtl/>
        </w:rPr>
        <w:t xml:space="preserve"> کار را رها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دان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مأموران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ات‌گ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باز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ماند</w:t>
      </w:r>
      <w:r w:rsidRPr="00EC2630">
        <w:rPr>
          <w:rFonts w:ascii="Tahoma" w:hAnsi="Tahoma" w:cs="Tahoma"/>
          <w:rtl/>
        </w:rPr>
        <w:t xml:space="preserve"> که 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چ</w:t>
      </w:r>
      <w:r w:rsidRPr="00EC2630">
        <w:rPr>
          <w:rFonts w:ascii="Tahoma" w:hAnsi="Tahoma" w:cs="Tahoma"/>
          <w:rtl/>
        </w:rPr>
        <w:t xml:space="preserve"> شناخت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توان مردم نداشتند. اما خدمت به مغولان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عمل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طرفانه</w:t>
      </w:r>
      <w:r w:rsidRPr="00EC2630">
        <w:rPr>
          <w:rFonts w:ascii="Tahoma" w:hAnsi="Tahoma" w:cs="Tahoma"/>
          <w:rtl/>
        </w:rPr>
        <w:t xml:space="preserve"> نبود.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</w:t>
      </w:r>
      <w:r w:rsidRPr="00EC2630">
        <w:rPr>
          <w:rFonts w:ascii="Tahoma" w:hAnsi="Tahoma" w:cs="Tahoma"/>
          <w:rtl/>
        </w:rPr>
        <w:t xml:space="preserve"> با نظم دادن به درآمدها، قدرت حکومت فاتح را افزا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</w:t>
      </w:r>
      <w:r w:rsidRPr="00EC2630">
        <w:rPr>
          <w:rFonts w:ascii="Tahoma" w:hAnsi="Tahoma" w:cs="Tahoma"/>
          <w:rtl/>
        </w:rPr>
        <w:t xml:space="preserve"> و امکان ادامهٔ سلطهٔ آن را فراهم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ن‌جا</w:t>
      </w:r>
      <w:r w:rsidRPr="00EC2630">
        <w:rPr>
          <w:rFonts w:ascii="Tahoma" w:hAnsi="Tahoma" w:cs="Tahoma"/>
          <w:rtl/>
        </w:rPr>
        <w:t xml:space="preserve"> دوگانگ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نقش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آشکار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شود</w:t>
      </w:r>
      <w:r w:rsidRPr="00EC2630">
        <w:rPr>
          <w:rFonts w:ascii="Tahoma" w:hAnsi="Tahoma" w:cs="Tahoma"/>
          <w:rtl/>
        </w:rPr>
        <w:t>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مردم و قشون حائل شود،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تکرار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کاهش دهد و از نابود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جلوگ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کند؛ اما همان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وان،</w:t>
      </w:r>
      <w:r w:rsidRPr="00EC2630">
        <w:rPr>
          <w:rFonts w:ascii="Tahoma" w:hAnsi="Tahoma" w:cs="Tahoma"/>
          <w:rtl/>
        </w:rPr>
        <w:t xml:space="preserve"> شمار مردم و دارا</w:t>
      </w:r>
      <w:r w:rsidRPr="00EC2630">
        <w:rPr>
          <w:rFonts w:ascii="Tahoma" w:hAnsi="Tahoma" w:cs="Tahoma" w:hint="cs"/>
          <w:rtl/>
        </w:rPr>
        <w:t>یی‌</w:t>
      </w:r>
      <w:r w:rsidRPr="00EC2630">
        <w:rPr>
          <w:rFonts w:ascii="Tahoma" w:hAnsi="Tahoma" w:cs="Tahoma" w:hint="eastAsia"/>
          <w:rtl/>
        </w:rPr>
        <w:t>ها</w:t>
      </w:r>
      <w:r w:rsidRPr="00EC2630">
        <w:rPr>
          <w:rFonts w:ascii="Tahoma" w:hAnsi="Tahoma" w:cs="Tahoma"/>
          <w:rtl/>
        </w:rPr>
        <w:t xml:space="preserve"> را ثبت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 xml:space="preserve"> تا حکومت بتواند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را دق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ق‌تر</w:t>
      </w:r>
      <w:r w:rsidRPr="00EC2630">
        <w:rPr>
          <w:rFonts w:ascii="Tahoma" w:hAnsi="Tahoma" w:cs="Tahoma"/>
          <w:rtl/>
        </w:rPr>
        <w:t xml:space="preserve"> بگ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 نظم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هم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/>
          <w:rtl/>
        </w:rPr>
        <w:t>توانست تعد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قاعده</w:t>
      </w:r>
      <w:r w:rsidRPr="00EC2630">
        <w:rPr>
          <w:rFonts w:ascii="Tahoma" w:hAnsi="Tahoma" w:cs="Tahoma"/>
          <w:rtl/>
        </w:rPr>
        <w:t xml:space="preserve"> را محدود کند و هم بهره‌بردار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حکومت را کارآمدتر سازد.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کورگوز</w:t>
      </w:r>
      <w:r w:rsidRPr="00EC2630">
        <w:rPr>
          <w:rFonts w:ascii="Tahoma" w:hAnsi="Tahoma" w:cs="Tahoma"/>
          <w:rtl/>
        </w:rPr>
        <w:t xml:space="preserve"> در چن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فضا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قدرت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</w:t>
      </w:r>
      <w:r w:rsidRPr="00EC2630">
        <w:rPr>
          <w:rFonts w:ascii="Tahoma" w:hAnsi="Tahoma" w:cs="Tahoma"/>
          <w:rtl/>
        </w:rPr>
        <w:t>. او ابتدا در دستگاه 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مور</w:t>
      </w:r>
      <w:r w:rsidRPr="00EC2630">
        <w:rPr>
          <w:rFonts w:ascii="Tahoma" w:hAnsi="Tahoma" w:cs="Tahoma"/>
          <w:rtl/>
        </w:rPr>
        <w:t xml:space="preserve"> کار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 xml:space="preserve"> و سپس با تأ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خان بزرگ به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مسئولان اصل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ادارهٔ خراسان تبد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</w:t>
      </w:r>
      <w:r w:rsidRPr="00EC2630">
        <w:rPr>
          <w:rFonts w:ascii="Tahoma" w:hAnsi="Tahoma" w:cs="Tahoma"/>
          <w:rtl/>
        </w:rPr>
        <w:t xml:space="preserve"> شد. کورگوز در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</w:t>
      </w:r>
      <w:r w:rsidRPr="00EC2630">
        <w:rPr>
          <w:rFonts w:ascii="Tahoma" w:hAnsi="Tahoma" w:cs="Tahoma"/>
          <w:rtl/>
        </w:rPr>
        <w:t xml:space="preserve"> که بدون محدود کردن دخالت فرماندهان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مأموران متعدد، درآمد منطقه نظم نم</w:t>
      </w:r>
      <w:r w:rsidRPr="00EC2630">
        <w:rPr>
          <w:rFonts w:ascii="Tahoma" w:hAnsi="Tahoma" w:cs="Tahoma" w:hint="cs"/>
          <w:rtl/>
        </w:rPr>
        <w:t>ی‌ی</w:t>
      </w:r>
      <w:r w:rsidRPr="00EC2630">
        <w:rPr>
          <w:rFonts w:ascii="Tahoma" w:hAnsi="Tahoma" w:cs="Tahoma" w:hint="eastAsia"/>
          <w:rtl/>
        </w:rPr>
        <w:t>ابد</w:t>
      </w:r>
      <w:r w:rsidRPr="00EC2630">
        <w:rPr>
          <w:rFonts w:ascii="Tahoma" w:hAnsi="Tahoma" w:cs="Tahoma"/>
          <w:rtl/>
        </w:rPr>
        <w:t>. او کوش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ادارهٔ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امور جامعهٔ ساکن را از خواسته‌ها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روزانهٔ قشون جدا کند و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دستگاه مدن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بدهد.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کوشش به معنا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دفاع از حاکم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مردم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استقلال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نبود. کورگوز مأمور خان بزرگ بود و هدفش آن بود که درآمد سرزم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غرب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صورت منظم به حکومت مغول برسد. اما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هدف اقتضا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 xml:space="preserve"> که قشون نتواند هر زمان و به هر اندازه که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خواهد</w:t>
      </w:r>
      <w:r w:rsidRPr="00EC2630">
        <w:rPr>
          <w:rFonts w:ascii="Tahoma" w:hAnsi="Tahoma" w:cs="Tahoma"/>
          <w:rtl/>
        </w:rPr>
        <w:t xml:space="preserve"> از مردم 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 ب</w:t>
      </w:r>
      <w:r w:rsidRPr="00EC2630">
        <w:rPr>
          <w:rFonts w:ascii="Tahoma" w:hAnsi="Tahoma" w:cs="Tahoma" w:hint="eastAsia"/>
          <w:rtl/>
        </w:rPr>
        <w:t>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گرفتن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دار،</w:t>
      </w:r>
      <w:r w:rsidRPr="00EC2630">
        <w:rPr>
          <w:rFonts w:ascii="Tahoma" w:hAnsi="Tahoma" w:cs="Tahoma"/>
          <w:rtl/>
        </w:rPr>
        <w:t xml:space="preserve">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دارا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حکومت و دارا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فرماندهان تفاوت گذاشته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کورگوز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استوار کردن موقع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خود ناچار بود به دربار خان بزرگ در مغولستان مراجعه کند.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امر نشان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</w:t>
      </w:r>
      <w:r w:rsidRPr="00EC2630">
        <w:rPr>
          <w:rFonts w:ascii="Tahoma" w:hAnsi="Tahoma" w:cs="Tahoma"/>
          <w:rtl/>
        </w:rPr>
        <w:t xml:space="preserve"> که مرکز نها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تصم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م‌گ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دربارهٔ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هزاران ک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لومتر</w:t>
      </w:r>
      <w:r w:rsidRPr="00EC2630">
        <w:rPr>
          <w:rFonts w:ascii="Tahoma" w:hAnsi="Tahoma" w:cs="Tahoma"/>
          <w:rtl/>
        </w:rPr>
        <w:t xml:space="preserve"> دورتر قرار دارد. حاکم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صاحب‌د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تأ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مقام، شکا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از رق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بان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دفاع از حساب‌ها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eastAsia"/>
          <w:rtl/>
        </w:rPr>
        <w:t>خود</w:t>
      </w:r>
      <w:r w:rsidRPr="00EC2630">
        <w:rPr>
          <w:rFonts w:ascii="Tahoma" w:hAnsi="Tahoma" w:cs="Tahoma"/>
          <w:rtl/>
        </w:rPr>
        <w:t xml:space="preserve">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راه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طولان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تا دربار خان را ط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>. در مدت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او غا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</w:t>
      </w:r>
      <w:r w:rsidRPr="00EC2630">
        <w:rPr>
          <w:rFonts w:ascii="Tahoma" w:hAnsi="Tahoma" w:cs="Tahoma"/>
          <w:rtl/>
        </w:rPr>
        <w:t xml:space="preserve"> بود، معاونانش ادارهٔ منطقه را بر عهده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گرفتند</w:t>
      </w:r>
      <w:r w:rsidRPr="00EC2630">
        <w:rPr>
          <w:rFonts w:ascii="Tahoma" w:hAnsi="Tahoma" w:cs="Tahoma"/>
          <w:rtl/>
        </w:rPr>
        <w:t xml:space="preserve"> و رق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بانش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برکنار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او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کوش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دند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فرمان</w:t>
      </w:r>
      <w:r w:rsidRPr="00EC2630">
        <w:rPr>
          <w:rFonts w:ascii="Tahoma" w:hAnsi="Tahoma" w:cs="Tahoma"/>
          <w:rtl/>
        </w:rPr>
        <w:t xml:space="preserve"> خان بزرگ، که به صورت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غ</w:t>
      </w:r>
      <w:r w:rsidRPr="00EC2630">
        <w:rPr>
          <w:rFonts w:ascii="Tahoma" w:hAnsi="Tahoma" w:cs="Tahoma"/>
          <w:rtl/>
        </w:rPr>
        <w:t xml:space="preserve"> صادر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حاکم را تأ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کند.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زه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نشان مخصوص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به دارندهٔ آن اجازه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</w:t>
      </w:r>
      <w:r w:rsidRPr="00EC2630">
        <w:rPr>
          <w:rFonts w:ascii="Tahoma" w:hAnsi="Tahoma" w:cs="Tahoma"/>
          <w:rtl/>
        </w:rPr>
        <w:t xml:space="preserve"> از امکانات راه، اسب‌ها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چاپار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آذوقه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خدمات 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استفاده کند.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ابزارها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ادارهٔ امپراتور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پهناور ضرور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بودند، اما </w:t>
      </w:r>
      <w:r w:rsidRPr="00EC2630">
        <w:rPr>
          <w:rFonts w:ascii="Tahoma" w:hAnsi="Tahoma" w:cs="Tahoma" w:hint="eastAsia"/>
          <w:rtl/>
        </w:rPr>
        <w:t>امکان</w:t>
      </w:r>
      <w:r w:rsidRPr="00EC2630">
        <w:rPr>
          <w:rFonts w:ascii="Tahoma" w:hAnsi="Tahoma" w:cs="Tahoma"/>
          <w:rtl/>
        </w:rPr>
        <w:t xml:space="preserve"> سوءاستفاده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داشتند. کس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زه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فرمان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دست داشت، ممکن بود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از حق خود از مردم اسب، خوراک و محل اقامت بخواهد.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شبکهٔ</w:t>
      </w:r>
      <w:r w:rsidRPr="00EC2630">
        <w:rPr>
          <w:rFonts w:ascii="Tahoma" w:hAnsi="Tahoma" w:cs="Tahoma"/>
          <w:rtl/>
        </w:rPr>
        <w:t xml:space="preserve"> چاپار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مغول، که بعدها با نام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ام</w:t>
      </w:r>
      <w:r w:rsidRPr="00EC2630">
        <w:rPr>
          <w:rFonts w:ascii="Tahoma" w:hAnsi="Tahoma" w:cs="Tahoma"/>
          <w:rtl/>
        </w:rPr>
        <w:t xml:space="preserve"> شناخته شد، ارتباط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بخش‌ها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دور امپراتور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سرعت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بخش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>. در فاصله‌ها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مشخص،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ستگاه‌ها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تعو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ض</w:t>
      </w:r>
      <w:r w:rsidRPr="00EC2630">
        <w:rPr>
          <w:rFonts w:ascii="Tahoma" w:hAnsi="Tahoma" w:cs="Tahoma"/>
          <w:rtl/>
        </w:rPr>
        <w:t xml:space="preserve"> اسب، استراحت فرستادگان و رساندن خبر وجود داشت.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شبکه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فرمانده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قشون، انتقال فرمان و ادارهٔ قلمرو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گسترد</w:t>
      </w:r>
      <w:r w:rsidRPr="00EC2630">
        <w:rPr>
          <w:rFonts w:ascii="Tahoma" w:hAnsi="Tahoma" w:cs="Tahoma" w:hint="eastAsia"/>
          <w:rtl/>
        </w:rPr>
        <w:t>ه</w:t>
      </w:r>
      <w:r w:rsidRPr="00EC2630">
        <w:rPr>
          <w:rFonts w:ascii="Tahoma" w:hAnsi="Tahoma" w:cs="Tahoma"/>
          <w:rtl/>
        </w:rPr>
        <w:t xml:space="preserve"> اهم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فراوان داشت. اما هز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نهٔ</w:t>
      </w:r>
      <w:r w:rsidRPr="00EC2630">
        <w:rPr>
          <w:rFonts w:ascii="Tahoma" w:hAnsi="Tahoma" w:cs="Tahoma"/>
          <w:rtl/>
        </w:rPr>
        <w:t xml:space="preserve"> آن را شهرها و روستاها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واقع در مس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پرداختند</w:t>
      </w:r>
      <w:r w:rsidRPr="00EC2630">
        <w:rPr>
          <w:rFonts w:ascii="Tahoma" w:hAnsi="Tahoma" w:cs="Tahoma"/>
          <w:rtl/>
        </w:rPr>
        <w:t>. آنان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اسب، علوفه، خوراک و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لازم را فراهم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 xml:space="preserve"> و رفت‌وآمد ب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قاعدهٔ</w:t>
      </w:r>
      <w:r w:rsidRPr="00EC2630">
        <w:rPr>
          <w:rFonts w:ascii="Tahoma" w:hAnsi="Tahoma" w:cs="Tahoma"/>
          <w:rtl/>
        </w:rPr>
        <w:t xml:space="preserve"> دارندگان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زه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بارشان را سنگ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ن‌تر</w:t>
      </w:r>
      <w:r w:rsidRPr="00EC2630">
        <w:rPr>
          <w:rFonts w:ascii="Tahoma" w:hAnsi="Tahoma" w:cs="Tahoma"/>
          <w:rtl/>
        </w:rPr>
        <w:t xml:space="preserve"> کند.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ازا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ن‌رو،</w:t>
      </w:r>
      <w:r w:rsidRPr="00EC2630">
        <w:rPr>
          <w:rFonts w:ascii="Tahoma" w:hAnsi="Tahoma" w:cs="Tahoma"/>
          <w:rtl/>
        </w:rPr>
        <w:t xml:space="preserve"> حت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نهاد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به برقرار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ارتباط و کشوردار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کمک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کرد،</w:t>
      </w:r>
      <w:r w:rsidRPr="00EC2630">
        <w:rPr>
          <w:rFonts w:ascii="Tahoma" w:hAnsi="Tahoma" w:cs="Tahoma"/>
          <w:rtl/>
        </w:rPr>
        <w:t xml:space="preserve"> اگر ب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قاعده</w:t>
      </w:r>
      <w:r w:rsidRPr="00EC2630">
        <w:rPr>
          <w:rFonts w:ascii="Tahoma" w:hAnsi="Tahoma" w:cs="Tahoma"/>
          <w:rtl/>
        </w:rPr>
        <w:t xml:space="preserve"> اداره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به وس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لهٔ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فرسودن جامعه تبد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</w:t>
      </w:r>
      <w:r w:rsidRPr="00EC2630">
        <w:rPr>
          <w:rFonts w:ascii="Tahoma" w:hAnsi="Tahoma" w:cs="Tahoma"/>
          <w:rtl/>
        </w:rPr>
        <w:t xml:space="preserve"> شود. مسئله فقط وجود راه و چاپار نبود؛ مسئله آن بود که چه کس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هز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نهٔ</w:t>
      </w:r>
      <w:r w:rsidRPr="00EC2630">
        <w:rPr>
          <w:rFonts w:ascii="Tahoma" w:hAnsi="Tahoma" w:cs="Tahoma"/>
          <w:rtl/>
        </w:rPr>
        <w:t xml:space="preserve"> آن را تع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کند،</w:t>
      </w:r>
      <w:r w:rsidRPr="00EC2630">
        <w:rPr>
          <w:rFonts w:ascii="Tahoma" w:hAnsi="Tahoma" w:cs="Tahoma"/>
          <w:rtl/>
        </w:rPr>
        <w:t xml:space="preserve"> چه اندازه از مردم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 xml:space="preserve"> و چ</w:t>
      </w:r>
      <w:r w:rsidRPr="00EC2630">
        <w:rPr>
          <w:rFonts w:ascii="Tahoma" w:hAnsi="Tahoma" w:cs="Tahoma" w:hint="eastAsia"/>
          <w:rtl/>
        </w:rPr>
        <w:t>گونه</w:t>
      </w:r>
      <w:r w:rsidRPr="00EC2630">
        <w:rPr>
          <w:rFonts w:ascii="Tahoma" w:hAnsi="Tahoma" w:cs="Tahoma"/>
          <w:rtl/>
        </w:rPr>
        <w:t xml:space="preserve"> مانع استفادهٔ شخص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مأموران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شود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کوشش</w:t>
      </w:r>
      <w:r w:rsidRPr="00EC2630">
        <w:rPr>
          <w:rFonts w:ascii="Tahoma" w:hAnsi="Tahoma" w:cs="Tahoma"/>
          <w:rtl/>
        </w:rPr>
        <w:t xml:space="preserve"> کورگوز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افزا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دستگاه مدن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او را با فرماندهان و رق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بانش</w:t>
      </w:r>
      <w:r w:rsidRPr="00EC2630">
        <w:rPr>
          <w:rFonts w:ascii="Tahoma" w:hAnsi="Tahoma" w:cs="Tahoma"/>
          <w:rtl/>
        </w:rPr>
        <w:t xml:space="preserve"> درگ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کرد. در ساختار حکومت مغول، موفق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حاکم فقط به کارآمد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او وابسته نبود. او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پشت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شاخه‌ا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خاندان چنگ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خان بزرگ را به دست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آورد</w:t>
      </w:r>
      <w:r w:rsidRPr="00EC2630">
        <w:rPr>
          <w:rFonts w:ascii="Tahoma" w:hAnsi="Tahoma" w:cs="Tahoma"/>
          <w:rtl/>
        </w:rPr>
        <w:t xml:space="preserve"> و از دگرگون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</w:t>
      </w:r>
      <w:r w:rsidRPr="00EC2630">
        <w:rPr>
          <w:rFonts w:ascii="Tahoma" w:hAnsi="Tahoma" w:cs="Tahoma" w:hint="eastAsia"/>
          <w:rtl/>
        </w:rPr>
        <w:t>بار</w:t>
      </w:r>
      <w:r w:rsidRPr="00EC2630">
        <w:rPr>
          <w:rFonts w:ascii="Tahoma" w:hAnsi="Tahoma" w:cs="Tahoma"/>
          <w:rtl/>
        </w:rPr>
        <w:t xml:space="preserve"> جان سالم به در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برد</w:t>
      </w:r>
      <w:r w:rsidRPr="00EC2630">
        <w:rPr>
          <w:rFonts w:ascii="Tahoma" w:hAnsi="Tahoma" w:cs="Tahoma"/>
          <w:rtl/>
        </w:rPr>
        <w:t>. مرگ اوگتا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سال </w:t>
      </w:r>
      <w:r w:rsidRPr="00EC2630">
        <w:rPr>
          <w:rFonts w:ascii="Tahoma" w:hAnsi="Tahoma" w:cs="Tahoma"/>
          <w:rtl/>
          <w:lang w:bidi="fa-IR"/>
        </w:rPr>
        <w:t>۱۲۴۱</w:t>
      </w:r>
      <w:r w:rsidRPr="00EC2630">
        <w:rPr>
          <w:rFonts w:ascii="Tahoma" w:hAnsi="Tahoma" w:cs="Tahoma"/>
          <w:rtl/>
        </w:rPr>
        <w:t xml:space="preserve"> تعادل قدرت را برهم زد و دشمنان کورگوز توانستند او را دستگ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کنند. او به دربار برده و سرانجام کشته 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سرنوشت</w:t>
      </w:r>
      <w:r w:rsidRPr="00EC2630">
        <w:rPr>
          <w:rFonts w:ascii="Tahoma" w:hAnsi="Tahoma" w:cs="Tahoma"/>
          <w:rtl/>
        </w:rPr>
        <w:t xml:space="preserve"> کورگوز نشان داد که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هنوز نهاد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مستقل و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دار</w:t>
      </w:r>
      <w:r w:rsidRPr="00EC2630">
        <w:rPr>
          <w:rFonts w:ascii="Tahoma" w:hAnsi="Tahoma" w:cs="Tahoma"/>
          <w:rtl/>
        </w:rPr>
        <w:t xml:space="preserve"> نبود.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آن از قانون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ساختار 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سرچشمه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گرفت،</w:t>
      </w:r>
      <w:r w:rsidRPr="00EC2630">
        <w:rPr>
          <w:rFonts w:ascii="Tahoma" w:hAnsi="Tahoma" w:cs="Tahoma"/>
          <w:rtl/>
        </w:rPr>
        <w:t xml:space="preserve"> بلکه به حما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شخص خان وابسته بود. با مرگ خان، فرمان‌ها و حما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او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ممکن بود ارزش خود را از دست بدهند.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کوش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تعد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نظ</w:t>
      </w:r>
      <w:r w:rsidRPr="00EC2630">
        <w:rPr>
          <w:rFonts w:ascii="Tahoma" w:hAnsi="Tahoma" w:cs="Tahoma" w:hint="eastAsia"/>
          <w:rtl/>
        </w:rPr>
        <w:t>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را محدود کند، در صورت تغ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قدرت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به دست همان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روها</w:t>
      </w:r>
      <w:r w:rsidRPr="00EC2630">
        <w:rPr>
          <w:rFonts w:ascii="Tahoma" w:hAnsi="Tahoma" w:cs="Tahoma"/>
          <w:rtl/>
        </w:rPr>
        <w:t xml:space="preserve"> نابود شود.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پس</w:t>
      </w:r>
      <w:r w:rsidRPr="00EC2630">
        <w:rPr>
          <w:rFonts w:ascii="Tahoma" w:hAnsi="Tahoma" w:cs="Tahoma"/>
          <w:rtl/>
        </w:rPr>
        <w:t xml:space="preserve"> از کورگوز، ارغون آقا مسئول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گسترده‌ا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ادارهٔ سرزم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غرب آمودر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</w:t>
      </w:r>
      <w:r w:rsidRPr="00EC2630">
        <w:rPr>
          <w:rFonts w:ascii="Tahoma" w:hAnsi="Tahoma" w:cs="Tahoma"/>
          <w:rtl/>
        </w:rPr>
        <w:t>. او از قوم او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رات</w:t>
      </w:r>
      <w:r w:rsidRPr="00EC2630">
        <w:rPr>
          <w:rFonts w:ascii="Tahoma" w:hAnsi="Tahoma" w:cs="Tahoma"/>
          <w:rtl/>
        </w:rPr>
        <w:t xml:space="preserve"> بود و در دستگاه مغول پرورش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افته</w:t>
      </w:r>
      <w:r w:rsidRPr="00EC2630">
        <w:rPr>
          <w:rFonts w:ascii="Tahoma" w:hAnsi="Tahoma" w:cs="Tahoma"/>
          <w:rtl/>
        </w:rPr>
        <w:t xml:space="preserve"> بود، اما با نوشتن به خط او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غور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کار دفتر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آشنا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داشت.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ژگ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او را در مرز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قشون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قرار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</w:t>
      </w:r>
      <w:r w:rsidRPr="00EC2630">
        <w:rPr>
          <w:rFonts w:ascii="Tahoma" w:hAnsi="Tahoma" w:cs="Tahoma"/>
          <w:rtl/>
        </w:rPr>
        <w:t>. نه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بود که از سنت‌ها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آمده باشد و نه فقط فرمانده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ادارهٔ کشور را به غارت و فرمان‌بردار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فروبکاهد.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ارغون</w:t>
      </w:r>
      <w:r w:rsidRPr="00EC2630">
        <w:rPr>
          <w:rFonts w:ascii="Tahoma" w:hAnsi="Tahoma" w:cs="Tahoma"/>
          <w:rtl/>
        </w:rPr>
        <w:t xml:space="preserve"> آقا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ادارهٔ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از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وانسالاران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بهره گرفت. بهاءالد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جو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دستگاه او جا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مهم داشت و در زمان غ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بتش</w:t>
      </w:r>
      <w:r w:rsidRPr="00EC2630">
        <w:rPr>
          <w:rFonts w:ascii="Tahoma" w:hAnsi="Tahoma" w:cs="Tahoma"/>
          <w:rtl/>
        </w:rPr>
        <w:t xml:space="preserve"> به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ابت</w:t>
      </w:r>
      <w:r w:rsidRPr="00EC2630">
        <w:rPr>
          <w:rFonts w:ascii="Tahoma" w:hAnsi="Tahoma" w:cs="Tahoma"/>
          <w:rtl/>
        </w:rPr>
        <w:t xml:space="preserve"> از او کار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>.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همکار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نوع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تقس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</w:t>
      </w:r>
      <w:r w:rsidRPr="00EC2630">
        <w:rPr>
          <w:rFonts w:ascii="Tahoma" w:hAnsi="Tahoma" w:cs="Tahoma"/>
          <w:rtl/>
        </w:rPr>
        <w:t xml:space="preserve"> وظ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فه</w:t>
      </w:r>
      <w:r w:rsidRPr="00EC2630">
        <w:rPr>
          <w:rFonts w:ascii="Tahoma" w:hAnsi="Tahoma" w:cs="Tahoma"/>
          <w:rtl/>
        </w:rPr>
        <w:t xml:space="preserve"> پد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آورد: حاکم مغول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خود را از خان بزرگ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</w:t>
      </w:r>
      <w:r w:rsidRPr="00EC2630">
        <w:rPr>
          <w:rFonts w:ascii="Tahoma" w:hAnsi="Tahoma" w:cs="Tahoma"/>
          <w:rtl/>
        </w:rPr>
        <w:t xml:space="preserve"> و قدرت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پشت ف</w:t>
      </w:r>
      <w:r w:rsidRPr="00EC2630">
        <w:rPr>
          <w:rFonts w:ascii="Tahoma" w:hAnsi="Tahoma" w:cs="Tahoma" w:hint="eastAsia"/>
          <w:rtl/>
        </w:rPr>
        <w:t>رمانش</w:t>
      </w:r>
      <w:r w:rsidRPr="00EC2630">
        <w:rPr>
          <w:rFonts w:ascii="Tahoma" w:hAnsi="Tahoma" w:cs="Tahoma"/>
          <w:rtl/>
        </w:rPr>
        <w:t xml:space="preserve"> قرار داشت؛ صاحب‌د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راه تبد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</w:t>
      </w:r>
      <w:r w:rsidRPr="00EC2630">
        <w:rPr>
          <w:rFonts w:ascii="Tahoma" w:hAnsi="Tahoma" w:cs="Tahoma"/>
          <w:rtl/>
        </w:rPr>
        <w:t xml:space="preserve"> آن فرمان به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ات،</w:t>
      </w:r>
      <w:r w:rsidRPr="00EC2630">
        <w:rPr>
          <w:rFonts w:ascii="Tahoma" w:hAnsi="Tahoma" w:cs="Tahoma"/>
          <w:rtl/>
        </w:rPr>
        <w:t xml:space="preserve"> ثبت و اداره را فراهم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اما</w:t>
      </w:r>
      <w:r w:rsidRPr="00EC2630">
        <w:rPr>
          <w:rFonts w:ascii="Tahoma" w:hAnsi="Tahoma" w:cs="Tahoma"/>
          <w:rtl/>
        </w:rPr>
        <w:t xml:space="preserve"> رابطهٔ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دو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</w:t>
      </w:r>
      <w:r w:rsidRPr="00EC2630">
        <w:rPr>
          <w:rFonts w:ascii="Tahoma" w:hAnsi="Tahoma" w:cs="Tahoma"/>
          <w:rtl/>
        </w:rPr>
        <w:t xml:space="preserve">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شه</w:t>
      </w:r>
      <w:r w:rsidRPr="00EC2630">
        <w:rPr>
          <w:rFonts w:ascii="Tahoma" w:hAnsi="Tahoma" w:cs="Tahoma"/>
          <w:rtl/>
        </w:rPr>
        <w:t xml:space="preserve"> هماهنگ نبود. حاکم مغول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پاسخ‌گو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خان، شاهزادگان و قشون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بود</w:t>
      </w:r>
      <w:r w:rsidRPr="00EC2630">
        <w:rPr>
          <w:rFonts w:ascii="Tahoma" w:hAnsi="Tahoma" w:cs="Tahoma"/>
          <w:rtl/>
        </w:rPr>
        <w:t xml:space="preserve">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مبالغ خواسته‌شده را از جامعه گرد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آورد</w:t>
      </w:r>
      <w:r w:rsidRPr="00EC2630">
        <w:rPr>
          <w:rFonts w:ascii="Tahoma" w:hAnsi="Tahoma" w:cs="Tahoma"/>
          <w:rtl/>
        </w:rPr>
        <w:t>. اگر درآمد کمتر از انتظار بود،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به پنهان‌کار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خ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انت</w:t>
      </w:r>
      <w:r w:rsidRPr="00EC2630">
        <w:rPr>
          <w:rFonts w:ascii="Tahoma" w:hAnsi="Tahoma" w:cs="Tahoma"/>
          <w:rtl/>
        </w:rPr>
        <w:t xml:space="preserve"> متهم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>. اگر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توان مردم گرفته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شد،</w:t>
      </w:r>
      <w:r w:rsidRPr="00EC2630">
        <w:rPr>
          <w:rFonts w:ascii="Tahoma" w:hAnsi="Tahoma" w:cs="Tahoma"/>
          <w:rtl/>
        </w:rPr>
        <w:t xml:space="preserve">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/>
          <w:rtl/>
        </w:rPr>
        <w:t xml:space="preserve"> خال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درآمد آ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نده</w:t>
      </w:r>
      <w:r w:rsidRPr="00EC2630">
        <w:rPr>
          <w:rFonts w:ascii="Tahoma" w:hAnsi="Tahoma" w:cs="Tahoma"/>
          <w:rtl/>
        </w:rPr>
        <w:t xml:space="preserve"> کمتر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>. 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ن‌سان،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مطالبه‌ا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از بالا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آمد</w:t>
      </w:r>
      <w:r w:rsidRPr="00EC2630">
        <w:rPr>
          <w:rFonts w:ascii="Tahoma" w:hAnsi="Tahoma" w:cs="Tahoma"/>
          <w:rtl/>
        </w:rPr>
        <w:t xml:space="preserve"> و توان جامعه‌ا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در پا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قرار داشت گرفتار بود.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نظام</w:t>
      </w:r>
      <w:r w:rsidRPr="00EC2630">
        <w:rPr>
          <w:rFonts w:ascii="Tahoma" w:hAnsi="Tahoma" w:cs="Tahoma"/>
          <w:rtl/>
        </w:rPr>
        <w:t xml:space="preserve"> مقاطعه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واگذار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گردآور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فشار را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/>
          <w:rtl/>
        </w:rPr>
        <w:t xml:space="preserve"> کند. فرد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گروه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تعهد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 xml:space="preserve"> مبلغ 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حکومت بپردازد و در مقابل،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گرفتن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از منطقه‌ا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به دست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آورد</w:t>
      </w:r>
      <w:r w:rsidRPr="00EC2630">
        <w:rPr>
          <w:rFonts w:ascii="Tahoma" w:hAnsi="Tahoma" w:cs="Tahoma"/>
          <w:rtl/>
        </w:rPr>
        <w:t>. سود او در تفاوت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مبلغ پرداخت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حکومت و آنچه از مردم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</w:t>
      </w:r>
      <w:r w:rsidRPr="00EC2630">
        <w:rPr>
          <w:rFonts w:ascii="Tahoma" w:hAnsi="Tahoma" w:cs="Tahoma"/>
          <w:rtl/>
        </w:rPr>
        <w:t xml:space="preserve"> نهفته بود. بنابرا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ن،</w:t>
      </w:r>
      <w:r w:rsidRPr="00EC2630">
        <w:rPr>
          <w:rFonts w:ascii="Tahoma" w:hAnsi="Tahoma" w:cs="Tahoma"/>
          <w:rtl/>
        </w:rPr>
        <w:t xml:space="preserve"> انگ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زه</w:t>
      </w:r>
      <w:r w:rsidRPr="00EC2630">
        <w:rPr>
          <w:rFonts w:ascii="Tahoma" w:hAnsi="Tahoma" w:cs="Tahoma"/>
          <w:rtl/>
        </w:rPr>
        <w:t xml:space="preserve"> داشت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مقدار ممکن را گرد آورد. حکومت پول خود را زودتر و با دردسر کمتر در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کرد،</w:t>
      </w:r>
      <w:r w:rsidRPr="00EC2630">
        <w:rPr>
          <w:rFonts w:ascii="Tahoma" w:hAnsi="Tahoma" w:cs="Tahoma"/>
          <w:rtl/>
        </w:rPr>
        <w:t xml:space="preserve"> اما مردم در برابر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ات‌گ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قرار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گرفتند</w:t>
      </w:r>
      <w:r w:rsidRPr="00EC2630">
        <w:rPr>
          <w:rFonts w:ascii="Tahoma" w:hAnsi="Tahoma" w:cs="Tahoma"/>
          <w:rtl/>
        </w:rPr>
        <w:t xml:space="preserve"> که سود شخص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اش</w:t>
      </w:r>
      <w:r w:rsidRPr="00EC2630">
        <w:rPr>
          <w:rFonts w:ascii="Tahoma" w:hAnsi="Tahoma" w:cs="Tahoma"/>
          <w:rtl/>
        </w:rPr>
        <w:t xml:space="preserve"> با افزا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فشار بر آنان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وند</w:t>
      </w:r>
      <w:r w:rsidRPr="00EC2630">
        <w:rPr>
          <w:rFonts w:ascii="Tahoma" w:hAnsi="Tahoma" w:cs="Tahoma"/>
          <w:rtl/>
        </w:rPr>
        <w:t xml:space="preserve"> داشت.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در</w:t>
      </w:r>
      <w:r w:rsidRPr="00EC2630">
        <w:rPr>
          <w:rFonts w:ascii="Tahoma" w:hAnsi="Tahoma" w:cs="Tahoma"/>
          <w:rtl/>
        </w:rPr>
        <w:t xml:space="preserve"> شرا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ط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زان</w:t>
      </w:r>
      <w:r w:rsidRPr="00EC2630">
        <w:rPr>
          <w:rFonts w:ascii="Tahoma" w:hAnsi="Tahoma" w:cs="Tahoma"/>
          <w:rtl/>
        </w:rPr>
        <w:t xml:space="preserve"> محصول و توان مناطق به‌درست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معلوم نبود، مقاطعه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به رقابت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شنهاد</w:t>
      </w:r>
      <w:r w:rsidRPr="00EC2630">
        <w:rPr>
          <w:rFonts w:ascii="Tahoma" w:hAnsi="Tahoma" w:cs="Tahoma"/>
          <w:rtl/>
        </w:rPr>
        <w:t xml:space="preserve"> مبالغ بالاتر تبد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</w:t>
      </w:r>
      <w:r w:rsidRPr="00EC2630">
        <w:rPr>
          <w:rFonts w:ascii="Tahoma" w:hAnsi="Tahoma" w:cs="Tahoma"/>
          <w:rtl/>
        </w:rPr>
        <w:t xml:space="preserve"> شود. کس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مبلغ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تعهد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کرد،</w:t>
      </w:r>
      <w:r w:rsidRPr="00EC2630">
        <w:rPr>
          <w:rFonts w:ascii="Tahoma" w:hAnsi="Tahoma" w:cs="Tahoma"/>
          <w:rtl/>
        </w:rPr>
        <w:t xml:space="preserve">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منطقه را به دست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آورد</w:t>
      </w:r>
      <w:r w:rsidRPr="00EC2630">
        <w:rPr>
          <w:rFonts w:ascii="Tahoma" w:hAnsi="Tahoma" w:cs="Tahoma"/>
          <w:rtl/>
        </w:rPr>
        <w:t xml:space="preserve"> و سپس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جبران آن از مردم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</w:t>
      </w:r>
      <w:r w:rsidRPr="00EC2630">
        <w:rPr>
          <w:rFonts w:ascii="Tahoma" w:hAnsi="Tahoma" w:cs="Tahoma"/>
          <w:rtl/>
        </w:rPr>
        <w:t xml:space="preserve">. اگر روستا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شهر توان پرداخ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نداشت، بده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 آن باق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ماند،</w:t>
      </w:r>
      <w:r w:rsidRPr="00EC2630">
        <w:rPr>
          <w:rFonts w:ascii="Tahoma" w:hAnsi="Tahoma" w:cs="Tahoma"/>
          <w:rtl/>
        </w:rPr>
        <w:t xml:space="preserve"> اموال مردم ضبط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آنان ناچار به ترک محل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شدند</w:t>
      </w:r>
      <w:r w:rsidRPr="00EC2630">
        <w:rPr>
          <w:rFonts w:ascii="Tahoma" w:hAnsi="Tahoma" w:cs="Tahoma"/>
          <w:rtl/>
        </w:rPr>
        <w:t>. 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ن‌سان،</w:t>
      </w:r>
      <w:r w:rsidRPr="00EC2630">
        <w:rPr>
          <w:rFonts w:ascii="Tahoma" w:hAnsi="Tahoma" w:cs="Tahoma"/>
          <w:rtl/>
        </w:rPr>
        <w:t xml:space="preserve"> درآمد کوتاه‌مدت حکومت به کاهش جمع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و تول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در درازمدت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انجام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ارغون</w:t>
      </w:r>
      <w:r w:rsidRPr="00EC2630">
        <w:rPr>
          <w:rFonts w:ascii="Tahoma" w:hAnsi="Tahoma" w:cs="Tahoma"/>
          <w:rtl/>
        </w:rPr>
        <w:t xml:space="preserve"> آقا هنگام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به دربار خان بزرگ رفت، خود از نابسامان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سخن گفت. روشن شده بود که بدون شناخت شمار مردم و دارا</w:t>
      </w:r>
      <w:r w:rsidRPr="00EC2630">
        <w:rPr>
          <w:rFonts w:ascii="Tahoma" w:hAnsi="Tahoma" w:cs="Tahoma" w:hint="cs"/>
          <w:rtl/>
        </w:rPr>
        <w:t>یی‌</w:t>
      </w:r>
      <w:r w:rsidRPr="00EC2630">
        <w:rPr>
          <w:rFonts w:ascii="Tahoma" w:hAnsi="Tahoma" w:cs="Tahoma" w:hint="eastAsia"/>
          <w:rtl/>
        </w:rPr>
        <w:t>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آنان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را منظم کرد. در دورهٔ منگوقاآن، پس از بازگشت ارغون آقا در حدود سال </w:t>
      </w:r>
      <w:r w:rsidRPr="00EC2630">
        <w:rPr>
          <w:rFonts w:ascii="Tahoma" w:hAnsi="Tahoma" w:cs="Tahoma"/>
          <w:rtl/>
          <w:lang w:bidi="fa-IR"/>
        </w:rPr>
        <w:t>۱۲۵۳</w:t>
      </w:r>
      <w:r w:rsidRPr="00EC2630">
        <w:rPr>
          <w:rFonts w:ascii="Tahoma" w:hAnsi="Tahoma" w:cs="Tahoma"/>
          <w:rtl/>
        </w:rPr>
        <w:t>، سرشمار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خراسان و بخش‌ها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از </w:t>
      </w:r>
      <w:r w:rsidRPr="00EC2630">
        <w:rPr>
          <w:rFonts w:ascii="Tahoma" w:hAnsi="Tahoma" w:cs="Tahoma" w:hint="eastAsia"/>
          <w:rtl/>
        </w:rPr>
        <w:t>شمال</w:t>
      </w:r>
      <w:r w:rsidRPr="00EC2630">
        <w:rPr>
          <w:rFonts w:ascii="Tahoma" w:hAnsi="Tahoma" w:cs="Tahoma"/>
          <w:rtl/>
        </w:rPr>
        <w:t xml:space="preserve"> غرب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آغاز شد. هدف آن بود که شمار خانوارها، مردان، دام‌ها و منابع درآمد ثبت شوند و سهم هر منطقه روشن گردد.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سرشمار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گام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سو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نظم بود. اگر جمع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و توان هر ناح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</w:t>
      </w:r>
      <w:r w:rsidRPr="00EC2630">
        <w:rPr>
          <w:rFonts w:ascii="Tahoma" w:hAnsi="Tahoma" w:cs="Tahoma"/>
          <w:rtl/>
        </w:rPr>
        <w:t xml:space="preserve"> معلوم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شد،</w:t>
      </w:r>
      <w:r w:rsidRPr="00EC2630">
        <w:rPr>
          <w:rFonts w:ascii="Tahoma" w:hAnsi="Tahoma" w:cs="Tahoma"/>
          <w:rtl/>
        </w:rPr>
        <w:t xml:space="preserve"> مأموران مختلف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توانستند</w:t>
      </w:r>
      <w:r w:rsidRPr="00EC2630">
        <w:rPr>
          <w:rFonts w:ascii="Tahoma" w:hAnsi="Tahoma" w:cs="Tahoma"/>
          <w:rtl/>
        </w:rPr>
        <w:t xml:space="preserve"> به‌آسان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ادعاها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نامحدود مطرح کنند و حکومت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را بر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هٔ</w:t>
      </w:r>
      <w:r w:rsidRPr="00EC2630">
        <w:rPr>
          <w:rFonts w:ascii="Tahoma" w:hAnsi="Tahoma" w:cs="Tahoma"/>
          <w:rtl/>
        </w:rPr>
        <w:t xml:space="preserve"> دفتر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مشخص تقس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</w:t>
      </w:r>
      <w:r w:rsidRPr="00EC2630">
        <w:rPr>
          <w:rFonts w:ascii="Tahoma" w:hAnsi="Tahoma" w:cs="Tahoma"/>
          <w:rtl/>
        </w:rPr>
        <w:t xml:space="preserve"> کند. اما از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مردم، ثبت نام و دارا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به معنا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باشد که حکومت اکنون راه دق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ق‌تر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افتن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ات‌دهندگان</w:t>
      </w:r>
      <w:r w:rsidRPr="00EC2630">
        <w:rPr>
          <w:rFonts w:ascii="Tahoma" w:hAnsi="Tahoma" w:cs="Tahoma"/>
          <w:rtl/>
        </w:rPr>
        <w:t xml:space="preserve"> و سربازان در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دارد. کس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ش‌تر</w:t>
      </w:r>
      <w:r w:rsidRPr="00EC2630">
        <w:rPr>
          <w:rFonts w:ascii="Tahoma" w:hAnsi="Tahoma" w:cs="Tahoma"/>
          <w:rtl/>
        </w:rPr>
        <w:t xml:space="preserve"> ممکن بود از چشم مأمور دور بماند، اکنون در دفتر حکومت ثبت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قپچور،</w:t>
      </w:r>
      <w:r w:rsidRPr="00EC2630">
        <w:rPr>
          <w:rFonts w:ascii="Tahoma" w:hAnsi="Tahoma" w:cs="Tahoma"/>
          <w:rtl/>
        </w:rPr>
        <w:t xml:space="preserve"> که در اصل با دام و زندگ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کوچ‌نش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وند</w:t>
      </w:r>
      <w:r w:rsidRPr="00EC2630">
        <w:rPr>
          <w:rFonts w:ascii="Tahoma" w:hAnsi="Tahoma" w:cs="Tahoma"/>
          <w:rtl/>
        </w:rPr>
        <w:t xml:space="preserve"> داشت، در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دوره به صورت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گسترده‌تر بر جمع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ساکن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تحم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</w:t>
      </w:r>
      <w:r w:rsidRPr="00EC2630">
        <w:rPr>
          <w:rFonts w:ascii="Tahoma" w:hAnsi="Tahoma" w:cs="Tahoma"/>
          <w:rtl/>
        </w:rPr>
        <w:t xml:space="preserve"> شد و حالت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سرانه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دا</w:t>
      </w:r>
      <w:r w:rsidRPr="00EC2630">
        <w:rPr>
          <w:rFonts w:ascii="Tahoma" w:hAnsi="Tahoma" w:cs="Tahoma"/>
          <w:rtl/>
        </w:rPr>
        <w:t xml:space="preserve"> کرد. در کنار آن، عوارض بازرگان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وجود داشتند. تعدد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مطالبه‌ها و تفاوت 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وهٔ</w:t>
      </w:r>
      <w:r w:rsidRPr="00EC2630">
        <w:rPr>
          <w:rFonts w:ascii="Tahoma" w:hAnsi="Tahoma" w:cs="Tahoma"/>
          <w:rtl/>
        </w:rPr>
        <w:t xml:space="preserve"> اجرا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آنها در مناطق مختلف سبب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 xml:space="preserve"> که حت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پس از سرشمار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بار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کسان</w:t>
      </w:r>
      <w:r w:rsidRPr="00EC2630">
        <w:rPr>
          <w:rFonts w:ascii="Tahoma" w:hAnsi="Tahoma" w:cs="Tahoma"/>
          <w:rtl/>
        </w:rPr>
        <w:t xml:space="preserve"> و قابل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ش‌ب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نباشد.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افزون</w:t>
      </w:r>
      <w:r w:rsidRPr="00EC2630">
        <w:rPr>
          <w:rFonts w:ascii="Tahoma" w:hAnsi="Tahoma" w:cs="Tahoma"/>
          <w:rtl/>
        </w:rPr>
        <w:t xml:space="preserve"> بر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نقد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جنس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مردم 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خدمات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انجام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دادند</w:t>
      </w:r>
      <w:r w:rsidRPr="00EC2630">
        <w:rPr>
          <w:rFonts w:ascii="Tahoma" w:hAnsi="Tahoma" w:cs="Tahoma"/>
          <w:rtl/>
        </w:rPr>
        <w:t>. فراهم کردن اسب و آذوقه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فرستادگان، جا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دادن مأموران، حمل بار، کار در اردوگاه‌ها و همراه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 قشون از جمله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وظا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ف</w:t>
      </w:r>
      <w:r w:rsidRPr="00EC2630">
        <w:rPr>
          <w:rFonts w:ascii="Tahoma" w:hAnsi="Tahoma" w:cs="Tahoma"/>
          <w:rtl/>
        </w:rPr>
        <w:t xml:space="preserve"> بود. گاه ارزش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خدمات از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ثبت‌شده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>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مبلغ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در دفتر محدود کند، اما عبور ناگهان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سپاه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بزرگ همهٔ محاسبات را برهم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زد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فشارها در همهٔ مناطق به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اندازه نبودند. ناح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در مس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حرکت قشون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ستگاه‌ها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اصل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قرار داشت، هز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/>
          <w:rtl/>
        </w:rPr>
        <w:t xml:space="preserve"> از منطقه‌ا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دورافتاده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پرداخت</w:t>
      </w:r>
      <w:r w:rsidRPr="00EC2630">
        <w:rPr>
          <w:rFonts w:ascii="Tahoma" w:hAnsi="Tahoma" w:cs="Tahoma"/>
          <w:rtl/>
        </w:rPr>
        <w:t>. شهر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حاکمش رابطهٔ بهتر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 فرماندهان مغول داشت، ممکن بود تخف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ف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 xml:space="preserve"> و بار آن به ناح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منتقل شود.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نکاران،</w:t>
      </w:r>
      <w:r w:rsidRPr="00EC2630">
        <w:rPr>
          <w:rFonts w:ascii="Tahoma" w:hAnsi="Tahoma" w:cs="Tahoma"/>
          <w:rtl/>
        </w:rPr>
        <w:t xml:space="preserve"> راهبان و صاحبان برخ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منصب‌ها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گاه از بخش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خدمت اجبار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معاف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شدند</w:t>
      </w:r>
      <w:r w:rsidRPr="00EC2630">
        <w:rPr>
          <w:rFonts w:ascii="Tahoma" w:hAnsi="Tahoma" w:cs="Tahoma"/>
          <w:rtl/>
        </w:rPr>
        <w:t>.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معاف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ت‌ها</w:t>
      </w:r>
      <w:r w:rsidRPr="00EC2630">
        <w:rPr>
          <w:rFonts w:ascii="Tahoma" w:hAnsi="Tahoma" w:cs="Tahoma"/>
          <w:rtl/>
        </w:rPr>
        <w:t xml:space="preserve"> بر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هٔ</w:t>
      </w:r>
      <w:r w:rsidRPr="00EC2630">
        <w:rPr>
          <w:rFonts w:ascii="Tahoma" w:hAnsi="Tahoma" w:cs="Tahoma"/>
          <w:rtl/>
        </w:rPr>
        <w:t xml:space="preserve"> برابر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همگان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نبود؛ امت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ازها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بودند که حکومت به گروه‌ها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خاص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است</w:t>
      </w:r>
      <w:r w:rsidRPr="00EC2630">
        <w:rPr>
          <w:rFonts w:ascii="Tahoma" w:hAnsi="Tahoma" w:cs="Tahoma"/>
          <w:rtl/>
        </w:rPr>
        <w:t xml:space="preserve"> مذهب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مغولان در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دوره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از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حکومت آنان جدا نبود. فرمانروا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مغول هنوز مسلمان نشده بودند و در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خود به باورها و آ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گوناگون گرا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داشتند. در دربارشان بودا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ان،</w:t>
      </w:r>
      <w:r w:rsidRPr="00EC2630">
        <w:rPr>
          <w:rFonts w:ascii="Tahoma" w:hAnsi="Tahoma" w:cs="Tahoma"/>
          <w:rtl/>
        </w:rPr>
        <w:t xml:space="preserve"> مس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ح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ان،</w:t>
      </w:r>
      <w:r w:rsidRPr="00EC2630">
        <w:rPr>
          <w:rFonts w:ascii="Tahoma" w:hAnsi="Tahoma" w:cs="Tahoma"/>
          <w:rtl/>
        </w:rPr>
        <w:t xml:space="preserve"> مسلمانان و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روان</w:t>
      </w:r>
      <w:r w:rsidRPr="00EC2630">
        <w:rPr>
          <w:rFonts w:ascii="Tahoma" w:hAnsi="Tahoma" w:cs="Tahoma"/>
          <w:rtl/>
        </w:rPr>
        <w:t xml:space="preserve"> سنت‌ها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مغول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حضور داشتند. آنان معمولاً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</w:t>
      </w:r>
      <w:r w:rsidRPr="00EC2630">
        <w:rPr>
          <w:rFonts w:ascii="Tahoma" w:hAnsi="Tahoma" w:cs="Tahoma"/>
          <w:rtl/>
        </w:rPr>
        <w:t xml:space="preserve"> مذاهب مختلف را تا هنگام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با حکومت مقابله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 xml:space="preserve"> محترم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شمردند</w:t>
      </w:r>
      <w:r w:rsidRPr="00EC2630">
        <w:rPr>
          <w:rFonts w:ascii="Tahoma" w:hAnsi="Tahoma" w:cs="Tahoma"/>
          <w:rtl/>
        </w:rPr>
        <w:t xml:space="preserve"> و گاه از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و خدمات اجبار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معاف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رفتار را نبا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با برابر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سکولار بودن حکومت به معنا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امروز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دانست. مغولان هنوز حکومت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هٔ</w:t>
      </w:r>
      <w:r w:rsidRPr="00EC2630">
        <w:rPr>
          <w:rFonts w:ascii="Tahoma" w:hAnsi="Tahoma" w:cs="Tahoma"/>
          <w:rtl/>
        </w:rPr>
        <w:t xml:space="preserve"> حقوق برابر افراد نساخته بودند. مدارا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شتر</w:t>
      </w:r>
      <w:r w:rsidRPr="00EC2630">
        <w:rPr>
          <w:rFonts w:ascii="Tahoma" w:hAnsi="Tahoma" w:cs="Tahoma"/>
          <w:rtl/>
        </w:rPr>
        <w:t xml:space="preserve"> از آنجا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آمد</w:t>
      </w:r>
      <w:r w:rsidRPr="00EC2630">
        <w:rPr>
          <w:rFonts w:ascii="Tahoma" w:hAnsi="Tahoma" w:cs="Tahoma"/>
          <w:rtl/>
        </w:rPr>
        <w:t xml:space="preserve"> که خاندان چنگ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خود را وابسته به شر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عت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مذهب خاص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دانست</w:t>
      </w:r>
      <w:r w:rsidRPr="00EC2630">
        <w:rPr>
          <w:rFonts w:ascii="Tahoma" w:hAnsi="Tahoma" w:cs="Tahoma"/>
          <w:rtl/>
        </w:rPr>
        <w:t xml:space="preserve"> و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خواست</w:t>
      </w:r>
      <w:r w:rsidRPr="00EC2630">
        <w:rPr>
          <w:rFonts w:ascii="Tahoma" w:hAnsi="Tahoma" w:cs="Tahoma"/>
          <w:rtl/>
        </w:rPr>
        <w:t xml:space="preserve"> دعا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eastAsia"/>
          <w:rtl/>
        </w:rPr>
        <w:t>انش</w:t>
      </w:r>
      <w:r w:rsidRPr="00EC2630">
        <w:rPr>
          <w:rFonts w:ascii="Tahoma" w:hAnsi="Tahoma" w:cs="Tahoma"/>
          <w:rtl/>
        </w:rPr>
        <w:t xml:space="preserve"> دب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و فرمان‌بردار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همهٔ جماعت‌ها را به دست آورد. هر گروه تا هنگام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آ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خود را حفظ کند که برتر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خان و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قشون را بپذ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وضع، جا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</w:t>
      </w:r>
      <w:r w:rsidRPr="00EC2630">
        <w:rPr>
          <w:rFonts w:ascii="Tahoma" w:hAnsi="Tahoma" w:cs="Tahoma"/>
          <w:rtl/>
        </w:rPr>
        <w:t xml:space="preserve"> مسلمان را تغ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داد. آنان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از حمله در جامعه‌ا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زندگ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 xml:space="preserve"> که فرمانروا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انش</w:t>
      </w:r>
      <w:r w:rsidRPr="00EC2630">
        <w:rPr>
          <w:rFonts w:ascii="Tahoma" w:hAnsi="Tahoma" w:cs="Tahoma"/>
          <w:rtl/>
        </w:rPr>
        <w:t xml:space="preserve"> دست‌کم در ظاهر مسلمان بودند و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کسب حقان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حکمران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به خلافت و شر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عت</w:t>
      </w:r>
      <w:r w:rsidRPr="00EC2630">
        <w:rPr>
          <w:rFonts w:ascii="Tahoma" w:hAnsi="Tahoma" w:cs="Tahoma"/>
          <w:rtl/>
        </w:rPr>
        <w:t xml:space="preserve"> استناد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>. اکنون 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فرمان حاکمان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غ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رمسلمان</w:t>
      </w:r>
      <w:r w:rsidRPr="00EC2630">
        <w:rPr>
          <w:rFonts w:ascii="Tahoma" w:hAnsi="Tahoma" w:cs="Tahoma"/>
          <w:rtl/>
        </w:rPr>
        <w:t xml:space="preserve"> قرار گرفته بودند که حق فرمانروا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خود را از خاندان چنگ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و ارادهٔ آسمان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گرفتند</w:t>
      </w:r>
      <w:r w:rsidRPr="00EC2630">
        <w:rPr>
          <w:rFonts w:ascii="Tahoma" w:hAnsi="Tahoma" w:cs="Tahoma"/>
          <w:rtl/>
        </w:rPr>
        <w:t>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توانستند</w:t>
      </w:r>
      <w:r w:rsidRPr="00EC2630">
        <w:rPr>
          <w:rFonts w:ascii="Tahoma" w:hAnsi="Tahoma" w:cs="Tahoma"/>
          <w:rtl/>
        </w:rPr>
        <w:t xml:space="preserve"> ادعا کنند که همهٔ دستگاه حکومت از شر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عت</w:t>
      </w:r>
      <w:r w:rsidRPr="00EC2630">
        <w:rPr>
          <w:rFonts w:ascii="Tahoma" w:hAnsi="Tahoma" w:cs="Tahoma"/>
          <w:rtl/>
        </w:rPr>
        <w:t xml:space="preserve"> آنان سرچشمه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باا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ن‌حال،</w:t>
      </w:r>
      <w:r w:rsidRPr="00EC2630">
        <w:rPr>
          <w:rFonts w:ascii="Tahoma" w:hAnsi="Tahoma" w:cs="Tahoma"/>
          <w:rtl/>
        </w:rPr>
        <w:t xml:space="preserve"> آنان از جامعه حذف نشدند. مردم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آموزش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داور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امور خانوادگ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تنظ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</w:t>
      </w:r>
      <w:r w:rsidRPr="00EC2630">
        <w:rPr>
          <w:rFonts w:ascii="Tahoma" w:hAnsi="Tahoma" w:cs="Tahoma"/>
          <w:rtl/>
        </w:rPr>
        <w:t xml:space="preserve"> وقف و انجام آ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 w:hint="eastAsia"/>
          <w:rtl/>
        </w:rPr>
        <w:t>ن‌ها</w:t>
      </w:r>
      <w:r w:rsidRPr="00EC2630">
        <w:rPr>
          <w:rFonts w:ascii="Tahoma" w:hAnsi="Tahoma" w:cs="Tahoma"/>
          <w:rtl/>
        </w:rPr>
        <w:t xml:space="preserve"> همچنان به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شان</w:t>
      </w:r>
      <w:r w:rsidRPr="00EC2630">
        <w:rPr>
          <w:rFonts w:ascii="Tahoma" w:hAnsi="Tahoma" w:cs="Tahoma"/>
          <w:rtl/>
        </w:rPr>
        <w:t xml:space="preserve">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داشتند. حکومت مغول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از نفوذ آنان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آرام نگاه داشتن مردم بهره 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 بد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ن‌سان،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</w:t>
      </w:r>
      <w:r w:rsidRPr="00EC2630">
        <w:rPr>
          <w:rFonts w:ascii="Tahoma" w:hAnsi="Tahoma" w:cs="Tahoma"/>
          <w:rtl/>
        </w:rPr>
        <w:t xml:space="preserve"> مانند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وانسالاران</w:t>
      </w:r>
      <w:r w:rsidRPr="00EC2630">
        <w:rPr>
          <w:rFonts w:ascii="Tahoma" w:hAnsi="Tahoma" w:cs="Tahoma"/>
          <w:rtl/>
        </w:rPr>
        <w:t xml:space="preserve"> راه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</w:t>
      </w:r>
      <w:r w:rsidRPr="00EC2630">
        <w:rPr>
          <w:rFonts w:ascii="Tahoma" w:hAnsi="Tahoma" w:cs="Tahoma" w:hint="eastAsia"/>
          <w:rtl/>
        </w:rPr>
        <w:t>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ادامهٔ حضور خود در 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فرمان فاتحان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افتند،</w:t>
      </w:r>
      <w:r w:rsidRPr="00EC2630">
        <w:rPr>
          <w:rFonts w:ascii="Tahoma" w:hAnsi="Tahoma" w:cs="Tahoma"/>
          <w:rtl/>
        </w:rPr>
        <w:t xml:space="preserve"> اما رابطه‌شان با تاج و قشون دگرگون شد.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نزد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به سه دهه پس از نخست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ورش،</w:t>
      </w:r>
      <w:r w:rsidRPr="00EC2630">
        <w:rPr>
          <w:rFonts w:ascii="Tahoma" w:hAnsi="Tahoma" w:cs="Tahoma"/>
          <w:rtl/>
        </w:rPr>
        <w:t xml:space="preserve"> آرا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تازه‌ا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کشوردار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شکل گرفته بود. در رأس، خان بزرگ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قرار داشت که 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رون</w:t>
      </w:r>
      <w:r w:rsidRPr="00EC2630">
        <w:rPr>
          <w:rFonts w:ascii="Tahoma" w:hAnsi="Tahoma" w:cs="Tahoma"/>
          <w:rtl/>
        </w:rPr>
        <w:t xml:space="preserve"> از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زندگ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>. فرماندهان مغول قدرت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در دست داشتند و از دشت‌ها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آذربا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جان</w:t>
      </w:r>
      <w:r w:rsidRPr="00EC2630">
        <w:rPr>
          <w:rFonts w:ascii="Tahoma" w:hAnsi="Tahoma" w:cs="Tahoma"/>
          <w:rtl/>
        </w:rPr>
        <w:t xml:space="preserve">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اردوگاه‌ها بر مناطق مختلف نظارت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>. حاکمان محل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با پرداخت خراج و فرستادن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رو</w:t>
      </w:r>
      <w:r w:rsidRPr="00EC2630">
        <w:rPr>
          <w:rFonts w:ascii="Tahoma" w:hAnsi="Tahoma" w:cs="Tahoma"/>
          <w:rtl/>
        </w:rPr>
        <w:t xml:space="preserve"> مقام خود را حفظ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>.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وانسالاران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ات‌ها</w:t>
      </w:r>
      <w:r w:rsidRPr="00EC2630">
        <w:rPr>
          <w:rFonts w:ascii="Tahoma" w:hAnsi="Tahoma" w:cs="Tahoma"/>
          <w:rtl/>
        </w:rPr>
        <w:t xml:space="preserve"> را ثبت و گردآور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کردند</w:t>
      </w:r>
      <w:r w:rsidRPr="00EC2630">
        <w:rPr>
          <w:rFonts w:ascii="Tahoma" w:hAnsi="Tahoma" w:cs="Tahoma"/>
          <w:rtl/>
        </w:rPr>
        <w:t xml:space="preserve">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</w:t>
      </w:r>
      <w:r w:rsidRPr="00EC2630">
        <w:rPr>
          <w:rFonts w:ascii="Tahoma" w:hAnsi="Tahoma" w:cs="Tahoma"/>
          <w:rtl/>
        </w:rPr>
        <w:t xml:space="preserve"> در جامعه به کار خود ادامه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دادند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آرا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توانست بخش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ب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نظم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نخست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را کاهش دهد، اما هنوز کشور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کپارچه</w:t>
      </w:r>
      <w:r w:rsidRPr="00EC2630">
        <w:rPr>
          <w:rFonts w:ascii="Tahoma" w:hAnsi="Tahoma" w:cs="Tahoma"/>
          <w:rtl/>
        </w:rPr>
        <w:t xml:space="preserve"> نساخت. فرمانده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نظام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غرب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از ادارهٔ خراسان جدا بود. هر دو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</w:t>
      </w:r>
      <w:r w:rsidRPr="00EC2630">
        <w:rPr>
          <w:rFonts w:ascii="Tahoma" w:hAnsi="Tahoma" w:cs="Tahoma"/>
          <w:rtl/>
        </w:rPr>
        <w:t xml:space="preserve"> به دربار خان بزرگ وابسته بودند. مرگ هر خان و رقابت بر سر جانش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مقام حاکمان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وانسالاران</w:t>
      </w:r>
      <w:r w:rsidRPr="00EC2630">
        <w:rPr>
          <w:rFonts w:ascii="Tahoma" w:hAnsi="Tahoma" w:cs="Tahoma"/>
          <w:rtl/>
        </w:rPr>
        <w:t xml:space="preserve"> را متزلزل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کرد</w:t>
      </w:r>
      <w:r w:rsidRPr="00EC2630">
        <w:rPr>
          <w:rFonts w:ascii="Tahoma" w:hAnsi="Tahoma" w:cs="Tahoma"/>
          <w:rtl/>
        </w:rPr>
        <w:t>. ف</w:t>
      </w:r>
      <w:r w:rsidRPr="00EC2630">
        <w:rPr>
          <w:rFonts w:ascii="Tahoma" w:hAnsi="Tahoma" w:cs="Tahoma" w:hint="eastAsia"/>
          <w:rtl/>
        </w:rPr>
        <w:t>رمان‌ها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شاهزادگان مختلف همچنان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توانستند</w:t>
      </w:r>
      <w:r w:rsidRPr="00EC2630">
        <w:rPr>
          <w:rFonts w:ascii="Tahoma" w:hAnsi="Tahoma" w:cs="Tahoma"/>
          <w:rtl/>
        </w:rPr>
        <w:t xml:space="preserve"> با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تعارض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دا</w:t>
      </w:r>
      <w:r w:rsidRPr="00EC2630">
        <w:rPr>
          <w:rFonts w:ascii="Tahoma" w:hAnsi="Tahoma" w:cs="Tahoma"/>
          <w:rtl/>
        </w:rPr>
        <w:t xml:space="preserve"> کنند و 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چ</w:t>
      </w:r>
      <w:r w:rsidRPr="00EC2630">
        <w:rPr>
          <w:rFonts w:ascii="Tahoma" w:hAnsi="Tahoma" w:cs="Tahoma"/>
          <w:rtl/>
        </w:rPr>
        <w:t xml:space="preserve"> تاج مستقر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وجود نداشت که تصم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</w:t>
      </w:r>
      <w:r w:rsidRPr="00EC2630">
        <w:rPr>
          <w:rFonts w:ascii="Tahoma" w:hAnsi="Tahoma" w:cs="Tahoma"/>
          <w:rtl/>
        </w:rPr>
        <w:t xml:space="preserve"> نها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را بگ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از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برخاسته بود، اما هنوز اخت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ار</w:t>
      </w:r>
      <w:r w:rsidRPr="00EC2630">
        <w:rPr>
          <w:rFonts w:ascii="Tahoma" w:hAnsi="Tahoma" w:cs="Tahoma"/>
          <w:rtl/>
        </w:rPr>
        <w:t xml:space="preserve"> لازم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مهار قشون را نداشت.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زان</w:t>
      </w:r>
      <w:r w:rsidRPr="00EC2630">
        <w:rPr>
          <w:rFonts w:ascii="Tahoma" w:hAnsi="Tahoma" w:cs="Tahoma"/>
          <w:rtl/>
        </w:rPr>
        <w:t xml:space="preserve"> مال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ات</w:t>
      </w:r>
      <w:r w:rsidRPr="00EC2630">
        <w:rPr>
          <w:rFonts w:ascii="Tahoma" w:hAnsi="Tahoma" w:cs="Tahoma"/>
          <w:rtl/>
        </w:rPr>
        <w:t xml:space="preserve"> را ثبت کند، 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شه</w:t>
      </w:r>
      <w:r w:rsidRPr="00EC2630">
        <w:rPr>
          <w:rFonts w:ascii="Tahoma" w:hAnsi="Tahoma" w:cs="Tahoma"/>
          <w:rtl/>
        </w:rPr>
        <w:t xml:space="preserve"> جلو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مطالبهٔ فوق‌العادهٔ شاهزاده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</w:t>
      </w:r>
      <w:r w:rsidRPr="00EC2630">
        <w:rPr>
          <w:rFonts w:ascii="Tahoma" w:hAnsi="Tahoma" w:cs="Tahoma"/>
          <w:rtl/>
        </w:rPr>
        <w:t xml:space="preserve"> حرکت سپاه را بگ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رد</w:t>
      </w:r>
      <w:r w:rsidRPr="00EC2630">
        <w:rPr>
          <w:rFonts w:ascii="Tahoma" w:hAnsi="Tahoma" w:cs="Tahoma"/>
          <w:rtl/>
        </w:rPr>
        <w:t>.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توانست</w:t>
      </w:r>
      <w:r w:rsidRPr="00EC2630">
        <w:rPr>
          <w:rFonts w:ascii="Tahoma" w:hAnsi="Tahoma" w:cs="Tahoma"/>
          <w:rtl/>
        </w:rPr>
        <w:t xml:space="preserve"> از آبادان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دفاع کند، اما اگر خان فرمان جنگ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داد،</w:t>
      </w:r>
      <w:r w:rsidRPr="00EC2630">
        <w:rPr>
          <w:rFonts w:ascii="Tahoma" w:hAnsi="Tahoma" w:cs="Tahoma"/>
          <w:rtl/>
        </w:rPr>
        <w:t xml:space="preserve"> منابع کشور بار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گر</w:t>
      </w:r>
      <w:r w:rsidRPr="00EC2630">
        <w:rPr>
          <w:rFonts w:ascii="Tahoma" w:hAnsi="Tahoma" w:cs="Tahoma"/>
          <w:rtl/>
        </w:rPr>
        <w:t xml:space="preserve"> در خدمت قشون قرار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گرفت</w:t>
      </w:r>
      <w:r w:rsidRPr="00EC2630">
        <w:rPr>
          <w:rFonts w:ascii="Tahoma" w:hAnsi="Tahoma" w:cs="Tahoma"/>
          <w:rtl/>
        </w:rPr>
        <w:t>. بقا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به 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از</w:t>
      </w:r>
      <w:r w:rsidRPr="00EC2630">
        <w:rPr>
          <w:rFonts w:ascii="Tahoma" w:hAnsi="Tahoma" w:cs="Tahoma"/>
          <w:rtl/>
        </w:rPr>
        <w:t xml:space="preserve"> فاتحان وابسته بود و قدرتش تا جا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تحمل م</w:t>
      </w:r>
      <w:r w:rsidRPr="00EC2630">
        <w:rPr>
          <w:rFonts w:ascii="Tahoma" w:hAnsi="Tahoma" w:cs="Tahoma" w:hint="cs"/>
          <w:rtl/>
        </w:rPr>
        <w:t>ی‌</w:t>
      </w:r>
      <w:r w:rsidRPr="00EC2630">
        <w:rPr>
          <w:rFonts w:ascii="Tahoma" w:hAnsi="Tahoma" w:cs="Tahoma" w:hint="eastAsia"/>
          <w:rtl/>
        </w:rPr>
        <w:t>شد</w:t>
      </w:r>
      <w:r w:rsidRPr="00EC2630">
        <w:rPr>
          <w:rFonts w:ascii="Tahoma" w:hAnsi="Tahoma" w:cs="Tahoma"/>
          <w:rtl/>
        </w:rPr>
        <w:t xml:space="preserve"> که درآمد آنان را تأم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کند.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باا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ن‌همه،</w:t>
      </w:r>
      <w:r w:rsidRPr="00EC2630">
        <w:rPr>
          <w:rFonts w:ascii="Tahoma" w:hAnsi="Tahoma" w:cs="Tahoma"/>
          <w:rtl/>
        </w:rPr>
        <w:t xml:space="preserve"> هم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نهٔ</w:t>
      </w:r>
      <w:r w:rsidRPr="00EC2630">
        <w:rPr>
          <w:rFonts w:ascii="Tahoma" w:hAnsi="Tahoma" w:cs="Tahoma"/>
          <w:rtl/>
        </w:rPr>
        <w:t xml:space="preserve"> مرحلهٔ بعد را فراهم آورد. سرشمار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ثبت درآمدها، استفاده از خاندان‌ها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شبکهٔ ارتباط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 تجربهٔ همکار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حاکمان مغول و دب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مصالح لازم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برپا</w:t>
      </w:r>
      <w:r w:rsidRPr="00EC2630">
        <w:rPr>
          <w:rFonts w:ascii="Tahoma" w:hAnsi="Tahoma" w:cs="Tahoma" w:hint="cs"/>
          <w:rtl/>
        </w:rPr>
        <w:t>یی</w:t>
      </w:r>
      <w:r w:rsidRPr="00EC2630">
        <w:rPr>
          <w:rFonts w:ascii="Tahoma" w:hAnsi="Tahoma" w:cs="Tahoma"/>
          <w:rtl/>
        </w:rPr>
        <w:t xml:space="preserve"> حکومت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متمرکزتر را پد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</w:t>
      </w:r>
      <w:r w:rsidRPr="00EC2630">
        <w:rPr>
          <w:rFonts w:ascii="Tahoma" w:hAnsi="Tahoma" w:cs="Tahoma"/>
          <w:rtl/>
        </w:rPr>
        <w:t xml:space="preserve"> آورد. هنگام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که منگوقاآن تصم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م</w:t>
      </w:r>
      <w:r w:rsidRPr="00EC2630">
        <w:rPr>
          <w:rFonts w:ascii="Tahoma" w:hAnsi="Tahoma" w:cs="Tahoma"/>
          <w:rtl/>
        </w:rPr>
        <w:t xml:space="preserve"> گرفت بر</w:t>
      </w:r>
      <w:r w:rsidRPr="00EC2630">
        <w:rPr>
          <w:rFonts w:ascii="Tahoma" w:hAnsi="Tahoma" w:cs="Tahoma" w:hint="eastAsia"/>
          <w:rtl/>
        </w:rPr>
        <w:t>ادرش</w:t>
      </w:r>
      <w:r w:rsidRPr="00EC2630">
        <w:rPr>
          <w:rFonts w:ascii="Tahoma" w:hAnsi="Tahoma" w:cs="Tahoma"/>
          <w:rtl/>
        </w:rPr>
        <w:t xml:space="preserve"> هولاکو را با سپاه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بزرگ به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بفرستد، او فقط به سرزم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و ناشناخته وارد نشد؛ دستگاه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از حاکمان، مأموران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وانسالاران</w:t>
      </w:r>
      <w:r w:rsidRPr="00EC2630">
        <w:rPr>
          <w:rFonts w:ascii="Tahoma" w:hAnsi="Tahoma" w:cs="Tahoma"/>
          <w:rtl/>
        </w:rPr>
        <w:t xml:space="preserve"> در انتظارش بود که نزد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به سه دهه ز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</w:t>
      </w:r>
      <w:r w:rsidRPr="00EC2630">
        <w:rPr>
          <w:rFonts w:ascii="Tahoma" w:hAnsi="Tahoma" w:cs="Tahoma"/>
          <w:rtl/>
        </w:rPr>
        <w:t xml:space="preserve"> فرمان خان‌ها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بزرگ کار کرده بودند.</w:t>
      </w:r>
    </w:p>
    <w:p w:rsidR="00EC2630" w:rsidRPr="00EC2630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C2630">
        <w:rPr>
          <w:rFonts w:ascii="Tahoma" w:hAnsi="Tahoma" w:cs="Tahoma" w:hint="eastAsia"/>
          <w:rtl/>
        </w:rPr>
        <w:t>هولاکو</w:t>
      </w:r>
      <w:r w:rsidRPr="00EC2630">
        <w:rPr>
          <w:rFonts w:ascii="Tahoma" w:hAnsi="Tahoma" w:cs="Tahoma"/>
          <w:rtl/>
        </w:rPr>
        <w:t xml:space="preserve"> مأمور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ت</w:t>
      </w:r>
      <w:r w:rsidRPr="00EC2630">
        <w:rPr>
          <w:rFonts w:ascii="Tahoma" w:hAnsi="Tahoma" w:cs="Tahoma"/>
          <w:rtl/>
        </w:rPr>
        <w:t xml:space="preserve"> داشت کار ناتمام فتح را به پا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برساند: دژها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اسماع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را از م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ان</w:t>
      </w:r>
      <w:r w:rsidRPr="00EC2630">
        <w:rPr>
          <w:rFonts w:ascii="Tahoma" w:hAnsi="Tahoma" w:cs="Tahoma"/>
          <w:rtl/>
        </w:rPr>
        <w:t xml:space="preserve"> بردارد، خلافت عباس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را فرمان‌بردار کند و قدرت مغول را تا غرب گسترش دهد. اما نت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جهٔ</w:t>
      </w:r>
      <w:r w:rsidRPr="00EC2630">
        <w:rPr>
          <w:rFonts w:ascii="Tahoma" w:hAnsi="Tahoma" w:cs="Tahoma"/>
          <w:rtl/>
        </w:rPr>
        <w:t xml:space="preserve"> آمدن او فراتر از 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</w:t>
      </w:r>
      <w:r w:rsidRPr="00EC2630">
        <w:rPr>
          <w:rFonts w:ascii="Tahoma" w:hAnsi="Tahoma" w:cs="Tahoma"/>
          <w:rtl/>
        </w:rPr>
        <w:t xml:space="preserve"> لشکرکش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بود. با استقرار هولاکو و خاندانش، برا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نخست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ن‌بار</w:t>
      </w:r>
      <w:r w:rsidRPr="00EC2630">
        <w:rPr>
          <w:rFonts w:ascii="Tahoma" w:hAnsi="Tahoma" w:cs="Tahoma"/>
          <w:rtl/>
        </w:rPr>
        <w:t xml:space="preserve"> پس از حملهٔ </w:t>
      </w:r>
      <w:r w:rsidRPr="00EC2630">
        <w:rPr>
          <w:rFonts w:ascii="Tahoma" w:hAnsi="Tahoma" w:cs="Tahoma" w:hint="eastAsia"/>
          <w:rtl/>
        </w:rPr>
        <w:t>چنگ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زخان</w:t>
      </w:r>
      <w:r w:rsidRPr="00EC2630">
        <w:rPr>
          <w:rFonts w:ascii="Tahoma" w:hAnsi="Tahoma" w:cs="Tahoma"/>
          <w:rtl/>
        </w:rPr>
        <w:t xml:space="preserve"> تاج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مغول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در داخل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/>
          <w:rtl/>
        </w:rPr>
        <w:t xml:space="preserve"> شکل گرفت. بررس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چگونگ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پ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دا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ش</w:t>
      </w:r>
      <w:r w:rsidRPr="00EC2630">
        <w:rPr>
          <w:rFonts w:ascii="Tahoma" w:hAnsi="Tahoma" w:cs="Tahoma"/>
          <w:rtl/>
        </w:rPr>
        <w:t xml:space="preserve">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/>
          <w:rtl/>
        </w:rPr>
        <w:t xml:space="preserve"> تاج و رابطهٔ آن با قشون،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وان</w:t>
      </w:r>
      <w:r w:rsidRPr="00EC2630">
        <w:rPr>
          <w:rFonts w:ascii="Tahoma" w:hAnsi="Tahoma" w:cs="Tahoma"/>
          <w:rtl/>
        </w:rPr>
        <w:t xml:space="preserve"> و د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نکاران</w:t>
      </w:r>
      <w:r w:rsidRPr="00EC2630">
        <w:rPr>
          <w:rFonts w:ascii="Tahoma" w:hAnsi="Tahoma" w:cs="Tahoma"/>
          <w:rtl/>
        </w:rPr>
        <w:t xml:space="preserve"> موضوع فصل بعد است.</w:t>
      </w:r>
    </w:p>
    <w:p w:rsidR="00CE4BA8" w:rsidRDefault="00EC2630" w:rsidP="00EC2630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C2630">
        <w:rPr>
          <w:rFonts w:ascii="Tahoma" w:hAnsi="Tahoma" w:cs="Tahoma" w:hint="eastAsia"/>
          <w:rtl/>
        </w:rPr>
        <w:t>اطلاعات</w:t>
      </w:r>
      <w:r w:rsidRPr="00EC2630">
        <w:rPr>
          <w:rFonts w:ascii="Tahoma" w:hAnsi="Tahoma" w:cs="Tahoma"/>
          <w:rtl/>
        </w:rPr>
        <w:t xml:space="preserve"> مربوط به خاندان جو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سرشمار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قپچور و دستگاه ارغون آقا با مدخل‌ها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/>
          <w:rtl/>
        </w:rPr>
        <w:t xml:space="preserve"> خاندان جو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،</w:t>
      </w:r>
      <w:r w:rsidRPr="00EC2630">
        <w:rPr>
          <w:rFonts w:ascii="Tahoma" w:hAnsi="Tahoma" w:cs="Tahoma"/>
          <w:rtl/>
        </w:rPr>
        <w:t xml:space="preserve"> ارغون آقا و مغولان در دانشنامهٔ ا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ران</w:t>
      </w:r>
      <w:r w:rsidRPr="00EC2630">
        <w:rPr>
          <w:rFonts w:ascii="Tahoma" w:hAnsi="Tahoma" w:cs="Tahoma" w:hint="cs"/>
          <w:rtl/>
        </w:rPr>
        <w:t>ی</w:t>
      </w:r>
      <w:r w:rsidRPr="00EC2630">
        <w:rPr>
          <w:rFonts w:ascii="Tahoma" w:hAnsi="Tahoma" w:cs="Tahoma" w:hint="eastAsia"/>
          <w:rtl/>
        </w:rPr>
        <w:t>کا</w:t>
      </w:r>
      <w:r w:rsidRPr="00EC2630">
        <w:rPr>
          <w:rFonts w:ascii="Tahoma" w:hAnsi="Tahoma" w:cs="Tahoma"/>
          <w:rtl/>
        </w:rPr>
        <w:t xml:space="preserve"> مقابله شده است.</w:t>
      </w:r>
    </w:p>
    <w:p w:rsidR="00EC2630" w:rsidRPr="007E6E9C" w:rsidRDefault="00EC2630" w:rsidP="007E6E9C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8" w:name="Vol1Chapter04"/>
      <w:bookmarkEnd w:id="8"/>
      <w:r w:rsidRPr="007E6E9C">
        <w:rPr>
          <w:rFonts w:asciiTheme="majorBidi" w:hAnsiTheme="majorBidi" w:cstheme="majorBidi"/>
          <w:b/>
          <w:bCs/>
          <w:sz w:val="36"/>
          <w:szCs w:val="36"/>
          <w:rtl/>
        </w:rPr>
        <w:t>فصل چهارم</w:t>
      </w:r>
    </w:p>
    <w:p w:rsidR="007E6E9C" w:rsidRPr="007E6E9C" w:rsidRDefault="007E6E9C" w:rsidP="007E6E9C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E6E9C">
        <w:rPr>
          <w:rFonts w:asciiTheme="majorBidi" w:hAnsiTheme="majorBidi" w:cstheme="majorBidi"/>
          <w:b/>
          <w:bCs/>
          <w:sz w:val="36"/>
          <w:szCs w:val="36"/>
          <w:rtl/>
        </w:rPr>
        <w:t>هولاکو؛ پیدایش تاج مغولی در ایران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آمدن</w:t>
      </w:r>
      <w:r w:rsidRPr="007E6E9C">
        <w:rPr>
          <w:rFonts w:ascii="Tahoma" w:hAnsi="Tahoma" w:cs="Tahoma"/>
          <w:rtl/>
        </w:rPr>
        <w:t xml:space="preserve"> هولاکو به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ادامهٔ سادهٔ لشکرکش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زخان</w:t>
      </w:r>
      <w:r w:rsidRPr="007E6E9C">
        <w:rPr>
          <w:rFonts w:ascii="Tahoma" w:hAnsi="Tahoma" w:cs="Tahoma"/>
          <w:rtl/>
        </w:rPr>
        <w:t xml:space="preserve"> نبود. نخست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ورش،</w:t>
      </w:r>
      <w:r w:rsidRPr="007E6E9C">
        <w:rPr>
          <w:rFonts w:ascii="Tahoma" w:hAnsi="Tahoma" w:cs="Tahoma"/>
          <w:rtl/>
        </w:rPr>
        <w:t xml:space="preserve"> حکومت خوارزمشاه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نابود کرده و شهرها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درهم شکسته بود، اما مغولان پس از آن نزد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به سه دهه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را از راه فرماندهان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،</w:t>
      </w:r>
      <w:r w:rsidRPr="007E6E9C">
        <w:rPr>
          <w:rFonts w:ascii="Tahoma" w:hAnsi="Tahoma" w:cs="Tahoma"/>
          <w:rtl/>
        </w:rPr>
        <w:t xml:space="preserve"> حاکمان اعزام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وانسالاران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اداره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کردند</w:t>
      </w:r>
      <w:r w:rsidRPr="007E6E9C">
        <w:rPr>
          <w:rFonts w:ascii="Tahoma" w:hAnsi="Tahoma" w:cs="Tahoma"/>
          <w:rtl/>
        </w:rPr>
        <w:t xml:space="preserve"> که در </w:t>
      </w:r>
      <w:r w:rsidRPr="007E6E9C">
        <w:rPr>
          <w:rFonts w:ascii="Tahoma" w:hAnsi="Tahoma" w:cs="Tahoma" w:hint="eastAsia"/>
          <w:rtl/>
        </w:rPr>
        <w:t>برابر</w:t>
      </w:r>
      <w:r w:rsidRPr="007E6E9C">
        <w:rPr>
          <w:rFonts w:ascii="Tahoma" w:hAnsi="Tahoma" w:cs="Tahoma"/>
          <w:rtl/>
        </w:rPr>
        <w:t xml:space="preserve"> خان بزرگ مسئول بودند. اکنون شاهزاده‌ا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خاندان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با سپاه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بزرگ و مأمور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مشخص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آمد</w:t>
      </w:r>
      <w:r w:rsidRPr="007E6E9C">
        <w:rPr>
          <w:rFonts w:ascii="Tahoma" w:hAnsi="Tahoma" w:cs="Tahoma"/>
          <w:rtl/>
        </w:rPr>
        <w:t xml:space="preserve"> تا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غرب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فرمان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متمرکزتر قرار دهد.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منگوقاآن</w:t>
      </w:r>
      <w:r w:rsidRPr="007E6E9C">
        <w:rPr>
          <w:rFonts w:ascii="Tahoma" w:hAnsi="Tahoma" w:cs="Tahoma"/>
          <w:rtl/>
        </w:rPr>
        <w:t xml:space="preserve"> در سال </w:t>
      </w:r>
      <w:r w:rsidRPr="007E6E9C">
        <w:rPr>
          <w:rFonts w:ascii="Tahoma" w:hAnsi="Tahoma" w:cs="Tahoma"/>
          <w:rtl/>
          <w:lang w:bidi="fa-IR"/>
        </w:rPr>
        <w:t>۱۲۵۱</w:t>
      </w:r>
      <w:r w:rsidRPr="007E6E9C">
        <w:rPr>
          <w:rFonts w:ascii="Tahoma" w:hAnsi="Tahoma" w:cs="Tahoma"/>
          <w:rtl/>
        </w:rPr>
        <w:t>، پس از کشمکش‌ها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سخت درون خاندان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ز،</w:t>
      </w:r>
      <w:r w:rsidRPr="007E6E9C">
        <w:rPr>
          <w:rFonts w:ascii="Tahoma" w:hAnsi="Tahoma" w:cs="Tahoma"/>
          <w:rtl/>
        </w:rPr>
        <w:t xml:space="preserve"> به مقام خان بزرگ رس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>.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او به معنا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برتر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شاخهٔ تول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،</w:t>
      </w:r>
      <w:r w:rsidRPr="007E6E9C">
        <w:rPr>
          <w:rFonts w:ascii="Tahoma" w:hAnsi="Tahoma" w:cs="Tahoma"/>
          <w:rtl/>
        </w:rPr>
        <w:t xml:space="preserve"> پسر کوچک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ز،</w:t>
      </w:r>
      <w:r w:rsidRPr="007E6E9C">
        <w:rPr>
          <w:rFonts w:ascii="Tahoma" w:hAnsi="Tahoma" w:cs="Tahoma"/>
          <w:rtl/>
        </w:rPr>
        <w:t xml:space="preserve"> بر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شاهزادگان شاخه‌ها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بود. منگو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استوار کردن اقتدار خود، مخالفان را برکنار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نابود کرد و کوش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دستگ</w:t>
      </w:r>
      <w:r w:rsidRPr="007E6E9C">
        <w:rPr>
          <w:rFonts w:ascii="Tahoma" w:hAnsi="Tahoma" w:cs="Tahoma" w:hint="eastAsia"/>
          <w:rtl/>
        </w:rPr>
        <w:t>اه</w:t>
      </w:r>
      <w:r w:rsidRPr="007E6E9C">
        <w:rPr>
          <w:rFonts w:ascii="Tahoma" w:hAnsi="Tahoma" w:cs="Tahoma"/>
          <w:rtl/>
        </w:rPr>
        <w:t xml:space="preserve"> امپراتور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بار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فرمان مرکز گرد آورد. فرستادن دو برادرش به دو سو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امپراتور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بخش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هم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است</w:t>
      </w:r>
      <w:r w:rsidRPr="007E6E9C">
        <w:rPr>
          <w:rFonts w:ascii="Tahoma" w:hAnsi="Tahoma" w:cs="Tahoma"/>
          <w:rtl/>
        </w:rPr>
        <w:t xml:space="preserve"> بود: قوب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مأمور گسترش قدرت مغول در 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شد و هولاکو مأمور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</w:t>
      </w:r>
      <w:r w:rsidRPr="007E6E9C">
        <w:rPr>
          <w:rFonts w:ascii="Tahoma" w:hAnsi="Tahoma" w:cs="Tahoma"/>
          <w:rtl/>
        </w:rPr>
        <w:t xml:space="preserve"> کار فتح را در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غرب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ادامه دهد.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هولاکو</w:t>
      </w:r>
      <w:r w:rsidRPr="007E6E9C">
        <w:rPr>
          <w:rFonts w:ascii="Tahoma" w:hAnsi="Tahoma" w:cs="Tahoma"/>
          <w:rtl/>
        </w:rPr>
        <w:t xml:space="preserve"> فرزند تول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سرقو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بود. مادرش، که به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نسطور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تعلق داشت، در ترب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و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شرفت</w:t>
      </w:r>
      <w:r w:rsidRPr="007E6E9C">
        <w:rPr>
          <w:rFonts w:ascii="Tahoma" w:hAnsi="Tahoma" w:cs="Tahoma"/>
          <w:rtl/>
        </w:rPr>
        <w:t xml:space="preserve">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پسرانش نقش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مهم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فا</w:t>
      </w:r>
      <w:r w:rsidRPr="007E6E9C">
        <w:rPr>
          <w:rFonts w:ascii="Tahoma" w:hAnsi="Tahoma" w:cs="Tahoma"/>
          <w:rtl/>
        </w:rPr>
        <w:t xml:space="preserve"> کرده بود. همسر اصل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هولاکو، دوقوز خاتون،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 و در دربار او نفوذ داشت.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وندها</w:t>
      </w:r>
      <w:r w:rsidRPr="007E6E9C">
        <w:rPr>
          <w:rFonts w:ascii="Tahoma" w:hAnsi="Tahoma" w:cs="Tahoma"/>
          <w:rtl/>
        </w:rPr>
        <w:t xml:space="preserve"> بعدها در رفتار هولاکو با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و روابطش ب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فرمانروا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ارمن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گرج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اهم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افت،</w:t>
      </w:r>
      <w:r w:rsidRPr="007E6E9C">
        <w:rPr>
          <w:rFonts w:ascii="Tahoma" w:hAnsi="Tahoma" w:cs="Tahoma"/>
          <w:rtl/>
        </w:rPr>
        <w:t xml:space="preserve"> اما نبا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چن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تصور کرد که لشکرکش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او جنگ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عل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ه</w:t>
      </w:r>
      <w:r w:rsidRPr="007E6E9C">
        <w:rPr>
          <w:rFonts w:ascii="Tahoma" w:hAnsi="Tahoma" w:cs="Tahoma"/>
          <w:rtl/>
        </w:rPr>
        <w:t xml:space="preserve"> مسلمانان بود. او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/>
          <w:rtl/>
        </w:rPr>
        <w:t xml:space="preserve"> از هر 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شاهزاده‌ا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مغول و مأمور خان بزرگ بود و برتر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خاندان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را بر همهٔ حکومت‌ها و مذاهب مقدم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دانست</w:t>
      </w:r>
      <w:r w:rsidRPr="007E6E9C">
        <w:rPr>
          <w:rFonts w:ascii="Tahoma" w:hAnsi="Tahoma" w:cs="Tahoma"/>
          <w:rtl/>
        </w:rPr>
        <w:t>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مأمور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هولاکو چند بخش داشت. نخست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دژها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اسماع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که در کوهستان‌ها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پراکنده بودند از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برم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داشت</w:t>
      </w:r>
      <w:r w:rsidRPr="007E6E9C">
        <w:rPr>
          <w:rFonts w:ascii="Tahoma" w:hAnsi="Tahoma" w:cs="Tahoma"/>
          <w:rtl/>
        </w:rPr>
        <w:t>. سپس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خل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فهٔ</w:t>
      </w:r>
      <w:r w:rsidRPr="007E6E9C">
        <w:rPr>
          <w:rFonts w:ascii="Tahoma" w:hAnsi="Tahoma" w:cs="Tahoma"/>
          <w:rtl/>
        </w:rPr>
        <w:t xml:space="preserve"> عباس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به فرمان‌بردار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وادار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</w:t>
      </w:r>
      <w:r w:rsidRPr="007E6E9C">
        <w:rPr>
          <w:rFonts w:ascii="Tahoma" w:hAnsi="Tahoma" w:cs="Tahoma"/>
          <w:rtl/>
        </w:rPr>
        <w:t xml:space="preserve"> و قدرت مغول را در عراق و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غرب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گسترش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داد</w:t>
      </w:r>
      <w:r w:rsidRPr="007E6E9C">
        <w:rPr>
          <w:rFonts w:ascii="Tahoma" w:hAnsi="Tahoma" w:cs="Tahoma"/>
          <w:rtl/>
        </w:rPr>
        <w:t>. فرمانروا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اطاعت خود را از خان بزرگ اعلام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کردند،</w:t>
      </w:r>
      <w:r w:rsidRPr="007E6E9C">
        <w:rPr>
          <w:rFonts w:ascii="Tahoma" w:hAnsi="Tahoma" w:cs="Tahoma"/>
          <w:rtl/>
        </w:rPr>
        <w:t xml:space="preserve"> مال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ات</w:t>
      </w:r>
      <w:r w:rsidRPr="007E6E9C">
        <w:rPr>
          <w:rFonts w:ascii="Tahoma" w:hAnsi="Tahoma" w:cs="Tahoma"/>
          <w:rtl/>
        </w:rPr>
        <w:t xml:space="preserve"> و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لازم را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فرستادند</w:t>
      </w:r>
      <w:r w:rsidRPr="007E6E9C">
        <w:rPr>
          <w:rFonts w:ascii="Tahoma" w:hAnsi="Tahoma" w:cs="Tahoma"/>
          <w:rtl/>
        </w:rPr>
        <w:t xml:space="preserve"> و در عمل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ات</w:t>
      </w:r>
      <w:r w:rsidRPr="007E6E9C">
        <w:rPr>
          <w:rFonts w:ascii="Tahoma" w:hAnsi="Tahoma" w:cs="Tahoma"/>
          <w:rtl/>
        </w:rPr>
        <w:t xml:space="preserve"> سپاه هولاکو همکار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کردند</w:t>
      </w:r>
      <w:r w:rsidRPr="007E6E9C">
        <w:rPr>
          <w:rFonts w:ascii="Tahoma" w:hAnsi="Tahoma" w:cs="Tahoma"/>
          <w:rtl/>
        </w:rPr>
        <w:t>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برخلاف</w:t>
      </w:r>
      <w:r w:rsidRPr="007E6E9C">
        <w:rPr>
          <w:rFonts w:ascii="Tahoma" w:hAnsi="Tahoma" w:cs="Tahoma"/>
          <w:rtl/>
        </w:rPr>
        <w:t xml:space="preserve"> حملهٔ نخست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زخان،</w:t>
      </w:r>
      <w:r w:rsidRPr="007E6E9C">
        <w:rPr>
          <w:rFonts w:ascii="Tahoma" w:hAnsi="Tahoma" w:cs="Tahoma"/>
          <w:rtl/>
        </w:rPr>
        <w:t xml:space="preserve">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لشکرکش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 آگاه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شتر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جغراف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ا،</w:t>
      </w:r>
      <w:r w:rsidRPr="007E6E9C">
        <w:rPr>
          <w:rFonts w:ascii="Tahoma" w:hAnsi="Tahoma" w:cs="Tahoma"/>
          <w:rtl/>
        </w:rPr>
        <w:t xml:space="preserve"> جمع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و منابع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آماده شد. نزد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به سه دهه تجربهٔ حکومت مغول، اطلاعات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دربارهٔ راه‌ها، چراگاه‌ها، شهرها، درآمدها و فرمانروا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فراهم آورده بود. ارغون آقا و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وانسالاران</w:t>
      </w:r>
      <w:r w:rsidRPr="007E6E9C">
        <w:rPr>
          <w:rFonts w:ascii="Tahoma" w:hAnsi="Tahoma" w:cs="Tahoma"/>
          <w:rtl/>
        </w:rPr>
        <w:t xml:space="preserve"> همراهش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توانستند</w:t>
      </w:r>
      <w:r w:rsidRPr="007E6E9C">
        <w:rPr>
          <w:rFonts w:ascii="Tahoma" w:hAnsi="Tahoma" w:cs="Tahoma"/>
          <w:rtl/>
        </w:rPr>
        <w:t xml:space="preserve"> به دستگاه هولاکو بگو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ند</w:t>
      </w:r>
      <w:r w:rsidRPr="007E6E9C">
        <w:rPr>
          <w:rFonts w:ascii="Tahoma" w:hAnsi="Tahoma" w:cs="Tahoma"/>
          <w:rtl/>
        </w:rPr>
        <w:t xml:space="preserve"> سپاه از کدام راه عبور کند، در کجا آذوقه و علوفه فراهم شود و از هر منطقه چه مقدار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</w:t>
      </w:r>
      <w:r w:rsidRPr="007E6E9C">
        <w:rPr>
          <w:rFonts w:ascii="Tahoma" w:hAnsi="Tahoma" w:cs="Tahoma"/>
          <w:rtl/>
        </w:rPr>
        <w:t xml:space="preserve"> و مال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</w:t>
      </w:r>
      <w:r w:rsidRPr="007E6E9C">
        <w:rPr>
          <w:rFonts w:ascii="Tahoma" w:hAnsi="Tahoma" w:cs="Tahoma"/>
          <w:rtl/>
        </w:rPr>
        <w:t xml:space="preserve"> خواست.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بار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</w:t>
      </w:r>
      <w:r w:rsidRPr="007E6E9C">
        <w:rPr>
          <w:rFonts w:ascii="Tahoma" w:hAnsi="Tahoma" w:cs="Tahoma"/>
          <w:rtl/>
        </w:rPr>
        <w:t xml:space="preserve"> پس از قشون حرکت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</w:t>
      </w:r>
      <w:r w:rsidRPr="007E6E9C">
        <w:rPr>
          <w:rFonts w:ascii="Tahoma" w:hAnsi="Tahoma" w:cs="Tahoma"/>
          <w:rtl/>
        </w:rPr>
        <w:t xml:space="preserve"> تا 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آن را ثبت کند؛ در آماده کردن راه قشون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نقش داشت. فرمان‌ها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تعم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راه‌ها و پل‌ها، ذخ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رهٔ</w:t>
      </w:r>
      <w:r w:rsidRPr="007E6E9C">
        <w:rPr>
          <w:rFonts w:ascii="Tahoma" w:hAnsi="Tahoma" w:cs="Tahoma"/>
          <w:rtl/>
        </w:rPr>
        <w:t xml:space="preserve"> آذوقه و آماده ساختن چراگاه‌ها صادر شد. حکومت‌ها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موظف شدند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ازها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سپاه را تأم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کنند. حرکت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بزر</w:t>
      </w:r>
      <w:r w:rsidRPr="007E6E9C">
        <w:rPr>
          <w:rFonts w:ascii="Tahoma" w:hAnsi="Tahoma" w:cs="Tahoma" w:hint="eastAsia"/>
          <w:rtl/>
        </w:rPr>
        <w:t>گ</w:t>
      </w:r>
      <w:r w:rsidRPr="007E6E9C">
        <w:rPr>
          <w:rFonts w:ascii="Tahoma" w:hAnsi="Tahoma" w:cs="Tahoma"/>
          <w:rtl/>
        </w:rPr>
        <w:t xml:space="preserve"> با خانواده‌ها، دام‌ها، ابزارها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محاصره و خدمتگزاران، بدون چن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تدارک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ممکن نبود.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آمادگ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نشان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داد</w:t>
      </w:r>
      <w:r w:rsidRPr="007E6E9C">
        <w:rPr>
          <w:rFonts w:ascii="Tahoma" w:hAnsi="Tahoma" w:cs="Tahoma"/>
          <w:rtl/>
        </w:rPr>
        <w:t xml:space="preserve"> که مغولان از تجربهٔ نخست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ورش</w:t>
      </w:r>
      <w:r w:rsidRPr="007E6E9C">
        <w:rPr>
          <w:rFonts w:ascii="Tahoma" w:hAnsi="Tahoma" w:cs="Tahoma"/>
          <w:rtl/>
        </w:rPr>
        <w:t xml:space="preserve"> درس گرفته‌اند. سپاه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زخان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نابود کردن حکومت خوارزمشاه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آمده بود و بخش بزرگ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ازها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خود را در جر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حرکت از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فتح‌شده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گرفت</w:t>
      </w:r>
      <w:r w:rsidRPr="007E6E9C">
        <w:rPr>
          <w:rFonts w:ascii="Tahoma" w:hAnsi="Tahoma" w:cs="Tahoma"/>
          <w:rtl/>
        </w:rPr>
        <w:t>. سپاه هولاکو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بار سنگ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 مردم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گذاشت،</w:t>
      </w:r>
      <w:r w:rsidRPr="007E6E9C">
        <w:rPr>
          <w:rFonts w:ascii="Tahoma" w:hAnsi="Tahoma" w:cs="Tahoma"/>
          <w:rtl/>
        </w:rPr>
        <w:t xml:space="preserve"> اما حرکت آ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بخش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برنامه‌ا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استقرار حکومت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ماندگارتر بود. هدف فقط گرفتن غن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مت</w:t>
      </w:r>
      <w:r w:rsidRPr="007E6E9C">
        <w:rPr>
          <w:rFonts w:ascii="Tahoma" w:hAnsi="Tahoma" w:cs="Tahoma"/>
          <w:rtl/>
        </w:rPr>
        <w:t xml:space="preserve"> و بازگشت به شرق نبود؛ شاهزاده‌ا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خاندان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قرار بود در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غرب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بماند و قدرت را از نزد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اداره کند.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هولاکو</w:t>
      </w:r>
      <w:r w:rsidRPr="007E6E9C">
        <w:rPr>
          <w:rFonts w:ascii="Tahoma" w:hAnsi="Tahoma" w:cs="Tahoma"/>
          <w:rtl/>
        </w:rPr>
        <w:t xml:space="preserve"> در سال </w:t>
      </w:r>
      <w:r w:rsidRPr="007E6E9C">
        <w:rPr>
          <w:rFonts w:ascii="Tahoma" w:hAnsi="Tahoma" w:cs="Tahoma"/>
          <w:rtl/>
          <w:lang w:bidi="fa-IR"/>
        </w:rPr>
        <w:t>۱۲۵۳</w:t>
      </w:r>
      <w:r w:rsidRPr="007E6E9C">
        <w:rPr>
          <w:rFonts w:ascii="Tahoma" w:hAnsi="Tahoma" w:cs="Tahoma"/>
          <w:rtl/>
        </w:rPr>
        <w:t xml:space="preserve"> مأمور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لشکرکش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شد، اما حرکت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بزرگ او و رس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دنش</w:t>
      </w:r>
      <w:r w:rsidRPr="007E6E9C">
        <w:rPr>
          <w:rFonts w:ascii="Tahoma" w:hAnsi="Tahoma" w:cs="Tahoma"/>
          <w:rtl/>
        </w:rPr>
        <w:t xml:space="preserve"> به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زمان برد. سپاه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از مناطق مختلف امپراتور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فراهم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شد</w:t>
      </w:r>
      <w:r w:rsidRPr="007E6E9C">
        <w:rPr>
          <w:rFonts w:ascii="Tahoma" w:hAnsi="Tahoma" w:cs="Tahoma"/>
          <w:rtl/>
        </w:rPr>
        <w:t xml:space="preserve"> و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طولان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مرکز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تا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را ط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</w:t>
      </w:r>
      <w:r w:rsidRPr="007E6E9C">
        <w:rPr>
          <w:rFonts w:ascii="Tahoma" w:hAnsi="Tahoma" w:cs="Tahoma"/>
          <w:rtl/>
        </w:rPr>
        <w:t xml:space="preserve">. او در سال </w:t>
      </w:r>
      <w:r w:rsidRPr="007E6E9C">
        <w:rPr>
          <w:rFonts w:ascii="Tahoma" w:hAnsi="Tahoma" w:cs="Tahoma"/>
          <w:rtl/>
          <w:lang w:bidi="fa-IR"/>
        </w:rPr>
        <w:t>۱۲۵۵</w:t>
      </w:r>
      <w:r w:rsidRPr="007E6E9C">
        <w:rPr>
          <w:rFonts w:ascii="Tahoma" w:hAnsi="Tahoma" w:cs="Tahoma"/>
          <w:rtl/>
        </w:rPr>
        <w:t xml:space="preserve"> به ماوراءالنهر رس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و سپس از آمودر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گذشت و وارد خراس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شد. فرمانروا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و حاکمان مناطق مختلف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اعلام فرمان‌بردار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تقد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هدا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به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دارش</w:t>
      </w:r>
      <w:r w:rsidRPr="007E6E9C">
        <w:rPr>
          <w:rFonts w:ascii="Tahoma" w:hAnsi="Tahoma" w:cs="Tahoma"/>
          <w:rtl/>
        </w:rPr>
        <w:t xml:space="preserve"> آمدند.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ورود</w:t>
      </w:r>
      <w:r w:rsidRPr="007E6E9C">
        <w:rPr>
          <w:rFonts w:ascii="Tahoma" w:hAnsi="Tahoma" w:cs="Tahoma"/>
          <w:rtl/>
        </w:rPr>
        <w:t xml:space="preserve"> هولاکو با ورود فاتح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به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کاملاً ناشناخته تفاوت داشت. از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/>
          <w:rtl/>
        </w:rPr>
        <w:t xml:space="preserve"> حاکمان مغول در خراسان و فرماندهان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آذربا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جان</w:t>
      </w:r>
      <w:r w:rsidRPr="007E6E9C">
        <w:rPr>
          <w:rFonts w:ascii="Tahoma" w:hAnsi="Tahoma" w:cs="Tahoma"/>
          <w:rtl/>
        </w:rPr>
        <w:t xml:space="preserve"> حضور داشتند.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</w:t>
      </w:r>
      <w:r w:rsidRPr="007E6E9C">
        <w:rPr>
          <w:rFonts w:ascii="Tahoma" w:hAnsi="Tahoma" w:cs="Tahoma"/>
          <w:rtl/>
        </w:rPr>
        <w:t xml:space="preserve"> مال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کار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</w:t>
      </w:r>
      <w:r w:rsidRPr="007E6E9C">
        <w:rPr>
          <w:rFonts w:ascii="Tahoma" w:hAnsi="Tahoma" w:cs="Tahoma"/>
          <w:rtl/>
        </w:rPr>
        <w:t xml:space="preserve"> و حاکمان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جا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گاه</w:t>
      </w:r>
      <w:r w:rsidRPr="007E6E9C">
        <w:rPr>
          <w:rFonts w:ascii="Tahoma" w:hAnsi="Tahoma" w:cs="Tahoma"/>
          <w:rtl/>
        </w:rPr>
        <w:t xml:space="preserve"> خود را با پذ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رش</w:t>
      </w:r>
      <w:r w:rsidRPr="007E6E9C">
        <w:rPr>
          <w:rFonts w:ascii="Tahoma" w:hAnsi="Tahoma" w:cs="Tahoma"/>
          <w:rtl/>
        </w:rPr>
        <w:t xml:space="preserve"> برتر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مغولان حفظ کرده بودند. هولاکو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دستگاه را برچ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eastAsia"/>
          <w:rtl/>
        </w:rPr>
        <w:t>تا</w:t>
      </w:r>
      <w:r w:rsidRPr="007E6E9C">
        <w:rPr>
          <w:rFonts w:ascii="Tahoma" w:hAnsi="Tahoma" w:cs="Tahoma"/>
          <w:rtl/>
        </w:rPr>
        <w:t xml:space="preserve"> همه‌چ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را از نو بسازد؛ بلکه آن را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فرمان خود قرار داد و از تجربه و افرادش بهره گرفت.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ارغون</w:t>
      </w:r>
      <w:r w:rsidRPr="007E6E9C">
        <w:rPr>
          <w:rFonts w:ascii="Tahoma" w:hAnsi="Tahoma" w:cs="Tahoma"/>
          <w:rtl/>
        </w:rPr>
        <w:t xml:space="preserve"> آقا، که تا آن هنگام بخش بزرگ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امور مال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ادار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غرب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اداره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کرد،</w:t>
      </w:r>
      <w:r w:rsidRPr="007E6E9C">
        <w:rPr>
          <w:rFonts w:ascii="Tahoma" w:hAnsi="Tahoma" w:cs="Tahoma"/>
          <w:rtl/>
        </w:rPr>
        <w:t xml:space="preserve">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جا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گاه</w:t>
      </w:r>
      <w:r w:rsidRPr="007E6E9C">
        <w:rPr>
          <w:rFonts w:ascii="Tahoma" w:hAnsi="Tahoma" w:cs="Tahoma"/>
          <w:rtl/>
        </w:rPr>
        <w:t xml:space="preserve"> خود را با قدرت تازه سازگار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</w:t>
      </w:r>
      <w:r w:rsidRPr="007E6E9C">
        <w:rPr>
          <w:rFonts w:ascii="Tahoma" w:hAnsi="Tahoma" w:cs="Tahoma"/>
          <w:rtl/>
        </w:rPr>
        <w:t>.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وانسالاران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چون عطاملک جو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به خدمت هولاکو درآمدند و همراه سپاه حرکت کردند. حضور آنان نشان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داد</w:t>
      </w:r>
      <w:r w:rsidRPr="007E6E9C">
        <w:rPr>
          <w:rFonts w:ascii="Tahoma" w:hAnsi="Tahoma" w:cs="Tahoma"/>
          <w:rtl/>
        </w:rPr>
        <w:t xml:space="preserve"> که عمل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ات</w:t>
      </w:r>
      <w:r w:rsidRPr="007E6E9C">
        <w:rPr>
          <w:rFonts w:ascii="Tahoma" w:hAnsi="Tahoma" w:cs="Tahoma"/>
          <w:rtl/>
        </w:rPr>
        <w:t xml:space="preserve">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همان آغاز با ثبت، مکاتبه، مذاکره و برنامه‌ر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همراه است.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نخست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هدف بزرگ، اسماع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بودند. آنان از اواخر دورهٔ سلجوق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شبکه‌ا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دژها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کوهستان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بخش‌ها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مختلف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ران،</w:t>
      </w:r>
      <w:r w:rsidRPr="007E6E9C">
        <w:rPr>
          <w:rFonts w:ascii="Tahoma" w:hAnsi="Tahoma" w:cs="Tahoma"/>
          <w:rtl/>
        </w:rPr>
        <w:t xml:space="preserve"> به‌و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ژه</w:t>
      </w:r>
      <w:r w:rsidRPr="007E6E9C">
        <w:rPr>
          <w:rFonts w:ascii="Tahoma" w:hAnsi="Tahoma" w:cs="Tahoma"/>
          <w:rtl/>
        </w:rPr>
        <w:t xml:space="preserve"> البرز و قهستان، ساخته بودند. الموت مشهورتر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مرکز آنان بود، اما قدرتشان به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دژ محدود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شد</w:t>
      </w:r>
      <w:r w:rsidRPr="007E6E9C">
        <w:rPr>
          <w:rFonts w:ascii="Tahoma" w:hAnsi="Tahoma" w:cs="Tahoma"/>
          <w:rtl/>
        </w:rPr>
        <w:t>.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مون‌دژ،</w:t>
      </w:r>
      <w:r w:rsidRPr="007E6E9C">
        <w:rPr>
          <w:rFonts w:ascii="Tahoma" w:hAnsi="Tahoma" w:cs="Tahoma"/>
          <w:rtl/>
        </w:rPr>
        <w:t xml:space="preserve"> لمسر، گردکوه و قلعه‌ها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متعدد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به آنان امکان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داد</w:t>
      </w:r>
      <w:r w:rsidRPr="007E6E9C">
        <w:rPr>
          <w:rFonts w:ascii="Tahoma" w:hAnsi="Tahoma" w:cs="Tahoma"/>
          <w:rtl/>
        </w:rPr>
        <w:t xml:space="preserve"> در مناطق دور از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دوام آورند.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دژها فقط پناهگاه‌ها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نبودند. هر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به آب، ذخ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رهٔ</w:t>
      </w:r>
      <w:r w:rsidRPr="007E6E9C">
        <w:rPr>
          <w:rFonts w:ascii="Tahoma" w:hAnsi="Tahoma" w:cs="Tahoma"/>
          <w:rtl/>
        </w:rPr>
        <w:t xml:space="preserve"> غله، 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رامون،</w:t>
      </w:r>
      <w:r w:rsidRPr="007E6E9C">
        <w:rPr>
          <w:rFonts w:ascii="Tahoma" w:hAnsi="Tahoma" w:cs="Tahoma"/>
          <w:rtl/>
        </w:rPr>
        <w:t xml:space="preserve"> افراد آموزش‌د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ده</w:t>
      </w:r>
      <w:r w:rsidRPr="007E6E9C">
        <w:rPr>
          <w:rFonts w:ascii="Tahoma" w:hAnsi="Tahoma" w:cs="Tahoma"/>
          <w:rtl/>
        </w:rPr>
        <w:t xml:space="preserve"> و راه‌ها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ارتباط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از</w:t>
      </w:r>
      <w:r w:rsidRPr="007E6E9C">
        <w:rPr>
          <w:rFonts w:ascii="Tahoma" w:hAnsi="Tahoma" w:cs="Tahoma"/>
          <w:rtl/>
        </w:rPr>
        <w:t xml:space="preserve"> داشتند.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در طول چند نسل آموخته بودند چگونه در برابر محاصره مقاومت کنند و با تک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ه</w:t>
      </w:r>
      <w:r w:rsidRPr="007E6E9C">
        <w:rPr>
          <w:rFonts w:ascii="Tahoma" w:hAnsi="Tahoma" w:cs="Tahoma"/>
          <w:rtl/>
        </w:rPr>
        <w:t xml:space="preserve"> بر جغراف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کوهستان،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/>
          <w:rtl/>
        </w:rPr>
        <w:t xml:space="preserve"> بزرگ‌تر از خ</w:t>
      </w:r>
      <w:r w:rsidRPr="007E6E9C">
        <w:rPr>
          <w:rFonts w:ascii="Tahoma" w:hAnsi="Tahoma" w:cs="Tahoma" w:hint="eastAsia"/>
          <w:rtl/>
        </w:rPr>
        <w:t>ود</w:t>
      </w:r>
      <w:r w:rsidRPr="007E6E9C">
        <w:rPr>
          <w:rFonts w:ascii="Tahoma" w:hAnsi="Tahoma" w:cs="Tahoma"/>
          <w:rtl/>
        </w:rPr>
        <w:t xml:space="preserve"> را فرسوده سازند. حکومت‌ها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سلجوق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خوارزمشاه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 وجود لشکرکش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متعدد نتوانسته بودند همهٔ مراکز آنان را از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ببرند.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در جامعهٔ سن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مذهب</w:t>
      </w:r>
      <w:r w:rsidRPr="007E6E9C">
        <w:rPr>
          <w:rFonts w:ascii="Tahoma" w:hAnsi="Tahoma" w:cs="Tahoma"/>
          <w:rtl/>
        </w:rPr>
        <w:t xml:space="preserve"> آن دوره مخالفان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فراوان داشتند و منابع دشمن اغلب آنان را تنها از راه قتل‌ها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عنوان‌ها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که معنا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تحق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رآم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داشتند معرف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کردند</w:t>
      </w:r>
      <w:r w:rsidRPr="007E6E9C">
        <w:rPr>
          <w:rFonts w:ascii="Tahoma" w:hAnsi="Tahoma" w:cs="Tahoma"/>
          <w:rtl/>
        </w:rPr>
        <w:t>. آنان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بردن برخ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دشمنان بلندپا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ه</w:t>
      </w:r>
      <w:r w:rsidRPr="007E6E9C">
        <w:rPr>
          <w:rFonts w:ascii="Tahoma" w:hAnsi="Tahoma" w:cs="Tahoma"/>
          <w:rtl/>
        </w:rPr>
        <w:t xml:space="preserve"> به کشتن هدف‌مند رو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آوردند</w:t>
      </w:r>
      <w:r w:rsidRPr="007E6E9C">
        <w:rPr>
          <w:rFonts w:ascii="Tahoma" w:hAnsi="Tahoma" w:cs="Tahoma"/>
          <w:rtl/>
        </w:rPr>
        <w:t xml:space="preserve"> و هم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روش هراس ف</w:t>
      </w:r>
      <w:r w:rsidRPr="007E6E9C">
        <w:rPr>
          <w:rFonts w:ascii="Tahoma" w:hAnsi="Tahoma" w:cs="Tahoma" w:hint="eastAsia"/>
          <w:rtl/>
        </w:rPr>
        <w:t>راوان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آورده بود. اما تقل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</w:t>
      </w:r>
      <w:r w:rsidRPr="007E6E9C">
        <w:rPr>
          <w:rFonts w:ascii="Tahoma" w:hAnsi="Tahoma" w:cs="Tahoma"/>
          <w:rtl/>
        </w:rPr>
        <w:t xml:space="preserve"> دادن همهٔ موجود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آنان به گروه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آدم‌کشان، ساختمان اجتماع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،</w:t>
      </w:r>
      <w:r w:rsidRPr="007E6E9C">
        <w:rPr>
          <w:rFonts w:ascii="Tahoma" w:hAnsi="Tahoma" w:cs="Tahoma"/>
          <w:rtl/>
        </w:rPr>
        <w:t xml:space="preserve"> اعتقاد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شان</w:t>
      </w:r>
      <w:r w:rsidRPr="007E6E9C">
        <w:rPr>
          <w:rFonts w:ascii="Tahoma" w:hAnsi="Tahoma" w:cs="Tahoma"/>
          <w:rtl/>
        </w:rPr>
        <w:t xml:space="preserve"> را پنهان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کند</w:t>
      </w:r>
      <w:r w:rsidRPr="007E6E9C">
        <w:rPr>
          <w:rFonts w:ascii="Tahoma" w:hAnsi="Tahoma" w:cs="Tahoma"/>
          <w:rtl/>
        </w:rPr>
        <w:t>. آنان جماعت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مذهب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 امام، دعوت، سازمان،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روان</w:t>
      </w:r>
      <w:r w:rsidRPr="007E6E9C">
        <w:rPr>
          <w:rFonts w:ascii="Tahoma" w:hAnsi="Tahoma" w:cs="Tahoma"/>
          <w:rtl/>
        </w:rPr>
        <w:t xml:space="preserve"> و قلمروها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پراکنده بودند که توانسته بودند نزد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به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ک‌ون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سده استقلال خود ر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حفظ کنند.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از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حکومت مغول، مسئلهٔ اصل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باور مذهب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نبود. مغولان در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دوره با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روان</w:t>
      </w:r>
      <w:r w:rsidRPr="007E6E9C">
        <w:rPr>
          <w:rFonts w:ascii="Tahoma" w:hAnsi="Tahoma" w:cs="Tahoma"/>
          <w:rtl/>
        </w:rPr>
        <w:t xml:space="preserve"> مذاهب گوناگون کنار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آمدند</w:t>
      </w:r>
      <w:r w:rsidRPr="007E6E9C">
        <w:rPr>
          <w:rFonts w:ascii="Tahoma" w:hAnsi="Tahoma" w:cs="Tahoma"/>
          <w:rtl/>
        </w:rPr>
        <w:t xml:space="preserve"> و از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نکاران</w:t>
      </w:r>
      <w:r w:rsidRPr="007E6E9C">
        <w:rPr>
          <w:rFonts w:ascii="Tahoma" w:hAnsi="Tahoma" w:cs="Tahoma"/>
          <w:rtl/>
        </w:rPr>
        <w:t xml:space="preserve"> مسلمان،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بودا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استفاده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کردند</w:t>
      </w:r>
      <w:r w:rsidRPr="007E6E9C">
        <w:rPr>
          <w:rFonts w:ascii="Tahoma" w:hAnsi="Tahoma" w:cs="Tahoma"/>
          <w:rtl/>
        </w:rPr>
        <w:t>. مشکل آن بود که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فرمان‌بردار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کامل از خان بزرگ را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پذ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رفتند</w:t>
      </w:r>
      <w:r w:rsidRPr="007E6E9C">
        <w:rPr>
          <w:rFonts w:ascii="Tahoma" w:hAnsi="Tahoma" w:cs="Tahoma"/>
          <w:rtl/>
        </w:rPr>
        <w:t xml:space="preserve"> و دژها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شان</w:t>
      </w:r>
      <w:r w:rsidRPr="007E6E9C">
        <w:rPr>
          <w:rFonts w:ascii="Tahoma" w:hAnsi="Tahoma" w:cs="Tahoma"/>
          <w:rtl/>
        </w:rPr>
        <w:t xml:space="preserve"> در دل مس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رها</w:t>
      </w:r>
      <w:r w:rsidRPr="007E6E9C">
        <w:rPr>
          <w:rFonts w:ascii="Tahoma" w:hAnsi="Tahoma" w:cs="Tahoma"/>
          <w:rtl/>
        </w:rPr>
        <w:t xml:space="preserve"> و سرزم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قرار داشت که هولاکو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خواست</w:t>
      </w:r>
      <w:r w:rsidRPr="007E6E9C">
        <w:rPr>
          <w:rFonts w:ascii="Tahoma" w:hAnsi="Tahoma" w:cs="Tahoma"/>
          <w:rtl/>
        </w:rPr>
        <w:t xml:space="preserve">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فرمان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گانه</w:t>
      </w:r>
      <w:r w:rsidRPr="007E6E9C">
        <w:rPr>
          <w:rFonts w:ascii="Tahoma" w:hAnsi="Tahoma" w:cs="Tahoma"/>
          <w:rtl/>
        </w:rPr>
        <w:t xml:space="preserve"> درآورد. حکومت مغول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توانست</w:t>
      </w:r>
      <w:r w:rsidRPr="007E6E9C">
        <w:rPr>
          <w:rFonts w:ascii="Tahoma" w:hAnsi="Tahoma" w:cs="Tahoma"/>
          <w:rtl/>
        </w:rPr>
        <w:t xml:space="preserve"> وجود شبکه‌ا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مستقل را در پشت سر سپاه خود تحمل کند.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فرمانروا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در آن زمان 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خورشاه بود. او پس از جانش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پدرش با وضع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روبه‌رو شد که با دورهٔ حکومت‌ها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منطقه‌ا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تفاوت داشت. سلجوق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خوارزمشاه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توانستند</w:t>
      </w:r>
      <w:r w:rsidRPr="007E6E9C">
        <w:rPr>
          <w:rFonts w:ascii="Tahoma" w:hAnsi="Tahoma" w:cs="Tahoma"/>
          <w:rtl/>
        </w:rPr>
        <w:t xml:space="preserve"> دژ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محاصره کنند، اما معمولاً توان آن را نداشتند که هم‌زمان همهٔ مراکز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>ان را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فشار بگذارند. هولاکو از منابع امپراتور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پهناور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برخوردار بود و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توانست</w:t>
      </w:r>
      <w:r w:rsidRPr="007E6E9C">
        <w:rPr>
          <w:rFonts w:ascii="Tahoma" w:hAnsi="Tahoma" w:cs="Tahoma"/>
          <w:rtl/>
        </w:rPr>
        <w:t xml:space="preserve"> سپاه، مهندسان محاصره و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حاکمان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در عمل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هماهنگ به کار 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رد</w:t>
      </w:r>
      <w:r w:rsidRPr="007E6E9C">
        <w:rPr>
          <w:rFonts w:ascii="Tahoma" w:hAnsi="Tahoma" w:cs="Tahoma"/>
          <w:rtl/>
        </w:rPr>
        <w:t>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کوش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با مذاکره زمان به دست آورد. او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ام‌ها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هولاکو فرستاد و آمادگ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خود را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اطاعت نشان داد، اما دربارهٔ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همهٔ دژها و 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کردن استحکامات ترد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داشت.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ترد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قابل فهم بود؛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</w:t>
      </w:r>
      <w:r w:rsidRPr="007E6E9C">
        <w:rPr>
          <w:rFonts w:ascii="Tahoma" w:hAnsi="Tahoma" w:cs="Tahoma"/>
          <w:rtl/>
        </w:rPr>
        <w:t xml:space="preserve"> قدرت و امن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به همان دژها وابسته بود. اگر آ</w:t>
      </w:r>
      <w:r w:rsidRPr="007E6E9C">
        <w:rPr>
          <w:rFonts w:ascii="Tahoma" w:hAnsi="Tahoma" w:cs="Tahoma" w:hint="eastAsia"/>
          <w:rtl/>
        </w:rPr>
        <w:t>نها</w:t>
      </w:r>
      <w:r w:rsidRPr="007E6E9C">
        <w:rPr>
          <w:rFonts w:ascii="Tahoma" w:hAnsi="Tahoma" w:cs="Tahoma"/>
          <w:rtl/>
        </w:rPr>
        <w:t xml:space="preserve"> را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کردند،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وس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چانه‌زن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دفاع در اخت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/>
          <w:rtl/>
        </w:rPr>
        <w:t xml:space="preserve"> نداشتند. اما هر اندازه مذاکره طول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د،</w:t>
      </w:r>
      <w:r w:rsidRPr="007E6E9C">
        <w:rPr>
          <w:rFonts w:ascii="Tahoma" w:hAnsi="Tahoma" w:cs="Tahoma"/>
          <w:rtl/>
        </w:rPr>
        <w:t xml:space="preserve"> هولاکو آن را نشانهٔ سرپ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وقت‌کش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>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هولاکو</w:t>
      </w:r>
      <w:r w:rsidRPr="007E6E9C">
        <w:rPr>
          <w:rFonts w:ascii="Tahoma" w:hAnsi="Tahoma" w:cs="Tahoma"/>
          <w:rtl/>
        </w:rPr>
        <w:t xml:space="preserve">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خواست</w:t>
      </w:r>
      <w:r w:rsidRPr="007E6E9C">
        <w:rPr>
          <w:rFonts w:ascii="Tahoma" w:hAnsi="Tahoma" w:cs="Tahoma"/>
          <w:rtl/>
        </w:rPr>
        <w:t xml:space="preserve"> به فرمان‌بردار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لفظ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رضا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دهد. تجربهٔ مغولان نشان داده بود که باق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ماندن قلعه‌ها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تواند</w:t>
      </w:r>
      <w:r w:rsidRPr="007E6E9C">
        <w:rPr>
          <w:rFonts w:ascii="Tahoma" w:hAnsi="Tahoma" w:cs="Tahoma"/>
          <w:rtl/>
        </w:rPr>
        <w:t xml:space="preserve"> پس از دور شدن سپاه به شورش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تازه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نجامد</w:t>
      </w:r>
      <w:r w:rsidRPr="007E6E9C">
        <w:rPr>
          <w:rFonts w:ascii="Tahoma" w:hAnsi="Tahoma" w:cs="Tahoma"/>
          <w:rtl/>
        </w:rPr>
        <w:t>. ازا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ن‌رو،</w:t>
      </w:r>
      <w:r w:rsidRPr="007E6E9C">
        <w:rPr>
          <w:rFonts w:ascii="Tahoma" w:hAnsi="Tahoma" w:cs="Tahoma"/>
          <w:rtl/>
        </w:rPr>
        <w:t xml:space="preserve"> خواستار حضور 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در اردو و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واقع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دژها شد. سپاه مغول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هم‌زمان به سو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مراکز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/>
          <w:rtl/>
        </w:rPr>
        <w:t xml:space="preserve"> رفت تا مذاکره بدون فشار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نماند.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مون‌دژ،</w:t>
      </w:r>
      <w:r w:rsidRPr="007E6E9C">
        <w:rPr>
          <w:rFonts w:ascii="Tahoma" w:hAnsi="Tahoma" w:cs="Tahoma"/>
          <w:rtl/>
        </w:rPr>
        <w:t xml:space="preserve"> محل استقرار 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ن،</w:t>
      </w:r>
      <w:r w:rsidRPr="007E6E9C">
        <w:rPr>
          <w:rFonts w:ascii="Tahoma" w:hAnsi="Tahoma" w:cs="Tahoma"/>
          <w:rtl/>
        </w:rPr>
        <w:t xml:space="preserve"> در سال </w:t>
      </w:r>
      <w:r w:rsidRPr="007E6E9C">
        <w:rPr>
          <w:rFonts w:ascii="Tahoma" w:hAnsi="Tahoma" w:cs="Tahoma"/>
          <w:rtl/>
          <w:lang w:bidi="fa-IR"/>
        </w:rPr>
        <w:t>۱۲۵۶</w:t>
      </w:r>
      <w:r w:rsidRPr="007E6E9C">
        <w:rPr>
          <w:rFonts w:ascii="Tahoma" w:hAnsi="Tahoma" w:cs="Tahoma"/>
          <w:rtl/>
        </w:rPr>
        <w:t xml:space="preserve"> در محاصره قرار گرفت. موقع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کوهستان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آن دفاع را آسان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کرد،</w:t>
      </w:r>
      <w:r w:rsidRPr="007E6E9C">
        <w:rPr>
          <w:rFonts w:ascii="Tahoma" w:hAnsi="Tahoma" w:cs="Tahoma"/>
          <w:rtl/>
        </w:rPr>
        <w:t xml:space="preserve"> اما مغولان با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فراوان و ابزارها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محاصره راه‌ها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ارتباط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 بستند. سرما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نزد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ک‌شونده</w:t>
      </w:r>
      <w:r w:rsidRPr="007E6E9C">
        <w:rPr>
          <w:rFonts w:ascii="Tahoma" w:hAnsi="Tahoma" w:cs="Tahoma"/>
          <w:rtl/>
        </w:rPr>
        <w:t xml:space="preserve"> و دشوار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ادامهٔ مقاومت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بر تصم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مدافعان اثر گذاشت. رکن‌</w:t>
      </w:r>
      <w:r w:rsidRPr="007E6E9C">
        <w:rPr>
          <w:rFonts w:ascii="Tahoma" w:hAnsi="Tahoma" w:cs="Tahoma" w:hint="eastAsia"/>
          <w:rtl/>
        </w:rPr>
        <w:t>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سرانجام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شد و از دژ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رون</w:t>
      </w:r>
      <w:r w:rsidRPr="007E6E9C">
        <w:rPr>
          <w:rFonts w:ascii="Tahoma" w:hAnsi="Tahoma" w:cs="Tahoma"/>
          <w:rtl/>
        </w:rPr>
        <w:t xml:space="preserve"> آمد.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او پا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فور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همهٔ مقاومت‌ها نبود. هر قلعه فرمانده، آذوقه و توان دفاع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خود را داشت و بعض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آنان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خواستند</w:t>
      </w:r>
      <w:r w:rsidRPr="007E6E9C">
        <w:rPr>
          <w:rFonts w:ascii="Tahoma" w:hAnsi="Tahoma" w:cs="Tahoma"/>
          <w:rtl/>
        </w:rPr>
        <w:t xml:space="preserve"> فقط به فرمان 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سلاح بر 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بگذارند. باا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ن‌حال،</w:t>
      </w:r>
      <w:r w:rsidRPr="007E6E9C">
        <w:rPr>
          <w:rFonts w:ascii="Tahoma" w:hAnsi="Tahoma" w:cs="Tahoma"/>
          <w:rtl/>
        </w:rPr>
        <w:t xml:space="preserve"> حضور او در دست هولاکو و فرمان‌ها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که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دژها فرستاد، توان هماهنگ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ر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شکست. الموت و شمار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قلعه‌ها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شدند؛ لمسر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پس از مدت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مقاومت دست 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>. گردکوه سال‌ها بعد همچنان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ستادگ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کرد و تا حدود سال </w:t>
      </w:r>
      <w:r w:rsidRPr="007E6E9C">
        <w:rPr>
          <w:rFonts w:ascii="Tahoma" w:hAnsi="Tahoma" w:cs="Tahoma"/>
          <w:rtl/>
          <w:lang w:bidi="fa-IR"/>
        </w:rPr>
        <w:t>۱۲۷۰</w:t>
      </w:r>
      <w:r w:rsidRPr="007E6E9C">
        <w:rPr>
          <w:rFonts w:ascii="Tahoma" w:hAnsi="Tahoma" w:cs="Tahoma"/>
          <w:rtl/>
        </w:rPr>
        <w:t xml:space="preserve"> به‌طور کامل به دست مغولان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فتاد</w:t>
      </w:r>
      <w:r w:rsidRPr="007E6E9C">
        <w:rPr>
          <w:rFonts w:ascii="Tahoma" w:hAnsi="Tahoma" w:cs="Tahoma"/>
          <w:rtl/>
        </w:rPr>
        <w:t>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تفاوت نشان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دهد</w:t>
      </w:r>
      <w:r w:rsidRPr="007E6E9C">
        <w:rPr>
          <w:rFonts w:ascii="Tahoma" w:hAnsi="Tahoma" w:cs="Tahoma"/>
          <w:rtl/>
        </w:rPr>
        <w:t xml:space="preserve"> که «سقوط الموت» را نبا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با نابود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ک‌بارهٔ</w:t>
      </w:r>
      <w:r w:rsidRPr="007E6E9C">
        <w:rPr>
          <w:rFonts w:ascii="Tahoma" w:hAnsi="Tahoma" w:cs="Tahoma"/>
          <w:rtl/>
        </w:rPr>
        <w:t xml:space="preserve"> همهٔ شبکهٔ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دانست. مرکز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آنان از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رفت و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شتر</w:t>
      </w:r>
      <w:r w:rsidRPr="007E6E9C">
        <w:rPr>
          <w:rFonts w:ascii="Tahoma" w:hAnsi="Tahoma" w:cs="Tahoma"/>
          <w:rtl/>
        </w:rPr>
        <w:t xml:space="preserve"> دژها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اصل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شدند، اما برخ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قلعه‌ها مقاومت کردند و جماعت‌ها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نواح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مختلف به زندگ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خود ادامه دادند. حکومت سازمان</w:t>
      </w:r>
      <w:r w:rsidRPr="007E6E9C">
        <w:rPr>
          <w:rFonts w:ascii="Tahoma" w:hAnsi="Tahoma" w:cs="Tahoma" w:hint="eastAsia"/>
          <w:rtl/>
        </w:rPr>
        <w:t>‌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افتهٔ</w:t>
      </w:r>
      <w:r w:rsidRPr="007E6E9C">
        <w:rPr>
          <w:rFonts w:ascii="Tahoma" w:hAnsi="Tahoma" w:cs="Tahoma"/>
          <w:rtl/>
        </w:rPr>
        <w:t xml:space="preserve"> آنان در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شکست خورد، ول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باور و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روانشان</w:t>
      </w:r>
      <w:r w:rsidRPr="007E6E9C">
        <w:rPr>
          <w:rFonts w:ascii="Tahoma" w:hAnsi="Tahoma" w:cs="Tahoma"/>
          <w:rtl/>
        </w:rPr>
        <w:t xml:space="preserve"> ناپد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نشدند.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هولاکو</w:t>
      </w:r>
      <w:r w:rsidRPr="007E6E9C">
        <w:rPr>
          <w:rFonts w:ascii="Tahoma" w:hAnsi="Tahoma" w:cs="Tahoma"/>
          <w:rtl/>
        </w:rPr>
        <w:t xml:space="preserve"> دستور داد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استحکامات دژها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م‌شده</w:t>
      </w:r>
      <w:r w:rsidRPr="007E6E9C">
        <w:rPr>
          <w:rFonts w:ascii="Tahoma" w:hAnsi="Tahoma" w:cs="Tahoma"/>
          <w:rtl/>
        </w:rPr>
        <w:t xml:space="preserve"> 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شوند تا امکان استفادهٔ دوباره از آنها وجود نداشته باشد. بخش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ساکنان کشته، پراکنده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جابه‌جا شدند. 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کوش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با همکار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شتر</w:t>
      </w:r>
      <w:r w:rsidRPr="007E6E9C">
        <w:rPr>
          <w:rFonts w:ascii="Tahoma" w:hAnsi="Tahoma" w:cs="Tahoma"/>
          <w:rtl/>
        </w:rPr>
        <w:t xml:space="preserve"> جان خود و خاندانش را حفظ کند. او حت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دار</w:t>
      </w:r>
      <w:r w:rsidRPr="007E6E9C">
        <w:rPr>
          <w:rFonts w:ascii="Tahoma" w:hAnsi="Tahoma" w:cs="Tahoma"/>
          <w:rtl/>
        </w:rPr>
        <w:t xml:space="preserve"> با منگوقاآن به سو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دربار خان بزرگ فرستاده شد، اما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همکار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امن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/>
          <w:rtl/>
        </w:rPr>
        <w:t xml:space="preserve"> فراهم نکرد و در راه بازگشت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/>
          <w:rtl/>
        </w:rPr>
        <w:t xml:space="preserve"> در جر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انتقال به قتل رس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>. اعضا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خاندان و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روان</w:t>
      </w:r>
      <w:r w:rsidRPr="007E6E9C">
        <w:rPr>
          <w:rFonts w:ascii="Tahoma" w:hAnsi="Tahoma" w:cs="Tahoma"/>
          <w:rtl/>
        </w:rPr>
        <w:t xml:space="preserve"> نزد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کش</w:t>
      </w:r>
      <w:r w:rsidRPr="007E6E9C">
        <w:rPr>
          <w:rFonts w:ascii="Tahoma" w:hAnsi="Tahoma" w:cs="Tahoma"/>
          <w:rtl/>
        </w:rPr>
        <w:t xml:space="preserve">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از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برده شدند.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پا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نشان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داد</w:t>
      </w:r>
      <w:r w:rsidRPr="007E6E9C">
        <w:rPr>
          <w:rFonts w:ascii="Tahoma" w:hAnsi="Tahoma" w:cs="Tahoma"/>
          <w:rtl/>
        </w:rPr>
        <w:t xml:space="preserve"> که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در برابر مغولان، هنگام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که حکومت وجود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را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نده</w:t>
      </w:r>
      <w:r w:rsidRPr="007E6E9C">
        <w:rPr>
          <w:rFonts w:ascii="Tahoma" w:hAnsi="Tahoma" w:cs="Tahoma"/>
          <w:rtl/>
        </w:rPr>
        <w:t xml:space="preserve"> خطرناک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دانست،</w:t>
      </w:r>
      <w:r w:rsidRPr="007E6E9C">
        <w:rPr>
          <w:rFonts w:ascii="Tahoma" w:hAnsi="Tahoma" w:cs="Tahoma"/>
          <w:rtl/>
        </w:rPr>
        <w:t xml:space="preserve"> الزاماً به حفظ جان رهبران آن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انجام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>. هولاکو تا زمان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که رکن‌الد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واداشتن قلعه‌ها به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سودمند بود او را نگاه داشت؛ پس از پا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کار، وجودش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فا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نداشت و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توانست</w:t>
      </w:r>
      <w:r w:rsidRPr="007E6E9C">
        <w:rPr>
          <w:rFonts w:ascii="Tahoma" w:hAnsi="Tahoma" w:cs="Tahoma"/>
          <w:rtl/>
        </w:rPr>
        <w:t xml:space="preserve"> به مرکز 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بازماندگان تبد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</w:t>
      </w:r>
      <w:r w:rsidRPr="007E6E9C">
        <w:rPr>
          <w:rFonts w:ascii="Tahoma" w:hAnsi="Tahoma" w:cs="Tahoma"/>
          <w:rtl/>
        </w:rPr>
        <w:t xml:space="preserve"> شود.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عطاملک</w:t>
      </w:r>
      <w:r w:rsidRPr="007E6E9C">
        <w:rPr>
          <w:rFonts w:ascii="Tahoma" w:hAnsi="Tahoma" w:cs="Tahoma"/>
          <w:rtl/>
        </w:rPr>
        <w:t xml:space="preserve"> جو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جر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تصرف الموت همراه دستگاه هولاکو بود. او اجازه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</w:t>
      </w:r>
      <w:r w:rsidRPr="007E6E9C">
        <w:rPr>
          <w:rFonts w:ascii="Tahoma" w:hAnsi="Tahoma" w:cs="Tahoma"/>
          <w:rtl/>
        </w:rPr>
        <w:t xml:space="preserve"> کتابخانه و خزانه‌ها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قلعه را بررس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کند. بخش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کتاب‌ها، نسخه‌ها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قرآن، آثار تار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،</w:t>
      </w:r>
      <w:r w:rsidRPr="007E6E9C">
        <w:rPr>
          <w:rFonts w:ascii="Tahoma" w:hAnsi="Tahoma" w:cs="Tahoma"/>
          <w:rtl/>
        </w:rPr>
        <w:t xml:space="preserve"> ابزارها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نجوم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نوشته‌ها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را که ارزشمند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دانست</w:t>
      </w:r>
      <w:r w:rsidRPr="007E6E9C">
        <w:rPr>
          <w:rFonts w:ascii="Tahoma" w:hAnsi="Tahoma" w:cs="Tahoma"/>
          <w:rtl/>
        </w:rPr>
        <w:t xml:space="preserve"> حفظ کرد؛ اما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آثار اعتقاد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از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رفتند. او همچن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از برخ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نوشته‌ها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افت‌شده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تدو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تار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خ</w:t>
      </w:r>
      <w:r w:rsidRPr="007E6E9C">
        <w:rPr>
          <w:rFonts w:ascii="Tahoma" w:hAnsi="Tahoma" w:cs="Tahoma"/>
          <w:rtl/>
        </w:rPr>
        <w:t xml:space="preserve"> حسن صباح و اسماع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استفاده کرد.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واقعه فقط نابود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کتابخانه نبود؛ نشان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داد</w:t>
      </w:r>
      <w:r w:rsidRPr="007E6E9C">
        <w:rPr>
          <w:rFonts w:ascii="Tahoma" w:hAnsi="Tahoma" w:cs="Tahoma"/>
          <w:rtl/>
        </w:rPr>
        <w:t xml:space="preserve"> که فاتح و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وانسالار</w:t>
      </w:r>
      <w:r w:rsidRPr="007E6E9C">
        <w:rPr>
          <w:rFonts w:ascii="Tahoma" w:hAnsi="Tahoma" w:cs="Tahoma"/>
          <w:rtl/>
        </w:rPr>
        <w:t xml:space="preserve"> همراه او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توانند</w:t>
      </w:r>
      <w:r w:rsidRPr="007E6E9C">
        <w:rPr>
          <w:rFonts w:ascii="Tahoma" w:hAnsi="Tahoma" w:cs="Tahoma"/>
          <w:rtl/>
        </w:rPr>
        <w:t xml:space="preserve"> دربارهٔ آنچه از حافظهٔ مغلوبان باق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بماند تصم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بگ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رند</w:t>
      </w:r>
      <w:r w:rsidRPr="007E6E9C">
        <w:rPr>
          <w:rFonts w:ascii="Tahoma" w:hAnsi="Tahoma" w:cs="Tahoma"/>
          <w:rtl/>
        </w:rPr>
        <w:t>. جو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دانشمند و نو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سنده‌ا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 و نجات برخ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آثار به همت او صورت گرفت، اما خود از دشمنان اعتقاد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اسماع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بود و 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تش</w:t>
      </w:r>
      <w:r w:rsidRPr="007E6E9C">
        <w:rPr>
          <w:rFonts w:ascii="Tahoma" w:hAnsi="Tahoma" w:cs="Tahoma"/>
          <w:rtl/>
        </w:rPr>
        <w:t xml:space="preserve"> 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</w:t>
      </w:r>
      <w:r w:rsidRPr="007E6E9C">
        <w:rPr>
          <w:rFonts w:ascii="Tahoma" w:hAnsi="Tahoma" w:cs="Tahoma"/>
          <w:rtl/>
        </w:rPr>
        <w:t xml:space="preserve"> حما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حکومت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روز</w:t>
      </w:r>
      <w:r w:rsidRPr="007E6E9C">
        <w:rPr>
          <w:rFonts w:ascii="Tahoma" w:hAnsi="Tahoma" w:cs="Tahoma"/>
          <w:rtl/>
        </w:rPr>
        <w:t xml:space="preserve"> نوشته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شد</w:t>
      </w:r>
      <w:r w:rsidRPr="007E6E9C">
        <w:rPr>
          <w:rFonts w:ascii="Tahoma" w:hAnsi="Tahoma" w:cs="Tahoma"/>
          <w:rtl/>
        </w:rPr>
        <w:t>. بخش مهم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آنچه بعدها دربارهٔ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دانسته شد، از صاف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نگاه کسان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گذشت که شکست آنان را موجه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دانستند</w:t>
      </w:r>
      <w:r w:rsidRPr="007E6E9C">
        <w:rPr>
          <w:rFonts w:ascii="Tahoma" w:hAnsi="Tahoma" w:cs="Tahoma"/>
          <w:rtl/>
        </w:rPr>
        <w:t>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ازا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ن‌رو،</w:t>
      </w:r>
      <w:r w:rsidRPr="007E6E9C">
        <w:rPr>
          <w:rFonts w:ascii="Tahoma" w:hAnsi="Tahoma" w:cs="Tahoma"/>
          <w:rtl/>
        </w:rPr>
        <w:t xml:space="preserve"> تار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خ‌نگار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بخش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کشوردار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بود. هولاکو با قشون دژها را گرفت؛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</w:t>
      </w:r>
      <w:r w:rsidRPr="007E6E9C">
        <w:rPr>
          <w:rFonts w:ascii="Tahoma" w:hAnsi="Tahoma" w:cs="Tahoma"/>
          <w:rtl/>
        </w:rPr>
        <w:t xml:space="preserve"> فرمان تسل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و تقس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م</w:t>
      </w:r>
      <w:r w:rsidRPr="007E6E9C">
        <w:rPr>
          <w:rFonts w:ascii="Tahoma" w:hAnsi="Tahoma" w:cs="Tahoma"/>
          <w:rtl/>
        </w:rPr>
        <w:t xml:space="preserve"> دارا</w:t>
      </w:r>
      <w:r w:rsidRPr="007E6E9C">
        <w:rPr>
          <w:rFonts w:ascii="Tahoma" w:hAnsi="Tahoma" w:cs="Tahoma" w:hint="cs"/>
          <w:rtl/>
        </w:rPr>
        <w:t>یی‌</w:t>
      </w:r>
      <w:r w:rsidRPr="007E6E9C">
        <w:rPr>
          <w:rFonts w:ascii="Tahoma" w:hAnsi="Tahoma" w:cs="Tahoma" w:hint="eastAsia"/>
          <w:rtl/>
        </w:rPr>
        <w:t>ها</w:t>
      </w:r>
      <w:r w:rsidRPr="007E6E9C">
        <w:rPr>
          <w:rFonts w:ascii="Tahoma" w:hAnsi="Tahoma" w:cs="Tahoma"/>
          <w:rtl/>
        </w:rPr>
        <w:t xml:space="preserve"> را ثبت کرد؛ و مورخ، سقوط حکومت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را در قالب 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روز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نظم بر شورش نوشت. قدرت فقط شهر و قلعه را تصرف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کرد؛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کوش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معنا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شکست را 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تع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کند.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برچ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ده</w:t>
      </w:r>
      <w:r w:rsidRPr="007E6E9C">
        <w:rPr>
          <w:rFonts w:ascii="Tahoma" w:hAnsi="Tahoma" w:cs="Tahoma"/>
          <w:rtl/>
        </w:rPr>
        <w:t xml:space="preserve"> شدن حکومت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هولاکو چند نت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جه</w:t>
      </w:r>
      <w:r w:rsidRPr="007E6E9C">
        <w:rPr>
          <w:rFonts w:ascii="Tahoma" w:hAnsi="Tahoma" w:cs="Tahoma"/>
          <w:rtl/>
        </w:rPr>
        <w:t xml:space="preserve"> داشت. نخست، خطر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کوهستان‌ها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کنار رفت و راه‌ها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ارتباط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امن‌تر شد. دوم، حاکمان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افتند</w:t>
      </w:r>
      <w:r w:rsidRPr="007E6E9C">
        <w:rPr>
          <w:rFonts w:ascii="Tahoma" w:hAnsi="Tahoma" w:cs="Tahoma"/>
          <w:rtl/>
        </w:rPr>
        <w:t xml:space="preserve"> که حت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دژها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که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/>
          <w:rtl/>
        </w:rPr>
        <w:t xml:space="preserve"> از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/>
          <w:rtl/>
        </w:rPr>
        <w:t xml:space="preserve"> سده در برابر حکومت‌ها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مقاومت کرده بودند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توانند</w:t>
      </w:r>
      <w:r w:rsidRPr="007E6E9C">
        <w:rPr>
          <w:rFonts w:ascii="Tahoma" w:hAnsi="Tahoma" w:cs="Tahoma"/>
          <w:rtl/>
        </w:rPr>
        <w:t xml:space="preserve"> در برابر سپاه تا</w:t>
      </w:r>
      <w:r w:rsidRPr="007E6E9C">
        <w:rPr>
          <w:rFonts w:ascii="Tahoma" w:hAnsi="Tahoma" w:cs="Tahoma" w:hint="eastAsia"/>
          <w:rtl/>
        </w:rPr>
        <w:t>زه</w:t>
      </w:r>
      <w:r w:rsidRPr="007E6E9C">
        <w:rPr>
          <w:rFonts w:ascii="Tahoma" w:hAnsi="Tahoma" w:cs="Tahoma"/>
          <w:rtl/>
        </w:rPr>
        <w:t xml:space="preserve"> دوام آورند. سوم،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وان</w:t>
      </w:r>
      <w:r w:rsidRPr="007E6E9C">
        <w:rPr>
          <w:rFonts w:ascii="Tahoma" w:hAnsi="Tahoma" w:cs="Tahoma"/>
          <w:rtl/>
        </w:rPr>
        <w:t xml:space="preserve"> و قشون هولاکو به زم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ن‌ها،</w:t>
      </w:r>
      <w:r w:rsidRPr="007E6E9C">
        <w:rPr>
          <w:rFonts w:ascii="Tahoma" w:hAnsi="Tahoma" w:cs="Tahoma"/>
          <w:rtl/>
        </w:rPr>
        <w:t xml:space="preserve"> دارا</w:t>
      </w:r>
      <w:r w:rsidRPr="007E6E9C">
        <w:rPr>
          <w:rFonts w:ascii="Tahoma" w:hAnsi="Tahoma" w:cs="Tahoma" w:hint="cs"/>
          <w:rtl/>
        </w:rPr>
        <w:t>یی‌</w:t>
      </w:r>
      <w:r w:rsidRPr="007E6E9C">
        <w:rPr>
          <w:rFonts w:ascii="Tahoma" w:hAnsi="Tahoma" w:cs="Tahoma" w:hint="eastAsia"/>
          <w:rtl/>
        </w:rPr>
        <w:t>ها</w:t>
      </w:r>
      <w:r w:rsidRPr="007E6E9C">
        <w:rPr>
          <w:rFonts w:ascii="Tahoma" w:hAnsi="Tahoma" w:cs="Tahoma"/>
          <w:rtl/>
        </w:rPr>
        <w:t xml:space="preserve"> و منابع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دست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افتند</w:t>
      </w:r>
      <w:r w:rsidRPr="007E6E9C">
        <w:rPr>
          <w:rFonts w:ascii="Tahoma" w:hAnsi="Tahoma" w:cs="Tahoma"/>
          <w:rtl/>
        </w:rPr>
        <w:t xml:space="preserve"> که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ش‌تر</w:t>
      </w:r>
      <w:r w:rsidRPr="007E6E9C">
        <w:rPr>
          <w:rFonts w:ascii="Tahoma" w:hAnsi="Tahoma" w:cs="Tahoma"/>
          <w:rtl/>
        </w:rPr>
        <w:t xml:space="preserve"> در اخت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/>
          <w:rtl/>
        </w:rPr>
        <w:t xml:space="preserve">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بود.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اما</w:t>
      </w:r>
      <w:r w:rsidRPr="007E6E9C">
        <w:rPr>
          <w:rFonts w:ascii="Tahoma" w:hAnsi="Tahoma" w:cs="Tahoma"/>
          <w:rtl/>
        </w:rPr>
        <w:t xml:space="preserve"> مهم‌تر از همه، هولاکو نشان داد که قدرت او از فرماندهان مغول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گسترده‌تر است. چورماغون و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جو</w:t>
      </w:r>
      <w:r w:rsidRPr="007E6E9C">
        <w:rPr>
          <w:rFonts w:ascii="Tahoma" w:hAnsi="Tahoma" w:cs="Tahoma"/>
          <w:rtl/>
        </w:rPr>
        <w:t xml:space="preserve"> مأمور نگهدار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سلطهٔ مغول و اجرا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فرمان خان بزرگ بودند؛ هولاکو شاهزاده‌ا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خاندان اصل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چنگ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ز</w:t>
      </w:r>
      <w:r w:rsidRPr="007E6E9C">
        <w:rPr>
          <w:rFonts w:ascii="Tahoma" w:hAnsi="Tahoma" w:cs="Tahoma"/>
          <w:rtl/>
        </w:rPr>
        <w:t xml:space="preserve"> بود که سپاه، خانواده، دربار و دستگاه ادار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خود را به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eastAsia"/>
          <w:rtl/>
        </w:rPr>
        <w:t>آورده</w:t>
      </w:r>
      <w:r w:rsidRPr="007E6E9C">
        <w:rPr>
          <w:rFonts w:ascii="Tahoma" w:hAnsi="Tahoma" w:cs="Tahoma"/>
          <w:rtl/>
        </w:rPr>
        <w:t xml:space="preserve"> بود. فرمانروا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محل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اکنون نه با نما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نده‌ا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موقت، بلکه با قدرت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روبه‌رو بودند که قصد ماندن داشت.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باا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ن‌حال،</w:t>
      </w:r>
      <w:r w:rsidRPr="007E6E9C">
        <w:rPr>
          <w:rFonts w:ascii="Tahoma" w:hAnsi="Tahoma" w:cs="Tahoma"/>
          <w:rtl/>
        </w:rPr>
        <w:t xml:space="preserve"> در سال </w:t>
      </w:r>
      <w:r w:rsidRPr="007E6E9C">
        <w:rPr>
          <w:rFonts w:ascii="Tahoma" w:hAnsi="Tahoma" w:cs="Tahoma"/>
          <w:rtl/>
          <w:lang w:bidi="fa-IR"/>
        </w:rPr>
        <w:t>۱۲۵۶</w:t>
      </w:r>
      <w:r w:rsidRPr="007E6E9C">
        <w:rPr>
          <w:rFonts w:ascii="Tahoma" w:hAnsi="Tahoma" w:cs="Tahoma"/>
          <w:rtl/>
        </w:rPr>
        <w:t xml:space="preserve"> هنوز نم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توان</w:t>
      </w:r>
      <w:r w:rsidRPr="007E6E9C">
        <w:rPr>
          <w:rFonts w:ascii="Tahoma" w:hAnsi="Tahoma" w:cs="Tahoma"/>
          <w:rtl/>
        </w:rPr>
        <w:t xml:space="preserve"> هولاکو را پادشاه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کاملاً مستقل دانست. او مأمور برادرش منگوقاآن بود، اقتدارش را از خان بزرگ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گرفت</w:t>
      </w:r>
      <w:r w:rsidRPr="007E6E9C">
        <w:rPr>
          <w:rFonts w:ascii="Tahoma" w:hAnsi="Tahoma" w:cs="Tahoma"/>
          <w:rtl/>
        </w:rPr>
        <w:t xml:space="preserve"> و فتوحاتش بخش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گسترش امپراتور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مغول به شمار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رفت</w:t>
      </w:r>
      <w:r w:rsidRPr="007E6E9C">
        <w:rPr>
          <w:rFonts w:ascii="Tahoma" w:hAnsi="Tahoma" w:cs="Tahoma"/>
          <w:rtl/>
        </w:rPr>
        <w:t>. تاج مغول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هنوز در حال شکل گرفتن بود. جدا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عمل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حکومت او از مرکز، پس از مرگ منگو و جنگ جانش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شاهزادگان مغول آشکارتر شد.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در</w:t>
      </w:r>
      <w:r w:rsidRPr="007E6E9C">
        <w:rPr>
          <w:rFonts w:ascii="Tahoma" w:hAnsi="Tahoma" w:cs="Tahoma"/>
          <w:rtl/>
        </w:rPr>
        <w:t xml:space="preserve">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مرحله، مانع بزرگ بعد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خلافت عباس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بود. خل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فه</w:t>
      </w:r>
      <w:r w:rsidRPr="007E6E9C">
        <w:rPr>
          <w:rFonts w:ascii="Tahoma" w:hAnsi="Tahoma" w:cs="Tahoma"/>
          <w:rtl/>
        </w:rPr>
        <w:t xml:space="preserve"> در بغداد برخلاف نزار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شبکه‌ا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قلعه‌ها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کوهستان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/>
          <w:rtl/>
        </w:rPr>
        <w:t xml:space="preserve"> نداشت، اما از اعتبار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تار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خ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برخوردار بود که ب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ش</w:t>
      </w:r>
      <w:r w:rsidRPr="007E6E9C">
        <w:rPr>
          <w:rFonts w:ascii="Tahoma" w:hAnsi="Tahoma" w:cs="Tahoma"/>
          <w:rtl/>
        </w:rPr>
        <w:t xml:space="preserve"> از پنج سده دوام آورده بود. قدرت نظام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خلافت با دوران نخست عباس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قابل مقا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سه</w:t>
      </w:r>
      <w:r w:rsidRPr="007E6E9C">
        <w:rPr>
          <w:rFonts w:ascii="Tahoma" w:hAnsi="Tahoma" w:cs="Tahoma"/>
          <w:rtl/>
        </w:rPr>
        <w:t xml:space="preserve"> نبود، ول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نام خل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فه</w:t>
      </w:r>
      <w:r w:rsidRPr="007E6E9C">
        <w:rPr>
          <w:rFonts w:ascii="Tahoma" w:hAnsi="Tahoma" w:cs="Tahoma"/>
          <w:rtl/>
        </w:rPr>
        <w:t xml:space="preserve"> هنوز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بخش بزرگ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مسلمانان با حقان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ت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فرمانروا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وند</w:t>
      </w:r>
      <w:r w:rsidRPr="007E6E9C">
        <w:rPr>
          <w:rFonts w:ascii="Tahoma" w:hAnsi="Tahoma" w:cs="Tahoma"/>
          <w:rtl/>
        </w:rPr>
        <w:t xml:space="preserve"> داشت.</w:t>
      </w:r>
    </w:p>
    <w:p w:rsidR="007E6E9C" w:rsidRPr="007E6E9C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E6E9C">
        <w:rPr>
          <w:rFonts w:ascii="Tahoma" w:hAnsi="Tahoma" w:cs="Tahoma" w:hint="eastAsia"/>
          <w:rtl/>
        </w:rPr>
        <w:t>هولاکو</w:t>
      </w:r>
      <w:r w:rsidRPr="007E6E9C">
        <w:rPr>
          <w:rFonts w:ascii="Tahoma" w:hAnsi="Tahoma" w:cs="Tahoma"/>
          <w:rtl/>
        </w:rPr>
        <w:t xml:space="preserve"> اکنون با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د</w:t>
      </w:r>
      <w:r w:rsidRPr="007E6E9C">
        <w:rPr>
          <w:rFonts w:ascii="Tahoma" w:hAnsi="Tahoma" w:cs="Tahoma"/>
          <w:rtl/>
        </w:rPr>
        <w:t xml:space="preserve"> با نهاد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روبه‌رو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شد</w:t>
      </w:r>
      <w:r w:rsidRPr="007E6E9C">
        <w:rPr>
          <w:rFonts w:ascii="Tahoma" w:hAnsi="Tahoma" w:cs="Tahoma"/>
          <w:rtl/>
        </w:rPr>
        <w:t xml:space="preserve"> که قدرت ماد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اش</w:t>
      </w:r>
      <w:r w:rsidRPr="007E6E9C">
        <w:rPr>
          <w:rFonts w:ascii="Tahoma" w:hAnsi="Tahoma" w:cs="Tahoma"/>
          <w:rtl/>
        </w:rPr>
        <w:t xml:space="preserve"> محدود، اما معنا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مذهب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اش</w:t>
      </w:r>
      <w:r w:rsidRPr="007E6E9C">
        <w:rPr>
          <w:rFonts w:ascii="Tahoma" w:hAnsi="Tahoma" w:cs="Tahoma"/>
          <w:rtl/>
        </w:rPr>
        <w:t xml:space="preserve"> بس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</w:t>
      </w:r>
      <w:r w:rsidRPr="007E6E9C">
        <w:rPr>
          <w:rFonts w:ascii="Tahoma" w:hAnsi="Tahoma" w:cs="Tahoma"/>
          <w:rtl/>
        </w:rPr>
        <w:t xml:space="preserve"> بزرگ بود. سقوط بغداد تنها تصرف شهر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گر</w:t>
      </w:r>
      <w:r w:rsidRPr="007E6E9C">
        <w:rPr>
          <w:rFonts w:ascii="Tahoma" w:hAnsi="Tahoma" w:cs="Tahoma"/>
          <w:rtl/>
        </w:rPr>
        <w:t xml:space="preserve"> نبود؛ پا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خلافت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بود که از سال </w:t>
      </w:r>
      <w:r w:rsidRPr="007E6E9C">
        <w:rPr>
          <w:rFonts w:ascii="Tahoma" w:hAnsi="Tahoma" w:cs="Tahoma"/>
          <w:rtl/>
          <w:lang w:bidi="fa-IR"/>
        </w:rPr>
        <w:t>۷۵۰</w:t>
      </w:r>
      <w:r w:rsidRPr="007E6E9C">
        <w:rPr>
          <w:rFonts w:ascii="Tahoma" w:hAnsi="Tahoma" w:cs="Tahoma"/>
          <w:rtl/>
        </w:rPr>
        <w:t xml:space="preserve"> م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لاد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برپا مانده بود و از زمان سقوط ساسان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ان</w:t>
      </w:r>
      <w:r w:rsidRPr="007E6E9C">
        <w:rPr>
          <w:rFonts w:ascii="Tahoma" w:hAnsi="Tahoma" w:cs="Tahoma"/>
          <w:rtl/>
        </w:rPr>
        <w:t xml:space="preserve"> 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از مهم‌تر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مراکز 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اس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جهان اس</w:t>
      </w:r>
      <w:r w:rsidRPr="007E6E9C">
        <w:rPr>
          <w:rFonts w:ascii="Tahoma" w:hAnsi="Tahoma" w:cs="Tahoma" w:hint="eastAsia"/>
          <w:rtl/>
        </w:rPr>
        <w:t>لام</w:t>
      </w:r>
      <w:r w:rsidRPr="007E6E9C">
        <w:rPr>
          <w:rFonts w:ascii="Tahoma" w:hAnsi="Tahoma" w:cs="Tahoma"/>
          <w:rtl/>
        </w:rPr>
        <w:t xml:space="preserve"> به شمار م</w:t>
      </w:r>
      <w:r w:rsidRPr="007E6E9C">
        <w:rPr>
          <w:rFonts w:ascii="Tahoma" w:hAnsi="Tahoma" w:cs="Tahoma" w:hint="cs"/>
          <w:rtl/>
        </w:rPr>
        <w:t>ی‌</w:t>
      </w:r>
      <w:r w:rsidRPr="007E6E9C">
        <w:rPr>
          <w:rFonts w:ascii="Tahoma" w:hAnsi="Tahoma" w:cs="Tahoma" w:hint="eastAsia"/>
          <w:rtl/>
        </w:rPr>
        <w:t>رفت</w:t>
      </w:r>
      <w:r w:rsidRPr="007E6E9C">
        <w:rPr>
          <w:rFonts w:ascii="Tahoma" w:hAnsi="Tahoma" w:cs="Tahoma"/>
          <w:rtl/>
        </w:rPr>
        <w:t>. چگونگ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ارو</w:t>
      </w:r>
      <w:r w:rsidRPr="007E6E9C">
        <w:rPr>
          <w:rFonts w:ascii="Tahoma" w:hAnsi="Tahoma" w:cs="Tahoma" w:hint="cs"/>
          <w:rtl/>
        </w:rPr>
        <w:t>یی</w:t>
      </w:r>
      <w:r w:rsidRPr="007E6E9C">
        <w:rPr>
          <w:rFonts w:ascii="Tahoma" w:hAnsi="Tahoma" w:cs="Tahoma"/>
          <w:rtl/>
        </w:rPr>
        <w:t xml:space="preserve"> هولاکو با خل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فه،</w:t>
      </w:r>
      <w:r w:rsidRPr="007E6E9C">
        <w:rPr>
          <w:rFonts w:ascii="Tahoma" w:hAnsi="Tahoma" w:cs="Tahoma"/>
          <w:rtl/>
        </w:rPr>
        <w:t xml:space="preserve"> سقوط بغداد و پ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امد</w:t>
      </w:r>
      <w:r w:rsidRPr="007E6E9C">
        <w:rPr>
          <w:rFonts w:ascii="Tahoma" w:hAnsi="Tahoma" w:cs="Tahoma"/>
          <w:rtl/>
        </w:rPr>
        <w:t xml:space="preserve"> آن برا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رابطهٔ تاج و د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نکاران،</w:t>
      </w:r>
      <w:r w:rsidRPr="007E6E9C">
        <w:rPr>
          <w:rFonts w:ascii="Tahoma" w:hAnsi="Tahoma" w:cs="Tahoma"/>
          <w:rtl/>
        </w:rPr>
        <w:t xml:space="preserve"> موضوع قسمت دوم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/>
          <w:rtl/>
        </w:rPr>
        <w:t xml:space="preserve"> فصل است.</w:t>
      </w:r>
    </w:p>
    <w:p w:rsidR="00EC2630" w:rsidRDefault="007E6E9C" w:rsidP="007E6E9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7E6E9C">
        <w:rPr>
          <w:rFonts w:ascii="Tahoma" w:hAnsi="Tahoma" w:cs="Tahoma" w:hint="eastAsia"/>
          <w:rtl/>
        </w:rPr>
        <w:t>اطلاعات</w:t>
      </w:r>
      <w:r w:rsidRPr="007E6E9C">
        <w:rPr>
          <w:rFonts w:ascii="Tahoma" w:hAnsi="Tahoma" w:cs="Tahoma"/>
          <w:rtl/>
        </w:rPr>
        <w:t xml:space="preserve"> مربوط به حضور عطاملک جو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در لشکرکش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هولاکو، تصرف الموت و سرنوشت کتابخانهٔ آن با مدخل تار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خ</w:t>
      </w:r>
      <w:r w:rsidRPr="007E6E9C">
        <w:rPr>
          <w:rFonts w:ascii="Tahoma" w:hAnsi="Tahoma" w:cs="Tahoma"/>
          <w:rtl/>
        </w:rPr>
        <w:t xml:space="preserve"> جهانگشا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جو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و گزارش کل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/>
          <w:rtl/>
        </w:rPr>
        <w:t xml:space="preserve"> مغولان در دانشنامهٔ ا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ران</w:t>
      </w:r>
      <w:r w:rsidRPr="007E6E9C">
        <w:rPr>
          <w:rFonts w:ascii="Tahoma" w:hAnsi="Tahoma" w:cs="Tahoma" w:hint="cs"/>
          <w:rtl/>
        </w:rPr>
        <w:t>ی</w:t>
      </w:r>
      <w:r w:rsidRPr="007E6E9C">
        <w:rPr>
          <w:rFonts w:ascii="Tahoma" w:hAnsi="Tahoma" w:cs="Tahoma" w:hint="eastAsia"/>
          <w:rtl/>
        </w:rPr>
        <w:t>کا</w:t>
      </w:r>
      <w:r w:rsidRPr="007E6E9C">
        <w:rPr>
          <w:rFonts w:ascii="Tahoma" w:hAnsi="Tahoma" w:cs="Tahoma"/>
          <w:rtl/>
        </w:rPr>
        <w:t xml:space="preserve"> مقابله شده است.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/>
          <w:rtl/>
        </w:rPr>
        <w:t>خلافت عباس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انهٔ</w:t>
      </w:r>
      <w:r w:rsidRPr="00E662AA">
        <w:rPr>
          <w:rFonts w:ascii="Tahoma" w:hAnsi="Tahoma" w:cs="Tahoma"/>
          <w:rtl/>
        </w:rPr>
        <w:t xml:space="preserve"> سدهٔ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زدهم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حکومت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نبود که بتواند همهٔ جهان اسلام را از بغداد اداره کند.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بس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نام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را در خطبه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آوردند</w:t>
      </w:r>
      <w:r w:rsidRPr="00E662AA">
        <w:rPr>
          <w:rFonts w:ascii="Tahoma" w:hAnsi="Tahoma" w:cs="Tahoma"/>
          <w:rtl/>
        </w:rPr>
        <w:t xml:space="preserve"> و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تأ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مقام خود از او فرمان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خلعت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گرفتند،</w:t>
      </w:r>
      <w:r w:rsidRPr="00E662AA">
        <w:rPr>
          <w:rFonts w:ascii="Tahoma" w:hAnsi="Tahoma" w:cs="Tahoma"/>
          <w:rtl/>
        </w:rPr>
        <w:t xml:space="preserve"> اما در عمل هر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بر قلمرو خو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حکومت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کردند</w:t>
      </w:r>
      <w:r w:rsidRPr="00E662AA">
        <w:rPr>
          <w:rFonts w:ascii="Tahoma" w:hAnsi="Tahoma" w:cs="Tahoma"/>
          <w:rtl/>
        </w:rPr>
        <w:t>. مصر، ش</w:t>
      </w:r>
      <w:r w:rsidRPr="00E662AA">
        <w:rPr>
          <w:rFonts w:ascii="Tahoma" w:hAnsi="Tahoma" w:cs="Tahoma" w:hint="eastAsia"/>
          <w:rtl/>
        </w:rPr>
        <w:t>ام،</w:t>
      </w:r>
      <w:r w:rsidRPr="00E662AA">
        <w:rPr>
          <w:rFonts w:ascii="Tahoma" w:hAnsi="Tahoma" w:cs="Tahoma"/>
          <w:rtl/>
        </w:rPr>
        <w:t xml:space="preserve"> آناتول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و آس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مرکز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فرمان حکومت‌ها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بودند که قشون،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وان</w:t>
      </w:r>
      <w:r w:rsidRPr="00E662AA">
        <w:rPr>
          <w:rFonts w:ascii="Tahoma" w:hAnsi="Tahoma" w:cs="Tahoma"/>
          <w:rtl/>
        </w:rPr>
        <w:t xml:space="preserve"> و خزانهٔ مستقل داشتند. قدرت مستق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شتر</w:t>
      </w:r>
      <w:r w:rsidRPr="00E662AA">
        <w:rPr>
          <w:rFonts w:ascii="Tahoma" w:hAnsi="Tahoma" w:cs="Tahoma"/>
          <w:rtl/>
        </w:rPr>
        <w:t xml:space="preserve"> به بغداد، بخش‌ها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عراق و مناطق نزد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آن محدود شده بود.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باا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ن‌همه،</w:t>
      </w:r>
      <w:r w:rsidRPr="00E662AA">
        <w:rPr>
          <w:rFonts w:ascii="Tahoma" w:hAnsi="Tahoma" w:cs="Tahoma"/>
          <w:rtl/>
        </w:rPr>
        <w:t xml:space="preserve"> ضعف نظام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خلافت به معنا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اهم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شدن آن نبود. خاندان عباس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از پنج سده سابقه داشت و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بخش بزرگ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مسلمانان نشانهٔ ادامهٔ جامعهٔ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اسلام به شمار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رفت</w:t>
      </w:r>
      <w:r w:rsidRPr="00E662AA">
        <w:rPr>
          <w:rFonts w:ascii="Tahoma" w:hAnsi="Tahoma" w:cs="Tahoma"/>
          <w:rtl/>
        </w:rPr>
        <w:t>. حت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که از فرمان واقع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او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کردند،</w:t>
      </w:r>
      <w:r w:rsidRPr="00E662AA">
        <w:rPr>
          <w:rFonts w:ascii="Tahoma" w:hAnsi="Tahoma" w:cs="Tahoma"/>
          <w:rtl/>
        </w:rPr>
        <w:t xml:space="preserve"> گاه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تقو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حقان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>ت حکمران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 به نام و تأ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دش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</w:t>
      </w:r>
      <w:r w:rsidRPr="00E662AA">
        <w:rPr>
          <w:rFonts w:ascii="Tahoma" w:hAnsi="Tahoma" w:cs="Tahoma"/>
          <w:rtl/>
        </w:rPr>
        <w:t xml:space="preserve"> داشتند.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بردن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با شکست دادن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محل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تصرف شهر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عاد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تفاوت داشت.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هولاکو</w:t>
      </w:r>
      <w:r w:rsidRPr="00E662AA">
        <w:rPr>
          <w:rFonts w:ascii="Tahoma" w:hAnsi="Tahoma" w:cs="Tahoma"/>
          <w:rtl/>
        </w:rPr>
        <w:t xml:space="preserve"> پس از برچ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</w:t>
      </w:r>
      <w:r w:rsidRPr="00E662AA">
        <w:rPr>
          <w:rFonts w:ascii="Tahoma" w:hAnsi="Tahoma" w:cs="Tahoma"/>
          <w:rtl/>
        </w:rPr>
        <w:t xml:space="preserve"> مراکز اصل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قدرت اسماع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نزار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از مستعصم، آخر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فهٔ</w:t>
      </w:r>
      <w:r w:rsidRPr="00E662AA">
        <w:rPr>
          <w:rFonts w:ascii="Tahoma" w:hAnsi="Tahoma" w:cs="Tahoma"/>
          <w:rtl/>
        </w:rPr>
        <w:t xml:space="preserve"> عباس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بغداد، خواست فرمان‌بردار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 را اعلام کند، استحکامات را برچ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ند</w:t>
      </w:r>
      <w:r w:rsidRPr="00E662AA">
        <w:rPr>
          <w:rFonts w:ascii="Tahoma" w:hAnsi="Tahoma" w:cs="Tahoma"/>
          <w:rtl/>
        </w:rPr>
        <w:t xml:space="preserve"> و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لازم را در اخت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سپاه مغول قرار دهد. از نظر هولاکو،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مانند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با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برتر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خان بزرگ را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</w:t>
      </w:r>
      <w:r w:rsidRPr="00E662AA">
        <w:rPr>
          <w:rFonts w:ascii="Tahoma" w:hAnsi="Tahoma" w:cs="Tahoma"/>
          <w:rtl/>
        </w:rPr>
        <w:t>. اعتبار مذهب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سابقهٔ خاندان و حرمت بغداد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</w:t>
      </w:r>
      <w:r w:rsidRPr="00E662AA">
        <w:rPr>
          <w:rFonts w:ascii="Tahoma" w:hAnsi="Tahoma" w:cs="Tahoma"/>
          <w:rtl/>
        </w:rPr>
        <w:t xml:space="preserve"> کس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از فرمان‌بردار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خاندان چنگ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معاف کند.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مستعصم</w:t>
      </w:r>
      <w:r w:rsidRPr="00E662AA">
        <w:rPr>
          <w:rFonts w:ascii="Tahoma" w:hAnsi="Tahoma" w:cs="Tahoma"/>
          <w:rtl/>
        </w:rPr>
        <w:t xml:space="preserve"> در برابر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درخواست‌ها رفتار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مردد داشت. نه به‌طور کامل تسل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شد و نه کشور را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جنگ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بزرگ آماده کرد. او احتمالاً تصور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</w:t>
      </w:r>
      <w:r w:rsidRPr="00E662AA">
        <w:rPr>
          <w:rFonts w:ascii="Tahoma" w:hAnsi="Tahoma" w:cs="Tahoma"/>
          <w:rtl/>
        </w:rPr>
        <w:t xml:space="preserve"> جا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گاه</w:t>
      </w:r>
      <w:r w:rsidRPr="00E662AA">
        <w:rPr>
          <w:rFonts w:ascii="Tahoma" w:hAnsi="Tahoma" w:cs="Tahoma"/>
          <w:rtl/>
        </w:rPr>
        <w:t xml:space="preserve"> خلافت، مخالفت مسلمانان با فرمانروا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غ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رمسلمان</w:t>
      </w:r>
      <w:r w:rsidRPr="00E662AA">
        <w:rPr>
          <w:rFonts w:ascii="Tahoma" w:hAnsi="Tahoma" w:cs="Tahoma"/>
          <w:rtl/>
        </w:rPr>
        <w:t xml:space="preserve"> و دشوار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حمله به بغداد، هولاکو را از نابود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کامل حکومت عباس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بازخو</w:t>
      </w:r>
      <w:r w:rsidRPr="00E662AA">
        <w:rPr>
          <w:rFonts w:ascii="Tahoma" w:hAnsi="Tahoma" w:cs="Tahoma" w:hint="eastAsia"/>
          <w:rtl/>
        </w:rPr>
        <w:t>اهد</w:t>
      </w:r>
      <w:r w:rsidRPr="00E662AA">
        <w:rPr>
          <w:rFonts w:ascii="Tahoma" w:hAnsi="Tahoma" w:cs="Tahoma"/>
          <w:rtl/>
        </w:rPr>
        <w:t xml:space="preserve"> داشت. شا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دوار</w:t>
      </w:r>
      <w:r w:rsidRPr="00E662AA">
        <w:rPr>
          <w:rFonts w:ascii="Tahoma" w:hAnsi="Tahoma" w:cs="Tahoma"/>
          <w:rtl/>
        </w:rPr>
        <w:t xml:space="preserve"> بود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مسلمان منطقه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دفاع از خلافت به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او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ند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اما</w:t>
      </w:r>
      <w:r w:rsidRPr="00E662AA">
        <w:rPr>
          <w:rFonts w:ascii="Tahoma" w:hAnsi="Tahoma" w:cs="Tahoma"/>
          <w:rtl/>
        </w:rPr>
        <w:t xml:space="preserve"> 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چ</w:t>
      </w:r>
      <w:r w:rsidRPr="00E662AA">
        <w:rPr>
          <w:rFonts w:ascii="Tahoma" w:hAnsi="Tahoma" w:cs="Tahoma"/>
          <w:rtl/>
        </w:rPr>
        <w:t xml:space="preserve"> اتحاد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رومند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کار نبود. حکومت‌ها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منطقه با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رقابت داشتند و بس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آنان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ش‌تر</w:t>
      </w:r>
      <w:r w:rsidRPr="00E662AA">
        <w:rPr>
          <w:rFonts w:ascii="Tahoma" w:hAnsi="Tahoma" w:cs="Tahoma"/>
          <w:rtl/>
        </w:rPr>
        <w:t xml:space="preserve"> به مغولان تسل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شده بودند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حفظ قلمرو خود آمادگ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جنگ با هولاکو را نداشتند.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نام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بزرگ در اخت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داشت، اما نتوانسته بود از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نام قشون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مشترک ب</w:t>
      </w:r>
      <w:r w:rsidRPr="00E662AA">
        <w:rPr>
          <w:rFonts w:ascii="Tahoma" w:hAnsi="Tahoma" w:cs="Tahoma" w:hint="eastAsia"/>
          <w:rtl/>
        </w:rPr>
        <w:t>سازد</w:t>
      </w:r>
      <w:r w:rsidRPr="00E662AA">
        <w:rPr>
          <w:rFonts w:ascii="Tahoma" w:hAnsi="Tahoma" w:cs="Tahoma"/>
          <w:rtl/>
        </w:rPr>
        <w:t>. بغداد از احترام مذهب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برخوردار بود، ول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احترام به‌تنها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جا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سپاه، تدارکات و فرمانده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دربار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گرفتار اختلاف، رقابت و ارز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اب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ناسازگار بود. برخ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دربار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خطر مغولان را جد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تر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 xml:space="preserve"> و برخ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به حفظ ظاهر اقتدار خلافت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اند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>. وز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فه،</w:t>
      </w:r>
      <w:r w:rsidRPr="00E662AA">
        <w:rPr>
          <w:rFonts w:ascii="Tahoma" w:hAnsi="Tahoma" w:cs="Tahoma"/>
          <w:rtl/>
        </w:rPr>
        <w:t xml:space="preserve"> مؤ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دالد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ابن‌العلقم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در 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بعد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به همکار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پنهان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 هولاکو و 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نه‌ساز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سقوط بغد</w:t>
      </w:r>
      <w:r w:rsidRPr="00E662AA">
        <w:rPr>
          <w:rFonts w:ascii="Tahoma" w:hAnsi="Tahoma" w:cs="Tahoma" w:hint="eastAsia"/>
          <w:rtl/>
        </w:rPr>
        <w:t>اد</w:t>
      </w:r>
      <w:r w:rsidRPr="00E662AA">
        <w:rPr>
          <w:rFonts w:ascii="Tahoma" w:hAnsi="Tahoma" w:cs="Tahoma"/>
          <w:rtl/>
        </w:rPr>
        <w:t xml:space="preserve"> متهم شد. نص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رالد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طوس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به سبب حضور در دستگاه هولاکو، در برخ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فرقه‌ا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مسئول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مشوق کشتن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معرف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گرد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>. اما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رفتن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اتهام‌ها به صورت قطع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شواهد کاف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وجود ندارد.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ت‌ها</w:t>
      </w:r>
      <w:r w:rsidRPr="00E662AA">
        <w:rPr>
          <w:rFonts w:ascii="Tahoma" w:hAnsi="Tahoma" w:cs="Tahoma"/>
          <w:rtl/>
        </w:rPr>
        <w:t xml:space="preserve"> اغلب در فضا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دشمن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مذهب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شکل گرفتند و کوش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 xml:space="preserve"> شکست خلافت سن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به خ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انت</w:t>
      </w:r>
      <w:r w:rsidRPr="00E662AA">
        <w:rPr>
          <w:rFonts w:ascii="Tahoma" w:hAnsi="Tahoma" w:cs="Tahoma"/>
          <w:rtl/>
        </w:rPr>
        <w:t xml:space="preserve"> وز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اند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شمندان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عه</w:t>
      </w:r>
      <w:r w:rsidRPr="00E662AA">
        <w:rPr>
          <w:rFonts w:ascii="Tahoma" w:hAnsi="Tahoma" w:cs="Tahoma"/>
          <w:rtl/>
        </w:rPr>
        <w:t xml:space="preserve"> نسبت دهند. ممکن است ابن‌العلقم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دربارهٔ توان بغداد و راه سازش با مغولان داور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کرده و با آنان مکاتبه داشته باشد؛ همان‌گونه که بس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ر</w:t>
      </w:r>
      <w:r w:rsidRPr="00E662AA">
        <w:rPr>
          <w:rFonts w:ascii="Tahoma" w:hAnsi="Tahoma" w:cs="Tahoma" w:hint="eastAsia"/>
          <w:rtl/>
        </w:rPr>
        <w:t>جال</w:t>
      </w:r>
      <w:r w:rsidRPr="00E662AA">
        <w:rPr>
          <w:rFonts w:ascii="Tahoma" w:hAnsi="Tahoma" w:cs="Tahoma"/>
          <w:rtl/>
        </w:rPr>
        <w:t xml:space="preserve">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نجات خود و حکومتشان با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رامون</w:t>
      </w:r>
      <w:r w:rsidRPr="00E662AA">
        <w:rPr>
          <w:rFonts w:ascii="Tahoma" w:hAnsi="Tahoma" w:cs="Tahoma"/>
          <w:rtl/>
        </w:rPr>
        <w:t xml:space="preserve"> تماس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گرفتند</w:t>
      </w:r>
      <w:r w:rsidRPr="00E662AA">
        <w:rPr>
          <w:rFonts w:ascii="Tahoma" w:hAnsi="Tahoma" w:cs="Tahoma"/>
          <w:rtl/>
        </w:rPr>
        <w:t>. اما سقوط بغداد را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</w:t>
      </w:r>
      <w:r w:rsidRPr="00E662AA">
        <w:rPr>
          <w:rFonts w:ascii="Tahoma" w:hAnsi="Tahoma" w:cs="Tahoma"/>
          <w:rtl/>
        </w:rPr>
        <w:t xml:space="preserve"> به توطئهٔ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وز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فروکاست. ضعف قشون، ناتوان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در شناخت خطر، نبود اتحاد منطقه‌ا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برتر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نظام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هولاکو عوامل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اساس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تر</w:t>
      </w:r>
      <w:r w:rsidRPr="00E662AA">
        <w:rPr>
          <w:rFonts w:ascii="Tahoma" w:hAnsi="Tahoma" w:cs="Tahoma"/>
          <w:rtl/>
        </w:rPr>
        <w:t xml:space="preserve"> بودند.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نص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رالد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طوس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از آمدن هولاکو مدت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قلمرو اسماع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نزار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زندگ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کرده بود و پس از تسل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رکن‌الد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خورشاه به دستگاه فاتحان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وست</w:t>
      </w:r>
      <w:r w:rsidRPr="00E662AA">
        <w:rPr>
          <w:rFonts w:ascii="Tahoma" w:hAnsi="Tahoma" w:cs="Tahoma"/>
          <w:rtl/>
        </w:rPr>
        <w:t>.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زان</w:t>
      </w:r>
      <w:r w:rsidRPr="00E662AA">
        <w:rPr>
          <w:rFonts w:ascii="Tahoma" w:hAnsi="Tahoma" w:cs="Tahoma"/>
          <w:rtl/>
        </w:rPr>
        <w:t xml:space="preserve"> اخت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او در تصم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هولاکو محل بحث است. حضورش در کنار سپاه به معنا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آن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ست</w:t>
      </w:r>
      <w:r w:rsidRPr="00E662AA">
        <w:rPr>
          <w:rFonts w:ascii="Tahoma" w:hAnsi="Tahoma" w:cs="Tahoma"/>
          <w:rtl/>
        </w:rPr>
        <w:t xml:space="preserve"> که او فرمانده جنگ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طراح نابود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خلافت بوده است. هولاکو مأمور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حرکت به سو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بغداد را از منگوقاآن گرفته بود و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انجام آن به اجازه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تحر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طوس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</w:t>
      </w:r>
      <w:r w:rsidRPr="00E662AA">
        <w:rPr>
          <w:rFonts w:ascii="Tahoma" w:hAnsi="Tahoma" w:cs="Tahoma"/>
          <w:rtl/>
        </w:rPr>
        <w:t xml:space="preserve"> نداشت.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در</w:t>
      </w:r>
      <w:r w:rsidRPr="00E662AA">
        <w:rPr>
          <w:rFonts w:ascii="Tahoma" w:hAnsi="Tahoma" w:cs="Tahoma"/>
          <w:rtl/>
        </w:rPr>
        <w:t xml:space="preserve"> پا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سال </w:t>
      </w:r>
      <w:r w:rsidRPr="00E662AA">
        <w:rPr>
          <w:rFonts w:ascii="Tahoma" w:hAnsi="Tahoma" w:cs="Tahoma"/>
          <w:rtl/>
          <w:lang w:bidi="fa-IR"/>
        </w:rPr>
        <w:t>۱۲۵۷</w:t>
      </w:r>
      <w:r w:rsidRPr="00E662AA">
        <w:rPr>
          <w:rFonts w:ascii="Tahoma" w:hAnsi="Tahoma" w:cs="Tahoma"/>
          <w:rtl/>
        </w:rPr>
        <w:t>، هولاکو حرکت به سو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بغداد را آغاز کرد. سپاه او فقط از مغولان تشک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</w:t>
      </w:r>
      <w:r w:rsidRPr="00E662AA">
        <w:rPr>
          <w:rFonts w:ascii="Tahoma" w:hAnsi="Tahoma" w:cs="Tahoma"/>
          <w:rtl/>
        </w:rPr>
        <w:t xml:space="preserve">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شد</w:t>
      </w:r>
      <w:r w:rsidRPr="00E662AA">
        <w:rPr>
          <w:rFonts w:ascii="Tahoma" w:hAnsi="Tahoma" w:cs="Tahoma"/>
          <w:rtl/>
        </w:rPr>
        <w:t>.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مردمان و حکومت‌ها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فرمان‌بردار، از جمله ارمن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و گرج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ان،</w:t>
      </w:r>
      <w:r w:rsidRPr="00E662AA">
        <w:rPr>
          <w:rFonts w:ascii="Tahoma" w:hAnsi="Tahoma" w:cs="Tahoma"/>
          <w:rtl/>
        </w:rPr>
        <w:t xml:space="preserve"> در عمل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ات</w:t>
      </w:r>
      <w:r w:rsidRPr="00E662AA">
        <w:rPr>
          <w:rFonts w:ascii="Tahoma" w:hAnsi="Tahoma" w:cs="Tahoma"/>
          <w:rtl/>
        </w:rPr>
        <w:t xml:space="preserve"> شرکت داشتند. مهندسان و متخصصان محاصره از سرزم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مختلف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همراه قشون بودند. بار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دستگاه جنگ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 نشان داد که توان آن در گرد آوردن مهارت‌ها و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اقوام گوناگون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فرمان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واحد نهفته است.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بغداد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شاخه‌ها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دجله و شبکه‌ا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آبراهه‌ها قرار داشت و استحکاماتش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توانستند</w:t>
      </w:r>
      <w:r w:rsidRPr="00E662AA">
        <w:rPr>
          <w:rFonts w:ascii="Tahoma" w:hAnsi="Tahoma" w:cs="Tahoma"/>
          <w:rtl/>
        </w:rPr>
        <w:t xml:space="preserve"> دفاع را ممکن سازند. اما قشون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مقابله با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هولاکو از آمادگ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کاف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برخوردار نبود. بخش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که از شهر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رون</w:t>
      </w:r>
      <w:r w:rsidRPr="00E662AA">
        <w:rPr>
          <w:rFonts w:ascii="Tahoma" w:hAnsi="Tahoma" w:cs="Tahoma"/>
          <w:rtl/>
        </w:rPr>
        <w:t xml:space="preserve"> فرستاده شدند شکست خوردند و راه بازگشت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حرکتشا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بر اثر اقدامات سپاه مغول و وضع آبراهه‌ها دشوار شد. هولاکو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 را در دو سو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شهر مستقر کرد و حلقهٔ محاصره را بست.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ابزارها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پرتاب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مهندسان محاصره به کار افتادند و بخش‌ها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وار</w:t>
      </w:r>
      <w:r w:rsidRPr="00E662AA">
        <w:rPr>
          <w:rFonts w:ascii="Tahoma" w:hAnsi="Tahoma" w:cs="Tahoma"/>
          <w:rtl/>
        </w:rPr>
        <w:t xml:space="preserve">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فشار قرار گرفتند. مدافعان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توانستند</w:t>
      </w:r>
      <w:r w:rsidRPr="00E662AA">
        <w:rPr>
          <w:rFonts w:ascii="Tahoma" w:hAnsi="Tahoma" w:cs="Tahoma"/>
          <w:rtl/>
        </w:rPr>
        <w:t xml:space="preserve"> انتظار داشته باشند که سپاه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رون</w:t>
      </w:r>
      <w:r w:rsidRPr="00E662AA">
        <w:rPr>
          <w:rFonts w:ascii="Tahoma" w:hAnsi="Tahoma" w:cs="Tahoma"/>
          <w:rtl/>
        </w:rPr>
        <w:t xml:space="preserve"> به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آنان برسد. هر روز ادامهٔ محاصره، ذخا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و روح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هٔ</w:t>
      </w:r>
      <w:r w:rsidRPr="00E662AA">
        <w:rPr>
          <w:rFonts w:ascii="Tahoma" w:hAnsi="Tahoma" w:cs="Tahoma"/>
          <w:rtl/>
        </w:rPr>
        <w:t xml:space="preserve"> شهر را کاهش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داد</w:t>
      </w:r>
      <w:r w:rsidRPr="00E662AA">
        <w:rPr>
          <w:rFonts w:ascii="Tahoma" w:hAnsi="Tahoma" w:cs="Tahoma"/>
          <w:rtl/>
        </w:rPr>
        <w:t xml:space="preserve"> و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را به 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رفتن</w:t>
      </w:r>
      <w:r w:rsidRPr="00E662AA">
        <w:rPr>
          <w:rFonts w:ascii="Tahoma" w:hAnsi="Tahoma" w:cs="Tahoma"/>
          <w:rtl/>
        </w:rPr>
        <w:t xml:space="preserve"> شرا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ط</w:t>
      </w:r>
      <w:r w:rsidRPr="00E662AA">
        <w:rPr>
          <w:rFonts w:ascii="Tahoma" w:hAnsi="Tahoma" w:cs="Tahoma"/>
          <w:rtl/>
        </w:rPr>
        <w:t xml:space="preserve"> هولاک</w:t>
      </w:r>
      <w:r w:rsidRPr="00E662AA">
        <w:rPr>
          <w:rFonts w:ascii="Tahoma" w:hAnsi="Tahoma" w:cs="Tahoma" w:hint="eastAsia"/>
          <w:rtl/>
        </w:rPr>
        <w:t>و</w:t>
      </w:r>
      <w:r w:rsidRPr="00E662AA">
        <w:rPr>
          <w:rFonts w:ascii="Tahoma" w:hAnsi="Tahoma" w:cs="Tahoma"/>
          <w:rtl/>
        </w:rPr>
        <w:t xml:space="preserve"> نزد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ک‌تر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مستعصم</w:t>
      </w:r>
      <w:r w:rsidRPr="00E662AA">
        <w:rPr>
          <w:rFonts w:ascii="Tahoma" w:hAnsi="Tahoma" w:cs="Tahoma"/>
          <w:rtl/>
        </w:rPr>
        <w:t xml:space="preserve"> سرانجام کوش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مذاکره کند، اما زمان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تسل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برگز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ده</w:t>
      </w:r>
      <w:r w:rsidRPr="00E662AA">
        <w:rPr>
          <w:rFonts w:ascii="Tahoma" w:hAnsi="Tahoma" w:cs="Tahoma"/>
          <w:rtl/>
        </w:rPr>
        <w:t xml:space="preserve"> بود که قدرت چانه‌زن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اش</w:t>
      </w:r>
      <w:r w:rsidRPr="00E662AA">
        <w:rPr>
          <w:rFonts w:ascii="Tahoma" w:hAnsi="Tahoma" w:cs="Tahoma"/>
          <w:rtl/>
        </w:rPr>
        <w:t xml:space="preserve">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رفته بود.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از محاصره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</w:t>
      </w:r>
      <w:r w:rsidRPr="00E662AA">
        <w:rPr>
          <w:rFonts w:ascii="Tahoma" w:hAnsi="Tahoma" w:cs="Tahoma"/>
          <w:rtl/>
        </w:rPr>
        <w:t xml:space="preserve"> با 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رفتن</w:t>
      </w:r>
      <w:r w:rsidRPr="00E662AA">
        <w:rPr>
          <w:rFonts w:ascii="Tahoma" w:hAnsi="Tahoma" w:cs="Tahoma"/>
          <w:rtl/>
        </w:rPr>
        <w:t xml:space="preserve"> فرمان‌بردار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پرداخت خراج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فرستادن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 جا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گاه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ساختار حکومت مغول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ابد؛</w:t>
      </w:r>
      <w:r w:rsidRPr="00E662AA">
        <w:rPr>
          <w:rFonts w:ascii="Tahoma" w:hAnsi="Tahoma" w:cs="Tahoma"/>
          <w:rtl/>
        </w:rPr>
        <w:t xml:space="preserve"> همان‌گونه که برخ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eastAsia"/>
          <w:rtl/>
        </w:rPr>
        <w:t>محل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چن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کرده بودند. اکنون هولاکو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نداشت خلافت را به صورت نهاد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مستقل باق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بگذارد.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بغداد</w:t>
      </w:r>
      <w:r w:rsidRPr="00E662AA">
        <w:rPr>
          <w:rFonts w:ascii="Tahoma" w:hAnsi="Tahoma" w:cs="Tahoma"/>
          <w:rtl/>
        </w:rPr>
        <w:t xml:space="preserve"> در فور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هٔ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/>
          <w:rtl/>
          <w:lang w:bidi="fa-IR"/>
        </w:rPr>
        <w:t>۱۲۵۸</w:t>
      </w:r>
      <w:r w:rsidRPr="00E662AA">
        <w:rPr>
          <w:rFonts w:ascii="Tahoma" w:hAnsi="Tahoma" w:cs="Tahoma"/>
          <w:rtl/>
        </w:rPr>
        <w:t xml:space="preserve"> تسل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شد.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همراه با بزرگان و افراد خاندانش از شهر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رون</w:t>
      </w:r>
      <w:r w:rsidRPr="00E662AA">
        <w:rPr>
          <w:rFonts w:ascii="Tahoma" w:hAnsi="Tahoma" w:cs="Tahoma"/>
          <w:rtl/>
        </w:rPr>
        <w:t xml:space="preserve"> آمد و در اخت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هولاکو قرار گرفت. سپس سپاه مغول وارد بغداد شد و کشتار و غارت آغاز گرد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>. شمارها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که منابع دربارهٔ کشته‌شدگان آورده‌اند، مانند آمار کشتارها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خراسان، اغلب بس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بزرگ و از نظر آمار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غ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رقابل</w:t>
      </w:r>
      <w:r w:rsidRPr="00E662AA">
        <w:rPr>
          <w:rFonts w:ascii="Tahoma" w:hAnsi="Tahoma" w:cs="Tahoma"/>
          <w:rtl/>
        </w:rPr>
        <w:t xml:space="preserve"> اعتمادند؛ اما در گستردگ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فاجعه و مرگ شمار فراوان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ساکنان ترد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ست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خانه‌ها،</w:t>
      </w:r>
      <w:r w:rsidRPr="00E662AA">
        <w:rPr>
          <w:rFonts w:ascii="Tahoma" w:hAnsi="Tahoma" w:cs="Tahoma"/>
          <w:rtl/>
        </w:rPr>
        <w:t xml:space="preserve"> بازارها، بناها و مراکز علم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ب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>. کتاب‌ها و کتابخانه‌ها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رفتند و بس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دانشمندان، دب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ران،</w:t>
      </w:r>
      <w:r w:rsidRPr="00E662AA">
        <w:rPr>
          <w:rFonts w:ascii="Tahoma" w:hAnsi="Tahoma" w:cs="Tahoma"/>
          <w:rtl/>
        </w:rPr>
        <w:t xml:space="preserve"> صنعتگران و مردم عاد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کشته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پراکنده شدند. بعدها 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دربارهٔ 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خته</w:t>
      </w:r>
      <w:r w:rsidRPr="00E662AA">
        <w:rPr>
          <w:rFonts w:ascii="Tahoma" w:hAnsi="Tahoma" w:cs="Tahoma"/>
          <w:rtl/>
        </w:rPr>
        <w:t xml:space="preserve"> شدن شمار انبوه کتاب‌ها در دجله و تغ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رنگ آب رودخانه شکل گرفت. ممکن است در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اندازهٔ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مبالغه شده باشد، اما بغداد ب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ترد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ضربه‌ا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سخت به عنوان مرکز علم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اقتصاد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جهان اسلام خورد.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در</w:t>
      </w:r>
      <w:r w:rsidRPr="00E662AA">
        <w:rPr>
          <w:rFonts w:ascii="Tahoma" w:hAnsi="Tahoma" w:cs="Tahoma"/>
          <w:rtl/>
        </w:rPr>
        <w:t xml:space="preserve"> همان حال، نبا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چن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تصور کرد که همهٔ دانش، کتاب‌ها و زندگ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شهر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بغداد در چند روز به‌طور کامل نابود شدند. بخش‌ها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شهر و گروه‌ها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مردم باق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ماندند و پس از پا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کشتار، اداره و بازساز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زندگ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آغاز شد. اهم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فاجعه در آن نبود که بغداد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شه</w:t>
      </w:r>
      <w:r w:rsidRPr="00E662AA">
        <w:rPr>
          <w:rFonts w:ascii="Tahoma" w:hAnsi="Tahoma" w:cs="Tahoma"/>
          <w:rtl/>
        </w:rPr>
        <w:t xml:space="preserve"> از ر</w:t>
      </w:r>
      <w:r w:rsidRPr="00E662AA">
        <w:rPr>
          <w:rFonts w:ascii="Tahoma" w:hAnsi="Tahoma" w:cs="Tahoma" w:hint="eastAsia"/>
          <w:rtl/>
        </w:rPr>
        <w:t>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محو شد؛ در آن بود که شبکهٔ انسان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اقتصاد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نهاد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آن به‌شدت آس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ب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و مقام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که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از پنج سده با شهر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وند</w:t>
      </w:r>
      <w:r w:rsidRPr="00E662AA">
        <w:rPr>
          <w:rFonts w:ascii="Tahoma" w:hAnsi="Tahoma" w:cs="Tahoma"/>
          <w:rtl/>
        </w:rPr>
        <w:t xml:space="preserve"> داشت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رفت.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مستعصم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به فرمان هولاکو کشته شد. دربارهٔ روش دق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ق</w:t>
      </w:r>
      <w:r w:rsidRPr="00E662AA">
        <w:rPr>
          <w:rFonts w:ascii="Tahoma" w:hAnsi="Tahoma" w:cs="Tahoma"/>
          <w:rtl/>
        </w:rPr>
        <w:t xml:space="preserve"> کشتن او 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مختلف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وجود دارد؛ از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</w:t>
      </w:r>
      <w:r w:rsidRPr="00E662AA">
        <w:rPr>
          <w:rFonts w:ascii="Tahoma" w:hAnsi="Tahoma" w:cs="Tahoma"/>
          <w:rtl/>
        </w:rPr>
        <w:t xml:space="preserve"> در نمد و لگدمال شدن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سم اسبان تا روش‌ها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>.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</w:t>
      </w:r>
      <w:r w:rsidRPr="00E662AA">
        <w:rPr>
          <w:rFonts w:ascii="Tahoma" w:hAnsi="Tahoma" w:cs="Tahoma"/>
          <w:rtl/>
        </w:rPr>
        <w:t xml:space="preserve"> با اطم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نان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ت‌ها</w:t>
      </w:r>
      <w:r w:rsidRPr="00E662AA">
        <w:rPr>
          <w:rFonts w:ascii="Tahoma" w:hAnsi="Tahoma" w:cs="Tahoma"/>
          <w:rtl/>
        </w:rPr>
        <w:t xml:space="preserve"> را 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</w:t>
      </w:r>
      <w:r w:rsidRPr="00E662AA">
        <w:rPr>
          <w:rFonts w:ascii="Tahoma" w:hAnsi="Tahoma" w:cs="Tahoma"/>
          <w:rtl/>
        </w:rPr>
        <w:t>. آنچه قطع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است پا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زندگ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و برچ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ده</w:t>
      </w:r>
      <w:r w:rsidRPr="00E662AA">
        <w:rPr>
          <w:rFonts w:ascii="Tahoma" w:hAnsi="Tahoma" w:cs="Tahoma"/>
          <w:rtl/>
        </w:rPr>
        <w:t xml:space="preserve"> شدن خلافت عباس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بغداد است.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/>
          <w:rtl/>
        </w:rPr>
        <w:t>کشتن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فقط حذف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شهر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شکست‌خورده نبود. هولاکو نهاد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برداشت که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مسلمان قرن‌ها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تأ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حقان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حکمران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خود، هرچند به صورت نماد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ن،</w:t>
      </w:r>
      <w:r w:rsidRPr="00E662AA">
        <w:rPr>
          <w:rFonts w:ascii="Tahoma" w:hAnsi="Tahoma" w:cs="Tahoma"/>
          <w:rtl/>
        </w:rPr>
        <w:t xml:space="preserve"> به آن مراجعه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کردند</w:t>
      </w:r>
      <w:r w:rsidRPr="00E662AA">
        <w:rPr>
          <w:rFonts w:ascii="Tahoma" w:hAnsi="Tahoma" w:cs="Tahoma"/>
          <w:rtl/>
        </w:rPr>
        <w:t>. از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پس، حکومت مغول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و عراق بدون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</w:t>
      </w:r>
      <w:r w:rsidRPr="00E662AA">
        <w:rPr>
          <w:rFonts w:ascii="Tahoma" w:hAnsi="Tahoma" w:cs="Tahoma"/>
          <w:rtl/>
        </w:rPr>
        <w:t xml:space="preserve"> به تأ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فرمان 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راند</w:t>
      </w:r>
      <w:r w:rsidRPr="00E662AA">
        <w:rPr>
          <w:rFonts w:ascii="Tahoma" w:hAnsi="Tahoma" w:cs="Tahoma"/>
          <w:rtl/>
        </w:rPr>
        <w:t>. حق فرمانروا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هولاکو نه از اسلام و خلافت، بلکه از خون چنگ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فرمان خان بزرگ و قدرت قشون سرچشمه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دگرگون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جا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نکاران</w:t>
      </w:r>
      <w:r w:rsidRPr="00E662AA">
        <w:rPr>
          <w:rFonts w:ascii="Tahoma" w:hAnsi="Tahoma" w:cs="Tahoma"/>
          <w:rtl/>
        </w:rPr>
        <w:t xml:space="preserve"> را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تغ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داد.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در نظر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هٔ</w:t>
      </w:r>
      <w:r w:rsidRPr="00E662AA">
        <w:rPr>
          <w:rFonts w:ascii="Tahoma" w:hAnsi="Tahoma" w:cs="Tahoma"/>
          <w:rtl/>
        </w:rPr>
        <w:t xml:space="preserve">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اهل سنت، دست‌کم در ظاهر،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وند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و حکومت برقرار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</w:t>
      </w:r>
      <w:r w:rsidRPr="00E662AA">
        <w:rPr>
          <w:rFonts w:ascii="Tahoma" w:hAnsi="Tahoma" w:cs="Tahoma"/>
          <w:rtl/>
        </w:rPr>
        <w:t>. با سقوط بغداد،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نکاران</w:t>
      </w:r>
      <w:r w:rsidRPr="00E662AA">
        <w:rPr>
          <w:rFonts w:ascii="Tahoma" w:hAnsi="Tahoma" w:cs="Tahoma"/>
          <w:rtl/>
        </w:rPr>
        <w:t xml:space="preserve"> سن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مرکز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گانه‌ا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نداشتند که بتوانند آن را تجسم خلافت بدانند. آنان ناچار بودند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eastAsia"/>
          <w:rtl/>
        </w:rPr>
        <w:t>فرمان</w:t>
      </w:r>
      <w:r w:rsidRPr="00E662AA">
        <w:rPr>
          <w:rFonts w:ascii="Tahoma" w:hAnsi="Tahoma" w:cs="Tahoma"/>
          <w:rtl/>
        </w:rPr>
        <w:t xml:space="preserve"> حاکم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غ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رمسلمان</w:t>
      </w:r>
      <w:r w:rsidRPr="00E662AA">
        <w:rPr>
          <w:rFonts w:ascii="Tahoma" w:hAnsi="Tahoma" w:cs="Tahoma"/>
          <w:rtl/>
        </w:rPr>
        <w:t xml:space="preserve"> زندگ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کنند و رابطهٔ خود را با دستگاه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تع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کنند که شر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عت</w:t>
      </w:r>
      <w:r w:rsidRPr="00E662AA">
        <w:rPr>
          <w:rFonts w:ascii="Tahoma" w:hAnsi="Tahoma" w:cs="Tahoma"/>
          <w:rtl/>
        </w:rPr>
        <w:t xml:space="preserve"> اسلام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سرچشمهٔ فرمان آن نبود.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اما</w:t>
      </w:r>
      <w:r w:rsidRPr="00E662AA">
        <w:rPr>
          <w:rFonts w:ascii="Tahoma" w:hAnsi="Tahoma" w:cs="Tahoma"/>
          <w:rtl/>
        </w:rPr>
        <w:t xml:space="preserve">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رفتن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به معنا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رفتن اسلام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دستگاه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نکار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نبود. مسجدها، مدرسه‌ها، موقوفه‌ها، قاض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و فق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هان</w:t>
      </w:r>
      <w:r w:rsidRPr="00E662AA">
        <w:rPr>
          <w:rFonts w:ascii="Tahoma" w:hAnsi="Tahoma" w:cs="Tahoma"/>
          <w:rtl/>
        </w:rPr>
        <w:t xml:space="preserve"> باق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ماندند و مردم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امور روزمره همچنان به آنان مراجعه کردند. مغولان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ادارهٔ جامعهٔ مسلمان ناچار بودند بخش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نهادها را </w:t>
      </w:r>
      <w:r w:rsidRPr="00E662AA">
        <w:rPr>
          <w:rFonts w:ascii="Tahoma" w:hAnsi="Tahoma" w:cs="Tahoma" w:hint="eastAsia"/>
          <w:rtl/>
        </w:rPr>
        <w:t>تحمل</w:t>
      </w:r>
      <w:r w:rsidRPr="00E662AA">
        <w:rPr>
          <w:rFonts w:ascii="Tahoma" w:hAnsi="Tahoma" w:cs="Tahoma"/>
          <w:rtl/>
        </w:rPr>
        <w:t xml:space="preserve"> کنند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به خدمت بگ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رند</w:t>
      </w:r>
      <w:r w:rsidRPr="00E662AA">
        <w:rPr>
          <w:rFonts w:ascii="Tahoma" w:hAnsi="Tahoma" w:cs="Tahoma"/>
          <w:rtl/>
        </w:rPr>
        <w:t>. تاج مغول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</w:t>
      </w:r>
      <w:r w:rsidRPr="00E662AA">
        <w:rPr>
          <w:rFonts w:ascii="Tahoma" w:hAnsi="Tahoma" w:cs="Tahoma"/>
          <w:rtl/>
        </w:rPr>
        <w:t xml:space="preserve"> بدون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</w:t>
      </w:r>
      <w:r w:rsidRPr="00E662AA">
        <w:rPr>
          <w:rFonts w:ascii="Tahoma" w:hAnsi="Tahoma" w:cs="Tahoma"/>
          <w:rtl/>
        </w:rPr>
        <w:t xml:space="preserve"> حکومت کند، اما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</w:t>
      </w:r>
      <w:r w:rsidRPr="00E662AA">
        <w:rPr>
          <w:rFonts w:ascii="Tahoma" w:hAnsi="Tahoma" w:cs="Tahoma"/>
          <w:rtl/>
        </w:rPr>
        <w:t xml:space="preserve"> جامعهٔ مسلمان را بدون واسطه‌ها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آن اداره کند.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پس</w:t>
      </w:r>
      <w:r w:rsidRPr="00E662AA">
        <w:rPr>
          <w:rFonts w:ascii="Tahoma" w:hAnsi="Tahoma" w:cs="Tahoma"/>
          <w:rtl/>
        </w:rPr>
        <w:t xml:space="preserve"> از تصرف بغداد، هولاکو عطاملک جو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به ادارهٔ بغداد، عراق عرب و خوزستان گماشت. انتخاب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وانسالار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ادارهٔ پا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تخت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خلافت معنا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روشن داشت. قشون مغول توانسته بود شهر را بگ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رد،</w:t>
      </w:r>
      <w:r w:rsidRPr="00E662AA">
        <w:rPr>
          <w:rFonts w:ascii="Tahoma" w:hAnsi="Tahoma" w:cs="Tahoma"/>
          <w:rtl/>
        </w:rPr>
        <w:t xml:space="preserve"> اما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بازگرداندن مال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ات،</w:t>
      </w:r>
      <w:r w:rsidRPr="00E662AA">
        <w:rPr>
          <w:rFonts w:ascii="Tahoma" w:hAnsi="Tahoma" w:cs="Tahoma"/>
          <w:rtl/>
        </w:rPr>
        <w:t xml:space="preserve"> تعم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آبراهه‌ها، ادارهٔ 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ن‌ها</w:t>
      </w:r>
      <w:r w:rsidRPr="00E662AA">
        <w:rPr>
          <w:rFonts w:ascii="Tahoma" w:hAnsi="Tahoma" w:cs="Tahoma"/>
          <w:rtl/>
        </w:rPr>
        <w:t xml:space="preserve"> و برقرار کردن نظم به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وان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</w:t>
      </w:r>
      <w:r w:rsidRPr="00E662AA">
        <w:rPr>
          <w:rFonts w:ascii="Tahoma" w:hAnsi="Tahoma" w:cs="Tahoma"/>
          <w:rtl/>
        </w:rPr>
        <w:t xml:space="preserve"> داشت. همان الگو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که در خراسان شکل گرفته بود، اکنون در عراق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تکرار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شد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جو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شهر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اداره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</w:t>
      </w:r>
      <w:r w:rsidRPr="00E662AA">
        <w:rPr>
          <w:rFonts w:ascii="Tahoma" w:hAnsi="Tahoma" w:cs="Tahoma"/>
          <w:rtl/>
        </w:rPr>
        <w:t xml:space="preserve"> که سپاه اربابانش 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کرده بود. او هم کارگزار حکومت فاتح بود و هم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حفظ درآمد و امن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ناچار بود از بازساز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زندگ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مردم دفاع کند.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تناقض در سراسر دورهٔ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لخان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همراه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وانسالاران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ماند: آنان قدرت خود را از تا</w:t>
      </w:r>
      <w:r w:rsidRPr="00E662AA">
        <w:rPr>
          <w:rFonts w:ascii="Tahoma" w:hAnsi="Tahoma" w:cs="Tahoma" w:hint="eastAsia"/>
          <w:rtl/>
        </w:rPr>
        <w:t>ج</w:t>
      </w:r>
      <w:r w:rsidRPr="00E662AA">
        <w:rPr>
          <w:rFonts w:ascii="Tahoma" w:hAnsi="Tahoma" w:cs="Tahoma"/>
          <w:rtl/>
        </w:rPr>
        <w:t xml:space="preserve"> مغول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گرفتند،</w:t>
      </w:r>
      <w:r w:rsidRPr="00E662AA">
        <w:rPr>
          <w:rFonts w:ascii="Tahoma" w:hAnsi="Tahoma" w:cs="Tahoma"/>
          <w:rtl/>
        </w:rPr>
        <w:t xml:space="preserve"> اما ادامهٔ کارشان به زنده ماندن جامعه‌ا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وابسته بود که همان تاج بر آن مسلط شده بود.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هولاکو</w:t>
      </w:r>
      <w:r w:rsidRPr="00E662AA">
        <w:rPr>
          <w:rFonts w:ascii="Tahoma" w:hAnsi="Tahoma" w:cs="Tahoma"/>
          <w:rtl/>
        </w:rPr>
        <w:t xml:space="preserve"> پس از بغداد به گسترش قدرت خود در شام اند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>. حلب پس از محاصره سقوط کرد و دمشق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در برابر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 تسل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شد. حضور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ارمن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گرج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فرمانده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ت‌بوقا،</w:t>
      </w:r>
      <w:r w:rsidRPr="00E662AA">
        <w:rPr>
          <w:rFonts w:ascii="Tahoma" w:hAnsi="Tahoma" w:cs="Tahoma"/>
          <w:rtl/>
        </w:rPr>
        <w:t xml:space="preserve"> که مس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ح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نسطور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بود، به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مذهب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داد</w:t>
      </w:r>
      <w:r w:rsidRPr="00E662AA">
        <w:rPr>
          <w:rFonts w:ascii="Tahoma" w:hAnsi="Tahoma" w:cs="Tahoma"/>
          <w:rtl/>
        </w:rPr>
        <w:t xml:space="preserve"> و برخ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ح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منطقه مغولان را م</w:t>
      </w:r>
      <w:r w:rsidRPr="00E662AA">
        <w:rPr>
          <w:rFonts w:ascii="Tahoma" w:hAnsi="Tahoma" w:cs="Tahoma" w:hint="eastAsia"/>
          <w:rtl/>
        </w:rPr>
        <w:t>تحد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برابر حکومت‌ها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مسلمان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>. اما 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است</w:t>
      </w:r>
      <w:r w:rsidRPr="00E662AA">
        <w:rPr>
          <w:rFonts w:ascii="Tahoma" w:hAnsi="Tahoma" w:cs="Tahoma"/>
          <w:rtl/>
        </w:rPr>
        <w:t xml:space="preserve"> هولاکو را باز هم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</w:t>
      </w:r>
      <w:r w:rsidRPr="00E662AA">
        <w:rPr>
          <w:rFonts w:ascii="Tahoma" w:hAnsi="Tahoma" w:cs="Tahoma"/>
          <w:rtl/>
        </w:rPr>
        <w:t xml:space="preserve"> به جنگ مس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ح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با اسلام فروکاست.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مس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ح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تا هنگام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متحد محسوب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شدند</w:t>
      </w:r>
      <w:r w:rsidRPr="00E662AA">
        <w:rPr>
          <w:rFonts w:ascii="Tahoma" w:hAnsi="Tahoma" w:cs="Tahoma"/>
          <w:rtl/>
        </w:rPr>
        <w:t xml:space="preserve"> که فرمان‌بردار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نظام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مغولان را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رفتند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هدف</w:t>
      </w:r>
      <w:r w:rsidRPr="00E662AA">
        <w:rPr>
          <w:rFonts w:ascii="Tahoma" w:hAnsi="Tahoma" w:cs="Tahoma"/>
          <w:rtl/>
        </w:rPr>
        <w:t xml:space="preserve"> بعد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</w:t>
      </w:r>
      <w:r w:rsidRPr="00E662AA">
        <w:rPr>
          <w:rFonts w:ascii="Tahoma" w:hAnsi="Tahoma" w:cs="Tahoma"/>
          <w:rtl/>
        </w:rPr>
        <w:t xml:space="preserve"> مصر باشد؛ جا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که مملوکان قدرت گرفته بودند. مملوکان خود از نظام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ترک‌تبار و قفقاز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برخاسته بودند که در دستگاه حکومت‌ها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اسلام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پرورش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افته</w:t>
      </w:r>
      <w:r w:rsidRPr="00E662AA">
        <w:rPr>
          <w:rFonts w:ascii="Tahoma" w:hAnsi="Tahoma" w:cs="Tahoma"/>
          <w:rtl/>
        </w:rPr>
        <w:t xml:space="preserve"> بودند و اکنون دولت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نظام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ساخته بودند. برخلاف خل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فهٔ</w:t>
      </w:r>
      <w:r w:rsidRPr="00E662AA">
        <w:rPr>
          <w:rFonts w:ascii="Tahoma" w:hAnsi="Tahoma" w:cs="Tahoma"/>
          <w:rtl/>
        </w:rPr>
        <w:t xml:space="preserve"> بغداد، آنان به اعتبار نماد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نه</w:t>
      </w:r>
      <w:r w:rsidRPr="00E662AA">
        <w:rPr>
          <w:rFonts w:ascii="Tahoma" w:hAnsi="Tahoma" w:cs="Tahoma"/>
          <w:rtl/>
        </w:rPr>
        <w:t xml:space="preserve"> تک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ه</w:t>
      </w:r>
      <w:r w:rsidRPr="00E662AA">
        <w:rPr>
          <w:rFonts w:ascii="Tahoma" w:hAnsi="Tahoma" w:cs="Tahoma"/>
          <w:rtl/>
        </w:rPr>
        <w:t xml:space="preserve"> نداشتند؛ سرچشمهٔ اصل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قدرتشان قشون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منظم و فرماندهان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آشنا با 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وهٔ</w:t>
      </w:r>
      <w:r w:rsidRPr="00E662AA">
        <w:rPr>
          <w:rFonts w:ascii="Tahoma" w:hAnsi="Tahoma" w:cs="Tahoma"/>
          <w:rtl/>
        </w:rPr>
        <w:t xml:space="preserve"> جنگ سواران استپ بود.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در</w:t>
      </w:r>
      <w:r w:rsidRPr="00E662AA">
        <w:rPr>
          <w:rFonts w:ascii="Tahoma" w:hAnsi="Tahoma" w:cs="Tahoma"/>
          <w:rtl/>
        </w:rPr>
        <w:t xml:space="preserve"> هم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هنگام، خبر مرگ منگوقاآن در سال </w:t>
      </w:r>
      <w:r w:rsidRPr="00E662AA">
        <w:rPr>
          <w:rFonts w:ascii="Tahoma" w:hAnsi="Tahoma" w:cs="Tahoma"/>
          <w:rtl/>
          <w:lang w:bidi="fa-IR"/>
        </w:rPr>
        <w:t>۱۲۵۹</w:t>
      </w:r>
      <w:r w:rsidRPr="00E662AA">
        <w:rPr>
          <w:rFonts w:ascii="Tahoma" w:hAnsi="Tahoma" w:cs="Tahoma"/>
          <w:rtl/>
        </w:rPr>
        <w:t xml:space="preserve"> به هولاکو رس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>. مرگ خان بزرگ، مسئلهٔ جانش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در سراسر امپراتور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گشود. قوب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ق‌بوقا،</w:t>
      </w:r>
      <w:r w:rsidRPr="00E662AA">
        <w:rPr>
          <w:rFonts w:ascii="Tahoma" w:hAnsi="Tahoma" w:cs="Tahoma"/>
          <w:rtl/>
        </w:rPr>
        <w:t xml:space="preserve"> دو برادر هولاکو،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به دست آوردن مقام خان بزرگ با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رقابت کردند. هولاکو از قوب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حما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کرد،</w:t>
      </w:r>
      <w:r w:rsidRPr="00E662AA">
        <w:rPr>
          <w:rFonts w:ascii="Tahoma" w:hAnsi="Tahoma" w:cs="Tahoma"/>
          <w:rtl/>
        </w:rPr>
        <w:t xml:space="preserve"> اما ناچار بود </w:t>
      </w:r>
      <w:r w:rsidRPr="00E662AA">
        <w:rPr>
          <w:rFonts w:ascii="Tahoma" w:hAnsi="Tahoma" w:cs="Tahoma" w:hint="eastAsia"/>
          <w:rtl/>
        </w:rPr>
        <w:t>بخش</w:t>
      </w:r>
      <w:r w:rsidRPr="00E662AA">
        <w:rPr>
          <w:rFonts w:ascii="Tahoma" w:hAnsi="Tahoma" w:cs="Tahoma"/>
          <w:rtl/>
        </w:rPr>
        <w:t xml:space="preserve"> عمده‌ا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 را از شام بازگرداند و موقع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تش</w:t>
      </w:r>
      <w:r w:rsidRPr="00E662AA">
        <w:rPr>
          <w:rFonts w:ascii="Tahoma" w:hAnsi="Tahoma" w:cs="Tahoma"/>
          <w:rtl/>
        </w:rPr>
        <w:t xml:space="preserve"> را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و قفقاز حفظ کند.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او</w:t>
      </w:r>
      <w:r w:rsidRPr="00E662AA">
        <w:rPr>
          <w:rFonts w:ascii="Tahoma" w:hAnsi="Tahoma" w:cs="Tahoma"/>
          <w:rtl/>
        </w:rPr>
        <w:t xml:space="preserve"> 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ت‌بوقا</w:t>
      </w:r>
      <w:r w:rsidRPr="00E662AA">
        <w:rPr>
          <w:rFonts w:ascii="Tahoma" w:hAnsi="Tahoma" w:cs="Tahoma"/>
          <w:rtl/>
        </w:rPr>
        <w:t xml:space="preserve"> را با بخش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سپاه در شام باق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گذاشت. مملوکان مصر به فرمانده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سلطان قطز و با نقش برجستهٔ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برس</w:t>
      </w:r>
      <w:r w:rsidRPr="00E662AA">
        <w:rPr>
          <w:rFonts w:ascii="Tahoma" w:hAnsi="Tahoma" w:cs="Tahoma"/>
          <w:rtl/>
        </w:rPr>
        <w:t xml:space="preserve"> از فرصت استفاده کردند و رو به شمال نهادند. دو سپاه در سپتامبر </w:t>
      </w:r>
      <w:r w:rsidRPr="00E662AA">
        <w:rPr>
          <w:rFonts w:ascii="Tahoma" w:hAnsi="Tahoma" w:cs="Tahoma"/>
          <w:rtl/>
          <w:lang w:bidi="fa-IR"/>
        </w:rPr>
        <w:t>۱۲۶۰</w:t>
      </w:r>
      <w:r w:rsidRPr="00E662AA">
        <w:rPr>
          <w:rFonts w:ascii="Tahoma" w:hAnsi="Tahoma" w:cs="Tahoma"/>
          <w:rtl/>
        </w:rPr>
        <w:t xml:space="preserve"> در 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جالوت، در فلسط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ن،</w:t>
      </w:r>
      <w:r w:rsidRPr="00E662AA">
        <w:rPr>
          <w:rFonts w:ascii="Tahoma" w:hAnsi="Tahoma" w:cs="Tahoma"/>
          <w:rtl/>
        </w:rPr>
        <w:t xml:space="preserve"> با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روبه‌رو شدند. سپاه مغول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ن‌بار</w:t>
      </w:r>
      <w:r w:rsidRPr="00E662AA">
        <w:rPr>
          <w:rFonts w:ascii="Tahoma" w:hAnsi="Tahoma" w:cs="Tahoma"/>
          <w:rtl/>
        </w:rPr>
        <w:t xml:space="preserve"> با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روبه‌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/>
          <w:rtl/>
        </w:rPr>
        <w:t xml:space="preserve"> بود که از تحرک سواره‌نظام، 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رانداز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عقب‌نش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ساختگ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وه‌ها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جنگ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مشابه آگاه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داشت.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نبرد</w:t>
      </w:r>
      <w:r w:rsidRPr="00E662AA">
        <w:rPr>
          <w:rFonts w:ascii="Tahoma" w:hAnsi="Tahoma" w:cs="Tahoma"/>
          <w:rtl/>
        </w:rPr>
        <w:t xml:space="preserve"> با شکست مغولان و کشته شدن 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ت‌بوقا</w:t>
      </w:r>
      <w:r w:rsidRPr="00E662AA">
        <w:rPr>
          <w:rFonts w:ascii="Tahoma" w:hAnsi="Tahoma" w:cs="Tahoma"/>
          <w:rtl/>
        </w:rPr>
        <w:t xml:space="preserve"> پا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افت</w:t>
      </w:r>
      <w:r w:rsidRPr="00E662AA">
        <w:rPr>
          <w:rFonts w:ascii="Tahoma" w:hAnsi="Tahoma" w:cs="Tahoma"/>
          <w:rtl/>
        </w:rPr>
        <w:t>. 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جالوت نخست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شکست مغولان در تار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خشان</w:t>
      </w:r>
      <w:r w:rsidRPr="00E662AA">
        <w:rPr>
          <w:rFonts w:ascii="Tahoma" w:hAnsi="Tahoma" w:cs="Tahoma"/>
          <w:rtl/>
        </w:rPr>
        <w:t xml:space="preserve"> نبود؛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از آن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در نبردها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 w:hint="eastAsia"/>
          <w:rtl/>
        </w:rPr>
        <w:t>،</w:t>
      </w:r>
      <w:r w:rsidRPr="00E662AA">
        <w:rPr>
          <w:rFonts w:ascii="Tahoma" w:hAnsi="Tahoma" w:cs="Tahoma"/>
          <w:rtl/>
        </w:rPr>
        <w:t xml:space="preserve"> از جمله پروان، شکست خورده بودند. اهم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آن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بود که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مغولان به سو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مصر را متوقف کرد و به مملوکان امکان داد دمشق و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شتر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eastAsia"/>
          <w:rtl/>
        </w:rPr>
        <w:t>شام</w:t>
      </w:r>
      <w:r w:rsidRPr="00E662AA">
        <w:rPr>
          <w:rFonts w:ascii="Tahoma" w:hAnsi="Tahoma" w:cs="Tahoma"/>
          <w:rtl/>
        </w:rPr>
        <w:t xml:space="preserve"> را دوباره به دست آورند. برخلاف شکست‌ها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محل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ن،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شکست به بازگشت سر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ع</w:t>
      </w:r>
      <w:r w:rsidRPr="00E662AA">
        <w:rPr>
          <w:rFonts w:ascii="Tahoma" w:hAnsi="Tahoma" w:cs="Tahoma"/>
          <w:rtl/>
        </w:rPr>
        <w:t xml:space="preserve"> سپاه اصل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 و تصرف دوبارهٔ منطقه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نجام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هولاکو</w:t>
      </w:r>
      <w:r w:rsidRPr="00E662AA">
        <w:rPr>
          <w:rFonts w:ascii="Tahoma" w:hAnsi="Tahoma" w:cs="Tahoma"/>
          <w:rtl/>
        </w:rPr>
        <w:t xml:space="preserve"> نتوانست همهٔ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خود را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جبران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شکست به شام بازگرداند. در شمال، برکه‌خان، فرمانروا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اردو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ن،</w:t>
      </w:r>
      <w:r w:rsidRPr="00E662AA">
        <w:rPr>
          <w:rFonts w:ascii="Tahoma" w:hAnsi="Tahoma" w:cs="Tahoma"/>
          <w:rtl/>
        </w:rPr>
        <w:t xml:space="preserve"> با او وارد کشمکش شد. برکه مسلمان شده بود و از نابود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بغداد ناخشنود بود، اما اختلاف او و هولاکو فقط مذهب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نبود. شاخهٔ جوچ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خاندان چنگ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بر بخش‌ها</w:t>
      </w:r>
      <w:r w:rsidRPr="00E662AA">
        <w:rPr>
          <w:rFonts w:ascii="Tahoma" w:hAnsi="Tahoma" w:cs="Tahoma" w:hint="cs"/>
          <w:rtl/>
        </w:rPr>
        <w:t>یی</w:t>
      </w:r>
      <w:r w:rsidRPr="00E662AA">
        <w:rPr>
          <w:rFonts w:ascii="Tahoma" w:hAnsi="Tahoma" w:cs="Tahoma"/>
          <w:rtl/>
        </w:rPr>
        <w:t xml:space="preserve"> از قفقاز، راه‌ها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تجار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درآمد سرزم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شمال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ادعا داشت و استقرار هولاکو در آذربا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جان</w:t>
      </w:r>
      <w:r w:rsidRPr="00E662AA">
        <w:rPr>
          <w:rFonts w:ascii="Tahoma" w:hAnsi="Tahoma" w:cs="Tahoma"/>
          <w:rtl/>
        </w:rPr>
        <w:t xml:space="preserve"> و قفقاز منافع آن را تهد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</w:t>
      </w:r>
      <w:r w:rsidRPr="00E662AA">
        <w:rPr>
          <w:rFonts w:ascii="Tahoma" w:hAnsi="Tahoma" w:cs="Tahoma"/>
          <w:rtl/>
        </w:rPr>
        <w:t>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جنگ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هولاکو و برکه نشان داد که وحدت امپراتور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 در حال فروپاش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است. قشون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که زمان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نام خاندان چنگ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حکومت‌ها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را نابود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کرد،</w:t>
      </w:r>
      <w:r w:rsidRPr="00E662AA">
        <w:rPr>
          <w:rFonts w:ascii="Tahoma" w:hAnsi="Tahoma" w:cs="Tahoma"/>
          <w:rtl/>
        </w:rPr>
        <w:t xml:space="preserve"> اکنون به شاخه‌ها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رق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ب</w:t>
      </w:r>
      <w:r w:rsidRPr="00E662AA">
        <w:rPr>
          <w:rFonts w:ascii="Tahoma" w:hAnsi="Tahoma" w:cs="Tahoma"/>
          <w:rtl/>
        </w:rPr>
        <w:t xml:space="preserve"> تقس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شده بود. خان‌ها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قلمرو، درآمد و جانش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جنگ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 xml:space="preserve"> و هر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کوش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دند</w:t>
      </w:r>
      <w:r w:rsidRPr="00E662AA">
        <w:rPr>
          <w:rFonts w:ascii="Tahoma" w:hAnsi="Tahoma" w:cs="Tahoma"/>
          <w:rtl/>
        </w:rPr>
        <w:t xml:space="preserve"> سرزم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فرمان خود را به حکومت مستقل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تبد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</w:t>
      </w:r>
      <w:r w:rsidRPr="00E662AA">
        <w:rPr>
          <w:rFonts w:ascii="Tahoma" w:hAnsi="Tahoma" w:cs="Tahoma"/>
          <w:rtl/>
        </w:rPr>
        <w:t xml:space="preserve"> کنند.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فروپاش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هولاکو هم محدود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بود و هم فرصت.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توانست</w:t>
      </w:r>
      <w:r w:rsidRPr="00E662AA">
        <w:rPr>
          <w:rFonts w:ascii="Tahoma" w:hAnsi="Tahoma" w:cs="Tahoma"/>
          <w:rtl/>
        </w:rPr>
        <w:t xml:space="preserve"> همهٔ منابع امپراتور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شرو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به مصر به کار 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رد؛</w:t>
      </w:r>
      <w:r w:rsidRPr="00E662AA">
        <w:rPr>
          <w:rFonts w:ascii="Tahoma" w:hAnsi="Tahoma" w:cs="Tahoma"/>
          <w:rtl/>
        </w:rPr>
        <w:t xml:space="preserve"> اما در همان حال، فاصلهٔ عمل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او از خان بزرگ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شتر</w:t>
      </w:r>
      <w:r w:rsidRPr="00E662AA">
        <w:rPr>
          <w:rFonts w:ascii="Tahoma" w:hAnsi="Tahoma" w:cs="Tahoma"/>
          <w:rtl/>
        </w:rPr>
        <w:t xml:space="preserve"> شد. او همچنان برتر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قوب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پذ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رفت</w:t>
      </w:r>
      <w:r w:rsidRPr="00E662AA">
        <w:rPr>
          <w:rFonts w:ascii="Tahoma" w:hAnsi="Tahoma" w:cs="Tahoma"/>
          <w:rtl/>
        </w:rPr>
        <w:t xml:space="preserve"> و عنوانش جا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گاه</w:t>
      </w:r>
      <w:r w:rsidRPr="00E662AA">
        <w:rPr>
          <w:rFonts w:ascii="Tahoma" w:hAnsi="Tahoma" w:cs="Tahoma"/>
          <w:rtl/>
        </w:rPr>
        <w:t xml:space="preserve"> او را در نسبت با خان بزرگ ن</w:t>
      </w:r>
      <w:r w:rsidRPr="00E662AA">
        <w:rPr>
          <w:rFonts w:ascii="Tahoma" w:hAnsi="Tahoma" w:cs="Tahoma" w:hint="eastAsia"/>
          <w:rtl/>
        </w:rPr>
        <w:t>شان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داد،</w:t>
      </w:r>
      <w:r w:rsidRPr="00E662AA">
        <w:rPr>
          <w:rFonts w:ascii="Tahoma" w:hAnsi="Tahoma" w:cs="Tahoma"/>
          <w:rtl/>
        </w:rPr>
        <w:t xml:space="preserve"> ول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حکومت روزانهٔ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و عراق در دست خود و خاندانش قرار گرفت. فرمان‌ها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مهم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لازم نبود مانند دوران ارغون آقا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هر تصم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م</w:t>
      </w:r>
      <w:r w:rsidRPr="00E662AA">
        <w:rPr>
          <w:rFonts w:ascii="Tahoma" w:hAnsi="Tahoma" w:cs="Tahoma"/>
          <w:rtl/>
        </w:rPr>
        <w:t xml:space="preserve"> از مغولستان برسند.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به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ترت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ب،</w:t>
      </w:r>
      <w:r w:rsidRPr="00E662AA">
        <w:rPr>
          <w:rFonts w:ascii="Tahoma" w:hAnsi="Tahoma" w:cs="Tahoma"/>
          <w:rtl/>
        </w:rPr>
        <w:t xml:space="preserve"> تاج مغول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شکل گرفت. هولاکو وارث تاج‌ها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نبود و حقان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خود را از تار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خ</w:t>
      </w:r>
      <w:r w:rsidRPr="00E662AA">
        <w:rPr>
          <w:rFonts w:ascii="Tahoma" w:hAnsi="Tahoma" w:cs="Tahoma"/>
          <w:rtl/>
        </w:rPr>
        <w:t xml:space="preserve"> پادشاه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</w:t>
      </w:r>
      <w:r w:rsidRPr="00E662AA">
        <w:rPr>
          <w:rFonts w:ascii="Tahoma" w:hAnsi="Tahoma" w:cs="Tahoma"/>
          <w:rtl/>
        </w:rPr>
        <w:t>. او شاهزاده‌ا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چنگ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بود که با مأمور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خان بزرگ وارد شد و با قشون، اسماع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و خلافت را از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برداشت. اما هنگام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که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ماند، درآمد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سرزم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را در اخت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ار</w:t>
      </w:r>
      <w:r w:rsidRPr="00E662AA">
        <w:rPr>
          <w:rFonts w:ascii="Tahoma" w:hAnsi="Tahoma" w:cs="Tahoma"/>
          <w:rtl/>
        </w:rPr>
        <w:t xml:space="preserve"> گرفت،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وان</w:t>
      </w:r>
      <w:r w:rsidRPr="00E662AA">
        <w:rPr>
          <w:rFonts w:ascii="Tahoma" w:hAnsi="Tahoma" w:cs="Tahoma"/>
          <w:rtl/>
        </w:rPr>
        <w:t xml:space="preserve"> آن را 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/>
          <w:rtl/>
        </w:rPr>
        <w:t xml:space="preserve"> فرمان خود قرار داد و جانش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را در خاندان خو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</w:t>
      </w:r>
      <w:r w:rsidRPr="00E662AA">
        <w:rPr>
          <w:rFonts w:ascii="Tahoma" w:hAnsi="Tahoma" w:cs="Tahoma"/>
          <w:rtl/>
        </w:rPr>
        <w:t xml:space="preserve"> موروث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کرد،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گر</w:t>
      </w:r>
      <w:r w:rsidRPr="00E662AA">
        <w:rPr>
          <w:rFonts w:ascii="Tahoma" w:hAnsi="Tahoma" w:cs="Tahoma"/>
          <w:rtl/>
        </w:rPr>
        <w:t xml:space="preserve"> فقط فرمانده‌ا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اعزام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نبود.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آذربا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جان</w:t>
      </w:r>
      <w:r w:rsidRPr="00E662AA">
        <w:rPr>
          <w:rFonts w:ascii="Tahoma" w:hAnsi="Tahoma" w:cs="Tahoma"/>
          <w:rtl/>
        </w:rPr>
        <w:t xml:space="preserve"> به سبب چراگاه‌ها، موقع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نظام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نزد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به قفقاز به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مراکز اصل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اقامت هولاکو و جانش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نانش</w:t>
      </w:r>
      <w:r w:rsidRPr="00E662AA">
        <w:rPr>
          <w:rFonts w:ascii="Tahoma" w:hAnsi="Tahoma" w:cs="Tahoma"/>
          <w:rtl/>
        </w:rPr>
        <w:t xml:space="preserve"> تبد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ل</w:t>
      </w:r>
      <w:r w:rsidRPr="00E662AA">
        <w:rPr>
          <w:rFonts w:ascii="Tahoma" w:hAnsi="Tahoma" w:cs="Tahoma"/>
          <w:rtl/>
        </w:rPr>
        <w:t xml:space="preserve"> شد. مراغه اهم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افت</w:t>
      </w:r>
      <w:r w:rsidRPr="00E662AA">
        <w:rPr>
          <w:rFonts w:ascii="Tahoma" w:hAnsi="Tahoma" w:cs="Tahoma"/>
          <w:rtl/>
        </w:rPr>
        <w:t xml:space="preserve"> و رصدخانه‌ا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با همکار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مد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</w:t>
      </w:r>
      <w:r w:rsidRPr="00E662AA">
        <w:rPr>
          <w:rFonts w:ascii="Tahoma" w:hAnsi="Tahoma" w:cs="Tahoma"/>
          <w:rtl/>
        </w:rPr>
        <w:t xml:space="preserve"> علم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نص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رالد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طوس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آن ساخته شد. گرد آمدن دانشمندان، منجمان، کتاب‌ها و ابزارها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علم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در ک</w:t>
      </w:r>
      <w:r w:rsidRPr="00E662AA">
        <w:rPr>
          <w:rFonts w:ascii="Tahoma" w:hAnsi="Tahoma" w:cs="Tahoma" w:hint="eastAsia"/>
          <w:rtl/>
        </w:rPr>
        <w:t>نار</w:t>
      </w:r>
      <w:r w:rsidRPr="00E662AA">
        <w:rPr>
          <w:rFonts w:ascii="Tahoma" w:hAnsi="Tahoma" w:cs="Tahoma"/>
          <w:rtl/>
        </w:rPr>
        <w:t xml:space="preserve"> اردو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فرمانروا نشان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داد</w:t>
      </w:r>
      <w:r w:rsidRPr="00E662AA">
        <w:rPr>
          <w:rFonts w:ascii="Tahoma" w:hAnsi="Tahoma" w:cs="Tahoma"/>
          <w:rtl/>
        </w:rPr>
        <w:t xml:space="preserve"> که تاج تازه برا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ماندن، تنها به قشون بسنده نم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کند</w:t>
      </w:r>
      <w:r w:rsidRPr="00E662AA">
        <w:rPr>
          <w:rFonts w:ascii="Tahoma" w:hAnsi="Tahoma" w:cs="Tahoma"/>
          <w:rtl/>
        </w:rPr>
        <w:t xml:space="preserve"> و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کوشد</w:t>
      </w:r>
      <w:r w:rsidRPr="00E662AA">
        <w:rPr>
          <w:rFonts w:ascii="Tahoma" w:hAnsi="Tahoma" w:cs="Tahoma"/>
          <w:rtl/>
        </w:rPr>
        <w:t xml:space="preserve"> دربار، دانش و دستگاه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فرهنگ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/>
          <w:rtl/>
        </w:rPr>
        <w:t xml:space="preserve"> 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رامون</w:t>
      </w:r>
      <w:r w:rsidRPr="00E662AA">
        <w:rPr>
          <w:rFonts w:ascii="Tahoma" w:hAnsi="Tahoma" w:cs="Tahoma"/>
          <w:rtl/>
        </w:rPr>
        <w:t xml:space="preserve"> خود بسازد.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باا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ن‌حال،</w:t>
      </w:r>
      <w:r w:rsidRPr="00E662AA">
        <w:rPr>
          <w:rFonts w:ascii="Tahoma" w:hAnsi="Tahoma" w:cs="Tahoma"/>
          <w:rtl/>
        </w:rPr>
        <w:t xml:space="preserve"> ساختمان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حکومت هنوز دچار همان تناقض بن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بود. تاج از قشون مغول برخاسته و حقان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تش</w:t>
      </w:r>
      <w:r w:rsidRPr="00E662AA">
        <w:rPr>
          <w:rFonts w:ascii="Tahoma" w:hAnsi="Tahoma" w:cs="Tahoma"/>
          <w:rtl/>
        </w:rPr>
        <w:t xml:space="preserve"> به خون چنگ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ز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وابسته بود؛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وان</w:t>
      </w:r>
      <w:r w:rsidRPr="00E662AA">
        <w:rPr>
          <w:rFonts w:ascii="Tahoma" w:hAnsi="Tahoma" w:cs="Tahoma"/>
          <w:rtl/>
        </w:rPr>
        <w:t xml:space="preserve"> را ب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شتر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اداره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کردند؛</w:t>
      </w:r>
      <w:r w:rsidRPr="00E662AA">
        <w:rPr>
          <w:rFonts w:ascii="Tahoma" w:hAnsi="Tahoma" w:cs="Tahoma"/>
          <w:rtl/>
        </w:rPr>
        <w:t xml:space="preserve"> مردم عمدتاً مسلمان بودند؛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نکاران</w:t>
      </w:r>
      <w:r w:rsidRPr="00E662AA">
        <w:rPr>
          <w:rFonts w:ascii="Tahoma" w:hAnsi="Tahoma" w:cs="Tahoma"/>
          <w:rtl/>
        </w:rPr>
        <w:t xml:space="preserve"> از جامعه و موقوفه‌ها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</w:t>
      </w:r>
      <w:r w:rsidRPr="00E662AA">
        <w:rPr>
          <w:rFonts w:ascii="Tahoma" w:hAnsi="Tahoma" w:cs="Tahoma"/>
          <w:rtl/>
        </w:rPr>
        <w:t xml:space="preserve">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گرفتند؛</w:t>
      </w:r>
      <w:r w:rsidRPr="00E662AA">
        <w:rPr>
          <w:rFonts w:ascii="Tahoma" w:hAnsi="Tahoma" w:cs="Tahoma"/>
          <w:rtl/>
        </w:rPr>
        <w:t xml:space="preserve"> و خاندان فرمانروا هن</w:t>
      </w:r>
      <w:r w:rsidRPr="00E662AA">
        <w:rPr>
          <w:rFonts w:ascii="Tahoma" w:hAnsi="Tahoma" w:cs="Tahoma" w:hint="eastAsia"/>
          <w:rtl/>
        </w:rPr>
        <w:t>وز</w:t>
      </w:r>
      <w:r w:rsidRPr="00E662AA">
        <w:rPr>
          <w:rFonts w:ascii="Tahoma" w:hAnsi="Tahoma" w:cs="Tahoma"/>
          <w:rtl/>
        </w:rPr>
        <w:t xml:space="preserve"> به اسلام نپ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وسته</w:t>
      </w:r>
      <w:r w:rsidRPr="00E662AA">
        <w:rPr>
          <w:rFonts w:ascii="Tahoma" w:hAnsi="Tahoma" w:cs="Tahoma"/>
          <w:rtl/>
        </w:rPr>
        <w:t xml:space="preserve"> بود. هر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</w:t>
      </w:r>
      <w:r w:rsidRPr="00E662AA">
        <w:rPr>
          <w:rFonts w:ascii="Tahoma" w:hAnsi="Tahoma" w:cs="Tahoma"/>
          <w:rtl/>
        </w:rPr>
        <w:t xml:space="preserve"> از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روها</w:t>
      </w:r>
      <w:r w:rsidRPr="00E662AA">
        <w:rPr>
          <w:rFonts w:ascii="Tahoma" w:hAnsi="Tahoma" w:cs="Tahoma"/>
          <w:rtl/>
        </w:rPr>
        <w:t xml:space="preserve"> زبان، 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از</w:t>
      </w:r>
      <w:r w:rsidRPr="00E662AA">
        <w:rPr>
          <w:rFonts w:ascii="Tahoma" w:hAnsi="Tahoma" w:cs="Tahoma"/>
          <w:rtl/>
        </w:rPr>
        <w:t xml:space="preserve"> و سرچشمهٔ قدرت خود را داشت.</w:t>
      </w:r>
    </w:p>
    <w:p w:rsidR="00E662AA" w:rsidRPr="00E662AA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62AA">
        <w:rPr>
          <w:rFonts w:ascii="Tahoma" w:hAnsi="Tahoma" w:cs="Tahoma" w:hint="eastAsia"/>
          <w:rtl/>
        </w:rPr>
        <w:t>هولاکو</w:t>
      </w:r>
      <w:r w:rsidRPr="00E662AA">
        <w:rPr>
          <w:rFonts w:ascii="Tahoma" w:hAnsi="Tahoma" w:cs="Tahoma"/>
          <w:rtl/>
        </w:rPr>
        <w:t xml:space="preserve"> توانست با زور 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ان</w:t>
      </w:r>
      <w:r w:rsidRPr="00E662AA">
        <w:rPr>
          <w:rFonts w:ascii="Tahoma" w:hAnsi="Tahoma" w:cs="Tahoma"/>
          <w:rtl/>
        </w:rPr>
        <w:t xml:space="preserve"> آنان تعادل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موقت برقرار کند. اما پس از مرگ او در سال </w:t>
      </w:r>
      <w:r w:rsidRPr="00E662AA">
        <w:rPr>
          <w:rFonts w:ascii="Tahoma" w:hAnsi="Tahoma" w:cs="Tahoma"/>
          <w:rtl/>
          <w:lang w:bidi="fa-IR"/>
        </w:rPr>
        <w:t>۱۲۶۵</w:t>
      </w:r>
      <w:r w:rsidRPr="00E662AA">
        <w:rPr>
          <w:rFonts w:ascii="Tahoma" w:hAnsi="Tahoma" w:cs="Tahoma"/>
          <w:rtl/>
        </w:rPr>
        <w:t>، جانش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نانش</w:t>
      </w:r>
      <w:r w:rsidRPr="00E662AA">
        <w:rPr>
          <w:rFonts w:ascii="Tahoma" w:hAnsi="Tahoma" w:cs="Tahoma"/>
          <w:rtl/>
        </w:rPr>
        <w:t xml:space="preserve"> با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د</w:t>
      </w:r>
      <w:r w:rsidRPr="00E662AA">
        <w:rPr>
          <w:rFonts w:ascii="Tahoma" w:hAnsi="Tahoma" w:cs="Tahoma"/>
          <w:rtl/>
        </w:rPr>
        <w:t xml:space="preserve"> پاسخ م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دادند</w:t>
      </w:r>
      <w:r w:rsidRPr="00E662AA">
        <w:rPr>
          <w:rFonts w:ascii="Tahoma" w:hAnsi="Tahoma" w:cs="Tahoma"/>
          <w:rtl/>
        </w:rPr>
        <w:t xml:space="preserve"> که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حکومت چه نوع کشور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است: بخش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از امپراتور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مغول، قلمرو موروث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خاندان هولاکو،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/>
          <w:rtl/>
        </w:rPr>
        <w:t xml:space="preserve"> پادشاه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مستقر در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/>
          <w:rtl/>
        </w:rPr>
        <w:t xml:space="preserve"> که ناچار است با تار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خ،</w:t>
      </w:r>
      <w:r w:rsidRPr="00E662AA">
        <w:rPr>
          <w:rFonts w:ascii="Tahoma" w:hAnsi="Tahoma" w:cs="Tahoma"/>
          <w:rtl/>
        </w:rPr>
        <w:t xml:space="preserve"> جامعه و 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سرزم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سازگار شود. چگونگ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دگرگون شدن تاج فاتح به حکومت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ی‌</w:t>
      </w:r>
      <w:r w:rsidRPr="00E662AA">
        <w:rPr>
          <w:rFonts w:ascii="Tahoma" w:hAnsi="Tahoma" w:cs="Tahoma" w:hint="eastAsia"/>
          <w:rtl/>
        </w:rPr>
        <w:t>تر،</w:t>
      </w:r>
      <w:r w:rsidRPr="00E662AA">
        <w:rPr>
          <w:rFonts w:ascii="Tahoma" w:hAnsi="Tahoma" w:cs="Tahoma"/>
          <w:rtl/>
        </w:rPr>
        <w:t xml:space="preserve"> موضوع فصل بعد است.</w:t>
      </w:r>
    </w:p>
    <w:p w:rsidR="007E6E9C" w:rsidRDefault="00E662AA" w:rsidP="00E662AA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662AA">
        <w:rPr>
          <w:rFonts w:ascii="Tahoma" w:hAnsi="Tahoma" w:cs="Tahoma" w:hint="eastAsia"/>
          <w:rtl/>
        </w:rPr>
        <w:t>اطلاعات</w:t>
      </w:r>
      <w:r w:rsidRPr="00E662AA">
        <w:rPr>
          <w:rFonts w:ascii="Tahoma" w:hAnsi="Tahoma" w:cs="Tahoma"/>
          <w:rtl/>
        </w:rPr>
        <w:t xml:space="preserve"> مربوط به ادارهٔ بغداد پس از فتح با مدخل بغداد از 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ورش</w:t>
      </w:r>
      <w:r w:rsidRPr="00E662AA">
        <w:rPr>
          <w:rFonts w:ascii="Tahoma" w:hAnsi="Tahoma" w:cs="Tahoma"/>
          <w:rtl/>
        </w:rPr>
        <w:t xml:space="preserve"> مغول تا دورهٔ عثمان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مطالب مربوط به فروپاش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وحدت امپراتور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و جنگ هولاکو با اردو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با مدخل‌ها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مغولان و اردو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/>
          <w:rtl/>
        </w:rPr>
        <w:t xml:space="preserve"> زر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ن</w:t>
      </w:r>
      <w:r w:rsidRPr="00E662AA">
        <w:rPr>
          <w:rFonts w:ascii="Tahoma" w:hAnsi="Tahoma" w:cs="Tahoma"/>
          <w:rtl/>
        </w:rPr>
        <w:t xml:space="preserve"> در دانشنامهٔ ا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ران</w:t>
      </w:r>
      <w:r w:rsidRPr="00E662AA">
        <w:rPr>
          <w:rFonts w:ascii="Tahoma" w:hAnsi="Tahoma" w:cs="Tahoma" w:hint="cs"/>
          <w:rtl/>
        </w:rPr>
        <w:t>ی</w:t>
      </w:r>
      <w:r w:rsidRPr="00E662AA">
        <w:rPr>
          <w:rFonts w:ascii="Tahoma" w:hAnsi="Tahoma" w:cs="Tahoma" w:hint="eastAsia"/>
          <w:rtl/>
        </w:rPr>
        <w:t>کا</w:t>
      </w:r>
      <w:r w:rsidRPr="00E662AA">
        <w:rPr>
          <w:rFonts w:ascii="Tahoma" w:hAnsi="Tahoma" w:cs="Tahoma"/>
          <w:rtl/>
        </w:rPr>
        <w:t xml:space="preserve"> مقابله شده است.</w:t>
      </w:r>
    </w:p>
    <w:p w:rsidR="00E662AA" w:rsidRPr="001E23D2" w:rsidRDefault="00E662AA" w:rsidP="001E23D2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9" w:name="Vol1Chapter05"/>
      <w:bookmarkEnd w:id="9"/>
      <w:r w:rsidRPr="001E23D2">
        <w:rPr>
          <w:rFonts w:asciiTheme="majorBidi" w:hAnsiTheme="majorBidi" w:cstheme="majorBidi"/>
          <w:b/>
          <w:bCs/>
          <w:sz w:val="36"/>
          <w:szCs w:val="36"/>
          <w:rtl/>
        </w:rPr>
        <w:t>فصل پنجم</w:t>
      </w:r>
    </w:p>
    <w:p w:rsidR="001E23D2" w:rsidRPr="001E23D2" w:rsidRDefault="001E23D2" w:rsidP="001E23D2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E23D2">
        <w:rPr>
          <w:rFonts w:asciiTheme="majorBidi" w:hAnsiTheme="majorBidi" w:cstheme="majorBidi"/>
          <w:b/>
          <w:bCs/>
          <w:sz w:val="36"/>
          <w:szCs w:val="36"/>
          <w:rtl/>
        </w:rPr>
        <w:t>از اباقا تا احمد؛ تاج مغولی و مسئلهٔ دین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مرگ</w:t>
      </w:r>
      <w:r w:rsidRPr="001E23D2">
        <w:rPr>
          <w:rFonts w:ascii="Tahoma" w:hAnsi="Tahoma" w:cs="Tahoma"/>
          <w:rtl/>
        </w:rPr>
        <w:t xml:space="preserve"> هولاکو در سال </w:t>
      </w:r>
      <w:r w:rsidRPr="001E23D2">
        <w:rPr>
          <w:rFonts w:ascii="Tahoma" w:hAnsi="Tahoma" w:cs="Tahoma"/>
          <w:rtl/>
          <w:lang w:bidi="fa-IR"/>
        </w:rPr>
        <w:t>۱۲۶۵</w:t>
      </w:r>
      <w:r w:rsidRPr="001E23D2">
        <w:rPr>
          <w:rFonts w:ascii="Tahoma" w:hAnsi="Tahoma" w:cs="Tahoma"/>
          <w:rtl/>
        </w:rPr>
        <w:t xml:space="preserve"> نخست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آزمون حکومت تازهٔ مغول در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بود. تا آن زمان، اقتدار حکومت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از هر 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به شخص شاهزاده‌ا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وابسته بود که با فرمان منگوقاآن و در رأس سپاه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بزرگ به غرب آمده بود. هولاکو دژها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اسماع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را درهم شکسته، خلافت عباس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برانداخته و عراق را به قلمرو خود افزوده بود؛ اما هنوز روشن نبود که پس از او چه کس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حق دارد بر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سرزم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فرمان براند و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حق از کجا سرچشمه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اگر</w:t>
      </w:r>
      <w:r w:rsidRPr="001E23D2">
        <w:rPr>
          <w:rFonts w:ascii="Tahoma" w:hAnsi="Tahoma" w:cs="Tahoma"/>
          <w:rtl/>
        </w:rPr>
        <w:t xml:space="preserve">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هولاکو تنها مأمور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سو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 بزرگ بود، پس از مرگ او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خان بزرگ شخص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ادارهٔ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تع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 xml:space="preserve">. اما اگر قلمرو فتح‌شده به خاندان هولاکو تعلق داشت، پسر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از اعضا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خاندانش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او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شد</w:t>
      </w:r>
      <w:r w:rsidRPr="001E23D2">
        <w:rPr>
          <w:rFonts w:ascii="Tahoma" w:hAnsi="Tahoma" w:cs="Tahoma"/>
          <w:rtl/>
        </w:rPr>
        <w:t>. آنچه رو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داد، راه دوم </w:t>
      </w:r>
      <w:r w:rsidRPr="001E23D2">
        <w:rPr>
          <w:rFonts w:ascii="Tahoma" w:hAnsi="Tahoma" w:cs="Tahoma" w:hint="eastAsia"/>
          <w:rtl/>
        </w:rPr>
        <w:t>را</w:t>
      </w:r>
      <w:r w:rsidRPr="001E23D2">
        <w:rPr>
          <w:rFonts w:ascii="Tahoma" w:hAnsi="Tahoma" w:cs="Tahoma"/>
          <w:rtl/>
        </w:rPr>
        <w:t xml:space="preserve"> استوار کرد. اباقا، پسر بزرگ هولاکو، با پشت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شتر</w:t>
      </w:r>
      <w:r w:rsidRPr="001E23D2">
        <w:rPr>
          <w:rFonts w:ascii="Tahoma" w:hAnsi="Tahoma" w:cs="Tahoma"/>
          <w:rtl/>
        </w:rPr>
        <w:t xml:space="preserve">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مغول به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پدر برگز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ده</w:t>
      </w:r>
      <w:r w:rsidRPr="001E23D2">
        <w:rPr>
          <w:rFonts w:ascii="Tahoma" w:hAnsi="Tahoma" w:cs="Tahoma"/>
          <w:rtl/>
        </w:rPr>
        <w:t xml:space="preserve"> شد.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اهم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تش</w:t>
      </w:r>
      <w:r w:rsidRPr="001E23D2">
        <w:rPr>
          <w:rFonts w:ascii="Tahoma" w:hAnsi="Tahoma" w:cs="Tahoma"/>
          <w:rtl/>
        </w:rPr>
        <w:t xml:space="preserve">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از انتقال قدرت از پدر به پسر بود. با نشستن اباقا بر جا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هولاکو،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مغول در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از مأمور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موقت به حکومت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موروث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نزد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/>
          <w:rtl/>
        </w:rPr>
        <w:t xml:space="preserve"> شد. خاندان هولاکو اکنون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و عراق را قلمرو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دانست</w:t>
      </w:r>
      <w:r w:rsidRPr="001E23D2">
        <w:rPr>
          <w:rFonts w:ascii="Tahoma" w:hAnsi="Tahoma" w:cs="Tahoma"/>
          <w:rtl/>
        </w:rPr>
        <w:t xml:space="preserve"> که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در درون خاندانشان باق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بماند. مقام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همچنان نسبت او را با خان بزرگ نشان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داد،</w:t>
      </w:r>
      <w:r w:rsidRPr="001E23D2">
        <w:rPr>
          <w:rFonts w:ascii="Tahoma" w:hAnsi="Tahoma" w:cs="Tahoma"/>
          <w:rtl/>
        </w:rPr>
        <w:t xml:space="preserve"> اما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حاکم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نبود که بتوان به‌آسان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مغولستان برکنارش کرد و مأمور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جا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او فرستاد.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اباقا</w:t>
      </w:r>
      <w:r w:rsidRPr="001E23D2">
        <w:rPr>
          <w:rFonts w:ascii="Tahoma" w:hAnsi="Tahoma" w:cs="Tahoma"/>
          <w:rtl/>
        </w:rPr>
        <w:t xml:space="preserve"> هنوز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استوار کردن موقع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خود به تأ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قوب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خان بزرگ،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</w:t>
      </w:r>
      <w:r w:rsidRPr="001E23D2">
        <w:rPr>
          <w:rFonts w:ascii="Tahoma" w:hAnsi="Tahoma" w:cs="Tahoma"/>
          <w:rtl/>
        </w:rPr>
        <w:t xml:space="preserve"> داشت. فاصلهٔ جغراف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و جنگ‌ها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داخل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امپراتور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سبب شد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تأ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با تأخ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برسد، اما وابستگ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نماد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باق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ماند. حکومت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 عمل امور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را مستقلاً اداره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کرد،</w:t>
      </w:r>
      <w:r w:rsidRPr="001E23D2">
        <w:rPr>
          <w:rFonts w:ascii="Tahoma" w:hAnsi="Tahoma" w:cs="Tahoma"/>
          <w:rtl/>
        </w:rPr>
        <w:t xml:space="preserve"> 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هنوز خود را </w:t>
      </w:r>
      <w:r w:rsidRPr="001E23D2">
        <w:rPr>
          <w:rFonts w:ascii="Tahoma" w:hAnsi="Tahoma" w:cs="Tahoma" w:hint="eastAsia"/>
          <w:rtl/>
        </w:rPr>
        <w:t>بخش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جهان 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خاندان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دانست</w:t>
      </w:r>
      <w:r w:rsidRPr="001E23D2">
        <w:rPr>
          <w:rFonts w:ascii="Tahoma" w:hAnsi="Tahoma" w:cs="Tahoma"/>
          <w:rtl/>
        </w:rPr>
        <w:t>. فرمانروا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آن هم تاج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مستقر در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داشت و هم جا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گاهش</w:t>
      </w:r>
      <w:r w:rsidRPr="001E23D2">
        <w:rPr>
          <w:rFonts w:ascii="Tahoma" w:hAnsi="Tahoma" w:cs="Tahoma"/>
          <w:rtl/>
        </w:rPr>
        <w:t xml:space="preserve"> را از نسبت با خان بزرگ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گرفت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دوگانگ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 همهٔ دورهٔ اباقا ادامه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افت</w:t>
      </w:r>
      <w:r w:rsidRPr="001E23D2">
        <w:rPr>
          <w:rFonts w:ascii="Tahoma" w:hAnsi="Tahoma" w:cs="Tahoma"/>
          <w:rtl/>
        </w:rPr>
        <w:t>. او پادشاه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به معنا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وارث مستق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م</w:t>
      </w:r>
      <w:r w:rsidRPr="001E23D2">
        <w:rPr>
          <w:rFonts w:ascii="Tahoma" w:hAnsi="Tahoma" w:cs="Tahoma"/>
          <w:rtl/>
        </w:rPr>
        <w:t xml:space="preserve"> سنت‌ها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نبود. خون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انتخاب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مغول سرچشمهٔ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حق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او بودند. در همان حال،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نم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مانند فرمانده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گذرا رفتار کند که پس از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جنگ ب</w:t>
      </w:r>
      <w:r w:rsidRPr="001E23D2">
        <w:rPr>
          <w:rFonts w:ascii="Tahoma" w:hAnsi="Tahoma" w:cs="Tahoma" w:hint="eastAsia"/>
          <w:rtl/>
        </w:rPr>
        <w:t>ه</w:t>
      </w:r>
      <w:r w:rsidRPr="001E23D2">
        <w:rPr>
          <w:rFonts w:ascii="Tahoma" w:hAnsi="Tahoma" w:cs="Tahoma"/>
          <w:rtl/>
        </w:rPr>
        <w:t xml:space="preserve"> استپ بازم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گردد</w:t>
      </w:r>
      <w:r w:rsidRPr="001E23D2">
        <w:rPr>
          <w:rFonts w:ascii="Tahoma" w:hAnsi="Tahoma" w:cs="Tahoma"/>
          <w:rtl/>
        </w:rPr>
        <w:t>. خزانه، قشون، خاندان و آ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ندهٔ</w:t>
      </w:r>
      <w:r w:rsidRPr="001E23D2">
        <w:rPr>
          <w:rFonts w:ascii="Tahoma" w:hAnsi="Tahoma" w:cs="Tahoma"/>
          <w:rtl/>
        </w:rPr>
        <w:t xml:space="preserve"> فرزندانش به حفظ آبادان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درآمد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وابسته شده بود.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اباقا</w:t>
      </w:r>
      <w:r w:rsidRPr="001E23D2">
        <w:rPr>
          <w:rFonts w:ascii="Tahoma" w:hAnsi="Tahoma" w:cs="Tahoma"/>
          <w:rtl/>
        </w:rPr>
        <w:t xml:space="preserve"> از آغاز با کشور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روبه‌رو بود که از سه جهت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فشار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شاخه‌ها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 و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/>
          <w:rtl/>
        </w:rPr>
        <w:t xml:space="preserve"> قدرت نظام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غ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رمغول</w:t>
      </w:r>
      <w:r w:rsidRPr="001E23D2">
        <w:rPr>
          <w:rFonts w:ascii="Tahoma" w:hAnsi="Tahoma" w:cs="Tahoma"/>
          <w:rtl/>
        </w:rPr>
        <w:t xml:space="preserve"> قرار داشت. در شمال، اردو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زر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نسبت به آذربا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جان</w:t>
      </w:r>
      <w:r w:rsidRPr="001E23D2">
        <w:rPr>
          <w:rFonts w:ascii="Tahoma" w:hAnsi="Tahoma" w:cs="Tahoma"/>
          <w:rtl/>
        </w:rPr>
        <w:t xml:space="preserve"> و قفقاز ادعا و طمع داشت. در شرق، مغولان جغتا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توانستند</w:t>
      </w:r>
      <w:r w:rsidRPr="001E23D2">
        <w:rPr>
          <w:rFonts w:ascii="Tahoma" w:hAnsi="Tahoma" w:cs="Tahoma"/>
          <w:rtl/>
        </w:rPr>
        <w:t xml:space="preserve"> از ماوراءالنهر وارد خراسان شوند. در غرب، مملوکان مصر و شام پس از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جالوت به دشمن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تبد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</w:t>
      </w:r>
      <w:r w:rsidRPr="001E23D2">
        <w:rPr>
          <w:rFonts w:ascii="Tahoma" w:hAnsi="Tahoma" w:cs="Tahoma"/>
          <w:rtl/>
        </w:rPr>
        <w:t xml:space="preserve"> شده بودند. حکومت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که خود از فتوحات مغول پد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آمده بود، اکنون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مرزها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را در برابر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مغولان و در برابر قشون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مسلمان حفظ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وضع، معنا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تازه‌ا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به مرزها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داد</w:t>
      </w:r>
      <w:r w:rsidRPr="001E23D2">
        <w:rPr>
          <w:rFonts w:ascii="Tahoma" w:hAnsi="Tahoma" w:cs="Tahoma"/>
          <w:rtl/>
        </w:rPr>
        <w:t>. در دورهٔ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زخان،</w:t>
      </w:r>
      <w:r w:rsidRPr="001E23D2">
        <w:rPr>
          <w:rFonts w:ascii="Tahoma" w:hAnsi="Tahoma" w:cs="Tahoma"/>
          <w:rtl/>
        </w:rPr>
        <w:t xml:space="preserve"> سپاه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مغول از شرق وارد شده بودند و سراسر سرزم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فتح‌شده بخش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امپراتور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واحد به شمار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رفت</w:t>
      </w:r>
      <w:r w:rsidRPr="001E23D2">
        <w:rPr>
          <w:rFonts w:ascii="Tahoma" w:hAnsi="Tahoma" w:cs="Tahoma"/>
          <w:rtl/>
        </w:rPr>
        <w:t>. اکنون همان آمودر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و قفقاز که زمان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راه عبور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 بودند، به مرزها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حکومت‌ها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</w:t>
      </w:r>
      <w:r w:rsidRPr="001E23D2">
        <w:rPr>
          <w:rFonts w:ascii="Tahoma" w:hAnsi="Tahoma" w:cs="Tahoma"/>
          <w:rtl/>
        </w:rPr>
        <w:t xml:space="preserve"> مغول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تبد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شدند</w:t>
      </w:r>
      <w:r w:rsidRPr="001E23D2">
        <w:rPr>
          <w:rFonts w:ascii="Tahoma" w:hAnsi="Tahoma" w:cs="Tahoma"/>
          <w:rtl/>
        </w:rPr>
        <w:t>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ادامهٔ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خود ناچار بودند از منابع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در برابر خو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شاوندان</w:t>
      </w:r>
      <w:r w:rsidRPr="001E23D2">
        <w:rPr>
          <w:rFonts w:ascii="Tahoma" w:hAnsi="Tahoma" w:cs="Tahoma"/>
          <w:rtl/>
        </w:rPr>
        <w:t xml:space="preserve">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دفاع کنند.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اندک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پس از مرگ هولاکو،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اردو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زر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بار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از شمال به قفقاز آمدند. اباقا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از آنکه دستگاه حکومتش استوار شود با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خطر روبه‌رو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شد</w:t>
      </w:r>
      <w:r w:rsidRPr="001E23D2">
        <w:rPr>
          <w:rFonts w:ascii="Tahoma" w:hAnsi="Tahoma" w:cs="Tahoma"/>
          <w:rtl/>
        </w:rPr>
        <w:t>. جنگ در نواح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رود کر و راه‌ها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قفقاز ادامه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افت</w:t>
      </w:r>
      <w:r w:rsidRPr="001E23D2">
        <w:rPr>
          <w:rFonts w:ascii="Tahoma" w:hAnsi="Tahoma" w:cs="Tahoma"/>
          <w:rtl/>
        </w:rPr>
        <w:t xml:space="preserve">. مرگ برکه‌خان در سال </w:t>
      </w:r>
      <w:r w:rsidRPr="001E23D2">
        <w:rPr>
          <w:rFonts w:ascii="Tahoma" w:hAnsi="Tahoma" w:cs="Tahoma"/>
          <w:rtl/>
          <w:lang w:bidi="fa-IR"/>
        </w:rPr>
        <w:t>۱۲۶۶</w:t>
      </w:r>
      <w:r w:rsidRPr="001E23D2">
        <w:rPr>
          <w:rFonts w:ascii="Tahoma" w:hAnsi="Tahoma" w:cs="Tahoma"/>
          <w:rtl/>
        </w:rPr>
        <w:t xml:space="preserve"> سبب عقب‌نش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شمال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شد و </w:t>
      </w:r>
      <w:r w:rsidRPr="001E23D2">
        <w:rPr>
          <w:rFonts w:ascii="Tahoma" w:hAnsi="Tahoma" w:cs="Tahoma" w:hint="eastAsia"/>
          <w:rtl/>
        </w:rPr>
        <w:t>فشار</w:t>
      </w:r>
      <w:r w:rsidRPr="001E23D2">
        <w:rPr>
          <w:rFonts w:ascii="Tahoma" w:hAnsi="Tahoma" w:cs="Tahoma"/>
          <w:rtl/>
        </w:rPr>
        <w:t xml:space="preserve"> فور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کاهش داد، اما دشمن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دو حکومت مغول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افت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علت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دشمن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فقط مسلمان شدن برکه و خشم او از سقوط بغداد نبود. کنترل قفقاز، راه‌ها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تجار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چراگاه‌ها و درآمدها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آذربا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جان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در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بود. شاخهٔ جوچ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خاندان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خود را در بخش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فتوحات غرب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دارا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حق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دانست</w:t>
      </w:r>
      <w:r w:rsidRPr="001E23D2">
        <w:rPr>
          <w:rFonts w:ascii="Tahoma" w:hAnsi="Tahoma" w:cs="Tahoma"/>
          <w:rtl/>
        </w:rPr>
        <w:t xml:space="preserve"> و استقرار خاندان هولاکو را در سرزم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سهم آنان باشد نم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پذ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رفت</w:t>
      </w:r>
      <w:r w:rsidRPr="001E23D2">
        <w:rPr>
          <w:rFonts w:ascii="Tahoma" w:hAnsi="Tahoma" w:cs="Tahoma"/>
          <w:rtl/>
        </w:rPr>
        <w:t>.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به اختلاف زبان و حقان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داد،</w:t>
      </w:r>
      <w:r w:rsidRPr="001E23D2">
        <w:rPr>
          <w:rFonts w:ascii="Tahoma" w:hAnsi="Tahoma" w:cs="Tahoma"/>
          <w:rtl/>
        </w:rPr>
        <w:t xml:space="preserve"> اما رقابت بر سر 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و درآمد آن را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دار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در</w:t>
      </w:r>
      <w:r w:rsidRPr="001E23D2">
        <w:rPr>
          <w:rFonts w:ascii="Tahoma" w:hAnsi="Tahoma" w:cs="Tahoma"/>
          <w:rtl/>
        </w:rPr>
        <w:t xml:space="preserve"> شرق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حکومت جغتا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بر سر خراسان با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رقابت داشت. خراسان فقط مرز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دورافتاده نبود؛ منطقه‌ا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مهم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درآمد، تجارت و ارتباط با آس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مرکز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به شمار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رفت</w:t>
      </w:r>
      <w:r w:rsidRPr="001E23D2">
        <w:rPr>
          <w:rFonts w:ascii="Tahoma" w:hAnsi="Tahoma" w:cs="Tahoma"/>
          <w:rtl/>
        </w:rPr>
        <w:t>. هر حمله از ماوراءالنهر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شهرها و 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را که پس از 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نخست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حمله به‌آرا</w:t>
      </w:r>
      <w:r w:rsidRPr="001E23D2">
        <w:rPr>
          <w:rFonts w:ascii="Tahoma" w:hAnsi="Tahoma" w:cs="Tahoma" w:hint="eastAsia"/>
          <w:rtl/>
        </w:rPr>
        <w:t>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بازساز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شدند</w:t>
      </w:r>
      <w:r w:rsidRPr="001E23D2">
        <w:rPr>
          <w:rFonts w:ascii="Tahoma" w:hAnsi="Tahoma" w:cs="Tahoma"/>
          <w:rtl/>
        </w:rPr>
        <w:t xml:space="preserve"> دوباره در معرض غارت قرار دهد.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براق،</w:t>
      </w:r>
      <w:r w:rsidRPr="001E23D2">
        <w:rPr>
          <w:rFonts w:ascii="Tahoma" w:hAnsi="Tahoma" w:cs="Tahoma"/>
          <w:rtl/>
        </w:rPr>
        <w:t xml:space="preserve"> فرمانروا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جغتا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در حدود سال </w:t>
      </w:r>
      <w:r w:rsidRPr="001E23D2">
        <w:rPr>
          <w:rFonts w:ascii="Tahoma" w:hAnsi="Tahoma" w:cs="Tahoma"/>
          <w:rtl/>
          <w:lang w:bidi="fa-IR"/>
        </w:rPr>
        <w:t>۱۲۷۰</w:t>
      </w:r>
      <w:r w:rsidRPr="001E23D2">
        <w:rPr>
          <w:rFonts w:ascii="Tahoma" w:hAnsi="Tahoma" w:cs="Tahoma"/>
          <w:rtl/>
        </w:rPr>
        <w:t xml:space="preserve"> به خراسان حمله کرد.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او مدت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رفتند و بار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نشان دادند که حکومت اباقا هنوز از شرق امن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ندارد. اباقا سپاه خود را گرد آورد و مهاجمان را در نزد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هرات شکست داد.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آن جهت اهم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داشت که تاج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توانست نه در مقام بخش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سپاه واحد مغول، بلکه به‌عنوان حکومت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مستقر در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از قلمرو خود دفاع کند.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چند</w:t>
      </w:r>
      <w:r w:rsidRPr="001E23D2">
        <w:rPr>
          <w:rFonts w:ascii="Tahoma" w:hAnsi="Tahoma" w:cs="Tahoma"/>
          <w:rtl/>
        </w:rPr>
        <w:t xml:space="preserve"> سال بعد، سپاه اباقا به آن سو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آمودر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رفت و بخارا و نواح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رامون</w:t>
      </w:r>
      <w:r w:rsidRPr="001E23D2">
        <w:rPr>
          <w:rFonts w:ascii="Tahoma" w:hAnsi="Tahoma" w:cs="Tahoma"/>
          <w:rtl/>
        </w:rPr>
        <w:t xml:space="preserve"> آن را مورد حمله قرار داد.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اقدام نشان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داد</w:t>
      </w:r>
      <w:r w:rsidRPr="001E23D2">
        <w:rPr>
          <w:rFonts w:ascii="Tahoma" w:hAnsi="Tahoma" w:cs="Tahoma"/>
          <w:rtl/>
        </w:rPr>
        <w:t xml:space="preserve"> که جنگ‌ها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شاخه‌ها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 همان روش‌ها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را عل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به کار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بردند</w:t>
      </w:r>
      <w:r w:rsidRPr="001E23D2">
        <w:rPr>
          <w:rFonts w:ascii="Tahoma" w:hAnsi="Tahoma" w:cs="Tahoma"/>
          <w:rtl/>
        </w:rPr>
        <w:t xml:space="preserve"> که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ش‌تر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فتح سرزم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به کار رفته بود. شهرها و مرد</w:t>
      </w:r>
      <w:r w:rsidRPr="001E23D2">
        <w:rPr>
          <w:rFonts w:ascii="Tahoma" w:hAnsi="Tahoma" w:cs="Tahoma" w:hint="eastAsia"/>
          <w:rtl/>
        </w:rPr>
        <w:t>م</w:t>
      </w:r>
      <w:r w:rsidRPr="001E23D2">
        <w:rPr>
          <w:rFonts w:ascii="Tahoma" w:hAnsi="Tahoma" w:cs="Tahoma"/>
          <w:rtl/>
        </w:rPr>
        <w:t xml:space="preserve"> بار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بها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رقابت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خانوادگ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پرداختند</w:t>
      </w:r>
      <w:r w:rsidRPr="001E23D2">
        <w:rPr>
          <w:rFonts w:ascii="Tahoma" w:hAnsi="Tahoma" w:cs="Tahoma"/>
          <w:rtl/>
        </w:rPr>
        <w:t xml:space="preserve"> که بر سر سهم شاخه‌ها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امپراتور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جر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داشت.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فشار</w:t>
      </w:r>
      <w:r w:rsidRPr="001E23D2">
        <w:rPr>
          <w:rFonts w:ascii="Tahoma" w:hAnsi="Tahoma" w:cs="Tahoma"/>
          <w:rtl/>
        </w:rPr>
        <w:t xml:space="preserve"> هم‌زمان مرزها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شمال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شرق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سبب شد که اباقا نتواند همهٔ توان خود را به جنگ با مملوکان اختصاص دهد. باا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ن‌همه،</w:t>
      </w:r>
      <w:r w:rsidRPr="001E23D2">
        <w:rPr>
          <w:rFonts w:ascii="Tahoma" w:hAnsi="Tahoma" w:cs="Tahoma"/>
          <w:rtl/>
        </w:rPr>
        <w:t xml:space="preserve"> بازپس‌گ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شام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هدف‌ها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او باق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ماند. شکست 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جالوت به مملوکان امکان داده بود سور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</w:t>
      </w:r>
      <w:r w:rsidRPr="001E23D2">
        <w:rPr>
          <w:rFonts w:ascii="Tahoma" w:hAnsi="Tahoma" w:cs="Tahoma"/>
          <w:rtl/>
        </w:rPr>
        <w:t xml:space="preserve"> را در اخت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ار</w:t>
      </w:r>
      <w:r w:rsidRPr="001E23D2">
        <w:rPr>
          <w:rFonts w:ascii="Tahoma" w:hAnsi="Tahoma" w:cs="Tahoma"/>
          <w:rtl/>
        </w:rPr>
        <w:t xml:space="preserve"> بگ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رند</w:t>
      </w:r>
      <w:r w:rsidRPr="001E23D2">
        <w:rPr>
          <w:rFonts w:ascii="Tahoma" w:hAnsi="Tahoma" w:cs="Tahoma"/>
          <w:rtl/>
        </w:rPr>
        <w:t xml:space="preserve"> و خود را مدافعان جهان اسلا</w:t>
      </w:r>
      <w:r w:rsidRPr="001E23D2">
        <w:rPr>
          <w:rFonts w:ascii="Tahoma" w:hAnsi="Tahoma" w:cs="Tahoma" w:hint="eastAsia"/>
          <w:rtl/>
        </w:rPr>
        <w:t>م</w:t>
      </w:r>
      <w:r w:rsidRPr="001E23D2">
        <w:rPr>
          <w:rFonts w:ascii="Tahoma" w:hAnsi="Tahoma" w:cs="Tahoma"/>
          <w:rtl/>
        </w:rPr>
        <w:t xml:space="preserve"> در برابر مغولان معرف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کنند. آنان همچن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بازمانده‌ا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خاندان عباس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در قاهره به خلافت نشاندند تا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حکومت خود حقان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فراهم آورند.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خلافت</w:t>
      </w:r>
      <w:r w:rsidRPr="001E23D2">
        <w:rPr>
          <w:rFonts w:ascii="Tahoma" w:hAnsi="Tahoma" w:cs="Tahoma"/>
          <w:rtl/>
        </w:rPr>
        <w:t xml:space="preserve"> قاهره قدرت مستقل 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نداشت و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حما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سلطان مملوک قرار گرفته بود، اما حضور آن معنا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نماد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داشت. هولاکو خلافت عباس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بغداد را نابود کرده بود؛ مملوکان با زنده کردن نام خلافت در قاهره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کوش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دند</w:t>
      </w:r>
      <w:r w:rsidRPr="001E23D2">
        <w:rPr>
          <w:rFonts w:ascii="Tahoma" w:hAnsi="Tahoma" w:cs="Tahoma"/>
          <w:rtl/>
        </w:rPr>
        <w:t xml:space="preserve"> نشان دهند که رهبر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دفاع از اسلام به مصر منتقل شده است. ازا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ن‌رو،</w:t>
      </w:r>
      <w:r w:rsidRPr="001E23D2">
        <w:rPr>
          <w:rFonts w:ascii="Tahoma" w:hAnsi="Tahoma" w:cs="Tahoma"/>
          <w:rtl/>
        </w:rPr>
        <w:t xml:space="preserve"> جنگ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و مملوکان فقط نبرد بر سر شام نبود؛ دو صورت متفاوت از حکومت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در برابر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قرار داشتند.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در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ران،</w:t>
      </w:r>
      <w:r w:rsidRPr="001E23D2">
        <w:rPr>
          <w:rFonts w:ascii="Tahoma" w:hAnsi="Tahoma" w:cs="Tahoma"/>
          <w:rtl/>
        </w:rPr>
        <w:t xml:space="preserve"> تاج در دست خاندان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 و غ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رمسلمان</w:t>
      </w:r>
      <w:r w:rsidRPr="001E23D2">
        <w:rPr>
          <w:rFonts w:ascii="Tahoma" w:hAnsi="Tahoma" w:cs="Tahoma"/>
          <w:rtl/>
        </w:rPr>
        <w:t xml:space="preserve"> بود که حقان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خود را از خون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گرفت</w:t>
      </w:r>
      <w:r w:rsidRPr="001E23D2">
        <w:rPr>
          <w:rFonts w:ascii="Tahoma" w:hAnsi="Tahoma" w:cs="Tahoma"/>
          <w:rtl/>
        </w:rPr>
        <w:t xml:space="preserve"> و جامعه‌ا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عمدتاً مسلمان را از راه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وانسالاران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اداره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 در مصر، تاج در دست فرماندهان مملوک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قرار داشت که اصل قدرتشان نظام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بود، اما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استوار کردن حکومت خود به اسلام، خلافت و پشت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نکاران</w:t>
      </w:r>
      <w:r w:rsidRPr="001E23D2">
        <w:rPr>
          <w:rFonts w:ascii="Tahoma" w:hAnsi="Tahoma" w:cs="Tahoma"/>
          <w:rtl/>
        </w:rPr>
        <w:t xml:space="preserve"> تک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کردند</w:t>
      </w:r>
      <w:r w:rsidRPr="001E23D2">
        <w:rPr>
          <w:rFonts w:ascii="Tahoma" w:hAnsi="Tahoma" w:cs="Tahoma"/>
          <w:rtl/>
        </w:rPr>
        <w:t>. هر دو حکومت از قشون برخاسته بودند، اما راه‌ها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متفاوت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ساختن حقان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حکمران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خود در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گرفتند.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اباقا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مقابله با مملوکان به اتحاد با قدرت‌ها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بست. او با دربار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زانس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وند</w:t>
      </w:r>
      <w:r w:rsidRPr="001E23D2">
        <w:rPr>
          <w:rFonts w:ascii="Tahoma" w:hAnsi="Tahoma" w:cs="Tahoma"/>
          <w:rtl/>
        </w:rPr>
        <w:t xml:space="preserve"> خانوادگ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داشت و با فرمانروا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ارمن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گرج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دولت‌ها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اروپا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تماس برقرار کرد. هدف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بود که حمله‌ا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هماهنگ از چند جهت به مملوکان صورت 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رد</w:t>
      </w:r>
      <w:r w:rsidRPr="001E23D2">
        <w:rPr>
          <w:rFonts w:ascii="Tahoma" w:hAnsi="Tahoma" w:cs="Tahoma"/>
          <w:rtl/>
        </w:rPr>
        <w:t>. دربارها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اروپا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از امکان همکار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با مغولان سخن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گفتند،</w:t>
      </w:r>
      <w:r w:rsidRPr="001E23D2">
        <w:rPr>
          <w:rFonts w:ascii="Tahoma" w:hAnsi="Tahoma" w:cs="Tahoma"/>
          <w:rtl/>
        </w:rPr>
        <w:t xml:space="preserve"> اما فاصله، اختلاف منافع و ناتوان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 هماهنگ کردن زمان و هدف عمل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ات</w:t>
      </w:r>
      <w:r w:rsidRPr="001E23D2">
        <w:rPr>
          <w:rFonts w:ascii="Tahoma" w:hAnsi="Tahoma" w:cs="Tahoma"/>
          <w:rtl/>
        </w:rPr>
        <w:t xml:space="preserve"> سبب شد اتحاد بزرگ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که انتظار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رفت</w:t>
      </w:r>
      <w:r w:rsidRPr="001E23D2">
        <w:rPr>
          <w:rFonts w:ascii="Tahoma" w:hAnsi="Tahoma" w:cs="Tahoma"/>
          <w:rtl/>
        </w:rPr>
        <w:t xml:space="preserve"> شکل 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ارتباط‌ها را نبا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نشانهٔ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بودن حکومت اباقا دانست. اباقا به آ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بودا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گرا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داشت و در دربارش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روان</w:t>
      </w:r>
      <w:r w:rsidRPr="001E23D2">
        <w:rPr>
          <w:rFonts w:ascii="Tahoma" w:hAnsi="Tahoma" w:cs="Tahoma"/>
          <w:rtl/>
        </w:rPr>
        <w:t xml:space="preserve"> اد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گوناگون حضور داشتند. همسر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وندها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خانوادگ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اش</w:t>
      </w:r>
      <w:r w:rsidRPr="001E23D2">
        <w:rPr>
          <w:rFonts w:ascii="Tahoma" w:hAnsi="Tahoma" w:cs="Tahoma"/>
          <w:rtl/>
        </w:rPr>
        <w:t xml:space="preserve"> به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امکان نفوذ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دادند،</w:t>
      </w:r>
      <w:r w:rsidRPr="001E23D2">
        <w:rPr>
          <w:rFonts w:ascii="Tahoma" w:hAnsi="Tahoma" w:cs="Tahoma"/>
          <w:rtl/>
        </w:rPr>
        <w:t xml:space="preserve"> اما 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است</w:t>
      </w:r>
      <w:r w:rsidRPr="001E23D2">
        <w:rPr>
          <w:rFonts w:ascii="Tahoma" w:hAnsi="Tahoma" w:cs="Tahoma"/>
          <w:rtl/>
        </w:rPr>
        <w:t xml:space="preserve"> خارج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او از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حکومت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>‌کرد. اگر متحدان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مملوکان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دشمنانشان مسلمان بودند، ممکن بود همان ملاحظات 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به ترک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نجامد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حمله‌ها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به شام نتوانستند نت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جهٔ</w:t>
      </w:r>
      <w:r w:rsidRPr="001E23D2">
        <w:rPr>
          <w:rFonts w:ascii="Tahoma" w:hAnsi="Tahoma" w:cs="Tahoma"/>
          <w:rtl/>
        </w:rPr>
        <w:t xml:space="preserve">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دار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به دست آورند. در سال </w:t>
      </w:r>
      <w:r w:rsidRPr="001E23D2">
        <w:rPr>
          <w:rFonts w:ascii="Tahoma" w:hAnsi="Tahoma" w:cs="Tahoma"/>
          <w:rtl/>
          <w:lang w:bidi="fa-IR"/>
        </w:rPr>
        <w:t>۱۲۷۷</w:t>
      </w:r>
      <w:r w:rsidRPr="001E23D2">
        <w:rPr>
          <w:rFonts w:ascii="Tahoma" w:hAnsi="Tahoma" w:cs="Tahoma"/>
          <w:rtl/>
        </w:rPr>
        <w:t>،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متحدانشان در آناتول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با سپاه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برس</w:t>
      </w:r>
      <w:r w:rsidRPr="001E23D2">
        <w:rPr>
          <w:rFonts w:ascii="Tahoma" w:hAnsi="Tahoma" w:cs="Tahoma"/>
          <w:rtl/>
        </w:rPr>
        <w:t xml:space="preserve"> روبه‌رو شدند و شکست خوردند. در سال </w:t>
      </w:r>
      <w:r w:rsidRPr="001E23D2">
        <w:rPr>
          <w:rFonts w:ascii="Tahoma" w:hAnsi="Tahoma" w:cs="Tahoma"/>
          <w:rtl/>
          <w:lang w:bidi="fa-IR"/>
        </w:rPr>
        <w:t>۱۲۸۱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سپاه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بزرگ‌تر به سو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شام رفت و در نزد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حمص با مملوکان جنگ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>. نبرد سنگ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بود، اما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نتوانستند شام را تصرف کنند و عقب نشستند.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ناکام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 برابر مملوکان نشان داد که دستگاه جنگ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با دشمنان پراکندهٔ عصر خوارزمشاه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روبه‌رو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ست</w:t>
      </w:r>
      <w:r w:rsidRPr="001E23D2">
        <w:rPr>
          <w:rFonts w:ascii="Tahoma" w:hAnsi="Tahoma" w:cs="Tahoma"/>
          <w:rtl/>
        </w:rPr>
        <w:t>. مملوکان قشون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منظم داشتند، 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وهٔ</w:t>
      </w:r>
      <w:r w:rsidRPr="001E23D2">
        <w:rPr>
          <w:rFonts w:ascii="Tahoma" w:hAnsi="Tahoma" w:cs="Tahoma"/>
          <w:rtl/>
        </w:rPr>
        <w:t xml:space="preserve"> جنگ سواران استپ را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شناختند</w:t>
      </w:r>
      <w:r w:rsidRPr="001E23D2">
        <w:rPr>
          <w:rFonts w:ascii="Tahoma" w:hAnsi="Tahoma" w:cs="Tahoma"/>
          <w:rtl/>
        </w:rPr>
        <w:t xml:space="preserve"> و از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آباد در مصر پشت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شدند</w:t>
      </w:r>
      <w:r w:rsidRPr="001E23D2">
        <w:rPr>
          <w:rFonts w:ascii="Tahoma" w:hAnsi="Tahoma" w:cs="Tahoma"/>
          <w:rtl/>
        </w:rPr>
        <w:t>. همچن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توانستند</w:t>
      </w:r>
      <w:r w:rsidRPr="001E23D2">
        <w:rPr>
          <w:rFonts w:ascii="Tahoma" w:hAnsi="Tahoma" w:cs="Tahoma"/>
          <w:rtl/>
        </w:rPr>
        <w:t xml:space="preserve"> جنگ را دفاع از سرزم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اسلام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 برابر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غ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رمسلمان</w:t>
      </w:r>
      <w:r w:rsidRPr="001E23D2">
        <w:rPr>
          <w:rFonts w:ascii="Tahoma" w:hAnsi="Tahoma" w:cs="Tahoma"/>
          <w:rtl/>
        </w:rPr>
        <w:t xml:space="preserve"> معرف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کنند و از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راه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مذهب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شتر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گرد آورند.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اباقا، ادامهٔ جنگ در سه مرز هز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نهٔ</w:t>
      </w:r>
      <w:r w:rsidRPr="001E23D2">
        <w:rPr>
          <w:rFonts w:ascii="Tahoma" w:hAnsi="Tahoma" w:cs="Tahoma"/>
          <w:rtl/>
        </w:rPr>
        <w:t xml:space="preserve"> فراوان داشت. سپاه به مواجب، اسب، علوفه، سلاح و آذوقه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ازمند</w:t>
      </w:r>
      <w:r w:rsidRPr="001E23D2">
        <w:rPr>
          <w:rFonts w:ascii="Tahoma" w:hAnsi="Tahoma" w:cs="Tahoma"/>
          <w:rtl/>
        </w:rPr>
        <w:t xml:space="preserve"> بود. هر لشکرکش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بخش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درآمد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را مصرف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 xml:space="preserve"> و عبور سپاه بار اضاف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بر دوش مردم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گذاشت</w:t>
      </w:r>
      <w:r w:rsidRPr="001E23D2">
        <w:rPr>
          <w:rFonts w:ascii="Tahoma" w:hAnsi="Tahoma" w:cs="Tahoma"/>
          <w:rtl/>
        </w:rPr>
        <w:t>. تاج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که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دفاع از قلمرو خود به قشون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</w:t>
      </w:r>
      <w:r w:rsidRPr="001E23D2">
        <w:rPr>
          <w:rFonts w:ascii="Tahoma" w:hAnsi="Tahoma" w:cs="Tahoma"/>
          <w:rtl/>
        </w:rPr>
        <w:t xml:space="preserve"> داشت، ناچار بود </w:t>
      </w:r>
      <w:r w:rsidRPr="001E23D2">
        <w:rPr>
          <w:rFonts w:ascii="Tahoma" w:hAnsi="Tahoma" w:cs="Tahoma" w:hint="eastAsia"/>
          <w:rtl/>
        </w:rPr>
        <w:t>از</w:t>
      </w:r>
      <w:r w:rsidRPr="001E23D2">
        <w:rPr>
          <w:rFonts w:ascii="Tahoma" w:hAnsi="Tahoma" w:cs="Tahoma"/>
          <w:rtl/>
        </w:rPr>
        <w:t xml:space="preserve"> جامعه‌ا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مال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ات</w:t>
      </w:r>
      <w:r w:rsidRPr="001E23D2">
        <w:rPr>
          <w:rFonts w:ascii="Tahoma" w:hAnsi="Tahoma" w:cs="Tahoma"/>
          <w:rtl/>
        </w:rPr>
        <w:t xml:space="preserve"> بگ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رد</w:t>
      </w:r>
      <w:r w:rsidRPr="001E23D2">
        <w:rPr>
          <w:rFonts w:ascii="Tahoma" w:hAnsi="Tahoma" w:cs="Tahoma"/>
          <w:rtl/>
        </w:rPr>
        <w:t xml:space="preserve"> که هنوز از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امدها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حمله و ب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نظم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به‌طور کامل رها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افته</w:t>
      </w:r>
      <w:r w:rsidRPr="001E23D2">
        <w:rPr>
          <w:rFonts w:ascii="Tahoma" w:hAnsi="Tahoma" w:cs="Tahoma"/>
          <w:rtl/>
        </w:rPr>
        <w:t xml:space="preserve"> بود.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در</w:t>
      </w:r>
      <w:r w:rsidRPr="001E23D2">
        <w:rPr>
          <w:rFonts w:ascii="Tahoma" w:hAnsi="Tahoma" w:cs="Tahoma"/>
          <w:rtl/>
        </w:rPr>
        <w:t xml:space="preserve"> هم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ن‌جا</w:t>
      </w:r>
      <w:r w:rsidRPr="001E23D2">
        <w:rPr>
          <w:rFonts w:ascii="Tahoma" w:hAnsi="Tahoma" w:cs="Tahoma"/>
          <w:rtl/>
        </w:rPr>
        <w:t xml:space="preserve"> اهم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شتر</w:t>
      </w:r>
      <w:r w:rsidRPr="001E23D2">
        <w:rPr>
          <w:rFonts w:ascii="Tahoma" w:hAnsi="Tahoma" w:cs="Tahoma"/>
          <w:rtl/>
        </w:rPr>
        <w:t xml:space="preserve"> شد. اباقا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فرمان جنگ بدهد، اما بدون ثبت درآمد، گردآور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مال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ات</w:t>
      </w:r>
      <w:r w:rsidRPr="001E23D2">
        <w:rPr>
          <w:rFonts w:ascii="Tahoma" w:hAnsi="Tahoma" w:cs="Tahoma"/>
          <w:rtl/>
        </w:rPr>
        <w:t xml:space="preserve"> و ادارهٔ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الت‌ها</w:t>
      </w:r>
      <w:r w:rsidRPr="001E23D2">
        <w:rPr>
          <w:rFonts w:ascii="Tahoma" w:hAnsi="Tahoma" w:cs="Tahoma"/>
          <w:rtl/>
        </w:rPr>
        <w:t xml:space="preserve"> قادر به تأم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سپاه نبود. دستگاه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که در دورهٔ حاکمان اعزام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 شکل گرفته و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فرمان هولاکو گسترش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افته</w:t>
      </w:r>
      <w:r w:rsidRPr="001E23D2">
        <w:rPr>
          <w:rFonts w:ascii="Tahoma" w:hAnsi="Tahoma" w:cs="Tahoma"/>
          <w:rtl/>
        </w:rPr>
        <w:t xml:space="preserve"> بود، اکنون به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هٔ</w:t>
      </w:r>
      <w:r w:rsidRPr="001E23D2">
        <w:rPr>
          <w:rFonts w:ascii="Tahoma" w:hAnsi="Tahoma" w:cs="Tahoma"/>
          <w:rtl/>
        </w:rPr>
        <w:t xml:space="preserve">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</w:t>
      </w:r>
      <w:r w:rsidRPr="001E23D2">
        <w:rPr>
          <w:rFonts w:ascii="Tahoma" w:hAnsi="Tahoma" w:cs="Tahoma" w:hint="eastAsia"/>
          <w:rtl/>
        </w:rPr>
        <w:t>کومت</w:t>
      </w:r>
      <w:r w:rsidRPr="001E23D2">
        <w:rPr>
          <w:rFonts w:ascii="Tahoma" w:hAnsi="Tahoma" w:cs="Tahoma"/>
          <w:rtl/>
        </w:rPr>
        <w:t xml:space="preserve"> موروث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لخانان</w:t>
      </w:r>
      <w:r w:rsidRPr="001E23D2">
        <w:rPr>
          <w:rFonts w:ascii="Tahoma" w:hAnsi="Tahoma" w:cs="Tahoma"/>
          <w:rtl/>
        </w:rPr>
        <w:t xml:space="preserve"> تبد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</w:t>
      </w:r>
      <w:r w:rsidRPr="001E23D2">
        <w:rPr>
          <w:rFonts w:ascii="Tahoma" w:hAnsi="Tahoma" w:cs="Tahoma"/>
          <w:rtl/>
        </w:rPr>
        <w:t xml:space="preserve"> شد.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شمس‌الد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محمد جو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معروف به صاحب‌د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وان،</w:t>
      </w:r>
      <w:r w:rsidRPr="001E23D2">
        <w:rPr>
          <w:rFonts w:ascii="Tahoma" w:hAnsi="Tahoma" w:cs="Tahoma"/>
          <w:rtl/>
        </w:rPr>
        <w:t xml:space="preserve"> در دورهٔ هولاکو و سپس اباقا مقام مهم مال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وزارت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داشت. برادرش عطاملک جو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بغداد، عراق عرب و خوزستان را اداره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 بد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ن‌سان،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مهم‌تر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خاندان‌ها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بر بخش بزرگ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درآمد و ادارهٔ قلمرو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نظارت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افت</w:t>
      </w:r>
      <w:r w:rsidRPr="001E23D2">
        <w:rPr>
          <w:rFonts w:ascii="Tahoma" w:hAnsi="Tahoma" w:cs="Tahoma"/>
          <w:rtl/>
        </w:rPr>
        <w:t>. آنان رابط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تاج مغول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جامعهٔ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بودند.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صاحب‌د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درآمد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الت‌ها</w:t>
      </w:r>
      <w:r w:rsidRPr="001E23D2">
        <w:rPr>
          <w:rFonts w:ascii="Tahoma" w:hAnsi="Tahoma" w:cs="Tahoma"/>
          <w:rtl/>
        </w:rPr>
        <w:t xml:space="preserve"> را گرد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آورد،</w:t>
      </w:r>
      <w:r w:rsidRPr="001E23D2">
        <w:rPr>
          <w:rFonts w:ascii="Tahoma" w:hAnsi="Tahoma" w:cs="Tahoma"/>
          <w:rtl/>
        </w:rPr>
        <w:t xml:space="preserve"> هز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قشون و دربار را تأم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 xml:space="preserve"> و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درخواست‌ها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شاهزادگان و توان مردم تعادل برقرار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ساخت</w:t>
      </w:r>
      <w:r w:rsidRPr="001E23D2">
        <w:rPr>
          <w:rFonts w:ascii="Tahoma" w:hAnsi="Tahoma" w:cs="Tahoma"/>
          <w:rtl/>
        </w:rPr>
        <w:t>. موفق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او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از فشارها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قاعده</w:t>
      </w:r>
      <w:r w:rsidRPr="001E23D2">
        <w:rPr>
          <w:rFonts w:ascii="Tahoma" w:hAnsi="Tahoma" w:cs="Tahoma"/>
          <w:rtl/>
        </w:rPr>
        <w:t xml:space="preserve"> بکاهد و تجارت و کشاورز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زنده نگاه دارد. اما تمرکز منابع در دست ا</w:t>
      </w:r>
      <w:r w:rsidRPr="001E23D2">
        <w:rPr>
          <w:rFonts w:ascii="Tahoma" w:hAnsi="Tahoma" w:cs="Tahoma" w:hint="eastAsia"/>
          <w:rtl/>
        </w:rPr>
        <w:t>و</w:t>
      </w:r>
      <w:r w:rsidRPr="001E23D2">
        <w:rPr>
          <w:rFonts w:ascii="Tahoma" w:hAnsi="Tahoma" w:cs="Tahoma"/>
          <w:rtl/>
        </w:rPr>
        <w:t xml:space="preserve"> و خاندانش، ثروت و نفوذ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آورد</w:t>
      </w:r>
      <w:r w:rsidRPr="001E23D2">
        <w:rPr>
          <w:rFonts w:ascii="Tahoma" w:hAnsi="Tahoma" w:cs="Tahoma"/>
          <w:rtl/>
        </w:rPr>
        <w:t xml:space="preserve"> که حسادت و دشمن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و رق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بان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برم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انگ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خت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خاندان</w:t>
      </w:r>
      <w:r w:rsidRPr="001E23D2">
        <w:rPr>
          <w:rFonts w:ascii="Tahoma" w:hAnsi="Tahoma" w:cs="Tahoma"/>
          <w:rtl/>
        </w:rPr>
        <w:t xml:space="preserve"> جو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مانند هر خانوادهٔ صاحب قدرت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تنها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خدمت عموم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کار نم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 اعضا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آن 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ن،</w:t>
      </w:r>
      <w:r w:rsidRPr="001E23D2">
        <w:rPr>
          <w:rFonts w:ascii="Tahoma" w:hAnsi="Tahoma" w:cs="Tahoma"/>
          <w:rtl/>
        </w:rPr>
        <w:t xml:space="preserve"> ثروت،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وندها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خانوادگ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شبکه‌ا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وابستگان به دست آوردند. نزد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/>
          <w:rtl/>
        </w:rPr>
        <w:t xml:space="preserve"> بودن به تاج امکان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داد</w:t>
      </w:r>
      <w:r w:rsidRPr="001E23D2">
        <w:rPr>
          <w:rFonts w:ascii="Tahoma" w:hAnsi="Tahoma" w:cs="Tahoma"/>
          <w:rtl/>
        </w:rPr>
        <w:t xml:space="preserve"> هم از مردم در برابر برخ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تعد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ها</w:t>
      </w:r>
      <w:r w:rsidRPr="001E23D2">
        <w:rPr>
          <w:rFonts w:ascii="Tahoma" w:hAnsi="Tahoma" w:cs="Tahoma"/>
          <w:rtl/>
        </w:rPr>
        <w:t xml:space="preserve"> دفاع کنند و هم از موقع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خود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eastAsia"/>
          <w:rtl/>
        </w:rPr>
        <w:t>فزا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نفوذ خانوادگ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بهره بگ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رند</w:t>
      </w:r>
      <w:r w:rsidRPr="001E23D2">
        <w:rPr>
          <w:rFonts w:ascii="Tahoma" w:hAnsi="Tahoma" w:cs="Tahoma"/>
          <w:rtl/>
        </w:rPr>
        <w:t>.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در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نجا</w:t>
      </w:r>
      <w:r w:rsidRPr="001E23D2">
        <w:rPr>
          <w:rFonts w:ascii="Tahoma" w:hAnsi="Tahoma" w:cs="Tahoma"/>
          <w:rtl/>
        </w:rPr>
        <w:t xml:space="preserve"> نه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پاک و جدا از قدرت، بلکه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باز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گران</w:t>
      </w:r>
      <w:r w:rsidRPr="001E23D2">
        <w:rPr>
          <w:rFonts w:ascii="Tahoma" w:hAnsi="Tahoma" w:cs="Tahoma"/>
          <w:rtl/>
        </w:rPr>
        <w:t xml:space="preserve">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حکومت بود.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باا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ن‌همه،</w:t>
      </w:r>
      <w:r w:rsidRPr="001E23D2">
        <w:rPr>
          <w:rFonts w:ascii="Tahoma" w:hAnsi="Tahoma" w:cs="Tahoma"/>
          <w:rtl/>
        </w:rPr>
        <w:t xml:space="preserve"> تفاوت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ثروت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وانسالار</w:t>
      </w:r>
      <w:r w:rsidRPr="001E23D2">
        <w:rPr>
          <w:rFonts w:ascii="Tahoma" w:hAnsi="Tahoma" w:cs="Tahoma"/>
          <w:rtl/>
        </w:rPr>
        <w:t xml:space="preserve"> و قدرت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مغول وجود داشت.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وانسالار</w:t>
      </w:r>
      <w:r w:rsidRPr="001E23D2">
        <w:rPr>
          <w:rFonts w:ascii="Tahoma" w:hAnsi="Tahoma" w:cs="Tahoma"/>
          <w:rtl/>
        </w:rPr>
        <w:t xml:space="preserve"> مقام خود را از توان نوشتن، حساب کردن، شناخت منابع و اعتماد تاج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گرفت</w:t>
      </w:r>
      <w:r w:rsidRPr="001E23D2">
        <w:rPr>
          <w:rFonts w:ascii="Tahoma" w:hAnsi="Tahoma" w:cs="Tahoma"/>
          <w:rtl/>
        </w:rPr>
        <w:t>.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قدرتش را از سپاه و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وند</w:t>
      </w:r>
      <w:r w:rsidRPr="001E23D2">
        <w:rPr>
          <w:rFonts w:ascii="Tahoma" w:hAnsi="Tahoma" w:cs="Tahoma"/>
          <w:rtl/>
        </w:rPr>
        <w:t xml:space="preserve"> با خاندان فرمانروا به دست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آورد</w:t>
      </w:r>
      <w:r w:rsidRPr="001E23D2">
        <w:rPr>
          <w:rFonts w:ascii="Tahoma" w:hAnsi="Tahoma" w:cs="Tahoma"/>
          <w:rtl/>
        </w:rPr>
        <w:t>. اگر تاج از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وانسالار</w:t>
      </w:r>
      <w:r w:rsidRPr="001E23D2">
        <w:rPr>
          <w:rFonts w:ascii="Tahoma" w:hAnsi="Tahoma" w:cs="Tahoma"/>
          <w:rtl/>
        </w:rPr>
        <w:t xml:space="preserve"> رو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برم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گرداند،</w:t>
      </w:r>
      <w:r w:rsidRPr="001E23D2">
        <w:rPr>
          <w:rFonts w:ascii="Tahoma" w:hAnsi="Tahoma" w:cs="Tahoma"/>
          <w:rtl/>
        </w:rPr>
        <w:t xml:space="preserve"> او نم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با دفتر و قلم در برابر شمش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از خود دفاع کند. ثروت فراوان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در هنگام خشم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به دل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</w:t>
      </w:r>
      <w:r w:rsidRPr="001E23D2">
        <w:rPr>
          <w:rFonts w:ascii="Tahoma" w:hAnsi="Tahoma" w:cs="Tahoma"/>
          <w:rtl/>
        </w:rPr>
        <w:t xml:space="preserve"> اتهام اختلاس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خ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انت</w:t>
      </w:r>
      <w:r w:rsidRPr="001E23D2">
        <w:rPr>
          <w:rFonts w:ascii="Tahoma" w:hAnsi="Tahoma" w:cs="Tahoma"/>
          <w:rtl/>
        </w:rPr>
        <w:t xml:space="preserve"> مصادره شود.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اباقا</w:t>
      </w:r>
      <w:r w:rsidRPr="001E23D2">
        <w:rPr>
          <w:rFonts w:ascii="Tahoma" w:hAnsi="Tahoma" w:cs="Tahoma"/>
          <w:rtl/>
        </w:rPr>
        <w:t xml:space="preserve"> به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</w:t>
      </w:r>
      <w:r w:rsidRPr="001E23D2">
        <w:rPr>
          <w:rFonts w:ascii="Tahoma" w:hAnsi="Tahoma" w:cs="Tahoma"/>
          <w:rtl/>
        </w:rPr>
        <w:t xml:space="preserve"> داشت، اما نم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خواست</w:t>
      </w:r>
      <w:r w:rsidRPr="001E23D2">
        <w:rPr>
          <w:rFonts w:ascii="Tahoma" w:hAnsi="Tahoma" w:cs="Tahoma"/>
          <w:rtl/>
        </w:rPr>
        <w:t xml:space="preserve"> آن چنان قدرت 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رد</w:t>
      </w:r>
      <w:r w:rsidRPr="001E23D2">
        <w:rPr>
          <w:rFonts w:ascii="Tahoma" w:hAnsi="Tahoma" w:cs="Tahoma"/>
          <w:rtl/>
        </w:rPr>
        <w:t xml:space="preserve"> که قشون و خاندان مغول را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نفوذ خود ببرد. از سو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گر،</w:t>
      </w:r>
      <w:r w:rsidRPr="001E23D2">
        <w:rPr>
          <w:rFonts w:ascii="Tahoma" w:hAnsi="Tahoma" w:cs="Tahoma"/>
          <w:rtl/>
        </w:rPr>
        <w:t xml:space="preserve">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نظام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آن 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م</w:t>
      </w:r>
      <w:r w:rsidRPr="001E23D2">
        <w:rPr>
          <w:rFonts w:ascii="Tahoma" w:hAnsi="Tahoma" w:cs="Tahoma"/>
          <w:rtl/>
        </w:rPr>
        <w:t xml:space="preserve"> داشتند که صاحب‌د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دسترس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آنان به درآمدها را محدود کند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در انتصاب‌ها بر تاج اثر بگذارد.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رقابت، حکومت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به صحنهٔ کشمکش دائم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قلم و شمش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تبد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</w:t>
      </w:r>
      <w:r w:rsidRPr="001E23D2">
        <w:rPr>
          <w:rFonts w:ascii="Tahoma" w:hAnsi="Tahoma" w:cs="Tahoma"/>
          <w:rtl/>
        </w:rPr>
        <w:t xml:space="preserve"> کرد.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وهٔ</w:t>
      </w:r>
      <w:r w:rsidRPr="001E23D2">
        <w:rPr>
          <w:rFonts w:ascii="Tahoma" w:hAnsi="Tahoma" w:cs="Tahoma"/>
          <w:rtl/>
        </w:rPr>
        <w:t xml:space="preserve"> زندگ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دربار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کشمکش را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ده‌تر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و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رانش</w:t>
      </w:r>
      <w:r w:rsidRPr="001E23D2">
        <w:rPr>
          <w:rFonts w:ascii="Tahoma" w:hAnsi="Tahoma" w:cs="Tahoma"/>
          <w:rtl/>
        </w:rPr>
        <w:t xml:space="preserve"> همچنان بخش مهم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سال را در اردوها، چراگاه‌ها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تابستان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زمستان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گذراندند</w:t>
      </w:r>
      <w:r w:rsidRPr="001E23D2">
        <w:rPr>
          <w:rFonts w:ascii="Tahoma" w:hAnsi="Tahoma" w:cs="Tahoma"/>
          <w:rtl/>
        </w:rPr>
        <w:t>. آذربا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جان،</w:t>
      </w:r>
      <w:r w:rsidRPr="001E23D2">
        <w:rPr>
          <w:rFonts w:ascii="Tahoma" w:hAnsi="Tahoma" w:cs="Tahoma"/>
          <w:rtl/>
        </w:rPr>
        <w:t xml:space="preserve"> اران، دشت مغان و نواح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رامون</w:t>
      </w:r>
      <w:r w:rsidRPr="001E23D2">
        <w:rPr>
          <w:rFonts w:ascii="Tahoma" w:hAnsi="Tahoma" w:cs="Tahoma"/>
          <w:rtl/>
        </w:rPr>
        <w:t xml:space="preserve"> در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اچهٔ</w:t>
      </w:r>
      <w:r w:rsidRPr="001E23D2">
        <w:rPr>
          <w:rFonts w:ascii="Tahoma" w:hAnsi="Tahoma" w:cs="Tahoma"/>
          <w:rtl/>
        </w:rPr>
        <w:t xml:space="preserve"> اروم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</w:t>
      </w:r>
      <w:r w:rsidRPr="001E23D2">
        <w:rPr>
          <w:rFonts w:ascii="Tahoma" w:hAnsi="Tahoma" w:cs="Tahoma"/>
          <w:rtl/>
        </w:rPr>
        <w:t xml:space="preserve"> از مراکز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حرکت و اقامت دربار بودند.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تخت</w:t>
      </w:r>
      <w:r w:rsidRPr="001E23D2">
        <w:rPr>
          <w:rFonts w:ascii="Tahoma" w:hAnsi="Tahoma" w:cs="Tahoma"/>
          <w:rtl/>
        </w:rPr>
        <w:t xml:space="preserve"> به معنا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شهر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ثابت که همهٔ دستگاه حکومت در آن مستقر باشد هنوز به‌طور کامل شکل نگرفته بود؛ اردوگاه فرمانروا خود مرکز تصم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م‌گ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بود.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ناچار بود همراه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دربار متحرک حرکت کند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دفترها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خود را با آن در ارتباط نگاه دارد. فرمان‌ها در اردو صادر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شدند،</w:t>
      </w:r>
      <w:r w:rsidRPr="001E23D2">
        <w:rPr>
          <w:rFonts w:ascii="Tahoma" w:hAnsi="Tahoma" w:cs="Tahoma"/>
          <w:rtl/>
        </w:rPr>
        <w:t xml:space="preserve">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و حاکمان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دار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به محل اقامت او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آمدند</w:t>
      </w:r>
      <w:r w:rsidRPr="001E23D2">
        <w:rPr>
          <w:rFonts w:ascii="Tahoma" w:hAnsi="Tahoma" w:cs="Tahoma"/>
          <w:rtl/>
        </w:rPr>
        <w:t xml:space="preserve"> و خزانه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جمع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بزرگ از شاهزادگان، سپاه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ان،</w:t>
      </w:r>
      <w:r w:rsidRPr="001E23D2">
        <w:rPr>
          <w:rFonts w:ascii="Tahoma" w:hAnsi="Tahoma" w:cs="Tahoma"/>
          <w:rtl/>
        </w:rPr>
        <w:t xml:space="preserve"> خدمتگزاران و دام‌ه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را تأم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 حرکت اردو از منطقه‌ا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به منطقهٔ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فشار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بر چراگاه‌ها، روستاها و منابع محل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وارد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از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قشون مغول، 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گستردهٔ آذربا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جان</w:t>
      </w:r>
      <w:r w:rsidRPr="001E23D2">
        <w:rPr>
          <w:rFonts w:ascii="Tahoma" w:hAnsi="Tahoma" w:cs="Tahoma"/>
          <w:rtl/>
        </w:rPr>
        <w:t xml:space="preserve"> و اران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از هر 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چراگاه‌ها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اسب‌ها و دام‌ها بودند. از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وان،</w:t>
      </w:r>
      <w:r w:rsidRPr="001E23D2">
        <w:rPr>
          <w:rFonts w:ascii="Tahoma" w:hAnsi="Tahoma" w:cs="Tahoma"/>
          <w:rtl/>
        </w:rPr>
        <w:t xml:space="preserve"> همان 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/>
          <w:rtl/>
        </w:rPr>
        <w:t xml:space="preserve">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جمع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روستا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را نگاه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داشتند</w:t>
      </w:r>
      <w:r w:rsidRPr="001E23D2">
        <w:rPr>
          <w:rFonts w:ascii="Tahoma" w:hAnsi="Tahoma" w:cs="Tahoma"/>
          <w:rtl/>
        </w:rPr>
        <w:t xml:space="preserve"> و مال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ات</w:t>
      </w:r>
      <w:r w:rsidRPr="001E23D2">
        <w:rPr>
          <w:rFonts w:ascii="Tahoma" w:hAnsi="Tahoma" w:cs="Tahoma"/>
          <w:rtl/>
        </w:rPr>
        <w:t xml:space="preserve"> تول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کردند</w:t>
      </w:r>
      <w:r w:rsidRPr="001E23D2">
        <w:rPr>
          <w:rFonts w:ascii="Tahoma" w:hAnsi="Tahoma" w:cs="Tahoma"/>
          <w:rtl/>
        </w:rPr>
        <w:t>. اگر دام‌ها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اردو کشتزارها را از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بردند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روستا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>ر بار تأم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آذوقه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ختند،</w:t>
      </w:r>
      <w:r w:rsidRPr="001E23D2">
        <w:rPr>
          <w:rFonts w:ascii="Tahoma" w:hAnsi="Tahoma" w:cs="Tahoma"/>
          <w:rtl/>
        </w:rPr>
        <w:t xml:space="preserve"> درآمد حکومت کاهش م</w:t>
      </w:r>
      <w:r w:rsidRPr="001E23D2">
        <w:rPr>
          <w:rFonts w:ascii="Tahoma" w:hAnsi="Tahoma" w:cs="Tahoma" w:hint="cs"/>
          <w:rtl/>
        </w:rPr>
        <w:t>ی‌ی</w:t>
      </w:r>
      <w:r w:rsidRPr="001E23D2">
        <w:rPr>
          <w:rFonts w:ascii="Tahoma" w:hAnsi="Tahoma" w:cs="Tahoma" w:hint="eastAsia"/>
          <w:rtl/>
        </w:rPr>
        <w:t>افت</w:t>
      </w:r>
      <w:r w:rsidRPr="001E23D2">
        <w:rPr>
          <w:rFonts w:ascii="Tahoma" w:hAnsi="Tahoma" w:cs="Tahoma"/>
          <w:rtl/>
        </w:rPr>
        <w:t>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نجا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فور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قشون با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درازمدت کشوردار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تعارض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دا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اباقا</w:t>
      </w:r>
      <w:r w:rsidRPr="001E23D2">
        <w:rPr>
          <w:rFonts w:ascii="Tahoma" w:hAnsi="Tahoma" w:cs="Tahoma"/>
          <w:rtl/>
        </w:rPr>
        <w:t xml:space="preserve"> در طول هفده سال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توانست با وجود جنگ‌ها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درپ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تاج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حفظ کند. حکومت او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اردو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موقت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/>
          <w:rtl/>
        </w:rPr>
        <w:t xml:space="preserve"> فاتح نبود.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موروث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پذ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رفته</w:t>
      </w:r>
      <w:r w:rsidRPr="001E23D2">
        <w:rPr>
          <w:rFonts w:ascii="Tahoma" w:hAnsi="Tahoma" w:cs="Tahoma"/>
          <w:rtl/>
        </w:rPr>
        <w:t xml:space="preserve"> شده بود، مرزها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قلمرو شکل گرفته بودند،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</w:t>
      </w:r>
      <w:r w:rsidRPr="001E23D2">
        <w:rPr>
          <w:rFonts w:ascii="Tahoma" w:hAnsi="Tahoma" w:cs="Tahoma"/>
          <w:rtl/>
        </w:rPr>
        <w:t xml:space="preserve"> درآمدها را اداره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 xml:space="preserve"> و فرمانروا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محل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جا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گاه</w:t>
      </w:r>
      <w:r w:rsidRPr="001E23D2">
        <w:rPr>
          <w:rFonts w:ascii="Tahoma" w:hAnsi="Tahoma" w:cs="Tahoma"/>
          <w:rtl/>
        </w:rPr>
        <w:t xml:space="preserve"> خود </w:t>
      </w:r>
      <w:r w:rsidRPr="001E23D2">
        <w:rPr>
          <w:rFonts w:ascii="Tahoma" w:hAnsi="Tahoma" w:cs="Tahoma" w:hint="eastAsia"/>
          <w:rtl/>
        </w:rPr>
        <w:t>را</w:t>
      </w:r>
      <w:r w:rsidRPr="001E23D2">
        <w:rPr>
          <w:rFonts w:ascii="Tahoma" w:hAnsi="Tahoma" w:cs="Tahoma"/>
          <w:rtl/>
        </w:rPr>
        <w:t xml:space="preserve"> در نسبت با تاج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شناختند</w:t>
      </w:r>
      <w:r w:rsidRPr="001E23D2">
        <w:rPr>
          <w:rFonts w:ascii="Tahoma" w:hAnsi="Tahoma" w:cs="Tahoma"/>
          <w:rtl/>
        </w:rPr>
        <w:t>. باا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ن‌همه،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حکومت هنوز از جامعهٔ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فرمانش فاصلهٔ مذهب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فرهنگ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داشت.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اکثر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مردم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مسلمان بودند، اما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به اسلام تعلق نداشت.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نکاران</w:t>
      </w:r>
      <w:r w:rsidRPr="001E23D2">
        <w:rPr>
          <w:rFonts w:ascii="Tahoma" w:hAnsi="Tahoma" w:cs="Tahoma"/>
          <w:rtl/>
        </w:rPr>
        <w:t xml:space="preserve"> مسلمان در قضاوت، آموزش، وقف و زندگ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اجتماع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نقش داشتند، 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سرچشمهٔ فرمان تاج نبودند. اباقا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از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نکاران</w:t>
      </w:r>
      <w:r w:rsidRPr="001E23D2">
        <w:rPr>
          <w:rFonts w:ascii="Tahoma" w:hAnsi="Tahoma" w:cs="Tahoma"/>
          <w:rtl/>
        </w:rPr>
        <w:t xml:space="preserve"> اد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مختلف حما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کند، ب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آنکه</w:t>
      </w:r>
      <w:r w:rsidRPr="001E23D2">
        <w:rPr>
          <w:rFonts w:ascii="Tahoma" w:hAnsi="Tahoma" w:cs="Tahoma"/>
          <w:rtl/>
        </w:rPr>
        <w:t xml:space="preserve"> خود را موظف بداند فرمانروا</w:t>
      </w:r>
      <w:r w:rsidRPr="001E23D2">
        <w:rPr>
          <w:rFonts w:ascii="Tahoma" w:hAnsi="Tahoma" w:cs="Tahoma" w:hint="cs"/>
          <w:rtl/>
        </w:rPr>
        <w:t>یی‌</w:t>
      </w:r>
      <w:r w:rsidRPr="001E23D2">
        <w:rPr>
          <w:rFonts w:ascii="Tahoma" w:hAnsi="Tahoma" w:cs="Tahoma" w:hint="eastAsia"/>
          <w:rtl/>
        </w:rPr>
        <w:t>اش</w:t>
      </w:r>
      <w:r w:rsidRPr="001E23D2">
        <w:rPr>
          <w:rFonts w:ascii="Tahoma" w:hAnsi="Tahoma" w:cs="Tahoma"/>
          <w:rtl/>
        </w:rPr>
        <w:t xml:space="preserve"> را با </w:t>
      </w:r>
      <w:r w:rsidRPr="001E23D2">
        <w:rPr>
          <w:rFonts w:ascii="Tahoma" w:hAnsi="Tahoma" w:cs="Tahoma" w:hint="eastAsia"/>
          <w:rtl/>
        </w:rPr>
        <w:t>شر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عت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آنها سازگار کند. بد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ن‌سان،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مدت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تاج و دستگاه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نکار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جدا ماندند؛ هرچند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وانسالاران</w:t>
      </w:r>
      <w:r w:rsidRPr="001E23D2">
        <w:rPr>
          <w:rFonts w:ascii="Tahoma" w:hAnsi="Tahoma" w:cs="Tahoma"/>
          <w:rtl/>
        </w:rPr>
        <w:t xml:space="preserve"> مسلمان درون حکومت حضور داشتند.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جدا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به معنا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سکولار شدن حکومت نبود.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بر پا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هٔ</w:t>
      </w:r>
      <w:r w:rsidRPr="001E23D2">
        <w:rPr>
          <w:rFonts w:ascii="Tahoma" w:hAnsi="Tahoma" w:cs="Tahoma"/>
          <w:rtl/>
        </w:rPr>
        <w:t xml:space="preserve"> خون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آ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 w:hint="eastAsia"/>
          <w:rtl/>
        </w:rPr>
        <w:t>ن‌ها</w:t>
      </w:r>
      <w:r w:rsidRPr="001E23D2">
        <w:rPr>
          <w:rFonts w:ascii="Tahoma" w:hAnsi="Tahoma" w:cs="Tahoma"/>
          <w:rtl/>
        </w:rPr>
        <w:t xml:space="preserve"> و سنت‌ها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حکومت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کرد</w:t>
      </w:r>
      <w:r w:rsidRPr="001E23D2">
        <w:rPr>
          <w:rFonts w:ascii="Tahoma" w:hAnsi="Tahoma" w:cs="Tahoma"/>
          <w:rtl/>
        </w:rPr>
        <w:t xml:space="preserve"> و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روها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آسمان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نکاران</w:t>
      </w:r>
      <w:r w:rsidRPr="001E23D2">
        <w:rPr>
          <w:rFonts w:ascii="Tahoma" w:hAnsi="Tahoma" w:cs="Tahoma"/>
          <w:rtl/>
        </w:rPr>
        <w:t xml:space="preserve"> مذاهب گوناگون حرمت قائل بود. حکومت او حقوق برابر مذهب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پد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اورد؛</w:t>
      </w:r>
      <w:r w:rsidRPr="001E23D2">
        <w:rPr>
          <w:rFonts w:ascii="Tahoma" w:hAnsi="Tahoma" w:cs="Tahoma"/>
          <w:rtl/>
        </w:rPr>
        <w:t xml:space="preserve"> بلکه به سبب نپ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وستن</w:t>
      </w:r>
      <w:r w:rsidRPr="001E23D2">
        <w:rPr>
          <w:rFonts w:ascii="Tahoma" w:hAnsi="Tahoma" w:cs="Tahoma"/>
          <w:rtl/>
        </w:rPr>
        <w:t xml:space="preserve"> تاج به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/>
          <w:rtl/>
        </w:rPr>
        <w:t xml:space="preserve"> مذهب رسم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،</w:t>
      </w:r>
      <w:r w:rsidRPr="001E23D2">
        <w:rPr>
          <w:rFonts w:ascii="Tahoma" w:hAnsi="Tahoma" w:cs="Tahoma"/>
          <w:rtl/>
        </w:rPr>
        <w:t xml:space="preserve"> گروه‌ها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مختلف امکان حضور در دربار و جامعه را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دا</w:t>
      </w:r>
      <w:r w:rsidRPr="001E23D2">
        <w:rPr>
          <w:rFonts w:ascii="Tahoma" w:hAnsi="Tahoma" w:cs="Tahoma"/>
          <w:rtl/>
        </w:rPr>
        <w:t xml:space="preserve"> کردند.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زان</w:t>
      </w:r>
      <w:r w:rsidRPr="001E23D2">
        <w:rPr>
          <w:rFonts w:ascii="Tahoma" w:hAnsi="Tahoma" w:cs="Tahoma"/>
          <w:rtl/>
        </w:rPr>
        <w:t xml:space="preserve">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مدارا همچنان به اراده و مصلحت فرمانروا وابسته بود.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اباقا</w:t>
      </w:r>
      <w:r w:rsidRPr="001E23D2">
        <w:rPr>
          <w:rFonts w:ascii="Tahoma" w:hAnsi="Tahoma" w:cs="Tahoma"/>
          <w:rtl/>
        </w:rPr>
        <w:t xml:space="preserve"> در سال </w:t>
      </w:r>
      <w:r w:rsidRPr="001E23D2">
        <w:rPr>
          <w:rFonts w:ascii="Tahoma" w:hAnsi="Tahoma" w:cs="Tahoma"/>
          <w:rtl/>
          <w:lang w:bidi="fa-IR"/>
        </w:rPr>
        <w:t>۱۲۸۲</w:t>
      </w:r>
      <w:r w:rsidRPr="001E23D2">
        <w:rPr>
          <w:rFonts w:ascii="Tahoma" w:hAnsi="Tahoma" w:cs="Tahoma"/>
          <w:rtl/>
        </w:rPr>
        <w:t xml:space="preserve"> درگذشت. مرگ او بار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گر</w:t>
      </w:r>
      <w:r w:rsidRPr="001E23D2">
        <w:rPr>
          <w:rFonts w:ascii="Tahoma" w:hAnsi="Tahoma" w:cs="Tahoma"/>
          <w:rtl/>
        </w:rPr>
        <w:t xml:space="preserve"> مسئلهٔ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آورد.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ن‌بار</w:t>
      </w:r>
      <w:r w:rsidRPr="001E23D2">
        <w:rPr>
          <w:rFonts w:ascii="Tahoma" w:hAnsi="Tahoma" w:cs="Tahoma"/>
          <w:rtl/>
        </w:rPr>
        <w:t xml:space="preserve"> 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/>
          <w:rtl/>
        </w:rPr>
        <w:t xml:space="preserve"> انتقال قدرت فقط انتخاب فرد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از خاندان نبود؛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</w:t>
      </w:r>
      <w:r w:rsidRPr="001E23D2">
        <w:rPr>
          <w:rFonts w:ascii="Tahoma" w:hAnsi="Tahoma" w:cs="Tahoma"/>
          <w:rtl/>
        </w:rPr>
        <w:t xml:space="preserve"> آ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ندهٔ</w:t>
      </w:r>
      <w:r w:rsidRPr="001E23D2">
        <w:rPr>
          <w:rFonts w:ascii="Tahoma" w:hAnsi="Tahoma" w:cs="Tahoma"/>
          <w:rtl/>
        </w:rPr>
        <w:t xml:space="preserve"> حکومت در 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ان</w:t>
      </w:r>
      <w:r w:rsidRPr="001E23D2">
        <w:rPr>
          <w:rFonts w:ascii="Tahoma" w:hAnsi="Tahoma" w:cs="Tahoma"/>
          <w:rtl/>
        </w:rPr>
        <w:t xml:space="preserve"> بود. آ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تاج با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</w:t>
      </w:r>
      <w:r w:rsidRPr="001E23D2">
        <w:rPr>
          <w:rFonts w:ascii="Tahoma" w:hAnsi="Tahoma" w:cs="Tahoma"/>
          <w:rtl/>
        </w:rPr>
        <w:t xml:space="preserve"> همچنان بر خون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سنت‌ها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مغول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تک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ه</w:t>
      </w:r>
      <w:r w:rsidRPr="001E23D2">
        <w:rPr>
          <w:rFonts w:ascii="Tahoma" w:hAnsi="Tahoma" w:cs="Tahoma"/>
          <w:rtl/>
        </w:rPr>
        <w:t xml:space="preserve"> کند،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نزد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</w:t>
      </w:r>
      <w:r w:rsidRPr="001E23D2">
        <w:rPr>
          <w:rFonts w:ascii="Tahoma" w:hAnsi="Tahoma" w:cs="Tahoma"/>
          <w:rtl/>
        </w:rPr>
        <w:t xml:space="preserve"> شدن به اکثر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مردم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</w:t>
      </w:r>
      <w:r w:rsidRPr="001E23D2">
        <w:rPr>
          <w:rFonts w:ascii="Tahoma" w:hAnsi="Tahoma" w:cs="Tahoma" w:hint="eastAsia"/>
          <w:rtl/>
        </w:rPr>
        <w:t>به</w:t>
      </w:r>
      <w:r w:rsidRPr="001E23D2">
        <w:rPr>
          <w:rFonts w:ascii="Tahoma" w:hAnsi="Tahoma" w:cs="Tahoma"/>
          <w:rtl/>
        </w:rPr>
        <w:t xml:space="preserve"> اسلام بپ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وندد؟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احمد</w:t>
      </w:r>
      <w:r w:rsidRPr="001E23D2">
        <w:rPr>
          <w:rFonts w:ascii="Tahoma" w:hAnsi="Tahoma" w:cs="Tahoma"/>
          <w:rtl/>
        </w:rPr>
        <w:t xml:space="preserve"> تکودار، برادر اباقا و پسر هولاکو، راه دوم را در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</w:t>
      </w:r>
      <w:r w:rsidRPr="001E23D2">
        <w:rPr>
          <w:rFonts w:ascii="Tahoma" w:hAnsi="Tahoma" w:cs="Tahoma"/>
          <w:rtl/>
        </w:rPr>
        <w:t xml:space="preserve"> گرفت. او که پ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ش‌تر</w:t>
      </w:r>
      <w:r w:rsidRPr="001E23D2">
        <w:rPr>
          <w:rFonts w:ascii="Tahoma" w:hAnsi="Tahoma" w:cs="Tahoma"/>
          <w:rtl/>
        </w:rPr>
        <w:t xml:space="preserve"> مس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ح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بود، مسلمان شده و نام احمد برگز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ده</w:t>
      </w:r>
      <w:r w:rsidRPr="001E23D2">
        <w:rPr>
          <w:rFonts w:ascii="Tahoma" w:hAnsi="Tahoma" w:cs="Tahoma"/>
          <w:rtl/>
        </w:rPr>
        <w:t xml:space="preserve"> بود. با نشستن او بر تخت،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نخست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ن‌بار</w:t>
      </w:r>
      <w:r w:rsidRPr="001E23D2">
        <w:rPr>
          <w:rFonts w:ascii="Tahoma" w:hAnsi="Tahoma" w:cs="Tahoma"/>
          <w:rtl/>
        </w:rPr>
        <w:t xml:space="preserve"> تاج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رسماً در دست فرمانروا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مسلمان قرار گرفت. اما مسلمان شدن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به‌خود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خود</w:t>
      </w:r>
      <w:r w:rsidRPr="001E23D2">
        <w:rPr>
          <w:rFonts w:ascii="Tahoma" w:hAnsi="Tahoma" w:cs="Tahoma"/>
          <w:rtl/>
        </w:rPr>
        <w:t xml:space="preserve"> مسئلهٔ حقا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ت</w:t>
      </w:r>
      <w:r w:rsidRPr="001E23D2">
        <w:rPr>
          <w:rFonts w:ascii="Tahoma" w:hAnsi="Tahoma" w:cs="Tahoma"/>
          <w:rtl/>
        </w:rPr>
        <w:t xml:space="preserve"> حکمران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را حل نکرد؛ 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</w:t>
      </w:r>
      <w:r w:rsidRPr="001E23D2">
        <w:rPr>
          <w:rFonts w:ascii="Tahoma" w:hAnsi="Tahoma" w:cs="Tahoma"/>
          <w:rtl/>
        </w:rPr>
        <w:t xml:space="preserve">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مغول همچنان خون چنگ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ز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سنت خاندان را سرچشمهٔ اصل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قدرت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دانستند</w:t>
      </w:r>
      <w:r w:rsidRPr="001E23D2">
        <w:rPr>
          <w:rFonts w:ascii="Tahoma" w:hAnsi="Tahoma" w:cs="Tahoma"/>
          <w:rtl/>
        </w:rPr>
        <w:t xml:space="preserve"> و ارغون، پسر اباقا، خود را وارث شا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سته‌تر</w:t>
      </w:r>
      <w:r w:rsidRPr="001E23D2">
        <w:rPr>
          <w:rFonts w:ascii="Tahoma" w:hAnsi="Tahoma" w:cs="Tahoma"/>
          <w:rtl/>
        </w:rPr>
        <w:t xml:space="preserve"> تاج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شمرد</w:t>
      </w:r>
      <w:r w:rsidRPr="001E23D2">
        <w:rPr>
          <w:rFonts w:ascii="Tahoma" w:hAnsi="Tahoma" w:cs="Tahoma"/>
          <w:rtl/>
        </w:rPr>
        <w:t>.</w:t>
      </w:r>
    </w:p>
    <w:p w:rsidR="001E23D2" w:rsidRP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1E23D2">
        <w:rPr>
          <w:rFonts w:ascii="Tahoma" w:hAnsi="Tahoma" w:cs="Tahoma" w:hint="eastAsia"/>
          <w:rtl/>
        </w:rPr>
        <w:t>کشمکش</w:t>
      </w:r>
      <w:r w:rsidRPr="001E23D2">
        <w:rPr>
          <w:rFonts w:ascii="Tahoma" w:hAnsi="Tahoma" w:cs="Tahoma"/>
          <w:rtl/>
        </w:rPr>
        <w:t xml:space="preserve"> احمد تکودار و ارغون نشان خواهد داد که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تازهٔ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لخان</w:t>
      </w:r>
      <w:r w:rsidRPr="001E23D2">
        <w:rPr>
          <w:rFonts w:ascii="Tahoma" w:hAnsi="Tahoma" w:cs="Tahoma"/>
          <w:rtl/>
        </w:rPr>
        <w:t xml:space="preserve"> تا چه اندازه م</w:t>
      </w:r>
      <w:r w:rsidRPr="001E23D2">
        <w:rPr>
          <w:rFonts w:ascii="Tahoma" w:hAnsi="Tahoma" w:cs="Tahoma" w:hint="cs"/>
          <w:rtl/>
        </w:rPr>
        <w:t>ی‌</w:t>
      </w:r>
      <w:r w:rsidRPr="001E23D2">
        <w:rPr>
          <w:rFonts w:ascii="Tahoma" w:hAnsi="Tahoma" w:cs="Tahoma" w:hint="eastAsia"/>
          <w:rtl/>
        </w:rPr>
        <w:t>توانست</w:t>
      </w:r>
      <w:r w:rsidRPr="001E23D2">
        <w:rPr>
          <w:rFonts w:ascii="Tahoma" w:hAnsi="Tahoma" w:cs="Tahoma"/>
          <w:rtl/>
        </w:rPr>
        <w:t xml:space="preserve"> ساختمان قدرت را دگرگون کند و آ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پشت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بان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د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نکاران</w:t>
      </w:r>
      <w:r w:rsidRPr="001E23D2">
        <w:rPr>
          <w:rFonts w:ascii="Tahoma" w:hAnsi="Tahoma" w:cs="Tahoma"/>
          <w:rtl/>
        </w:rPr>
        <w:t xml:space="preserve"> و جامعهٔ مسلمان برا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غلبه بر قشون و ام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/>
          <w:rtl/>
        </w:rPr>
        <w:t xml:space="preserve"> مغول کاف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بود 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</w:t>
      </w:r>
      <w:r w:rsidRPr="001E23D2">
        <w:rPr>
          <w:rFonts w:ascii="Tahoma" w:hAnsi="Tahoma" w:cs="Tahoma"/>
          <w:rtl/>
        </w:rPr>
        <w:t xml:space="preserve"> نه.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/>
          <w:rtl/>
        </w:rPr>
        <w:t xml:space="preserve"> موضوع قسمت دوم فصل است.</w:t>
      </w:r>
    </w:p>
    <w:p w:rsidR="001E23D2" w:rsidRDefault="001E23D2" w:rsidP="001E23D2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1E23D2">
        <w:rPr>
          <w:rFonts w:ascii="Tahoma" w:hAnsi="Tahoma" w:cs="Tahoma" w:hint="eastAsia"/>
          <w:rtl/>
        </w:rPr>
        <w:t>اطلاعات</w:t>
      </w:r>
      <w:r w:rsidRPr="001E23D2">
        <w:rPr>
          <w:rFonts w:ascii="Tahoma" w:hAnsi="Tahoma" w:cs="Tahoma"/>
          <w:rtl/>
        </w:rPr>
        <w:t xml:space="preserve"> مربوط به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و س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است‌ها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اباقا با مدخل اباقا، روابط او با مغولان جغتا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با مدخل خاندان جغتا</w:t>
      </w:r>
      <w:r w:rsidRPr="001E23D2">
        <w:rPr>
          <w:rFonts w:ascii="Tahoma" w:hAnsi="Tahoma" w:cs="Tahoma" w:hint="cs"/>
          <w:rtl/>
        </w:rPr>
        <w:t>یی</w:t>
      </w:r>
      <w:r w:rsidRPr="001E23D2">
        <w:rPr>
          <w:rFonts w:ascii="Tahoma" w:hAnsi="Tahoma" w:cs="Tahoma"/>
          <w:rtl/>
        </w:rPr>
        <w:t xml:space="preserve"> و زم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نهٔ</w:t>
      </w:r>
      <w:r w:rsidRPr="001E23D2">
        <w:rPr>
          <w:rFonts w:ascii="Tahoma" w:hAnsi="Tahoma" w:cs="Tahoma"/>
          <w:rtl/>
        </w:rPr>
        <w:t xml:space="preserve"> جانش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/>
          <w:rtl/>
        </w:rPr>
        <w:t xml:space="preserve"> احمد با مدخل احمد تکودار در دانشنامهٔ ا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ران</w:t>
      </w:r>
      <w:r w:rsidRPr="001E23D2">
        <w:rPr>
          <w:rFonts w:ascii="Tahoma" w:hAnsi="Tahoma" w:cs="Tahoma" w:hint="cs"/>
          <w:rtl/>
        </w:rPr>
        <w:t>ی</w:t>
      </w:r>
      <w:r w:rsidRPr="001E23D2">
        <w:rPr>
          <w:rFonts w:ascii="Tahoma" w:hAnsi="Tahoma" w:cs="Tahoma" w:hint="eastAsia"/>
          <w:rtl/>
        </w:rPr>
        <w:t>کا</w:t>
      </w:r>
      <w:r w:rsidRPr="001E23D2">
        <w:rPr>
          <w:rFonts w:ascii="Tahoma" w:hAnsi="Tahoma" w:cs="Tahoma"/>
          <w:rtl/>
        </w:rPr>
        <w:t xml:space="preserve"> مقابله شده است.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با</w:t>
      </w:r>
      <w:r w:rsidRPr="004B129B">
        <w:rPr>
          <w:rFonts w:ascii="Tahoma" w:hAnsi="Tahoma" w:cs="Tahoma"/>
          <w:rtl/>
        </w:rPr>
        <w:t xml:space="preserve"> مرگ اباقا، انتخاب جانش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بار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به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و شاهزادگان خاندان هولاکو واگذار شد. هنوز قانون ثابت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وجود نداشت که تاج را به‌طور خودکار به پسر بزرگ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منتقل کند. خون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شرط ضرور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بود، اما چند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شاهزاده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توانستند</w:t>
      </w:r>
      <w:r w:rsidRPr="004B129B">
        <w:rPr>
          <w:rFonts w:ascii="Tahoma" w:hAnsi="Tahoma" w:cs="Tahoma"/>
          <w:rtl/>
        </w:rPr>
        <w:t xml:space="preserve"> هم‌زمان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شرط را داشت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باشند. در نت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جه،</w:t>
      </w:r>
      <w:r w:rsidRPr="004B129B">
        <w:rPr>
          <w:rFonts w:ascii="Tahoma" w:hAnsi="Tahoma" w:cs="Tahoma"/>
          <w:rtl/>
        </w:rPr>
        <w:t xml:space="preserve"> کس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 تخت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نشست</w:t>
      </w:r>
      <w:r w:rsidRPr="004B129B">
        <w:rPr>
          <w:rFonts w:ascii="Tahoma" w:hAnsi="Tahoma" w:cs="Tahoma"/>
          <w:rtl/>
        </w:rPr>
        <w:t xml:space="preserve"> که بتواند حما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شمار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ران،</w:t>
      </w:r>
      <w:r w:rsidRPr="004B129B">
        <w:rPr>
          <w:rFonts w:ascii="Tahoma" w:hAnsi="Tahoma" w:cs="Tahoma"/>
          <w:rtl/>
        </w:rPr>
        <w:t xml:space="preserve"> خاتون‌ها و شاخه‌ها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خاندان را به دست آورد.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ارغون،</w:t>
      </w:r>
      <w:r w:rsidRPr="004B129B">
        <w:rPr>
          <w:rFonts w:ascii="Tahoma" w:hAnsi="Tahoma" w:cs="Tahoma"/>
          <w:rtl/>
        </w:rPr>
        <w:t xml:space="preserve"> پسر اباقا، خود را وارث طب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پدر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دانست؛</w:t>
      </w:r>
      <w:r w:rsidRPr="004B129B">
        <w:rPr>
          <w:rFonts w:ascii="Tahoma" w:hAnsi="Tahoma" w:cs="Tahoma"/>
          <w:rtl/>
        </w:rPr>
        <w:t xml:space="preserve"> اما بس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ترج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ح</w:t>
      </w:r>
      <w:r w:rsidRPr="004B129B">
        <w:rPr>
          <w:rFonts w:ascii="Tahoma" w:hAnsi="Tahoma" w:cs="Tahoma"/>
          <w:rtl/>
        </w:rPr>
        <w:t xml:space="preserve"> دادند احمد تکودار، برادر اباقا و پسر هولاکو، را برگز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نند</w:t>
      </w:r>
      <w:r w:rsidRPr="004B129B">
        <w:rPr>
          <w:rFonts w:ascii="Tahoma" w:hAnsi="Tahoma" w:cs="Tahoma"/>
          <w:rtl/>
        </w:rPr>
        <w:t>. تکودار از نسل مستق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</w:t>
      </w:r>
      <w:r w:rsidRPr="004B129B">
        <w:rPr>
          <w:rFonts w:ascii="Tahoma" w:hAnsi="Tahoma" w:cs="Tahoma"/>
          <w:rtl/>
        </w:rPr>
        <w:t xml:space="preserve"> بن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ان‌گذار</w:t>
      </w:r>
      <w:r w:rsidRPr="004B129B">
        <w:rPr>
          <w:rFonts w:ascii="Tahoma" w:hAnsi="Tahoma" w:cs="Tahoma"/>
          <w:rtl/>
        </w:rPr>
        <w:t xml:space="preserve"> حکومت بود و از نظر سن و تجربه بر ارغون برتر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داشت. او در قور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لتا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سال </w:t>
      </w:r>
      <w:r w:rsidRPr="004B129B">
        <w:rPr>
          <w:rFonts w:ascii="Tahoma" w:hAnsi="Tahoma" w:cs="Tahoma"/>
          <w:rtl/>
          <w:lang w:bidi="fa-IR"/>
        </w:rPr>
        <w:t>۱۲۸۲</w:t>
      </w:r>
      <w:r w:rsidRPr="004B129B">
        <w:rPr>
          <w:rFonts w:ascii="Tahoma" w:hAnsi="Tahoma" w:cs="Tahoma"/>
          <w:rtl/>
        </w:rPr>
        <w:t xml:space="preserve"> به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eastAsia"/>
          <w:rtl/>
        </w:rPr>
        <w:t>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و نام اسلام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احمد را به‌عنوان نام رسم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برگز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احمد</w:t>
      </w:r>
      <w:r w:rsidRPr="004B129B">
        <w:rPr>
          <w:rFonts w:ascii="Tahoma" w:hAnsi="Tahoma" w:cs="Tahoma"/>
          <w:rtl/>
        </w:rPr>
        <w:t xml:space="preserve"> تکودار نخست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مسلمان نبود از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جهت که 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چ</w:t>
      </w:r>
      <w:r w:rsidRPr="004B129B">
        <w:rPr>
          <w:rFonts w:ascii="Tahoma" w:hAnsi="Tahoma" w:cs="Tahoma"/>
          <w:rtl/>
        </w:rPr>
        <w:t xml:space="preserve"> مغول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از او اسلام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اورده</w:t>
      </w:r>
      <w:r w:rsidRPr="004B129B">
        <w:rPr>
          <w:rFonts w:ascii="Tahoma" w:hAnsi="Tahoma" w:cs="Tahoma"/>
          <w:rtl/>
        </w:rPr>
        <w:t xml:space="preserve"> باشد؛ افراد و گروه‌ها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از مغولان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ش‌تر</w:t>
      </w:r>
      <w:r w:rsidRPr="004B129B">
        <w:rPr>
          <w:rFonts w:ascii="Tahoma" w:hAnsi="Tahoma" w:cs="Tahoma"/>
          <w:rtl/>
        </w:rPr>
        <w:t xml:space="preserve"> مسلمان شده بودند. اهم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او در آن بود که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نخست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ن‌بار</w:t>
      </w:r>
      <w:r w:rsidRPr="004B129B">
        <w:rPr>
          <w:rFonts w:ascii="Tahoma" w:hAnsi="Tahoma" w:cs="Tahoma"/>
          <w:rtl/>
        </w:rPr>
        <w:t xml:space="preserve"> فرمانروا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با نام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اسلام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 تخت نشست و کوش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حکومت خود را به جامع</w:t>
      </w:r>
      <w:r w:rsidRPr="004B129B">
        <w:rPr>
          <w:rFonts w:ascii="Tahoma" w:hAnsi="Tahoma" w:cs="Tahoma" w:hint="eastAsia"/>
          <w:rtl/>
        </w:rPr>
        <w:t>هٔ</w:t>
      </w:r>
      <w:r w:rsidRPr="004B129B">
        <w:rPr>
          <w:rFonts w:ascii="Tahoma" w:hAnsi="Tahoma" w:cs="Tahoma"/>
          <w:rtl/>
        </w:rPr>
        <w:t xml:space="preserve"> مسلمان نزد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کند. تاج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هولاکو و اباقا بدون وابستگ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به اسلام بر سر گذاشته بودند، اکنون در دست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قرار داشت که خود را سلطان احمد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خواند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منابع</w:t>
      </w:r>
      <w:r w:rsidRPr="004B129B">
        <w:rPr>
          <w:rFonts w:ascii="Tahoma" w:hAnsi="Tahoma" w:cs="Tahoma"/>
          <w:rtl/>
        </w:rPr>
        <w:t xml:space="preserve"> دربارهٔ زمان و چگونگ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مسلمان شدن او گزارش‌ها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کاملاً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کسان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ندارند. تکودار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ش‌تر</w:t>
      </w:r>
      <w:r w:rsidRPr="004B129B">
        <w:rPr>
          <w:rFonts w:ascii="Tahoma" w:hAnsi="Tahoma" w:cs="Tahoma"/>
          <w:rtl/>
        </w:rPr>
        <w:t xml:space="preserve"> در مح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ط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پرورش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افته</w:t>
      </w:r>
      <w:r w:rsidRPr="004B129B">
        <w:rPr>
          <w:rFonts w:ascii="Tahoma" w:hAnsi="Tahoma" w:cs="Tahoma"/>
          <w:rtl/>
        </w:rPr>
        <w:t xml:space="preserve"> بود و احتمالاً نام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داشت. سپس با اسلام آشنا شد و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از 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دن</w:t>
      </w:r>
      <w:r w:rsidRPr="004B129B">
        <w:rPr>
          <w:rFonts w:ascii="Tahoma" w:hAnsi="Tahoma" w:cs="Tahoma"/>
          <w:rtl/>
        </w:rPr>
        <w:t xml:space="preserve"> به تاج،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را پذ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رفت</w:t>
      </w:r>
      <w:r w:rsidRPr="004B129B">
        <w:rPr>
          <w:rFonts w:ascii="Tahoma" w:hAnsi="Tahoma" w:cs="Tahoma"/>
          <w:rtl/>
        </w:rPr>
        <w:t>.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او در مح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ط</w:t>
      </w:r>
      <w:r w:rsidRPr="004B129B">
        <w:rPr>
          <w:rFonts w:ascii="Tahoma" w:hAnsi="Tahoma" w:cs="Tahoma"/>
          <w:rtl/>
        </w:rPr>
        <w:t xml:space="preserve"> چندمذهب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خاندان مغول </w:t>
      </w:r>
      <w:r w:rsidRPr="004B129B">
        <w:rPr>
          <w:rFonts w:ascii="Tahoma" w:hAnsi="Tahoma" w:cs="Tahoma" w:hint="eastAsia"/>
          <w:rtl/>
        </w:rPr>
        <w:t>حادثه‌ا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ناممکن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/>
          <w:rtl/>
        </w:rPr>
        <w:t xml:space="preserve"> ب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سابقه</w:t>
      </w:r>
      <w:r w:rsidRPr="004B129B">
        <w:rPr>
          <w:rFonts w:ascii="Tahoma" w:hAnsi="Tahoma" w:cs="Tahoma"/>
          <w:rtl/>
        </w:rPr>
        <w:t xml:space="preserve"> نبود. شاهزادگان مغول با مس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ان،</w:t>
      </w:r>
      <w:r w:rsidRPr="004B129B">
        <w:rPr>
          <w:rFonts w:ascii="Tahoma" w:hAnsi="Tahoma" w:cs="Tahoma"/>
          <w:rtl/>
        </w:rPr>
        <w:t xml:space="preserve"> بودا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ان،</w:t>
      </w:r>
      <w:r w:rsidRPr="004B129B">
        <w:rPr>
          <w:rFonts w:ascii="Tahoma" w:hAnsi="Tahoma" w:cs="Tahoma"/>
          <w:rtl/>
        </w:rPr>
        <w:t xml:space="preserve"> مسلمانان و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روان</w:t>
      </w:r>
      <w:r w:rsidRPr="004B129B">
        <w:rPr>
          <w:rFonts w:ascii="Tahoma" w:hAnsi="Tahoma" w:cs="Tahoma"/>
          <w:rtl/>
        </w:rPr>
        <w:t xml:space="preserve"> آ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ن‌ها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مغول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ارتباط داشتند و انتخاب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آنان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از ترب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ت،</w:t>
      </w:r>
      <w:r w:rsidRPr="004B129B">
        <w:rPr>
          <w:rFonts w:ascii="Tahoma" w:hAnsi="Tahoma" w:cs="Tahoma"/>
          <w:rtl/>
        </w:rPr>
        <w:t xml:space="preserve"> ازدواج، همراهان دربار و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اثر بپذ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</w:t>
      </w:r>
      <w:r w:rsidRPr="004B129B">
        <w:rPr>
          <w:rFonts w:ascii="Tahoma" w:hAnsi="Tahoma" w:cs="Tahoma"/>
          <w:rtl/>
        </w:rPr>
        <w:t xml:space="preserve"> با اطم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نان</w:t>
      </w:r>
      <w:r w:rsidRPr="004B129B">
        <w:rPr>
          <w:rFonts w:ascii="Tahoma" w:hAnsi="Tahoma" w:cs="Tahoma"/>
          <w:rtl/>
        </w:rPr>
        <w:t xml:space="preserve"> گفت که گرا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احمد به اسلام فقط ابزار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/>
          <w:rtl/>
        </w:rPr>
        <w:t xml:space="preserve"> تنها از اعتقاد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شخص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سرچشمه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گرفت</w:t>
      </w:r>
      <w:r w:rsidRPr="004B129B">
        <w:rPr>
          <w:rFonts w:ascii="Tahoma" w:hAnsi="Tahoma" w:cs="Tahoma"/>
          <w:rtl/>
        </w:rPr>
        <w:t>.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دو امکان لزوماً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را نف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کنند</w:t>
      </w:r>
      <w:r w:rsidRPr="004B129B">
        <w:rPr>
          <w:rFonts w:ascii="Tahoma" w:hAnsi="Tahoma" w:cs="Tahoma"/>
          <w:rtl/>
        </w:rPr>
        <w:t>. فرمانروا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صادقانه مسلمان باشد و در همان حال در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ابد</w:t>
      </w:r>
      <w:r w:rsidRPr="004B129B">
        <w:rPr>
          <w:rFonts w:ascii="Tahoma" w:hAnsi="Tahoma" w:cs="Tahoma"/>
          <w:rtl/>
        </w:rPr>
        <w:t xml:space="preserve"> که تعلق به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اکثر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مردم،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تاج او حقان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تازه‌ا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فراهم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آورد</w:t>
      </w:r>
      <w:r w:rsidRPr="004B129B">
        <w:rPr>
          <w:rFonts w:ascii="Tahoma" w:hAnsi="Tahoma" w:cs="Tahoma"/>
          <w:rtl/>
        </w:rPr>
        <w:t>. مسئلهٔ اصل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نبود که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مان</w:t>
      </w:r>
      <w:r w:rsidRPr="004B129B">
        <w:rPr>
          <w:rFonts w:ascii="Tahoma" w:hAnsi="Tahoma" w:cs="Tahoma"/>
          <w:rtl/>
        </w:rPr>
        <w:t xml:space="preserve"> او تا چه اندازه درون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بود؛ مسئله آن بود که مسلمان شدنش چه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 ساختمان حکومت پد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آورد.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احمد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کوش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نشان دهد که تاج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دشمن اسلام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ست</w:t>
      </w:r>
      <w:r w:rsidRPr="004B129B">
        <w:rPr>
          <w:rFonts w:ascii="Tahoma" w:hAnsi="Tahoma" w:cs="Tahoma"/>
          <w:rtl/>
        </w:rPr>
        <w:t>. سقوط بغداد و کشته شدن خل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فه</w:t>
      </w:r>
      <w:r w:rsidRPr="004B129B">
        <w:rPr>
          <w:rFonts w:ascii="Tahoma" w:hAnsi="Tahoma" w:cs="Tahoma"/>
          <w:rtl/>
        </w:rPr>
        <w:t xml:space="preserve"> هنوز در حافظهٔ مسلمانان زنده بود و حکومت خاندان هولاکو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با نابود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خلافت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وند</w:t>
      </w:r>
      <w:r w:rsidRPr="004B129B">
        <w:rPr>
          <w:rFonts w:ascii="Tahoma" w:hAnsi="Tahoma" w:cs="Tahoma"/>
          <w:rtl/>
        </w:rPr>
        <w:t xml:space="preserve"> داشت. فرمانروا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تازه با برگز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دن</w:t>
      </w:r>
      <w:r w:rsidRPr="004B129B">
        <w:rPr>
          <w:rFonts w:ascii="Tahoma" w:hAnsi="Tahoma" w:cs="Tahoma"/>
          <w:rtl/>
        </w:rPr>
        <w:t xml:space="preserve"> نام اسلام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عنوان سلطان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فاصلهٔ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eastAsia"/>
          <w:rtl/>
        </w:rPr>
        <w:t>تاج</w:t>
      </w:r>
      <w:r w:rsidRPr="004B129B">
        <w:rPr>
          <w:rFonts w:ascii="Tahoma" w:hAnsi="Tahoma" w:cs="Tahoma"/>
          <w:rtl/>
        </w:rPr>
        <w:t xml:space="preserve"> و جامعه را کاهش دهد و خود را نه ادامه‌دهندهٔ حملهٔ هولاکو، بلکه پادشاه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مسلمان معرف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دگرگون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جا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نکاران</w:t>
      </w:r>
      <w:r w:rsidRPr="004B129B">
        <w:rPr>
          <w:rFonts w:ascii="Tahoma" w:hAnsi="Tahoma" w:cs="Tahoma"/>
          <w:rtl/>
        </w:rPr>
        <w:t xml:space="preserve"> را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دهد. آنان در دورهٔ هولاکو و اباقا به کار خود ادامه داده بودند، اما تاج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حقان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حکمران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به شر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عت</w:t>
      </w:r>
      <w:r w:rsidRPr="004B129B">
        <w:rPr>
          <w:rFonts w:ascii="Tahoma" w:hAnsi="Tahoma" w:cs="Tahoma"/>
          <w:rtl/>
        </w:rPr>
        <w:t xml:space="preserve"> آنان وابسته نبود. اکنون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مسلمان ممکن بود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تأ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رفتار و فرمان‌ها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به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نکاران</w:t>
      </w:r>
      <w:r w:rsidRPr="004B129B">
        <w:rPr>
          <w:rFonts w:ascii="Tahoma" w:hAnsi="Tahoma" w:cs="Tahoma"/>
          <w:rtl/>
        </w:rPr>
        <w:t xml:space="preserve"> نزد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ک‌تر</w:t>
      </w:r>
      <w:r w:rsidRPr="004B129B">
        <w:rPr>
          <w:rFonts w:ascii="Tahoma" w:hAnsi="Tahoma" w:cs="Tahoma"/>
          <w:rtl/>
        </w:rPr>
        <w:t xml:space="preserve"> شود و آنان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بتوانند حکومت او را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مردم پذ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رفتن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تر</w:t>
      </w:r>
      <w:r w:rsidRPr="004B129B">
        <w:rPr>
          <w:rFonts w:ascii="Tahoma" w:hAnsi="Tahoma" w:cs="Tahoma"/>
          <w:rtl/>
        </w:rPr>
        <w:t xml:space="preserve"> سازند.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نخست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ن‌بار</w:t>
      </w:r>
      <w:r w:rsidRPr="004B129B">
        <w:rPr>
          <w:rFonts w:ascii="Tahoma" w:hAnsi="Tahoma" w:cs="Tahoma"/>
          <w:rtl/>
        </w:rPr>
        <w:t xml:space="preserve"> امکان آن پد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آمده بود که تاج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حقان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اسلام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شخص جمع شوند.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باا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ن‌همه،</w:t>
      </w:r>
      <w:r w:rsidRPr="004B129B">
        <w:rPr>
          <w:rFonts w:ascii="Tahoma" w:hAnsi="Tahoma" w:cs="Tahoma"/>
          <w:rtl/>
        </w:rPr>
        <w:t xml:space="preserve"> اسلام آوردن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به معنا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مسلمان شدن همهٔ دستگاه حکومت نبود.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شتر</w:t>
      </w:r>
      <w:r w:rsidRPr="004B129B">
        <w:rPr>
          <w:rFonts w:ascii="Tahoma" w:hAnsi="Tahoma" w:cs="Tahoma"/>
          <w:rtl/>
        </w:rPr>
        <w:t xml:space="preserve">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مغول همچنان از سنت‌ها و باورها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خود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کردند</w:t>
      </w:r>
      <w:r w:rsidRPr="004B129B">
        <w:rPr>
          <w:rFonts w:ascii="Tahoma" w:hAnsi="Tahoma" w:cs="Tahoma"/>
          <w:rtl/>
        </w:rPr>
        <w:t>. قشون بر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هٔ</w:t>
      </w:r>
      <w:r w:rsidRPr="004B129B">
        <w:rPr>
          <w:rFonts w:ascii="Tahoma" w:hAnsi="Tahoma" w:cs="Tahoma"/>
          <w:rtl/>
        </w:rPr>
        <w:t xml:space="preserve"> فرمانده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مغول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سازمان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افته</w:t>
      </w:r>
      <w:r w:rsidRPr="004B129B">
        <w:rPr>
          <w:rFonts w:ascii="Tahoma" w:hAnsi="Tahoma" w:cs="Tahoma"/>
          <w:rtl/>
        </w:rPr>
        <w:t xml:space="preserve"> بود و حق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را از خون خاندان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شناخت</w:t>
      </w:r>
      <w:r w:rsidRPr="004B129B">
        <w:rPr>
          <w:rFonts w:ascii="Tahoma" w:hAnsi="Tahoma" w:cs="Tahoma"/>
          <w:rtl/>
        </w:rPr>
        <w:t>. آ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ن‌ها</w:t>
      </w:r>
      <w:r w:rsidRPr="004B129B">
        <w:rPr>
          <w:rFonts w:ascii="Tahoma" w:hAnsi="Tahoma" w:cs="Tahoma"/>
          <w:rtl/>
        </w:rPr>
        <w:t xml:space="preserve"> و قواعد </w:t>
      </w:r>
      <w:r w:rsidRPr="004B129B">
        <w:rPr>
          <w:rFonts w:ascii="Tahoma" w:hAnsi="Tahoma" w:cs="Tahoma" w:hint="eastAsia"/>
          <w:rtl/>
        </w:rPr>
        <w:t>درون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خاندان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با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نفر از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رفتند</w:t>
      </w:r>
      <w:r w:rsidRPr="004B129B">
        <w:rPr>
          <w:rFonts w:ascii="Tahoma" w:hAnsi="Tahoma" w:cs="Tahoma"/>
          <w:rtl/>
        </w:rPr>
        <w:t>. احمد مسلمان شده بود، اما بر دستگاه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فرمان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راند</w:t>
      </w:r>
      <w:r w:rsidRPr="004B129B">
        <w:rPr>
          <w:rFonts w:ascii="Tahoma" w:hAnsi="Tahoma" w:cs="Tahoma"/>
          <w:rtl/>
        </w:rPr>
        <w:t xml:space="preserve"> که هنوز از نظر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نظام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مغول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او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استوار کردن جا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گاه</w:t>
      </w:r>
      <w:r w:rsidRPr="004B129B">
        <w:rPr>
          <w:rFonts w:ascii="Tahoma" w:hAnsi="Tahoma" w:cs="Tahoma"/>
          <w:rtl/>
        </w:rPr>
        <w:t xml:space="preserve"> تازهٔ خود به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وانسالاران</w:t>
      </w:r>
      <w:r w:rsidRPr="004B129B">
        <w:rPr>
          <w:rFonts w:ascii="Tahoma" w:hAnsi="Tahoma" w:cs="Tahoma"/>
          <w:rtl/>
        </w:rPr>
        <w:t xml:space="preserve"> مسلمان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</w:t>
      </w:r>
      <w:r w:rsidRPr="004B129B">
        <w:rPr>
          <w:rFonts w:ascii="Tahoma" w:hAnsi="Tahoma" w:cs="Tahoma"/>
          <w:rtl/>
        </w:rPr>
        <w:t xml:space="preserve"> داشت. شمس‌الد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محمد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صاحب‌د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سلطان مسلمان و دستگاه مال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ادار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وند</w:t>
      </w:r>
      <w:r w:rsidRPr="004B129B">
        <w:rPr>
          <w:rFonts w:ascii="Tahoma" w:hAnsi="Tahoma" w:cs="Tahoma"/>
          <w:rtl/>
        </w:rPr>
        <w:t xml:space="preserve"> برقرار کند. عطاملک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که در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دورهٔ اباقا 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فشار اتهام‌ها و دشمن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بان</w:t>
      </w:r>
      <w:r w:rsidRPr="004B129B">
        <w:rPr>
          <w:rFonts w:ascii="Tahoma" w:hAnsi="Tahoma" w:cs="Tahoma"/>
          <w:rtl/>
        </w:rPr>
        <w:t xml:space="preserve"> قرا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گرفته بود، در آغاز حکومت احمد از حما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برخوردار شد و به ادارهٔ بغداد بازگشت.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حما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احمد از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فقط نت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جهٔ</w:t>
      </w:r>
      <w:r w:rsidRPr="004B129B">
        <w:rPr>
          <w:rFonts w:ascii="Tahoma" w:hAnsi="Tahoma" w:cs="Tahoma"/>
          <w:rtl/>
        </w:rPr>
        <w:t xml:space="preserve"> مسلمان بودن آنان نبود.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خاندان تجربهٔ ادارهٔ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الت‌ها،</w:t>
      </w:r>
      <w:r w:rsidRPr="004B129B">
        <w:rPr>
          <w:rFonts w:ascii="Tahoma" w:hAnsi="Tahoma" w:cs="Tahoma"/>
          <w:rtl/>
        </w:rPr>
        <w:t xml:space="preserve"> شناخت مال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و شبکه‌ا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وابستگان داشت. فرمانروا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تازه‌ا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با رق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رومند</w:t>
      </w:r>
      <w:r w:rsidRPr="004B129B">
        <w:rPr>
          <w:rFonts w:ascii="Tahoma" w:hAnsi="Tahoma" w:cs="Tahoma"/>
          <w:rtl/>
        </w:rPr>
        <w:t xml:space="preserve"> در خاندان روبه‌رو بود، به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</w:t>
      </w:r>
      <w:r w:rsidRPr="004B129B">
        <w:rPr>
          <w:rFonts w:ascii="Tahoma" w:hAnsi="Tahoma" w:cs="Tahoma"/>
          <w:rtl/>
        </w:rPr>
        <w:t xml:space="preserve"> داشت که حکومت روزانه را ادامه دهند و درآمد لازم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قشون را فراهم کنند.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وند</w:t>
      </w:r>
      <w:r w:rsidRPr="004B129B">
        <w:rPr>
          <w:rFonts w:ascii="Tahoma" w:hAnsi="Tahoma" w:cs="Tahoma"/>
          <w:rtl/>
        </w:rPr>
        <w:t xml:space="preserve"> تاج و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در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نجا</w:t>
      </w:r>
      <w:r w:rsidRPr="004B129B">
        <w:rPr>
          <w:rFonts w:ascii="Tahoma" w:hAnsi="Tahoma" w:cs="Tahoma"/>
          <w:rtl/>
        </w:rPr>
        <w:t xml:space="preserve"> هم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 و هم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اما</w:t>
      </w:r>
      <w:r w:rsidRPr="004B129B">
        <w:rPr>
          <w:rFonts w:ascii="Tahoma" w:hAnsi="Tahoma" w:cs="Tahoma"/>
          <w:rtl/>
        </w:rPr>
        <w:t xml:space="preserve"> هم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نزد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دشمن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مغول و رق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بان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افزا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داد. آنان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توانستند</w:t>
      </w:r>
      <w:r w:rsidRPr="004B129B">
        <w:rPr>
          <w:rFonts w:ascii="Tahoma" w:hAnsi="Tahoma" w:cs="Tahoma"/>
          <w:rtl/>
        </w:rPr>
        <w:t xml:space="preserve"> ادعا کنند که سلطان 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نفوذ مسلمانان و خاندان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قرار گرفته و از سنت‌ها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فاصله گرفته است.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موقع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تش</w:t>
      </w:r>
      <w:r w:rsidRPr="004B129B">
        <w:rPr>
          <w:rFonts w:ascii="Tahoma" w:hAnsi="Tahoma" w:cs="Tahoma"/>
          <w:rtl/>
        </w:rPr>
        <w:t xml:space="preserve"> به قشون و امت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خانوادگ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وابسته بود، افزا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نفو</w:t>
      </w:r>
      <w:r w:rsidRPr="004B129B">
        <w:rPr>
          <w:rFonts w:ascii="Tahoma" w:hAnsi="Tahoma" w:cs="Tahoma" w:hint="eastAsia"/>
          <w:rtl/>
        </w:rPr>
        <w:t>ذ</w:t>
      </w:r>
      <w:r w:rsidRPr="004B129B">
        <w:rPr>
          <w:rFonts w:ascii="Tahoma" w:hAnsi="Tahoma" w:cs="Tahoma"/>
          <w:rtl/>
        </w:rPr>
        <w:t xml:space="preserve"> صاحب‌د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فقط مسئله‌ا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نبود؛ تهد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عل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دسترس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او به درآمد، منصب و تصم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تاج به شمار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رفت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احمد</w:t>
      </w:r>
      <w:r w:rsidRPr="004B129B">
        <w:rPr>
          <w:rFonts w:ascii="Tahoma" w:hAnsi="Tahoma" w:cs="Tahoma"/>
          <w:rtl/>
        </w:rPr>
        <w:t xml:space="preserve"> در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است</w:t>
      </w:r>
      <w:r w:rsidRPr="004B129B">
        <w:rPr>
          <w:rFonts w:ascii="Tahoma" w:hAnsi="Tahoma" w:cs="Tahoma"/>
          <w:rtl/>
        </w:rPr>
        <w:t xml:space="preserve"> خارج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کوش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راه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متفاوت از اباقا در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رد</w:t>
      </w:r>
      <w:r w:rsidRPr="004B129B">
        <w:rPr>
          <w:rFonts w:ascii="Tahoma" w:hAnsi="Tahoma" w:cs="Tahoma"/>
          <w:rtl/>
        </w:rPr>
        <w:t>. اباقا مملوکان را دشمن اصل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دانست</w:t>
      </w:r>
      <w:r w:rsidRPr="004B129B">
        <w:rPr>
          <w:rFonts w:ascii="Tahoma" w:hAnsi="Tahoma" w:cs="Tahoma"/>
          <w:rtl/>
        </w:rPr>
        <w:t xml:space="preserve"> و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حمله به شام به همکار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حکومت‌ها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بسته بود. احمد، به‌عنوان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مسلمان، با سلطان مملوک مصر، قلاوون، تماس برقرار کرد و از امکان صلح سخن گفت. او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خود را سلطان مسلمان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معرف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کند و دشمن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نهٔ</w:t>
      </w:r>
      <w:r w:rsidRPr="004B129B">
        <w:rPr>
          <w:rFonts w:ascii="Tahoma" w:hAnsi="Tahoma" w:cs="Tahoma"/>
          <w:rtl/>
        </w:rPr>
        <w:t xml:space="preserve"> دو حکومت را کاهش دهد.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مملوکان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مسئله‌ا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ده</w:t>
      </w:r>
      <w:r w:rsidRPr="004B129B">
        <w:rPr>
          <w:rFonts w:ascii="Tahoma" w:hAnsi="Tahoma" w:cs="Tahoma"/>
          <w:rtl/>
        </w:rPr>
        <w:t xml:space="preserve"> بود. آنان بخش مهم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حقان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حکمران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را از دفاع از اسلام در برابر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لخانان</w:t>
      </w:r>
      <w:r w:rsidRPr="004B129B">
        <w:rPr>
          <w:rFonts w:ascii="Tahoma" w:hAnsi="Tahoma" w:cs="Tahoma"/>
          <w:rtl/>
        </w:rPr>
        <w:t xml:space="preserve"> غ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رمسلمان</w:t>
      </w:r>
      <w:r w:rsidRPr="004B129B">
        <w:rPr>
          <w:rFonts w:ascii="Tahoma" w:hAnsi="Tahoma" w:cs="Tahoma"/>
          <w:rtl/>
        </w:rPr>
        <w:t xml:space="preserve"> به دست آورده بودند. اگر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مسلمان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شد</w:t>
      </w:r>
      <w:r w:rsidRPr="004B129B">
        <w:rPr>
          <w:rFonts w:ascii="Tahoma" w:hAnsi="Tahoma" w:cs="Tahoma"/>
          <w:rtl/>
        </w:rPr>
        <w:t xml:space="preserve"> و خواستار صلح بود، ادامهٔ جنگ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ازمند</w:t>
      </w:r>
      <w:r w:rsidRPr="004B129B">
        <w:rPr>
          <w:rFonts w:ascii="Tahoma" w:hAnsi="Tahoma" w:cs="Tahoma"/>
          <w:rtl/>
        </w:rPr>
        <w:t xml:space="preserve"> توج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گرد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. در همان حال، قلاوون </w:t>
      </w:r>
      <w:r w:rsidRPr="004B129B">
        <w:rPr>
          <w:rFonts w:ascii="Tahoma" w:hAnsi="Tahoma" w:cs="Tahoma" w:hint="eastAsia"/>
          <w:rtl/>
        </w:rPr>
        <w:t>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فقط بر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هٔ</w:t>
      </w:r>
      <w:r w:rsidRPr="004B129B">
        <w:rPr>
          <w:rFonts w:ascii="Tahoma" w:hAnsi="Tahoma" w:cs="Tahoma"/>
          <w:rtl/>
        </w:rPr>
        <w:t xml:space="preserve"> اعلام اسلام احمد به او اعتماد کند؛ سپاه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همچنان در مرز شام قرار داشت و حکومتش از خاندان هولاکو برخاسته بود.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مکاتبات</w:t>
      </w:r>
      <w:r w:rsidRPr="004B129B">
        <w:rPr>
          <w:rFonts w:ascii="Tahoma" w:hAnsi="Tahoma" w:cs="Tahoma"/>
          <w:rtl/>
        </w:rPr>
        <w:t xml:space="preserve"> به صلح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دار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نجام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د،</w:t>
      </w:r>
      <w:r w:rsidRPr="004B129B">
        <w:rPr>
          <w:rFonts w:ascii="Tahoma" w:hAnsi="Tahoma" w:cs="Tahoma"/>
          <w:rtl/>
        </w:rPr>
        <w:t xml:space="preserve"> اما نشان داد که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تاج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تواند</w:t>
      </w:r>
      <w:r w:rsidRPr="004B129B">
        <w:rPr>
          <w:rFonts w:ascii="Tahoma" w:hAnsi="Tahoma" w:cs="Tahoma"/>
          <w:rtl/>
        </w:rPr>
        <w:t xml:space="preserve"> آرا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است</w:t>
      </w:r>
      <w:r w:rsidRPr="004B129B">
        <w:rPr>
          <w:rFonts w:ascii="Tahoma" w:hAnsi="Tahoma" w:cs="Tahoma"/>
          <w:rtl/>
        </w:rPr>
        <w:t xml:space="preserve"> خارج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دگرگون کند. احمد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خواست</w:t>
      </w:r>
      <w:r w:rsidRPr="004B129B">
        <w:rPr>
          <w:rFonts w:ascii="Tahoma" w:hAnsi="Tahoma" w:cs="Tahoma"/>
          <w:rtl/>
        </w:rPr>
        <w:t xml:space="preserve"> جا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حکومت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از دشمن غ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رمسلمان</w:t>
      </w:r>
      <w:r w:rsidRPr="004B129B">
        <w:rPr>
          <w:rFonts w:ascii="Tahoma" w:hAnsi="Tahoma" w:cs="Tahoma"/>
          <w:rtl/>
        </w:rPr>
        <w:t xml:space="preserve"> جهان اسلام به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حکومت‌ها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مسلمان آن تبد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کند. اگر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است</w:t>
      </w:r>
      <w:r w:rsidRPr="004B129B">
        <w:rPr>
          <w:rFonts w:ascii="Tahoma" w:hAnsi="Tahoma" w:cs="Tahoma"/>
          <w:rtl/>
        </w:rPr>
        <w:t xml:space="preserve"> ادامه م</w:t>
      </w:r>
      <w:r w:rsidRPr="004B129B">
        <w:rPr>
          <w:rFonts w:ascii="Tahoma" w:hAnsi="Tahoma" w:cs="Tahoma" w:hint="cs"/>
          <w:rtl/>
        </w:rPr>
        <w:t>ی‌ی</w:t>
      </w:r>
      <w:r w:rsidRPr="004B129B">
        <w:rPr>
          <w:rFonts w:ascii="Tahoma" w:hAnsi="Tahoma" w:cs="Tahoma" w:hint="eastAsia"/>
          <w:rtl/>
        </w:rPr>
        <w:t>افت،</w:t>
      </w:r>
      <w:r w:rsidRPr="004B129B">
        <w:rPr>
          <w:rFonts w:ascii="Tahoma" w:hAnsi="Tahoma" w:cs="Tahoma"/>
          <w:rtl/>
        </w:rPr>
        <w:t xml:space="preserve"> رقابت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و مصر ممکن بود از جنگ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به رقابت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عاد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تر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دو قدرت مسلمان بدل شود.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باا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ن‌همه،</w:t>
      </w:r>
      <w:r w:rsidRPr="004B129B">
        <w:rPr>
          <w:rFonts w:ascii="Tahoma" w:hAnsi="Tahoma" w:cs="Tahoma"/>
          <w:rtl/>
        </w:rPr>
        <w:t xml:space="preserve"> بزرگ‌تر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خطر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احمد نه در مصر، بلکه درون خاندان خود او قرار داشت. ارغون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احمد را نپذ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رفت</w:t>
      </w:r>
      <w:r w:rsidRPr="004B129B">
        <w:rPr>
          <w:rFonts w:ascii="Tahoma" w:hAnsi="Tahoma" w:cs="Tahoma"/>
          <w:rtl/>
        </w:rPr>
        <w:t>. او پسر اباقا بود، در خراسان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گاه</w:t>
      </w:r>
      <w:r w:rsidRPr="004B129B">
        <w:rPr>
          <w:rFonts w:ascii="Tahoma" w:hAnsi="Tahoma" w:cs="Tahoma"/>
          <w:rtl/>
        </w:rPr>
        <w:t xml:space="preserve"> داشت و بخش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او را وارث شا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سته‌تر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دانستند</w:t>
      </w:r>
      <w:r w:rsidRPr="004B129B">
        <w:rPr>
          <w:rFonts w:ascii="Tahoma" w:hAnsi="Tahoma" w:cs="Tahoma"/>
          <w:rtl/>
        </w:rPr>
        <w:t>. ارغون همچن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ادعا کند که احمد با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جه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راث</w:t>
      </w:r>
      <w:r w:rsidRPr="004B129B">
        <w:rPr>
          <w:rFonts w:ascii="Tahoma" w:hAnsi="Tahoma" w:cs="Tahoma"/>
          <w:rtl/>
        </w:rPr>
        <w:t xml:space="preserve"> اباقا و سنت‌ها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خاندان را به خطر انداخته است.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کشمکش</w:t>
      </w:r>
      <w:r w:rsidRPr="004B129B">
        <w:rPr>
          <w:rFonts w:ascii="Tahoma" w:hAnsi="Tahoma" w:cs="Tahoma"/>
          <w:rtl/>
        </w:rPr>
        <w:t xml:space="preserve"> آنان نشان داد که هنوز چه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دربارهٔ تاج تصم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</w:t>
      </w:r>
      <w:r w:rsidRPr="004B129B">
        <w:rPr>
          <w:rFonts w:ascii="Tahoma" w:hAnsi="Tahoma" w:cs="Tahoma"/>
          <w:rtl/>
        </w:rPr>
        <w:t xml:space="preserve"> نها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رد</w:t>
      </w:r>
      <w:r w:rsidRPr="004B129B">
        <w:rPr>
          <w:rFonts w:ascii="Tahoma" w:hAnsi="Tahoma" w:cs="Tahoma"/>
          <w:rtl/>
        </w:rPr>
        <w:t>. اگر حقان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اسلام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کاف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بود، احمد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با پشت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مردم و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نکاران</w:t>
      </w:r>
      <w:r w:rsidRPr="004B129B">
        <w:rPr>
          <w:rFonts w:ascii="Tahoma" w:hAnsi="Tahoma" w:cs="Tahoma"/>
          <w:rtl/>
        </w:rPr>
        <w:t xml:space="preserve"> جا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را حفظ کند. اما مردم سازمان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مستقل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نداشتند و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نکاران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قشون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 اخت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ار</w:t>
      </w:r>
      <w:r w:rsidRPr="004B129B">
        <w:rPr>
          <w:rFonts w:ascii="Tahoma" w:hAnsi="Tahoma" w:cs="Tahoma"/>
          <w:rtl/>
        </w:rPr>
        <w:t xml:space="preserve"> نداشتند که از تاج او دفاع کند. سرنوشت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همچنان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از هر 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به وفادار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مغول وابسته بود.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ارغون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تقو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ادعا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به قوب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خان بزرگ،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نظر داشت. تأ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خان بزرگ هنوز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بر ادعا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دو رق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</w:t>
      </w:r>
      <w:r w:rsidRPr="004B129B">
        <w:rPr>
          <w:rFonts w:ascii="Tahoma" w:hAnsi="Tahoma" w:cs="Tahoma"/>
          <w:rtl/>
        </w:rPr>
        <w:t xml:space="preserve"> وزن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فزا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>. از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ارغون، مسلمان شدن احمد نه‌تنها حق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جاد</w:t>
      </w:r>
      <w:r w:rsidRPr="004B129B">
        <w:rPr>
          <w:rFonts w:ascii="Tahoma" w:hAnsi="Tahoma" w:cs="Tahoma"/>
          <w:rtl/>
        </w:rPr>
        <w:t xml:space="preserve">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کرد،</w:t>
      </w:r>
      <w:r w:rsidRPr="004B129B">
        <w:rPr>
          <w:rFonts w:ascii="Tahoma" w:hAnsi="Tahoma" w:cs="Tahoma"/>
          <w:rtl/>
        </w:rPr>
        <w:t xml:space="preserve"> بلکه ممکن بود نشانهٔ فاصله گرفتن او از نظم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>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وند</w:t>
      </w:r>
      <w:r w:rsidRPr="004B129B">
        <w:rPr>
          <w:rFonts w:ascii="Tahoma" w:hAnsi="Tahoma" w:cs="Tahoma"/>
          <w:rtl/>
        </w:rPr>
        <w:t xml:space="preserve"> با دشمنان مملوک باشد. او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کوش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خود را پاسدار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راث</w:t>
      </w:r>
      <w:r w:rsidRPr="004B129B">
        <w:rPr>
          <w:rFonts w:ascii="Tahoma" w:hAnsi="Tahoma" w:cs="Tahoma"/>
          <w:rtl/>
        </w:rPr>
        <w:t xml:space="preserve"> پدر و وفادار به اقتدار خاندان معرف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احمد</w:t>
      </w:r>
      <w:r w:rsidRPr="004B129B">
        <w:rPr>
          <w:rFonts w:ascii="Tahoma" w:hAnsi="Tahoma" w:cs="Tahoma"/>
          <w:rtl/>
        </w:rPr>
        <w:t xml:space="preserve"> ابتدا کوش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ارغون را 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فرمان آورد و اختلاف را بدون جنگ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تمام‌ع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ار</w:t>
      </w:r>
      <w:r w:rsidRPr="004B129B">
        <w:rPr>
          <w:rFonts w:ascii="Tahoma" w:hAnsi="Tahoma" w:cs="Tahoma"/>
          <w:rtl/>
        </w:rPr>
        <w:t xml:space="preserve">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دهد. اما ب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اعتماد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دو طرف افزا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</w:t>
      </w:r>
      <w:r w:rsidRPr="004B129B">
        <w:rPr>
          <w:rFonts w:ascii="Tahoma" w:hAnsi="Tahoma" w:cs="Tahoma"/>
          <w:rtl/>
        </w:rPr>
        <w:t xml:space="preserve">. هر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از آنان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را به سو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و هر جابه‌جا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در وفادار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فرماندهان توازن قوا را دگرگون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</w:t>
      </w:r>
      <w:r w:rsidRPr="004B129B">
        <w:rPr>
          <w:rFonts w:ascii="Tahoma" w:hAnsi="Tahoma" w:cs="Tahoma"/>
          <w:rtl/>
        </w:rPr>
        <w:t>. مسئله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تنها انتخاب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>ان عمو و برادرزاده نبود؛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با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تصم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گرفتند</w:t>
      </w:r>
      <w:r w:rsidRPr="004B129B">
        <w:rPr>
          <w:rFonts w:ascii="Tahoma" w:hAnsi="Tahoma" w:cs="Tahoma"/>
          <w:rtl/>
        </w:rPr>
        <w:t xml:space="preserve"> کدام صورت حکومت منافع و جا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گاهشان</w:t>
      </w:r>
      <w:r w:rsidRPr="004B129B">
        <w:rPr>
          <w:rFonts w:ascii="Tahoma" w:hAnsi="Tahoma" w:cs="Tahoma"/>
          <w:rtl/>
        </w:rPr>
        <w:t xml:space="preserve"> را بهتر حفظ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کند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احمد</w:t>
      </w:r>
      <w:r w:rsidRPr="004B129B">
        <w:rPr>
          <w:rFonts w:ascii="Tahoma" w:hAnsi="Tahoma" w:cs="Tahoma"/>
          <w:rtl/>
        </w:rPr>
        <w:t xml:space="preserve"> به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برادرانش، قونقورتا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بدگمان شد و او را به اتهام توطئه از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برداشت. کشتن شاهزاده‌ا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بدون آنکه همهٔ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ضرورتش را پذ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رفته</w:t>
      </w:r>
      <w:r w:rsidRPr="004B129B">
        <w:rPr>
          <w:rFonts w:ascii="Tahoma" w:hAnsi="Tahoma" w:cs="Tahoma"/>
          <w:rtl/>
        </w:rPr>
        <w:t xml:space="preserve"> باشند، موقع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سلطان را آس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ب‌پذ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رتر</w:t>
      </w:r>
      <w:r w:rsidRPr="004B129B">
        <w:rPr>
          <w:rFonts w:ascii="Tahoma" w:hAnsi="Tahoma" w:cs="Tahoma"/>
          <w:rtl/>
        </w:rPr>
        <w:t xml:space="preserve"> کرد. خاندان فرمانروا قواعد و حساس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را داشت و خون شاهزادگان ن</w:t>
      </w:r>
      <w:r w:rsidRPr="004B129B">
        <w:rPr>
          <w:rFonts w:ascii="Tahoma" w:hAnsi="Tahoma" w:cs="Tahoma" w:hint="eastAsia"/>
          <w:rtl/>
        </w:rPr>
        <w:t>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مانند خون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کارگزار عاد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خته</w:t>
      </w:r>
      <w:r w:rsidRPr="004B129B">
        <w:rPr>
          <w:rFonts w:ascii="Tahoma" w:hAnsi="Tahoma" w:cs="Tahoma"/>
          <w:rtl/>
        </w:rPr>
        <w:t xml:space="preserve"> شود. هر اعدام، بستگان و هواداران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به دشمن تبد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درگ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نظام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احمد و ارغون سرانجام آغاز شد. احمد در مرحله‌ا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توانست بر ارغون غلبه کند و او را به تسل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</w:t>
      </w:r>
      <w:r w:rsidRPr="004B129B">
        <w:rPr>
          <w:rFonts w:ascii="Tahoma" w:hAnsi="Tahoma" w:cs="Tahoma"/>
          <w:rtl/>
        </w:rPr>
        <w:t xml:space="preserve"> وادارد. ارغون در اخت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ار</w:t>
      </w:r>
      <w:r w:rsidRPr="004B129B">
        <w:rPr>
          <w:rFonts w:ascii="Tahoma" w:hAnsi="Tahoma" w:cs="Tahoma"/>
          <w:rtl/>
        </w:rPr>
        <w:t xml:space="preserve"> 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ناق،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فرماندهان اصل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احمد، قرار گرفت. به ظاهر، سلطان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روز</w:t>
      </w:r>
      <w:r w:rsidRPr="004B129B">
        <w:rPr>
          <w:rFonts w:ascii="Tahoma" w:hAnsi="Tahoma" w:cs="Tahoma"/>
          <w:rtl/>
        </w:rPr>
        <w:t xml:space="preserve"> شده و خطر شورش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افته</w:t>
      </w:r>
      <w:r w:rsidRPr="004B129B">
        <w:rPr>
          <w:rFonts w:ascii="Tahoma" w:hAnsi="Tahoma" w:cs="Tahoma"/>
          <w:rtl/>
        </w:rPr>
        <w:t xml:space="preserve"> بود. اما قدرت واقع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 </w:t>
      </w:r>
      <w:r w:rsidRPr="004B129B">
        <w:rPr>
          <w:rFonts w:ascii="Tahoma" w:hAnsi="Tahoma" w:cs="Tahoma" w:hint="eastAsia"/>
          <w:rtl/>
        </w:rPr>
        <w:t>دست</w:t>
      </w:r>
      <w:r w:rsidRPr="004B129B">
        <w:rPr>
          <w:rFonts w:ascii="Tahoma" w:hAnsi="Tahoma" w:cs="Tahoma"/>
          <w:rtl/>
        </w:rPr>
        <w:t xml:space="preserve">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 که اس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و سپاه را کنترل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کردند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بوقا، که ابتدا در کنار احمد قرار داشت، از او رو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گرداند. علت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موضع او را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</w:t>
      </w:r>
      <w:r w:rsidRPr="004B129B">
        <w:rPr>
          <w:rFonts w:ascii="Tahoma" w:hAnsi="Tahoma" w:cs="Tahoma"/>
          <w:rtl/>
        </w:rPr>
        <w:t xml:space="preserve"> فقط به اختلاف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نسبت داد. رقابت دربار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ترس از کاهش مقام، نزد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سلطان به فرماندهان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و ارز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آ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ندهٔ</w:t>
      </w:r>
      <w:r w:rsidRPr="004B129B">
        <w:rPr>
          <w:rFonts w:ascii="Tahoma" w:hAnsi="Tahoma" w:cs="Tahoma"/>
          <w:rtl/>
        </w:rPr>
        <w:t xml:space="preserve"> قدرت در تصم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مش</w:t>
      </w:r>
      <w:r w:rsidRPr="004B129B">
        <w:rPr>
          <w:rFonts w:ascii="Tahoma" w:hAnsi="Tahoma" w:cs="Tahoma"/>
          <w:rtl/>
        </w:rPr>
        <w:t xml:space="preserve"> اثر داشتند. او در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</w:t>
      </w:r>
      <w:r w:rsidRPr="004B129B">
        <w:rPr>
          <w:rFonts w:ascii="Tahoma" w:hAnsi="Tahoma" w:cs="Tahoma"/>
          <w:rtl/>
        </w:rPr>
        <w:t xml:space="preserve"> که آزاد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ارغون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>‌تواند موقع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تش</w:t>
      </w:r>
      <w:r w:rsidRPr="004B129B">
        <w:rPr>
          <w:rFonts w:ascii="Tahoma" w:hAnsi="Tahoma" w:cs="Tahoma"/>
          <w:rtl/>
        </w:rPr>
        <w:t xml:space="preserve"> را در حکومت آ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نده</w:t>
      </w:r>
      <w:r w:rsidRPr="004B129B">
        <w:rPr>
          <w:rFonts w:ascii="Tahoma" w:hAnsi="Tahoma" w:cs="Tahoma"/>
          <w:rtl/>
        </w:rPr>
        <w:t xml:space="preserve"> افزا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دهد.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بوقا</w:t>
      </w:r>
      <w:r w:rsidRPr="004B129B">
        <w:rPr>
          <w:rFonts w:ascii="Tahoma" w:hAnsi="Tahoma" w:cs="Tahoma"/>
          <w:rtl/>
        </w:rPr>
        <w:t xml:space="preserve"> به اردوگاه 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ناق</w:t>
      </w:r>
      <w:r w:rsidRPr="004B129B">
        <w:rPr>
          <w:rFonts w:ascii="Tahoma" w:hAnsi="Tahoma" w:cs="Tahoma"/>
          <w:rtl/>
        </w:rPr>
        <w:t xml:space="preserve"> حمله کرد، او را کشت و ارغون را آزاد ساخت. با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اقدام،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احمد در زمان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کوتاه به شکست تبد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شد. سپاه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و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تا آن هنگام منتظر نت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جه</w:t>
      </w:r>
      <w:r w:rsidRPr="004B129B">
        <w:rPr>
          <w:rFonts w:ascii="Tahoma" w:hAnsi="Tahoma" w:cs="Tahoma"/>
          <w:rtl/>
        </w:rPr>
        <w:t xml:space="preserve"> بودند، به سو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ارغون متما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شدند. سلطان مسلمان نتوانست وفادار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قشون را حفظ کند و پشت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جبران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از دست رفتن نبود.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احمد</w:t>
      </w:r>
      <w:r w:rsidRPr="004B129B">
        <w:rPr>
          <w:rFonts w:ascii="Tahoma" w:hAnsi="Tahoma" w:cs="Tahoma"/>
          <w:rtl/>
        </w:rPr>
        <w:t xml:space="preserve"> گر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خت</w:t>
      </w:r>
      <w:r w:rsidRPr="004B129B">
        <w:rPr>
          <w:rFonts w:ascii="Tahoma" w:hAnsi="Tahoma" w:cs="Tahoma"/>
          <w:rtl/>
        </w:rPr>
        <w:t xml:space="preserve"> و کوش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خود را به منطقه‌ا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امن برساند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/>
          <w:rtl/>
        </w:rPr>
        <w:t xml:space="preserve"> از حما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شاخه‌ا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از مغولان برخوردار شود، اما دستگ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شد و به ارغون تحو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داده شد. در اوت </w:t>
      </w:r>
      <w:r w:rsidRPr="004B129B">
        <w:rPr>
          <w:rFonts w:ascii="Tahoma" w:hAnsi="Tahoma" w:cs="Tahoma"/>
          <w:rtl/>
          <w:lang w:bidi="fa-IR"/>
        </w:rPr>
        <w:t>۱۲۸۴</w:t>
      </w:r>
      <w:r w:rsidRPr="004B129B">
        <w:rPr>
          <w:rFonts w:ascii="Tahoma" w:hAnsi="Tahoma" w:cs="Tahoma"/>
          <w:rtl/>
        </w:rPr>
        <w:t xml:space="preserve"> به قتل 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>. روش کشتن او، مانند برخ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از شاهزادگان مغول، به‌گونه‌ا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انتخاب شد که خونش مستق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ماً</w:t>
      </w:r>
      <w:r w:rsidRPr="004B129B">
        <w:rPr>
          <w:rFonts w:ascii="Tahoma" w:hAnsi="Tahoma" w:cs="Tahoma"/>
          <w:rtl/>
        </w:rPr>
        <w:t xml:space="preserve"> بر زم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خته</w:t>
      </w:r>
      <w:r w:rsidRPr="004B129B">
        <w:rPr>
          <w:rFonts w:ascii="Tahoma" w:hAnsi="Tahoma" w:cs="Tahoma"/>
          <w:rtl/>
        </w:rPr>
        <w:t xml:space="preserve"> نشود. 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ن‌سان،</w:t>
      </w:r>
      <w:r w:rsidRPr="004B129B">
        <w:rPr>
          <w:rFonts w:ascii="Tahoma" w:hAnsi="Tahoma" w:cs="Tahoma"/>
          <w:rtl/>
        </w:rPr>
        <w:t xml:space="preserve"> حرمت خون چنگ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هنگام کشتن فرمانروا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رعا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شد؛</w:t>
      </w:r>
      <w:r w:rsidRPr="004B129B">
        <w:rPr>
          <w:rFonts w:ascii="Tahoma" w:hAnsi="Tahoma" w:cs="Tahoma"/>
          <w:rtl/>
        </w:rPr>
        <w:t xml:space="preserve"> حرمت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نشان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داد</w:t>
      </w:r>
      <w:r w:rsidRPr="004B129B">
        <w:rPr>
          <w:rFonts w:ascii="Tahoma" w:hAnsi="Tahoma" w:cs="Tahoma"/>
          <w:rtl/>
        </w:rPr>
        <w:t xml:space="preserve"> سرچشمهٔ اصل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جا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گاه</w:t>
      </w:r>
      <w:r w:rsidRPr="004B129B">
        <w:rPr>
          <w:rFonts w:ascii="Tahoma" w:hAnsi="Tahoma" w:cs="Tahoma"/>
          <w:rtl/>
        </w:rPr>
        <w:t xml:space="preserve"> او هنوز خاندان بود، نه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تازه‌اش.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حکومت</w:t>
      </w:r>
      <w:r w:rsidRPr="004B129B">
        <w:rPr>
          <w:rFonts w:ascii="Tahoma" w:hAnsi="Tahoma" w:cs="Tahoma"/>
          <w:rtl/>
        </w:rPr>
        <w:t xml:space="preserve"> احمد تکودار اندک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از دو سال دوام آورد. کوتاه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او سبب شد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است</w:t>
      </w:r>
      <w:r w:rsidRPr="004B129B">
        <w:rPr>
          <w:rFonts w:ascii="Tahoma" w:hAnsi="Tahoma" w:cs="Tahoma"/>
          <w:rtl/>
        </w:rPr>
        <w:t xml:space="preserve"> مذهب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اش</w:t>
      </w:r>
      <w:r w:rsidRPr="004B129B">
        <w:rPr>
          <w:rFonts w:ascii="Tahoma" w:hAnsi="Tahoma" w:cs="Tahoma"/>
          <w:rtl/>
        </w:rPr>
        <w:t xml:space="preserve"> فرصت استوار شدن در نهادها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حکومت را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</w:t>
      </w:r>
      <w:r w:rsidRPr="004B129B">
        <w:rPr>
          <w:rFonts w:ascii="Tahoma" w:hAnsi="Tahoma" w:cs="Tahoma"/>
          <w:rtl/>
        </w:rPr>
        <w:t xml:space="preserve"> نکند. او مسلمان شد و نام و جهت 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است</w:t>
      </w:r>
      <w:r w:rsidRPr="004B129B">
        <w:rPr>
          <w:rFonts w:ascii="Tahoma" w:hAnsi="Tahoma" w:cs="Tahoma"/>
          <w:rtl/>
        </w:rPr>
        <w:t xml:space="preserve"> خارج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خود را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داد، اما قشون، 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وهٔ</w:t>
      </w:r>
      <w:r w:rsidRPr="004B129B">
        <w:rPr>
          <w:rFonts w:ascii="Tahoma" w:hAnsi="Tahoma" w:cs="Tahoma"/>
          <w:rtl/>
        </w:rPr>
        <w:t xml:space="preserve"> جانش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ساختار درآمد و توازن قدرت را دگرگون ن</w:t>
      </w:r>
      <w:r w:rsidRPr="004B129B">
        <w:rPr>
          <w:rFonts w:ascii="Tahoma" w:hAnsi="Tahoma" w:cs="Tahoma" w:hint="eastAsia"/>
          <w:rtl/>
        </w:rPr>
        <w:t>کرد</w:t>
      </w:r>
      <w:r w:rsidRPr="004B129B">
        <w:rPr>
          <w:rFonts w:ascii="Tahoma" w:hAnsi="Tahoma" w:cs="Tahoma"/>
          <w:rtl/>
        </w:rPr>
        <w:t>. تاج از نظر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کرده بود، اما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آن را نگاه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داشت</w:t>
      </w:r>
      <w:r w:rsidRPr="004B129B">
        <w:rPr>
          <w:rFonts w:ascii="Tahoma" w:hAnsi="Tahoma" w:cs="Tahoma"/>
          <w:rtl/>
        </w:rPr>
        <w:t xml:space="preserve"> همان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هٔ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بود.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شکست</w:t>
      </w:r>
      <w:r w:rsidRPr="004B129B">
        <w:rPr>
          <w:rFonts w:ascii="Tahoma" w:hAnsi="Tahoma" w:cs="Tahoma"/>
          <w:rtl/>
        </w:rPr>
        <w:t xml:space="preserve"> او ثابت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کند</w:t>
      </w:r>
      <w:r w:rsidRPr="004B129B">
        <w:rPr>
          <w:rFonts w:ascii="Tahoma" w:hAnsi="Tahoma" w:cs="Tahoma"/>
          <w:rtl/>
        </w:rPr>
        <w:t xml:space="preserve"> که اسلام در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مغولان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/>
          <w:rtl/>
        </w:rPr>
        <w:t xml:space="preserve"> جامعهٔ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نداشت. برعکس، انتخاب نام احمد و تلاش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نزد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شدن به جامعهٔ مسلمان نشان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داد</w:t>
      </w:r>
      <w:r w:rsidRPr="004B129B">
        <w:rPr>
          <w:rFonts w:ascii="Tahoma" w:hAnsi="Tahoma" w:cs="Tahoma"/>
          <w:rtl/>
        </w:rPr>
        <w:t xml:space="preserve"> که تاج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تواند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هم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شه</w:t>
      </w:r>
      <w:r w:rsidRPr="004B129B">
        <w:rPr>
          <w:rFonts w:ascii="Tahoma" w:hAnsi="Tahoma" w:cs="Tahoma"/>
          <w:rtl/>
        </w:rPr>
        <w:t xml:space="preserve"> نسبت به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اکثر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مردم ب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اعتنا</w:t>
      </w:r>
      <w:r w:rsidRPr="004B129B">
        <w:rPr>
          <w:rFonts w:ascii="Tahoma" w:hAnsi="Tahoma" w:cs="Tahoma"/>
          <w:rtl/>
        </w:rPr>
        <w:t xml:space="preserve"> بماند. اما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تجربه همچن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نشان </w:t>
      </w:r>
      <w:r w:rsidRPr="004B129B">
        <w:rPr>
          <w:rFonts w:ascii="Tahoma" w:hAnsi="Tahoma" w:cs="Tahoma" w:hint="eastAsia"/>
          <w:rtl/>
        </w:rPr>
        <w:t>داد</w:t>
      </w:r>
      <w:r w:rsidRPr="004B129B">
        <w:rPr>
          <w:rFonts w:ascii="Tahoma" w:hAnsi="Tahoma" w:cs="Tahoma"/>
          <w:rtl/>
        </w:rPr>
        <w:t xml:space="preserve"> که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اسلام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شدن حکومت،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اعتقاد شخص فرمانروا کاف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ست</w:t>
      </w:r>
      <w:r w:rsidRPr="004B129B">
        <w:rPr>
          <w:rFonts w:ascii="Tahoma" w:hAnsi="Tahoma" w:cs="Tahoma"/>
          <w:rtl/>
        </w:rPr>
        <w:t>. قشون،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و قواعد جانش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با جهت تازه سازگار شوند.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نکاران</w:t>
      </w:r>
      <w:r w:rsidRPr="004B129B">
        <w:rPr>
          <w:rFonts w:ascii="Tahoma" w:hAnsi="Tahoma" w:cs="Tahoma"/>
          <w:rtl/>
        </w:rPr>
        <w:t xml:space="preserve"> مسلمان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توانستند</w:t>
      </w:r>
      <w:r w:rsidRPr="004B129B">
        <w:rPr>
          <w:rFonts w:ascii="Tahoma" w:hAnsi="Tahoma" w:cs="Tahoma"/>
          <w:rtl/>
        </w:rPr>
        <w:t xml:space="preserve"> حکومت احمد را تأ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کنند، اما هنوز دستگاه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نداشتند که فرمانروا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او را در برابر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حفظ کند. جامعهٔ مسلمان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با وجود برتر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عدد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در انتخاب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نقش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سازمان‌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افته</w:t>
      </w:r>
      <w:r w:rsidRPr="004B129B">
        <w:rPr>
          <w:rFonts w:ascii="Tahoma" w:hAnsi="Tahoma" w:cs="Tahoma"/>
          <w:rtl/>
        </w:rPr>
        <w:t xml:space="preserve"> نداشت. مردم فرمان‌بردار حکومت بودند، نه سازندهٔ آن. ازا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ن‌رو،</w:t>
      </w:r>
      <w:r w:rsidRPr="004B129B">
        <w:rPr>
          <w:rFonts w:ascii="Tahoma" w:hAnsi="Tahoma" w:cs="Tahoma"/>
          <w:rtl/>
        </w:rPr>
        <w:t xml:space="preserve"> هنگام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که قشون از احمد رو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گرداند، اسلام آوردنش نتوانست تاج را بر سر او نگاه دارد.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سرنوشت</w:t>
      </w:r>
      <w:r w:rsidRPr="004B129B">
        <w:rPr>
          <w:rFonts w:ascii="Tahoma" w:hAnsi="Tahoma" w:cs="Tahoma"/>
          <w:rtl/>
        </w:rPr>
        <w:t xml:space="preserve"> خاندان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</w:t>
      </w:r>
      <w:r w:rsidRPr="004B129B">
        <w:rPr>
          <w:rFonts w:ascii="Tahoma" w:hAnsi="Tahoma" w:cs="Tahoma"/>
          <w:rtl/>
        </w:rPr>
        <w:t xml:space="preserve"> با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کشمکش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وند</w:t>
      </w:r>
      <w:r w:rsidRPr="004B129B">
        <w:rPr>
          <w:rFonts w:ascii="Tahoma" w:hAnsi="Tahoma" w:cs="Tahoma"/>
          <w:rtl/>
        </w:rPr>
        <w:t xml:space="preserve"> خورد. عطاملک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پس از سال‌ها ادارهٔ بغداد و تحمل اتهام‌ها و فشارها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دربار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در سال </w:t>
      </w:r>
      <w:r w:rsidRPr="004B129B">
        <w:rPr>
          <w:rFonts w:ascii="Tahoma" w:hAnsi="Tahoma" w:cs="Tahoma"/>
          <w:rtl/>
          <w:lang w:bidi="fa-IR"/>
        </w:rPr>
        <w:t>۱۲۸۳</w:t>
      </w:r>
      <w:r w:rsidRPr="004B129B">
        <w:rPr>
          <w:rFonts w:ascii="Tahoma" w:hAnsi="Tahoma" w:cs="Tahoma"/>
          <w:rtl/>
        </w:rPr>
        <w:t xml:space="preserve"> درگذشت. مرگ او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از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حکومت احمد رو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داد و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برجسته‌تر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وانسالاران</w:t>
      </w:r>
      <w:r w:rsidRPr="004B129B">
        <w:rPr>
          <w:rFonts w:ascii="Tahoma" w:hAnsi="Tahoma" w:cs="Tahoma"/>
          <w:rtl/>
        </w:rPr>
        <w:t xml:space="preserve"> و مورخان دوره را از صحنه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رون</w:t>
      </w:r>
      <w:r w:rsidRPr="004B129B">
        <w:rPr>
          <w:rFonts w:ascii="Tahoma" w:hAnsi="Tahoma" w:cs="Tahoma"/>
          <w:rtl/>
        </w:rPr>
        <w:t xml:space="preserve"> برد. برادر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شمس‌الد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صاحب‌د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همچنان از قدرتمندتر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مردان دستگاه حکومت بود، اما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ارغون موقع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او را به خطر انداخت.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ارغون</w:t>
      </w:r>
      <w:r w:rsidRPr="004B129B">
        <w:rPr>
          <w:rFonts w:ascii="Tahoma" w:hAnsi="Tahoma" w:cs="Tahoma"/>
          <w:rtl/>
        </w:rPr>
        <w:t xml:space="preserve"> خاندان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از پشت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بانان</w:t>
      </w:r>
      <w:r w:rsidRPr="004B129B">
        <w:rPr>
          <w:rFonts w:ascii="Tahoma" w:hAnsi="Tahoma" w:cs="Tahoma"/>
          <w:rtl/>
        </w:rPr>
        <w:t xml:space="preserve"> احمد و مانع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 برابر قدرت خود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دانست</w:t>
      </w:r>
      <w:r w:rsidRPr="004B129B">
        <w:rPr>
          <w:rFonts w:ascii="Tahoma" w:hAnsi="Tahoma" w:cs="Tahoma"/>
          <w:rtl/>
        </w:rPr>
        <w:t>. همچن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اتهام‌ها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دربارهٔ اختلاس و حت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مسموم کردن اباقا عل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شمس‌الد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مطرح شد. در دربارها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که حساب‌ها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ده</w:t>
      </w:r>
      <w:r w:rsidRPr="004B129B">
        <w:rPr>
          <w:rFonts w:ascii="Tahoma" w:hAnsi="Tahoma" w:cs="Tahoma"/>
          <w:rtl/>
        </w:rPr>
        <w:t xml:space="preserve"> و ثروت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وانسالاران</w:t>
      </w:r>
      <w:r w:rsidRPr="004B129B">
        <w:rPr>
          <w:rFonts w:ascii="Tahoma" w:hAnsi="Tahoma" w:cs="Tahoma"/>
          <w:rtl/>
        </w:rPr>
        <w:t xml:space="preserve"> بزرگ بود، اتهام فساد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هم واقع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ق</w:t>
      </w:r>
      <w:r w:rsidRPr="004B129B">
        <w:rPr>
          <w:rFonts w:ascii="Tahoma" w:hAnsi="Tahoma" w:cs="Tahoma" w:hint="eastAsia"/>
          <w:rtl/>
        </w:rPr>
        <w:t>ابل</w:t>
      </w:r>
      <w:r w:rsidRPr="004B129B">
        <w:rPr>
          <w:rFonts w:ascii="Tahoma" w:hAnsi="Tahoma" w:cs="Tahoma"/>
          <w:rtl/>
        </w:rPr>
        <w:t xml:space="preserve"> بررس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باشد و هم وس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حذف رق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</w:t>
      </w:r>
      <w:r w:rsidRPr="004B129B">
        <w:rPr>
          <w:rFonts w:ascii="Tahoma" w:hAnsi="Tahoma" w:cs="Tahoma"/>
          <w:rtl/>
        </w:rPr>
        <w:t xml:space="preserve"> و تصرف دارا</w:t>
      </w:r>
      <w:r w:rsidRPr="004B129B">
        <w:rPr>
          <w:rFonts w:ascii="Tahoma" w:hAnsi="Tahoma" w:cs="Tahoma" w:hint="cs"/>
          <w:rtl/>
        </w:rPr>
        <w:t>یی‌</w:t>
      </w:r>
      <w:r w:rsidRPr="004B129B">
        <w:rPr>
          <w:rFonts w:ascii="Tahoma" w:hAnsi="Tahoma" w:cs="Tahoma" w:hint="eastAsia"/>
          <w:rtl/>
        </w:rPr>
        <w:t>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>. تشخ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ص</w:t>
      </w:r>
      <w:r w:rsidRPr="004B129B">
        <w:rPr>
          <w:rFonts w:ascii="Tahoma" w:hAnsi="Tahoma" w:cs="Tahoma"/>
          <w:rtl/>
        </w:rPr>
        <w:t xml:space="preserve"> مرز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دو هم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شه</w:t>
      </w:r>
      <w:r w:rsidRPr="004B129B">
        <w:rPr>
          <w:rFonts w:ascii="Tahoma" w:hAnsi="Tahoma" w:cs="Tahoma"/>
          <w:rtl/>
        </w:rPr>
        <w:t xml:space="preserve"> آسان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ست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شمس‌الد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نتوانست در برابر دشمن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تاج تازه و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رامونش</w:t>
      </w:r>
      <w:r w:rsidRPr="004B129B">
        <w:rPr>
          <w:rFonts w:ascii="Tahoma" w:hAnsi="Tahoma" w:cs="Tahoma"/>
          <w:rtl/>
        </w:rPr>
        <w:t xml:space="preserve"> از خود دفاع کند. ثروت، تجربه و شبکهٔ خانوادگ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او هنگام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سودمند بود که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به کارش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</w:t>
      </w:r>
      <w:r w:rsidRPr="004B129B">
        <w:rPr>
          <w:rFonts w:ascii="Tahoma" w:hAnsi="Tahoma" w:cs="Tahoma"/>
          <w:rtl/>
        </w:rPr>
        <w:t xml:space="preserve"> داشت؛ با از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رفتن حما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تاج، همان ثروت به انگ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زه‌ا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مصادره تبد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شد. او در اکتبر </w:t>
      </w:r>
      <w:r w:rsidRPr="004B129B">
        <w:rPr>
          <w:rFonts w:ascii="Tahoma" w:hAnsi="Tahoma" w:cs="Tahoma"/>
          <w:rtl/>
          <w:lang w:bidi="fa-IR"/>
        </w:rPr>
        <w:t>۱۲۸۴</w:t>
      </w:r>
      <w:r w:rsidRPr="004B129B">
        <w:rPr>
          <w:rFonts w:ascii="Tahoma" w:hAnsi="Tahoma" w:cs="Tahoma"/>
          <w:rtl/>
        </w:rPr>
        <w:t xml:space="preserve"> به فرمان ار</w:t>
      </w:r>
      <w:r w:rsidRPr="004B129B">
        <w:rPr>
          <w:rFonts w:ascii="Tahoma" w:hAnsi="Tahoma" w:cs="Tahoma" w:hint="eastAsia"/>
          <w:rtl/>
        </w:rPr>
        <w:t>غون</w:t>
      </w:r>
      <w:r w:rsidRPr="004B129B">
        <w:rPr>
          <w:rFonts w:ascii="Tahoma" w:hAnsi="Tahoma" w:cs="Tahoma"/>
          <w:rtl/>
        </w:rPr>
        <w:t xml:space="preserve"> کشته شد و دارا</w:t>
      </w:r>
      <w:r w:rsidRPr="004B129B">
        <w:rPr>
          <w:rFonts w:ascii="Tahoma" w:hAnsi="Tahoma" w:cs="Tahoma" w:hint="cs"/>
          <w:rtl/>
        </w:rPr>
        <w:t>یی‌</w:t>
      </w:r>
      <w:r w:rsidRPr="004B129B">
        <w:rPr>
          <w:rFonts w:ascii="Tahoma" w:hAnsi="Tahoma" w:cs="Tahoma" w:hint="eastAsia"/>
          <w:rtl/>
        </w:rPr>
        <w:t>ها</w:t>
      </w:r>
      <w:r w:rsidRPr="004B129B">
        <w:rPr>
          <w:rFonts w:ascii="Tahoma" w:hAnsi="Tahoma" w:cs="Tahoma"/>
          <w:rtl/>
        </w:rPr>
        <w:t xml:space="preserve"> و نفوذ خاندان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هدف حمله قرار گرفت.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برآمدن</w:t>
      </w:r>
      <w:r w:rsidRPr="004B129B">
        <w:rPr>
          <w:rFonts w:ascii="Tahoma" w:hAnsi="Tahoma" w:cs="Tahoma"/>
          <w:rtl/>
        </w:rPr>
        <w:t xml:space="preserve"> و سقوط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موقع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متناقض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را آشکار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</w:t>
      </w:r>
      <w:r w:rsidRPr="004B129B">
        <w:rPr>
          <w:rFonts w:ascii="Tahoma" w:hAnsi="Tahoma" w:cs="Tahoma"/>
          <w:rtl/>
        </w:rPr>
        <w:t>.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ادارهٔ بخش بزرگ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کشور را در دست 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رد،</w:t>
      </w:r>
      <w:r w:rsidRPr="004B129B">
        <w:rPr>
          <w:rFonts w:ascii="Tahoma" w:hAnsi="Tahoma" w:cs="Tahoma"/>
          <w:rtl/>
        </w:rPr>
        <w:t xml:space="preserve"> شهرها را بازساز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کند، دانشمندان را حما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کند و بر تصم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م‌ها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تاج اثر بگذارد؛ اما قدرتش در نها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از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آمد</w:t>
      </w:r>
      <w:r w:rsidRPr="004B129B">
        <w:rPr>
          <w:rFonts w:ascii="Tahoma" w:hAnsi="Tahoma" w:cs="Tahoma"/>
          <w:rtl/>
        </w:rPr>
        <w:t>. او نه قشون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آن خود </w:t>
      </w:r>
      <w:r w:rsidRPr="004B129B">
        <w:rPr>
          <w:rFonts w:ascii="Tahoma" w:hAnsi="Tahoma" w:cs="Tahoma" w:hint="eastAsia"/>
          <w:rtl/>
        </w:rPr>
        <w:t>داشت</w:t>
      </w:r>
      <w:r w:rsidRPr="004B129B">
        <w:rPr>
          <w:rFonts w:ascii="Tahoma" w:hAnsi="Tahoma" w:cs="Tahoma"/>
          <w:rtl/>
        </w:rPr>
        <w:t xml:space="preserve"> و نه قانون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مستقل از ارادهٔ فرمانروا از جان و مالش پاسدار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</w:t>
      </w:r>
      <w:r w:rsidRPr="004B129B">
        <w:rPr>
          <w:rFonts w:ascii="Tahoma" w:hAnsi="Tahoma" w:cs="Tahoma"/>
          <w:rtl/>
        </w:rPr>
        <w:t>.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تاج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همهٔ خدمات و امت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گذشته را ب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اعتبار</w:t>
      </w:r>
      <w:r w:rsidRPr="004B129B">
        <w:rPr>
          <w:rFonts w:ascii="Tahoma" w:hAnsi="Tahoma" w:cs="Tahoma"/>
          <w:rtl/>
        </w:rPr>
        <w:t xml:space="preserve"> کند.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با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روز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ارغون، جهت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حکومت بار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تغ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کرد. تاج از دست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مسلمان به شاهزاده‌ا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که به سنت‌ها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مغول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آ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بودا</w:t>
      </w:r>
      <w:r w:rsidRPr="004B129B">
        <w:rPr>
          <w:rFonts w:ascii="Tahoma" w:hAnsi="Tahoma" w:cs="Tahoma" w:hint="cs"/>
          <w:rtl/>
        </w:rPr>
        <w:t>یی</w:t>
      </w:r>
      <w:r w:rsidRPr="004B129B">
        <w:rPr>
          <w:rFonts w:ascii="Tahoma" w:hAnsi="Tahoma" w:cs="Tahoma"/>
          <w:rtl/>
        </w:rPr>
        <w:t xml:space="preserve"> نزد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ک‌تر</w:t>
      </w:r>
      <w:r w:rsidRPr="004B129B">
        <w:rPr>
          <w:rFonts w:ascii="Tahoma" w:hAnsi="Tahoma" w:cs="Tahoma"/>
          <w:rtl/>
        </w:rPr>
        <w:t xml:space="preserve"> بود. تماس با حکومت‌ها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ح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اتحاد عل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مملوکان دوباره اهم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ت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</w:t>
      </w:r>
      <w:r w:rsidRPr="004B129B">
        <w:rPr>
          <w:rFonts w:ascii="Tahoma" w:hAnsi="Tahoma" w:cs="Tahoma"/>
          <w:rtl/>
        </w:rPr>
        <w:t xml:space="preserve"> و نفوذ برخ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گروه‌ها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غ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رمسلمان</w:t>
      </w:r>
      <w:r w:rsidRPr="004B129B">
        <w:rPr>
          <w:rFonts w:ascii="Tahoma" w:hAnsi="Tahoma" w:cs="Tahoma"/>
          <w:rtl/>
        </w:rPr>
        <w:t xml:space="preserve"> در دربار افزا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ش</w:t>
      </w:r>
      <w:r w:rsidRPr="004B129B">
        <w:rPr>
          <w:rFonts w:ascii="Tahoma" w:hAnsi="Tahoma" w:cs="Tahoma"/>
          <w:rtl/>
        </w:rPr>
        <w:t xml:space="preserve">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</w:t>
      </w:r>
      <w:r w:rsidRPr="004B129B">
        <w:rPr>
          <w:rFonts w:ascii="Tahoma" w:hAnsi="Tahoma" w:cs="Tahoma"/>
          <w:rtl/>
        </w:rPr>
        <w:t xml:space="preserve"> کرد. اما بازگشت به روش اباقا نم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توانست</w:t>
      </w:r>
      <w:r w:rsidRPr="004B129B">
        <w:rPr>
          <w:rFonts w:ascii="Tahoma" w:hAnsi="Tahoma" w:cs="Tahoma"/>
          <w:rtl/>
        </w:rPr>
        <w:t xml:space="preserve"> مسئله‌ا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که حکومت احمد آشکار کرده بود از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ببرد: تاج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 سرزم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مسلمان استقرار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افته</w:t>
      </w:r>
      <w:r w:rsidRPr="004B129B">
        <w:rPr>
          <w:rFonts w:ascii="Tahoma" w:hAnsi="Tahoma" w:cs="Tahoma"/>
          <w:rtl/>
        </w:rPr>
        <w:t xml:space="preserve"> و ناچار بود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/>
          <w:rtl/>
        </w:rPr>
        <w:t xml:space="preserve"> زود رابطه‌ا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دار</w:t>
      </w:r>
      <w:r w:rsidRPr="004B129B">
        <w:rPr>
          <w:rFonts w:ascii="Tahoma" w:hAnsi="Tahoma" w:cs="Tahoma"/>
          <w:rtl/>
        </w:rPr>
        <w:t xml:space="preserve"> با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مردم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</w:t>
      </w:r>
      <w:r w:rsidRPr="004B129B">
        <w:rPr>
          <w:rFonts w:ascii="Tahoma" w:hAnsi="Tahoma" w:cs="Tahoma"/>
          <w:rtl/>
        </w:rPr>
        <w:t xml:space="preserve"> کند.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ارغون</w:t>
      </w:r>
      <w:r w:rsidRPr="004B129B">
        <w:rPr>
          <w:rFonts w:ascii="Tahoma" w:hAnsi="Tahoma" w:cs="Tahoma"/>
          <w:rtl/>
        </w:rPr>
        <w:t xml:space="preserve"> در کوتاه‌مدت با تک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</w:t>
      </w:r>
      <w:r w:rsidRPr="004B129B">
        <w:rPr>
          <w:rFonts w:ascii="Tahoma" w:hAnsi="Tahoma" w:cs="Tahoma"/>
          <w:rtl/>
        </w:rPr>
        <w:t xml:space="preserve"> بر ام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و حذف جو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قدرت خود را استوار کرد؛ 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ان</w:t>
      </w:r>
      <w:r w:rsidRPr="004B129B">
        <w:rPr>
          <w:rFonts w:ascii="Tahoma" w:hAnsi="Tahoma" w:cs="Tahoma"/>
          <w:rtl/>
        </w:rPr>
        <w:t xml:space="preserve"> بردن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وانسالاران</w:t>
      </w:r>
      <w:r w:rsidRPr="004B129B">
        <w:rPr>
          <w:rFonts w:ascii="Tahoma" w:hAnsi="Tahoma" w:cs="Tahoma"/>
          <w:rtl/>
        </w:rPr>
        <w:t xml:space="preserve"> باتجربه،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</w:t>
      </w:r>
      <w:r w:rsidRPr="004B129B">
        <w:rPr>
          <w:rFonts w:ascii="Tahoma" w:hAnsi="Tahoma" w:cs="Tahoma"/>
          <w:rtl/>
        </w:rPr>
        <w:t xml:space="preserve"> حکومت به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را از 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نبرد. خزانه همچنان با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مال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ات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گرفت،</w:t>
      </w:r>
      <w:r w:rsidRPr="004B129B">
        <w:rPr>
          <w:rFonts w:ascii="Tahoma" w:hAnsi="Tahoma" w:cs="Tahoma"/>
          <w:rtl/>
        </w:rPr>
        <w:t xml:space="preserve"> جنگ‌ها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مرز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</w:t>
      </w:r>
      <w:r w:rsidRPr="004B129B">
        <w:rPr>
          <w:rFonts w:ascii="Tahoma" w:hAnsi="Tahoma" w:cs="Tahoma"/>
          <w:rtl/>
        </w:rPr>
        <w:t xml:space="preserve"> تأم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شدند</w:t>
      </w:r>
      <w:r w:rsidRPr="004B129B">
        <w:rPr>
          <w:rFonts w:ascii="Tahoma" w:hAnsi="Tahoma" w:cs="Tahoma"/>
          <w:rtl/>
        </w:rPr>
        <w:t xml:space="preserve"> و جامعهٔ آس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ب‌د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ده</w:t>
      </w:r>
      <w:r w:rsidRPr="004B129B">
        <w:rPr>
          <w:rFonts w:ascii="Tahoma" w:hAnsi="Tahoma" w:cs="Tahoma"/>
          <w:rtl/>
        </w:rPr>
        <w:t xml:space="preserve">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از</w:t>
      </w:r>
      <w:r w:rsidRPr="004B129B">
        <w:rPr>
          <w:rFonts w:ascii="Tahoma" w:hAnsi="Tahoma" w:cs="Tahoma"/>
          <w:rtl/>
        </w:rPr>
        <w:t xml:space="preserve"> به اداره داشت. ج</w:t>
      </w:r>
      <w:r w:rsidRPr="004B129B">
        <w:rPr>
          <w:rFonts w:ascii="Tahoma" w:hAnsi="Tahoma" w:cs="Tahoma" w:hint="eastAsia"/>
          <w:rtl/>
        </w:rPr>
        <w:t>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خال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/>
          <w:rtl/>
        </w:rPr>
        <w:t xml:space="preserve"> خاندان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ناچار افراد و گروه‌ها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پر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کردند</w:t>
      </w:r>
      <w:r w:rsidRPr="004B129B">
        <w:rPr>
          <w:rFonts w:ascii="Tahoma" w:hAnsi="Tahoma" w:cs="Tahoma"/>
          <w:rtl/>
        </w:rPr>
        <w:t>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در</w:t>
      </w:r>
      <w:r w:rsidRPr="004B129B">
        <w:rPr>
          <w:rFonts w:ascii="Tahoma" w:hAnsi="Tahoma" w:cs="Tahoma"/>
          <w:rtl/>
        </w:rPr>
        <w:t xml:space="preserve"> دورهٔ ارغون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بار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از برجسته‌تر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افراد، سعدالدوله، پزشک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هود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بود که به مرکز دستگاه مال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و ادار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راه 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افت</w:t>
      </w:r>
      <w:r w:rsidRPr="004B129B">
        <w:rPr>
          <w:rFonts w:ascii="Tahoma" w:hAnsi="Tahoma" w:cs="Tahoma"/>
          <w:rtl/>
        </w:rPr>
        <w:t>. برآمدن او نشان داد که تاج مغول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برا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ادارهٔ کشور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تواند</w:t>
      </w:r>
      <w:r w:rsidRPr="004B129B">
        <w:rPr>
          <w:rFonts w:ascii="Tahoma" w:hAnsi="Tahoma" w:cs="Tahoma"/>
          <w:rtl/>
        </w:rPr>
        <w:t xml:space="preserve"> از افراد مذاهب مختلف استفاده کند؛ اما همچن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نشان داد که رقابت مذهب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،</w:t>
      </w:r>
      <w:r w:rsidRPr="004B129B">
        <w:rPr>
          <w:rFonts w:ascii="Tahoma" w:hAnsi="Tahoma" w:cs="Tahoma"/>
          <w:rtl/>
        </w:rPr>
        <w:t xml:space="preserve"> حسادت ا</w:t>
      </w:r>
      <w:r w:rsidRPr="004B129B">
        <w:rPr>
          <w:rFonts w:ascii="Tahoma" w:hAnsi="Tahoma" w:cs="Tahoma" w:hint="eastAsia"/>
          <w:rtl/>
        </w:rPr>
        <w:t>م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ران</w:t>
      </w:r>
      <w:r w:rsidRPr="004B129B">
        <w:rPr>
          <w:rFonts w:ascii="Tahoma" w:hAnsi="Tahoma" w:cs="Tahoma"/>
          <w:rtl/>
        </w:rPr>
        <w:t xml:space="preserve"> و بحران مال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چگونه ممکن است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وانسالار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بار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به قربان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دربار تبد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</w:t>
      </w:r>
      <w:r w:rsidRPr="004B129B">
        <w:rPr>
          <w:rFonts w:ascii="Tahoma" w:hAnsi="Tahoma" w:cs="Tahoma"/>
          <w:rtl/>
        </w:rPr>
        <w:t xml:space="preserve"> کند.</w:t>
      </w:r>
    </w:p>
    <w:p w:rsidR="004B129B" w:rsidRPr="004B129B" w:rsidRDefault="004B129B" w:rsidP="004B129B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B129B">
        <w:rPr>
          <w:rFonts w:ascii="Tahoma" w:hAnsi="Tahoma" w:cs="Tahoma" w:hint="eastAsia"/>
          <w:rtl/>
        </w:rPr>
        <w:t>بد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ن‌سان،</w:t>
      </w:r>
      <w:r w:rsidRPr="004B129B">
        <w:rPr>
          <w:rFonts w:ascii="Tahoma" w:hAnsi="Tahoma" w:cs="Tahoma"/>
          <w:rtl/>
        </w:rPr>
        <w:t xml:space="preserve"> دورهٔ کوتاه احمد تکودار مسئله‌ا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را گشود که با مرگ او بسته نشد. پرسش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گر</w:t>
      </w:r>
      <w:r w:rsidRPr="004B129B">
        <w:rPr>
          <w:rFonts w:ascii="Tahoma" w:hAnsi="Tahoma" w:cs="Tahoma"/>
          <w:rtl/>
        </w:rPr>
        <w:t xml:space="preserve"> فقط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نبود که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لخان</w:t>
      </w:r>
      <w:r w:rsidRPr="004B129B">
        <w:rPr>
          <w:rFonts w:ascii="Tahoma" w:hAnsi="Tahoma" w:cs="Tahoma"/>
          <w:rtl/>
        </w:rPr>
        <w:t xml:space="preserve"> به کدام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تعلق دارد؛ پرسش آن بود که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تاج چه نسبت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با قشون، د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وان</w:t>
      </w:r>
      <w:r w:rsidRPr="004B129B">
        <w:rPr>
          <w:rFonts w:ascii="Tahoma" w:hAnsi="Tahoma" w:cs="Tahoma"/>
          <w:rtl/>
        </w:rPr>
        <w:t xml:space="preserve"> و جامعه پ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کند</w:t>
      </w:r>
      <w:r w:rsidRPr="004B129B">
        <w:rPr>
          <w:rFonts w:ascii="Tahoma" w:hAnsi="Tahoma" w:cs="Tahoma"/>
          <w:rtl/>
        </w:rPr>
        <w:t>. پاسخ پا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دار</w:t>
      </w:r>
      <w:r w:rsidRPr="004B129B">
        <w:rPr>
          <w:rFonts w:ascii="Tahoma" w:hAnsi="Tahoma" w:cs="Tahoma"/>
          <w:rtl/>
        </w:rPr>
        <w:t xml:space="preserve"> به 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</w:t>
      </w:r>
      <w:r w:rsidRPr="004B129B">
        <w:rPr>
          <w:rFonts w:ascii="Tahoma" w:hAnsi="Tahoma" w:cs="Tahoma"/>
          <w:rtl/>
        </w:rPr>
        <w:t xml:space="preserve"> پرسش تا دورهٔ غازان‌خان به دست ن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امد،</w:t>
      </w:r>
      <w:r w:rsidRPr="004B129B">
        <w:rPr>
          <w:rFonts w:ascii="Tahoma" w:hAnsi="Tahoma" w:cs="Tahoma"/>
          <w:rtl/>
        </w:rPr>
        <w:t xml:space="preserve"> ا</w:t>
      </w:r>
      <w:r w:rsidRPr="004B129B">
        <w:rPr>
          <w:rFonts w:ascii="Tahoma" w:hAnsi="Tahoma" w:cs="Tahoma" w:hint="eastAsia"/>
          <w:rtl/>
        </w:rPr>
        <w:t>ما</w:t>
      </w:r>
      <w:r w:rsidRPr="004B129B">
        <w:rPr>
          <w:rFonts w:ascii="Tahoma" w:hAnsi="Tahoma" w:cs="Tahoma"/>
          <w:rtl/>
        </w:rPr>
        <w:t xml:space="preserve"> راه رس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دن</w:t>
      </w:r>
      <w:r w:rsidRPr="004B129B">
        <w:rPr>
          <w:rFonts w:ascii="Tahoma" w:hAnsi="Tahoma" w:cs="Tahoma"/>
          <w:rtl/>
        </w:rPr>
        <w:t xml:space="preserve"> به آن از بحران‌ها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/>
          <w:rtl/>
        </w:rPr>
        <w:t xml:space="preserve"> حکومت ارغون و جانش</w:t>
      </w:r>
      <w:r w:rsidRPr="004B129B">
        <w:rPr>
          <w:rFonts w:ascii="Tahoma" w:hAnsi="Tahoma" w:cs="Tahoma" w:hint="cs"/>
          <w:rtl/>
        </w:rPr>
        <w:t>ی</w:t>
      </w:r>
      <w:r w:rsidRPr="004B129B">
        <w:rPr>
          <w:rFonts w:ascii="Tahoma" w:hAnsi="Tahoma" w:cs="Tahoma" w:hint="eastAsia"/>
          <w:rtl/>
        </w:rPr>
        <w:t>نانش</w:t>
      </w:r>
      <w:r w:rsidRPr="004B129B">
        <w:rPr>
          <w:rFonts w:ascii="Tahoma" w:hAnsi="Tahoma" w:cs="Tahoma"/>
          <w:rtl/>
        </w:rPr>
        <w:t xml:space="preserve"> م</w:t>
      </w:r>
      <w:r w:rsidRPr="004B129B">
        <w:rPr>
          <w:rFonts w:ascii="Tahoma" w:hAnsi="Tahoma" w:cs="Tahoma" w:hint="cs"/>
          <w:rtl/>
        </w:rPr>
        <w:t>ی‌</w:t>
      </w:r>
      <w:r w:rsidRPr="004B129B">
        <w:rPr>
          <w:rFonts w:ascii="Tahoma" w:hAnsi="Tahoma" w:cs="Tahoma" w:hint="eastAsia"/>
          <w:rtl/>
        </w:rPr>
        <w:t>گذشت</w:t>
      </w:r>
      <w:r w:rsidRPr="004B129B">
        <w:rPr>
          <w:rFonts w:ascii="Tahoma" w:hAnsi="Tahoma" w:cs="Tahoma"/>
          <w:rtl/>
        </w:rPr>
        <w:t>.</w:t>
      </w:r>
    </w:p>
    <w:p w:rsidR="00E662AA" w:rsidRPr="005063DF" w:rsidRDefault="005063DF" w:rsidP="005063DF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0" w:name="Vol1Chapter06"/>
      <w:bookmarkEnd w:id="10"/>
      <w:r w:rsidRPr="005063DF">
        <w:rPr>
          <w:rFonts w:asciiTheme="majorBidi" w:hAnsiTheme="majorBidi" w:cstheme="majorBidi"/>
          <w:b/>
          <w:bCs/>
          <w:sz w:val="36"/>
          <w:szCs w:val="36"/>
          <w:rtl/>
        </w:rPr>
        <w:t>فصل ششم</w:t>
      </w:r>
    </w:p>
    <w:p w:rsidR="005063DF" w:rsidRPr="005063DF" w:rsidRDefault="005063DF" w:rsidP="005063DF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063DF">
        <w:rPr>
          <w:rFonts w:asciiTheme="majorBidi" w:hAnsiTheme="majorBidi" w:cstheme="majorBidi"/>
          <w:b/>
          <w:bCs/>
          <w:sz w:val="36"/>
          <w:szCs w:val="36"/>
          <w:rtl/>
        </w:rPr>
        <w:t>دیوان در بحران؛ از سعدالدوله تا پول کاغذی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ارغون</w:t>
      </w:r>
      <w:r w:rsidRPr="005063DF">
        <w:rPr>
          <w:rFonts w:ascii="Tahoma" w:hAnsi="Tahoma" w:cs="Tahoma"/>
          <w:rtl/>
        </w:rPr>
        <w:t xml:space="preserve"> تاج را با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مغول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دست آورد که احمد تکودار را رها کرده و به سو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او آمده بودند. بنابرا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ن،</w:t>
      </w:r>
      <w:r w:rsidRPr="005063DF">
        <w:rPr>
          <w:rFonts w:ascii="Tahoma" w:hAnsi="Tahoma" w:cs="Tahoma"/>
          <w:rtl/>
        </w:rPr>
        <w:t xml:space="preserve"> از همان آغاز فرمانروا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ناچار بود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پاداش دادن به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جلوگ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آنان بر تاج تعادل برقرار کند.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را بر تخت نشانده بود</w:t>
      </w:r>
      <w:r w:rsidRPr="005063DF">
        <w:rPr>
          <w:rFonts w:ascii="Tahoma" w:hAnsi="Tahoma" w:cs="Tahoma" w:hint="eastAsia"/>
          <w:rtl/>
        </w:rPr>
        <w:t>ند،</w:t>
      </w:r>
      <w:r w:rsidRPr="005063DF">
        <w:rPr>
          <w:rFonts w:ascii="Tahoma" w:hAnsi="Tahoma" w:cs="Tahoma"/>
          <w:rtl/>
        </w:rPr>
        <w:t xml:space="preserve"> انتظار داشتند در قشون،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الت‌ها</w:t>
      </w:r>
      <w:r w:rsidRPr="005063DF">
        <w:rPr>
          <w:rFonts w:ascii="Tahoma" w:hAnsi="Tahoma" w:cs="Tahoma"/>
          <w:rtl/>
        </w:rPr>
        <w:t xml:space="preserve"> و درآمدها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سهم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بزرگ داشته باشند.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بوقا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از همه حق خود را بر تاج تازه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دانست</w:t>
      </w:r>
      <w:r w:rsidRPr="005063DF">
        <w:rPr>
          <w:rFonts w:ascii="Tahoma" w:hAnsi="Tahoma" w:cs="Tahoma"/>
          <w:rtl/>
        </w:rPr>
        <w:t>. او ارغون را از اسارت آزاد کرده، 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ناق</w:t>
      </w:r>
      <w:r w:rsidRPr="005063DF">
        <w:rPr>
          <w:rFonts w:ascii="Tahoma" w:hAnsi="Tahoma" w:cs="Tahoma"/>
          <w:rtl/>
        </w:rPr>
        <w:t xml:space="preserve"> را کشته و زم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نهٔ</w:t>
      </w:r>
      <w:r w:rsidRPr="005063DF">
        <w:rPr>
          <w:rFonts w:ascii="Tahoma" w:hAnsi="Tahoma" w:cs="Tahoma"/>
          <w:rtl/>
        </w:rPr>
        <w:t xml:space="preserve"> شکست احمد را فراهم آورده بود. بدون اقدام او ممکن بود ارغون هرگز به فرمانروا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نرسد. ارغون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در آغاز ناچار شد خدماتش را پاداش دهد و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گسترده‌ا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حکومت به او بسپارد.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بوقا</w:t>
      </w:r>
      <w:r w:rsidRPr="005063DF">
        <w:rPr>
          <w:rFonts w:ascii="Tahoma" w:hAnsi="Tahoma" w:cs="Tahoma"/>
          <w:rtl/>
        </w:rPr>
        <w:t xml:space="preserve"> هم مقام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رالامرا</w:t>
      </w:r>
      <w:r w:rsidRPr="005063DF">
        <w:rPr>
          <w:rFonts w:ascii="Tahoma" w:hAnsi="Tahoma" w:cs="Tahoma"/>
          <w:rtl/>
        </w:rPr>
        <w:t xml:space="preserve"> و هم نفوذ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بزرگ در امور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دست آورد. جمع شدن قدرت قشون و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در دست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فرمان‌ها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را سر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ع‌تر</w:t>
      </w:r>
      <w:r w:rsidRPr="005063DF">
        <w:rPr>
          <w:rFonts w:ascii="Tahoma" w:hAnsi="Tahoma" w:cs="Tahoma"/>
          <w:rtl/>
        </w:rPr>
        <w:t xml:space="preserve"> اجرا کند، اما تعادل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تاج، شمش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و قلم را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برد</w:t>
      </w:r>
      <w:r w:rsidRPr="005063DF">
        <w:rPr>
          <w:rFonts w:ascii="Tahoma" w:hAnsi="Tahoma" w:cs="Tahoma"/>
          <w:rtl/>
        </w:rPr>
        <w:t>.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فرماندهان نظام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او اطاعت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کردند</w:t>
      </w:r>
      <w:r w:rsidRPr="005063DF">
        <w:rPr>
          <w:rFonts w:ascii="Tahoma" w:hAnsi="Tahoma" w:cs="Tahoma"/>
          <w:rtl/>
        </w:rPr>
        <w:t xml:space="preserve"> و بر درآمدها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نظارت داشت، ممکن بود از خود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رومندتر</w:t>
      </w:r>
      <w:r w:rsidRPr="005063DF">
        <w:rPr>
          <w:rFonts w:ascii="Tahoma" w:hAnsi="Tahoma" w:cs="Tahoma"/>
          <w:rtl/>
        </w:rPr>
        <w:t xml:space="preserve"> شود.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نخست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تناقض حکومت ارغون بود. او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 احمد به بوقا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داشت، اما پس از نشستن بر تخت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از وابستگ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به او رها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 هرچه اقتدار بوقا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ی‌ی</w:t>
      </w:r>
      <w:r w:rsidRPr="005063DF">
        <w:rPr>
          <w:rFonts w:ascii="Tahoma" w:hAnsi="Tahoma" w:cs="Tahoma" w:hint="eastAsia"/>
          <w:rtl/>
        </w:rPr>
        <w:t>افت،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وانسالاران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به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ناچار بودند از او بگذرند. تاج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به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به دست آمده بود، به‌تدر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ج</w:t>
      </w:r>
      <w:r w:rsidRPr="005063DF">
        <w:rPr>
          <w:rFonts w:ascii="Tahoma" w:hAnsi="Tahoma" w:cs="Tahoma"/>
          <w:rtl/>
        </w:rPr>
        <w:t xml:space="preserve"> در سا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هٔ</w:t>
      </w:r>
      <w:r w:rsidRPr="005063DF">
        <w:rPr>
          <w:rFonts w:ascii="Tahoma" w:hAnsi="Tahoma" w:cs="Tahoma"/>
          <w:rtl/>
        </w:rPr>
        <w:t xml:space="preserve"> همان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قرار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گرفت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سو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گر،</w:t>
      </w:r>
      <w:r w:rsidRPr="005063DF">
        <w:rPr>
          <w:rFonts w:ascii="Tahoma" w:hAnsi="Tahoma" w:cs="Tahoma"/>
          <w:rtl/>
        </w:rPr>
        <w:t xml:space="preserve"> حذف خاندان 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خلأ بزرگ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به وجود آورده بود. شمس‌الد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سال‌ها بر امور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نظارت کرده و شبکه‌ا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مأموران و وابستگان ساخته بود. با کشته شدن او و تعق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</w:t>
      </w:r>
      <w:r w:rsidRPr="005063DF">
        <w:rPr>
          <w:rFonts w:ascii="Tahoma" w:hAnsi="Tahoma" w:cs="Tahoma"/>
          <w:rtl/>
        </w:rPr>
        <w:t xml:space="preserve"> افراد خاندانش، بخش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تجربه و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وستگ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رفت. رق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/>
          <w:rtl/>
        </w:rPr>
        <w:t xml:space="preserve"> توانستند دارا</w:t>
      </w:r>
      <w:r w:rsidRPr="005063DF">
        <w:rPr>
          <w:rFonts w:ascii="Tahoma" w:hAnsi="Tahoma" w:cs="Tahoma" w:hint="cs"/>
          <w:rtl/>
        </w:rPr>
        <w:t>یی‌</w:t>
      </w:r>
      <w:r w:rsidRPr="005063DF">
        <w:rPr>
          <w:rFonts w:ascii="Tahoma" w:hAnsi="Tahoma" w:cs="Tahoma" w:hint="eastAsia"/>
          <w:rtl/>
        </w:rPr>
        <w:t>ها</w:t>
      </w:r>
      <w:r w:rsidRPr="005063DF">
        <w:rPr>
          <w:rFonts w:ascii="Tahoma" w:hAnsi="Tahoma" w:cs="Tahoma"/>
          <w:rtl/>
        </w:rPr>
        <w:t xml:space="preserve"> و منصب‌ها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را تصاحب کنند، اما تصاحب مقام به معنا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برخوردار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دانش و تجربهٔ صاحب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آن نبود.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</w:t>
      </w:r>
      <w:r w:rsidRPr="005063DF">
        <w:rPr>
          <w:rFonts w:ascii="Tahoma" w:hAnsi="Tahoma" w:cs="Tahoma"/>
          <w:rtl/>
        </w:rPr>
        <w:t xml:space="preserve"> همان حال، مصادرهٔ اموال 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مبلغ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ک‌باره</w:t>
      </w:r>
      <w:r w:rsidRPr="005063DF">
        <w:rPr>
          <w:rFonts w:ascii="Tahoma" w:hAnsi="Tahoma" w:cs="Tahoma"/>
          <w:rtl/>
        </w:rPr>
        <w:t xml:space="preserve">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تاج و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قرار داد.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وه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جذاب بود. هر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وانسالار</w:t>
      </w:r>
      <w:r w:rsidRPr="005063DF">
        <w:rPr>
          <w:rFonts w:ascii="Tahoma" w:hAnsi="Tahoma" w:cs="Tahoma"/>
          <w:rtl/>
        </w:rPr>
        <w:t xml:space="preserve"> ثروتمند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به اختلاس متهم شود، کشته گردد و دارا</w:t>
      </w:r>
      <w:r w:rsidRPr="005063DF">
        <w:rPr>
          <w:rFonts w:ascii="Tahoma" w:hAnsi="Tahoma" w:cs="Tahoma" w:hint="cs"/>
          <w:rtl/>
        </w:rPr>
        <w:t>یی‌</w:t>
      </w:r>
      <w:r w:rsidRPr="005063DF">
        <w:rPr>
          <w:rFonts w:ascii="Tahoma" w:hAnsi="Tahoma" w:cs="Tahoma" w:hint="eastAsia"/>
          <w:rtl/>
        </w:rPr>
        <w:t>اش</w:t>
      </w:r>
      <w:r w:rsidRPr="005063DF">
        <w:rPr>
          <w:rFonts w:ascii="Tahoma" w:hAnsi="Tahoma" w:cs="Tahoma"/>
          <w:rtl/>
        </w:rPr>
        <w:t xml:space="preserve"> به خزانه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منتقل شود. اما حکومت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درآمدش را از مصادرهٔ </w:t>
      </w:r>
      <w:r w:rsidRPr="005063DF">
        <w:rPr>
          <w:rFonts w:ascii="Tahoma" w:hAnsi="Tahoma" w:cs="Tahoma" w:hint="eastAsia"/>
          <w:rtl/>
        </w:rPr>
        <w:t>ثروت</w:t>
      </w:r>
      <w:r w:rsidRPr="005063DF">
        <w:rPr>
          <w:rFonts w:ascii="Tahoma" w:hAnsi="Tahoma" w:cs="Tahoma"/>
          <w:rtl/>
        </w:rPr>
        <w:t xml:space="preserve"> کارگزاران تأم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کند، به‌جا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ساختن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مطمئن، همه را به پنهان‌کار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بهره‌بردار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ع</w:t>
      </w:r>
      <w:r w:rsidRPr="005063DF">
        <w:rPr>
          <w:rFonts w:ascii="Tahoma" w:hAnsi="Tahoma" w:cs="Tahoma"/>
          <w:rtl/>
        </w:rPr>
        <w:t xml:space="preserve"> از مقام وام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دارد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کارگزار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دانست</w:t>
      </w:r>
      <w:r w:rsidRPr="005063DF">
        <w:rPr>
          <w:rFonts w:ascii="Tahoma" w:hAnsi="Tahoma" w:cs="Tahoma"/>
          <w:rtl/>
        </w:rPr>
        <w:t xml:space="preserve"> که منصبش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ست</w:t>
      </w:r>
      <w:r w:rsidRPr="005063DF">
        <w:rPr>
          <w:rFonts w:ascii="Tahoma" w:hAnsi="Tahoma" w:cs="Tahoma"/>
          <w:rtl/>
        </w:rPr>
        <w:t xml:space="preserve"> و ممکن است با مرگ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نظر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همهٔ اموالش را از دست بدهد. بنابرا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ن،</w:t>
      </w:r>
      <w:r w:rsidRPr="005063DF">
        <w:rPr>
          <w:rFonts w:ascii="Tahoma" w:hAnsi="Tahoma" w:cs="Tahoma"/>
          <w:rtl/>
        </w:rPr>
        <w:t xml:space="preserve"> انگ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زه</w:t>
      </w:r>
      <w:r w:rsidRPr="005063DF">
        <w:rPr>
          <w:rFonts w:ascii="Tahoma" w:hAnsi="Tahoma" w:cs="Tahoma"/>
          <w:rtl/>
        </w:rPr>
        <w:t xml:space="preserve"> داشت تا هنگام برخوردار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قدرت،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ثروت را گرد آورد و آن را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خاندان و وابستگان خود قرار دهد.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رفتار سپس به‌عنوان دل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فساد او به کار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رفت</w:t>
      </w:r>
      <w:r w:rsidRPr="005063DF">
        <w:rPr>
          <w:rFonts w:ascii="Tahoma" w:hAnsi="Tahoma" w:cs="Tahoma"/>
          <w:rtl/>
        </w:rPr>
        <w:t xml:space="preserve"> و دور تازه‌ا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مصادره و انتقام را آغاز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ارغون</w:t>
      </w:r>
      <w:r w:rsidRPr="005063DF">
        <w:rPr>
          <w:rFonts w:ascii="Tahoma" w:hAnsi="Tahoma" w:cs="Tahoma"/>
          <w:rtl/>
        </w:rPr>
        <w:t xml:space="preserve"> پس از استقرار بر تخت،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بوقا را محدود کند.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از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قدرت او ناراض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بودند به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نزد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شدند و از سوءاستفاده‌ها و جاه‌طلب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سخن گفتند. بوقا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 xml:space="preserve"> که ارغون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خواهد</w:t>
      </w:r>
      <w:r w:rsidRPr="005063DF">
        <w:rPr>
          <w:rFonts w:ascii="Tahoma" w:hAnsi="Tahoma" w:cs="Tahoma"/>
          <w:rtl/>
        </w:rPr>
        <w:t xml:space="preserve"> فرمانروا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مد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ون</w:t>
      </w:r>
      <w:r w:rsidRPr="005063DF">
        <w:rPr>
          <w:rFonts w:ascii="Tahoma" w:hAnsi="Tahoma" w:cs="Tahoma"/>
          <w:rtl/>
        </w:rPr>
        <w:t xml:space="preserve"> و وابسته باق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بماند. رابطه‌ا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بر پ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هٔ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مشترک در هنگام شورش ساخته شده بود، پس از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جا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را به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اعتماد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بوقا</w:t>
      </w:r>
      <w:r w:rsidRPr="005063DF">
        <w:rPr>
          <w:rFonts w:ascii="Tahoma" w:hAnsi="Tahoma" w:cs="Tahoma"/>
          <w:rtl/>
        </w:rPr>
        <w:t xml:space="preserve">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حفظ موقع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خود حما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شاهزادگان و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را جلب کند و احتمالاً در اند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شهٔ</w:t>
      </w:r>
      <w:r w:rsidRPr="005063DF">
        <w:rPr>
          <w:rFonts w:ascii="Tahoma" w:hAnsi="Tahoma" w:cs="Tahoma"/>
          <w:rtl/>
        </w:rPr>
        <w:t xml:space="preserve"> کنار گذاشتن ارغون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جا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کردن او با شاهزاده‌ا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فرمان‌بردارتر افتاد. در نظام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قانون ثابت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نداشت،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از وجود چند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شاهزادهٔ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تهد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استفاده کند. خون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نامزد تاج را فراهم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و قشون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کدام نامزد بر تخت بنش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توطئه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اقدام بوقا آشکار شد و ارغون در سال </w:t>
      </w:r>
      <w:r w:rsidRPr="005063DF">
        <w:rPr>
          <w:rFonts w:ascii="Tahoma" w:hAnsi="Tahoma" w:cs="Tahoma"/>
          <w:rtl/>
          <w:lang w:bidi="fa-IR"/>
        </w:rPr>
        <w:t>۱۲۸۹</w:t>
      </w:r>
      <w:r w:rsidRPr="005063DF">
        <w:rPr>
          <w:rFonts w:ascii="Tahoma" w:hAnsi="Tahoma" w:cs="Tahoma"/>
          <w:rtl/>
        </w:rPr>
        <w:t xml:space="preserve"> او و شمار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وابستگانش را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برداشت.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بار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تاج با کشتن همان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استوار شد که در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شش</w:t>
      </w:r>
      <w:r w:rsidRPr="005063DF">
        <w:rPr>
          <w:rFonts w:ascii="Tahoma" w:hAnsi="Tahoma" w:cs="Tahoma"/>
          <w:rtl/>
        </w:rPr>
        <w:t xml:space="preserve"> نقش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ن‌کننده</w:t>
      </w:r>
      <w:r w:rsidRPr="005063DF">
        <w:rPr>
          <w:rFonts w:ascii="Tahoma" w:hAnsi="Tahoma" w:cs="Tahoma"/>
          <w:rtl/>
        </w:rPr>
        <w:t xml:space="preserve"> داشت. بوقا احمد را رها کرده بود تا ارغون را بر تخت بنشاند؛ اکنون ارغون او را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eastAsia"/>
          <w:rtl/>
        </w:rPr>
        <w:t>برد</w:t>
      </w:r>
      <w:r w:rsidRPr="005063DF">
        <w:rPr>
          <w:rFonts w:ascii="Tahoma" w:hAnsi="Tahoma" w:cs="Tahoma"/>
          <w:rtl/>
        </w:rPr>
        <w:t xml:space="preserve"> تا بتواند خود فرمان براند.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سقوط</w:t>
      </w:r>
      <w:r w:rsidRPr="005063DF">
        <w:rPr>
          <w:rFonts w:ascii="Tahoma" w:hAnsi="Tahoma" w:cs="Tahoma"/>
          <w:rtl/>
        </w:rPr>
        <w:t xml:space="preserve"> بوقا فقط حذف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نبود. تجربهٔ او نشان داد که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کردن فرمانده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قشون و ادارهٔ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دست شخص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رون</w:t>
      </w:r>
      <w:r w:rsidRPr="005063DF">
        <w:rPr>
          <w:rFonts w:ascii="Tahoma" w:hAnsi="Tahoma" w:cs="Tahoma"/>
          <w:rtl/>
        </w:rPr>
        <w:t xml:space="preserve"> از خاندان فرمانروا، خطر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تاج پد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آورد</w:t>
      </w:r>
      <w:r w:rsidRPr="005063DF">
        <w:rPr>
          <w:rFonts w:ascii="Tahoma" w:hAnsi="Tahoma" w:cs="Tahoma"/>
          <w:rtl/>
        </w:rPr>
        <w:t>. ارغون پس از آن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 امور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به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بسپارد که قدرتش از قلم و حساب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و قشون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مستقل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نداشته باشد.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اما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افتن</w:t>
      </w:r>
      <w:r w:rsidRPr="005063DF">
        <w:rPr>
          <w:rFonts w:ascii="Tahoma" w:hAnsi="Tahoma" w:cs="Tahoma"/>
          <w:rtl/>
        </w:rPr>
        <w:t xml:space="preserve"> 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آسان نبود. بس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خاندان‌ها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وند</w:t>
      </w:r>
      <w:r w:rsidRPr="005063DF">
        <w:rPr>
          <w:rFonts w:ascii="Tahoma" w:hAnsi="Tahoma" w:cs="Tahoma"/>
          <w:rtl/>
        </w:rPr>
        <w:t xml:space="preserve"> داشتند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در رقابت‌ها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گذشته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اعتبار</w:t>
      </w:r>
      <w:r w:rsidRPr="005063DF">
        <w:rPr>
          <w:rFonts w:ascii="Tahoma" w:hAnsi="Tahoma" w:cs="Tahoma"/>
          <w:rtl/>
        </w:rPr>
        <w:t xml:space="preserve"> شده بودند.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مغول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هر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وانسالار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خطر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درآمد و امت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دند</w:t>
      </w:r>
      <w:r w:rsidRPr="005063DF">
        <w:rPr>
          <w:rFonts w:ascii="Tahoma" w:hAnsi="Tahoma" w:cs="Tahoma"/>
          <w:rtl/>
        </w:rPr>
        <w:t>. ارغون به کارگزار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 که از شبکه‌ها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مستقل باشد، درآمدها را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دهد و موقع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خود را تنها مد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ون</w:t>
      </w:r>
      <w:r w:rsidRPr="005063DF">
        <w:rPr>
          <w:rFonts w:ascii="Tahoma" w:hAnsi="Tahoma" w:cs="Tahoma"/>
          <w:rtl/>
        </w:rPr>
        <w:t xml:space="preserve"> حما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بداند.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سعدالدوله</w:t>
      </w:r>
      <w:r w:rsidRPr="005063DF">
        <w:rPr>
          <w:rFonts w:ascii="Tahoma" w:hAnsi="Tahoma" w:cs="Tahoma"/>
          <w:rtl/>
        </w:rPr>
        <w:t xml:space="preserve"> در 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شرا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ط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مرکز قدرت راه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>. او پزشک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 و از راه خدمت در بغداد و آشنا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با امور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توانست توجه دستگاه حکومت را جلب کند. پزشک دربار به شخص فرمانروا دسترس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نزد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داشت و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نزد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ورود به حوزه‌ها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استفاده ک</w:t>
      </w:r>
      <w:r w:rsidRPr="005063DF">
        <w:rPr>
          <w:rFonts w:ascii="Tahoma" w:hAnsi="Tahoma" w:cs="Tahoma" w:hint="eastAsia"/>
          <w:rtl/>
        </w:rPr>
        <w:t>ند</w:t>
      </w:r>
      <w:r w:rsidRPr="005063DF">
        <w:rPr>
          <w:rFonts w:ascii="Tahoma" w:hAnsi="Tahoma" w:cs="Tahoma"/>
          <w:rtl/>
        </w:rPr>
        <w:t>. سعدالدوله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از دانش پزشک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ارتباط مستق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با ارغون به سو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ادارهٔ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حرکت کرد.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بودن او در حکومت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تاج آن هنوز به اسلام نپ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وسته</w:t>
      </w:r>
      <w:r w:rsidRPr="005063DF">
        <w:rPr>
          <w:rFonts w:ascii="Tahoma" w:hAnsi="Tahoma" w:cs="Tahoma"/>
          <w:rtl/>
        </w:rPr>
        <w:t xml:space="preserve"> بود، مانع قانون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قطع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به منصب به شمار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رفت</w:t>
      </w:r>
      <w:r w:rsidRPr="005063DF">
        <w:rPr>
          <w:rFonts w:ascii="Tahoma" w:hAnsi="Tahoma" w:cs="Tahoma"/>
          <w:rtl/>
        </w:rPr>
        <w:t>. ارغون خود بودا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بود و در دربارش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ح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ان،</w:t>
      </w:r>
      <w:r w:rsidRPr="005063DF">
        <w:rPr>
          <w:rFonts w:ascii="Tahoma" w:hAnsi="Tahoma" w:cs="Tahoma"/>
          <w:rtl/>
        </w:rPr>
        <w:t xml:space="preserve"> بودا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ان،</w:t>
      </w:r>
      <w:r w:rsidRPr="005063DF">
        <w:rPr>
          <w:rFonts w:ascii="Tahoma" w:hAnsi="Tahoma" w:cs="Tahoma"/>
          <w:rtl/>
        </w:rPr>
        <w:t xml:space="preserve"> مسلمانان و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روان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مذاهب حضور داشتند. او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انتخاب کارگزار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از آنکه به تأ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نکاران</w:t>
      </w:r>
      <w:r w:rsidRPr="005063DF">
        <w:rPr>
          <w:rFonts w:ascii="Tahoma" w:hAnsi="Tahoma" w:cs="Tahoma"/>
          <w:rtl/>
        </w:rPr>
        <w:t xml:space="preserve"> مسلمان وابسته باشد، به توانا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فرد و وفادار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اش</w:t>
      </w:r>
      <w:r w:rsidRPr="005063DF">
        <w:rPr>
          <w:rFonts w:ascii="Tahoma" w:hAnsi="Tahoma" w:cs="Tahoma"/>
          <w:rtl/>
        </w:rPr>
        <w:t xml:space="preserve"> به تاج توجه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باا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ن‌همه،</w:t>
      </w:r>
      <w:r w:rsidRPr="005063DF">
        <w:rPr>
          <w:rFonts w:ascii="Tahoma" w:hAnsi="Tahoma" w:cs="Tahoma"/>
          <w:rtl/>
        </w:rPr>
        <w:t xml:space="preserve"> جامعهٔ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فرمان ارغون عمدتاً مسلمان بود و سنت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شتر</w:t>
      </w:r>
      <w:r w:rsidRPr="005063DF">
        <w:rPr>
          <w:rFonts w:ascii="Tahoma" w:hAnsi="Tahoma" w:cs="Tahoma"/>
          <w:rtl/>
        </w:rPr>
        <w:t xml:space="preserve"> در دست خاندان‌ها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 قرار داشت.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بالاتر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مقام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وزارت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حسادت حرفه‌ا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تعصب مذهب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هم‌زمان برم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خت</w:t>
      </w:r>
      <w:r w:rsidRPr="005063DF">
        <w:rPr>
          <w:rFonts w:ascii="Tahoma" w:hAnsi="Tahoma" w:cs="Tahoma"/>
          <w:rtl/>
        </w:rPr>
        <w:t>. مخالفان سعدالدوله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توانستند</w:t>
      </w:r>
      <w:r w:rsidRPr="005063DF">
        <w:rPr>
          <w:rFonts w:ascii="Tahoma" w:hAnsi="Tahoma" w:cs="Tahoma"/>
          <w:rtl/>
        </w:rPr>
        <w:t xml:space="preserve"> ر</w:t>
      </w:r>
      <w:r w:rsidRPr="005063DF">
        <w:rPr>
          <w:rFonts w:ascii="Tahoma" w:hAnsi="Tahoma" w:cs="Tahoma" w:hint="eastAsia"/>
          <w:rtl/>
        </w:rPr>
        <w:t>قابت</w:t>
      </w:r>
      <w:r w:rsidRPr="005063DF">
        <w:rPr>
          <w:rFonts w:ascii="Tahoma" w:hAnsi="Tahoma" w:cs="Tahoma"/>
          <w:rtl/>
        </w:rPr>
        <w:t xml:space="preserve"> بر سر مقام و درآمد را در زبان دفاع از اسلام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کنند و او را نه فقط رق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بلکه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گانه‌ا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مسلط بر مسلمانان معرف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کنند.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سعدالدوله</w:t>
      </w:r>
      <w:r w:rsidRPr="005063DF">
        <w:rPr>
          <w:rFonts w:ascii="Tahoma" w:hAnsi="Tahoma" w:cs="Tahoma"/>
          <w:rtl/>
        </w:rPr>
        <w:t xml:space="preserve"> نخست در بغداد توان خود را در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درآمد و کنترل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نشان داد. او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حساب‌ها را بررس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کند، راه‌ها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پنهان شدن درآمد را ببندد و سهم حکومت را مستق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ماً</w:t>
      </w:r>
      <w:r w:rsidRPr="005063DF">
        <w:rPr>
          <w:rFonts w:ascii="Tahoma" w:hAnsi="Tahoma" w:cs="Tahoma"/>
          <w:rtl/>
        </w:rPr>
        <w:t xml:space="preserve"> به خزانه برساند.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کار توجه ارغون را جلب کرد؛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پس از سال‌ها جنگ، بخشش، مقاطعه‌</w:t>
      </w:r>
      <w:r w:rsidRPr="005063DF">
        <w:rPr>
          <w:rFonts w:ascii="Tahoma" w:hAnsi="Tahoma" w:cs="Tahoma" w:hint="eastAsia"/>
          <w:rtl/>
        </w:rPr>
        <w:t>کار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تعد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با خزانه‌ا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ازمند</w:t>
      </w:r>
      <w:r w:rsidRPr="005063DF">
        <w:rPr>
          <w:rFonts w:ascii="Tahoma" w:hAnsi="Tahoma" w:cs="Tahoma"/>
          <w:rtl/>
        </w:rPr>
        <w:t xml:space="preserve"> روبه‌رو بود.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مشکل</w:t>
      </w:r>
      <w:r w:rsidRPr="005063DF">
        <w:rPr>
          <w:rFonts w:ascii="Tahoma" w:hAnsi="Tahoma" w:cs="Tahoma"/>
          <w:rtl/>
        </w:rPr>
        <w:t xml:space="preserve"> اصل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 نبود که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ثروت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 کشاورز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شهرها، تجارت و کارگاه‌ها با وجود همهٔ آس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ب‌ها</w:t>
      </w:r>
      <w:r w:rsidRPr="005063DF">
        <w:rPr>
          <w:rFonts w:ascii="Tahoma" w:hAnsi="Tahoma" w:cs="Tahoma"/>
          <w:rtl/>
        </w:rPr>
        <w:t xml:space="preserve"> همچنان درآمد داشتند. مسئله آن بود که بخش بزرگ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درآمد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از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به خزانه در دست حاکمان محل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مقاطعه‌کاران،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مأموران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ماند</w:t>
      </w:r>
      <w:r w:rsidRPr="005063DF">
        <w:rPr>
          <w:rFonts w:ascii="Tahoma" w:hAnsi="Tahoma" w:cs="Tahoma"/>
          <w:rtl/>
        </w:rPr>
        <w:t>. هرکس بخش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را کنترل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سهم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برم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داشت</w:t>
      </w:r>
      <w:r w:rsidRPr="005063DF">
        <w:rPr>
          <w:rFonts w:ascii="Tahoma" w:hAnsi="Tahoma" w:cs="Tahoma"/>
          <w:rtl/>
        </w:rPr>
        <w:t xml:space="preserve"> و مبلغ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کمتر به مرکز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فرستاد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سعدالدوله</w:t>
      </w:r>
      <w:r w:rsidRPr="005063DF">
        <w:rPr>
          <w:rFonts w:ascii="Tahoma" w:hAnsi="Tahoma" w:cs="Tahoma"/>
          <w:rtl/>
        </w:rPr>
        <w:t xml:space="preserve">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فاصله را کاهش دهد. از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تاج، کار او اصلاح بود؛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</w:t>
      </w:r>
      <w:r w:rsidRPr="005063DF">
        <w:rPr>
          <w:rFonts w:ascii="Tahoma" w:hAnsi="Tahoma" w:cs="Tahoma"/>
          <w:rtl/>
        </w:rPr>
        <w:t xml:space="preserve"> درآمد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بدون فتح سرزم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تازه به خزانه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رساند</w:t>
      </w:r>
      <w:r w:rsidRPr="005063DF">
        <w:rPr>
          <w:rFonts w:ascii="Tahoma" w:hAnsi="Tahoma" w:cs="Tahoma"/>
          <w:rtl/>
        </w:rPr>
        <w:t>. اما از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سال‌ها از 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فاصله بهره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گرفتند،</w:t>
      </w:r>
      <w:r w:rsidRPr="005063DF">
        <w:rPr>
          <w:rFonts w:ascii="Tahoma" w:hAnsi="Tahoma" w:cs="Tahoma"/>
          <w:rtl/>
        </w:rPr>
        <w:t xml:space="preserve"> اقدامش تجاوز به حقوق و امت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تثب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ت‌شده</w:t>
      </w:r>
      <w:r w:rsidRPr="005063DF">
        <w:rPr>
          <w:rFonts w:ascii="Tahoma" w:hAnsi="Tahoma" w:cs="Tahoma"/>
          <w:rtl/>
        </w:rPr>
        <w:t xml:space="preserve"> بود. هر مبلغ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او به خزانه </w:t>
      </w:r>
      <w:r w:rsidRPr="005063DF">
        <w:rPr>
          <w:rFonts w:ascii="Tahoma" w:hAnsi="Tahoma" w:cs="Tahoma" w:hint="eastAsia"/>
          <w:rtl/>
        </w:rPr>
        <w:t>بازم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گرداند،</w:t>
      </w:r>
      <w:r w:rsidRPr="005063DF">
        <w:rPr>
          <w:rFonts w:ascii="Tahoma" w:hAnsi="Tahoma" w:cs="Tahoma"/>
          <w:rtl/>
        </w:rPr>
        <w:t xml:space="preserve"> از درآمد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کاسته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 xml:space="preserve"> که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ش‌تر</w:t>
      </w:r>
      <w:r w:rsidRPr="005063DF">
        <w:rPr>
          <w:rFonts w:ascii="Tahoma" w:hAnsi="Tahoma" w:cs="Tahoma"/>
          <w:rtl/>
        </w:rPr>
        <w:t xml:space="preserve"> آن را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داشت.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او</w:t>
      </w:r>
      <w:r w:rsidRPr="005063DF">
        <w:rPr>
          <w:rFonts w:ascii="Tahoma" w:hAnsi="Tahoma" w:cs="Tahoma"/>
          <w:rtl/>
        </w:rPr>
        <w:t xml:space="preserve"> به‌تدر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ج</w:t>
      </w:r>
      <w:r w:rsidRPr="005063DF">
        <w:rPr>
          <w:rFonts w:ascii="Tahoma" w:hAnsi="Tahoma" w:cs="Tahoma"/>
          <w:rtl/>
        </w:rPr>
        <w:t xml:space="preserve"> اعتماد کامل ارغون را به دست آورد و در سال‌ها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حکومتش به مقام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وزارت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ارش</w:t>
      </w:r>
      <w:r w:rsidRPr="005063DF">
        <w:rPr>
          <w:rFonts w:ascii="Tahoma" w:hAnsi="Tahoma" w:cs="Tahoma"/>
          <w:rtl/>
        </w:rPr>
        <w:t xml:space="preserve"> بر انتصاب مأموران، بررس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حساب‌ها و گردآور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گسترش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>. اعضا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خانواده و هم‌ک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شان</w:t>
      </w:r>
      <w:r w:rsidRPr="005063DF">
        <w:rPr>
          <w:rFonts w:ascii="Tahoma" w:hAnsi="Tahoma" w:cs="Tahoma"/>
          <w:rtl/>
        </w:rPr>
        <w:t xml:space="preserve"> خود را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در برخ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منصب‌ها به کار گرفت.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کار از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س</w:t>
      </w:r>
      <w:r w:rsidRPr="005063DF">
        <w:rPr>
          <w:rFonts w:ascii="Tahoma" w:hAnsi="Tahoma" w:cs="Tahoma" w:hint="eastAsia"/>
          <w:rtl/>
        </w:rPr>
        <w:t>و</w:t>
      </w:r>
      <w:r w:rsidRPr="005063DF">
        <w:rPr>
          <w:rFonts w:ascii="Tahoma" w:hAnsi="Tahoma" w:cs="Tahoma"/>
          <w:rtl/>
        </w:rPr>
        <w:t xml:space="preserve"> طب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بود؛ هر صاحب قدرت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اجرا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برنامه‌ها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به افراد مورد اعتماد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داشت. از سو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گر،</w:t>
      </w:r>
      <w:r w:rsidRPr="005063DF">
        <w:rPr>
          <w:rFonts w:ascii="Tahoma" w:hAnsi="Tahoma" w:cs="Tahoma"/>
          <w:rtl/>
        </w:rPr>
        <w:t xml:space="preserve"> به مخالفان امکان داد ادعا کنند که سعدالدوله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را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قرار داده است.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منابع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دربارهٔ او نوشته‌اند اغلب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تأث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مذهب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قرار دارند. برخ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آنها اتهام‌ها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بس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بزرگ به سعدالدوله نسبت داده‌اند؛ از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عموم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مسلمانان تا اند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دور از احتمال دربارهٔ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بن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>.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</w:t>
      </w:r>
      <w:r w:rsidRPr="005063DF">
        <w:rPr>
          <w:rFonts w:ascii="Tahoma" w:hAnsi="Tahoma" w:cs="Tahoma"/>
          <w:rtl/>
        </w:rPr>
        <w:t xml:space="preserve"> همهٔ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گزارش‌ها </w:t>
      </w:r>
      <w:r w:rsidRPr="005063DF">
        <w:rPr>
          <w:rFonts w:ascii="Tahoma" w:hAnsi="Tahoma" w:cs="Tahoma" w:hint="eastAsia"/>
          <w:rtl/>
        </w:rPr>
        <w:t>را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چون‌وچرا</w:t>
      </w:r>
      <w:r w:rsidRPr="005063DF">
        <w:rPr>
          <w:rFonts w:ascii="Tahoma" w:hAnsi="Tahoma" w:cs="Tahoma"/>
          <w:rtl/>
        </w:rPr>
        <w:t xml:space="preserve">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</w:t>
      </w:r>
      <w:r w:rsidRPr="005063DF">
        <w:rPr>
          <w:rFonts w:ascii="Tahoma" w:hAnsi="Tahoma" w:cs="Tahoma"/>
          <w:rtl/>
        </w:rPr>
        <w:t>. بخش بزرگ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آنها پس از سقوطش و به دست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نوشته شده‌اند که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خواستند</w:t>
      </w:r>
      <w:r w:rsidRPr="005063DF">
        <w:rPr>
          <w:rFonts w:ascii="Tahoma" w:hAnsi="Tahoma" w:cs="Tahoma"/>
          <w:rtl/>
        </w:rPr>
        <w:t xml:space="preserve"> کشتن او را موجه نشان دهند.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باا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ن‌همه،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</w:t>
      </w:r>
      <w:r w:rsidRPr="005063DF">
        <w:rPr>
          <w:rFonts w:ascii="Tahoma" w:hAnsi="Tahoma" w:cs="Tahoma"/>
          <w:rtl/>
        </w:rPr>
        <w:t xml:space="preserve"> سعدالدوله را فقط قربان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گناه</w:t>
      </w:r>
      <w:r w:rsidRPr="005063DF">
        <w:rPr>
          <w:rFonts w:ascii="Tahoma" w:hAnsi="Tahoma" w:cs="Tahoma"/>
          <w:rtl/>
        </w:rPr>
        <w:t xml:space="preserve"> تعصب دانست. او در مرکز دستگاه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سخت‌گ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قرار داشت، قدرت گسترده‌ا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دست آورد و مخالفانش را کنار زد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مجازات کرد.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درآمد حکومت بدون فشار بر مأموران، مالکان، بازرگانان و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ات‌دهندگان</w:t>
      </w:r>
      <w:r w:rsidRPr="005063DF">
        <w:rPr>
          <w:rFonts w:ascii="Tahoma" w:hAnsi="Tahoma" w:cs="Tahoma"/>
          <w:rtl/>
        </w:rPr>
        <w:t xml:space="preserve"> ممکن نبود.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او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مانند هر دستگاه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در هنگام اجرا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فرمان به خشونت و اجبار متوسل شود.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تما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لازم آن است که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ماه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اصلاحات و زبان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اصلاح‌کننده فرق گذاشته شود. سعدالدوله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خواست</w:t>
      </w:r>
      <w:r w:rsidRPr="005063DF">
        <w:rPr>
          <w:rFonts w:ascii="Tahoma" w:hAnsi="Tahoma" w:cs="Tahoma"/>
          <w:rtl/>
        </w:rPr>
        <w:t xml:space="preserve"> درآمدها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پراکنده را متمرکز کند و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مقاطعه‌کاران را کاهش دهد.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است</w:t>
      </w:r>
      <w:r w:rsidRPr="005063DF">
        <w:rPr>
          <w:rFonts w:ascii="Tahoma" w:hAnsi="Tahoma" w:cs="Tahoma"/>
          <w:rtl/>
        </w:rPr>
        <w:t xml:space="preserve"> به سود تمرکز تاج بود، اما الزاماً به معنا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کاهش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مردم نبود. مم</w:t>
      </w:r>
      <w:r w:rsidRPr="005063DF">
        <w:rPr>
          <w:rFonts w:ascii="Tahoma" w:hAnsi="Tahoma" w:cs="Tahoma" w:hint="eastAsia"/>
          <w:rtl/>
        </w:rPr>
        <w:t>کن</w:t>
      </w:r>
      <w:r w:rsidRPr="005063DF">
        <w:rPr>
          <w:rFonts w:ascii="Tahoma" w:hAnsi="Tahoma" w:cs="Tahoma"/>
          <w:rtl/>
        </w:rPr>
        <w:t xml:space="preserve"> بود دهقان از تعد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چند مأمور رها شود، 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عوض حکومت مرکز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دفتر و نظارت دق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ق‌تر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سهم خود را از او بگ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اصلاح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سود مردم تمام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 xml:space="preserve"> که حکومت اندازهٔ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را با توان تول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هماهنگ کند و از گرفتن‌ها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اضاف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جلوگ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اگر هدف فقط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مبلغ خزانه بود، نظم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فشار را کارآمدتر کند. سعدالدوله در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دو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قرار داشت: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رضا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ارغون را با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درآمد به دست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آورد</w:t>
      </w:r>
      <w:r w:rsidRPr="005063DF">
        <w:rPr>
          <w:rFonts w:ascii="Tahoma" w:hAnsi="Tahoma" w:cs="Tahoma"/>
          <w:rtl/>
        </w:rPr>
        <w:t xml:space="preserve"> و در همان حال مانع نابود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سرچشمهٔ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نفوذ</w:t>
      </w:r>
      <w:r w:rsidRPr="005063DF">
        <w:rPr>
          <w:rFonts w:ascii="Tahoma" w:hAnsi="Tahoma" w:cs="Tahoma"/>
          <w:rtl/>
        </w:rPr>
        <w:t xml:space="preserve"> او رابطهٔ تاج و قشون را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داد.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مغول انتظار داشتند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سپاه، خانواده و همراهانشان سهم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درآمدها داشته باشند. اگر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همهٔ پرداخت‌ها را به ثبت و اجازهٔ خزانه وابسته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آزاد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آنان محدود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 از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کار جلوگ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ح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ف‌وم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بود؛ از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ر،</w:t>
      </w:r>
      <w:r w:rsidRPr="005063DF">
        <w:rPr>
          <w:rFonts w:ascii="Tahoma" w:hAnsi="Tahoma" w:cs="Tahoma"/>
          <w:rtl/>
        </w:rPr>
        <w:t xml:space="preserve"> توه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به جا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گاه</w:t>
      </w:r>
      <w:r w:rsidRPr="005063DF">
        <w:rPr>
          <w:rFonts w:ascii="Tahoma" w:hAnsi="Tahoma" w:cs="Tahoma"/>
          <w:rtl/>
        </w:rPr>
        <w:t xml:space="preserve"> و حق نظام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او محسوب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ن‌سان،</w:t>
      </w:r>
      <w:r w:rsidRPr="005063DF">
        <w:rPr>
          <w:rFonts w:ascii="Tahoma" w:hAnsi="Tahoma" w:cs="Tahoma"/>
          <w:rtl/>
        </w:rPr>
        <w:t xml:space="preserve">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سعدالدوله از سه سرچشمه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گرفت</w:t>
      </w:r>
      <w:r w:rsidRPr="005063DF">
        <w:rPr>
          <w:rFonts w:ascii="Tahoma" w:hAnsi="Tahoma" w:cs="Tahoma"/>
          <w:rtl/>
        </w:rPr>
        <w:t>: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از محدود شدن درآمد و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ارشان</w:t>
      </w:r>
      <w:r w:rsidRPr="005063DF">
        <w:rPr>
          <w:rFonts w:ascii="Tahoma" w:hAnsi="Tahoma" w:cs="Tahoma"/>
          <w:rtl/>
        </w:rPr>
        <w:t xml:space="preserve"> ناراض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بودند؛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وانسالاران</w:t>
      </w:r>
      <w:r w:rsidRPr="005063DF">
        <w:rPr>
          <w:rFonts w:ascii="Tahoma" w:hAnsi="Tahoma" w:cs="Tahoma"/>
          <w:rtl/>
        </w:rPr>
        <w:t xml:space="preserve"> مسلمان از کنار گذاشته شدن شبکه‌ها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دند؛</w:t>
      </w:r>
      <w:r w:rsidRPr="005063DF">
        <w:rPr>
          <w:rFonts w:ascii="Tahoma" w:hAnsi="Tahoma" w:cs="Tahoma"/>
          <w:rtl/>
        </w:rPr>
        <w:t xml:space="preserve"> و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نکاران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مردم متعصب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رفتند</w:t>
      </w:r>
      <w:r w:rsidRPr="005063DF">
        <w:rPr>
          <w:rFonts w:ascii="Tahoma" w:hAnsi="Tahoma" w:cs="Tahoma"/>
          <w:rtl/>
        </w:rPr>
        <w:t xml:space="preserve"> که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 امور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مسلمانان فرمان براند. ترک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سه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موقع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او را به حما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شخص ارغون وابسته کرد.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وابستگ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همان ضعف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 که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ش‌تر</w:t>
      </w:r>
      <w:r w:rsidRPr="005063DF">
        <w:rPr>
          <w:rFonts w:ascii="Tahoma" w:hAnsi="Tahoma" w:cs="Tahoma"/>
          <w:rtl/>
        </w:rPr>
        <w:t xml:space="preserve"> خاندان 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بوقا را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برده بود. 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چ</w:t>
      </w:r>
      <w:r w:rsidRPr="005063DF">
        <w:rPr>
          <w:rFonts w:ascii="Tahoma" w:hAnsi="Tahoma" w:cs="Tahoma"/>
          <w:rtl/>
        </w:rPr>
        <w:t xml:space="preserve">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قانون و نهاد مستقل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برخوردار نبود که مقامش را از ارادهٔ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جدا کند. تا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ارغون از سعدالدوله حما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مخالفانش توان حملهٔ آشکار نداشتند. اگر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مرد،</w:t>
      </w:r>
      <w:r w:rsidRPr="005063DF">
        <w:rPr>
          <w:rFonts w:ascii="Tahoma" w:hAnsi="Tahoma" w:cs="Tahoma"/>
          <w:rtl/>
        </w:rPr>
        <w:t xml:space="preserve"> همهٔ قدرت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در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لحظه فروم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خت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ارغون</w:t>
      </w:r>
      <w:r w:rsidRPr="005063DF">
        <w:rPr>
          <w:rFonts w:ascii="Tahoma" w:hAnsi="Tahoma" w:cs="Tahoma"/>
          <w:rtl/>
        </w:rPr>
        <w:t xml:space="preserve"> در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است</w:t>
      </w:r>
      <w:r w:rsidRPr="005063DF">
        <w:rPr>
          <w:rFonts w:ascii="Tahoma" w:hAnsi="Tahoma" w:cs="Tahoma"/>
          <w:rtl/>
        </w:rPr>
        <w:t xml:space="preserve"> خارج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راه پدرش اباقا را ادامه داد و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اتحاد با فرمانروا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ح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اروپا عل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</w:t>
      </w:r>
      <w:r w:rsidRPr="005063DF">
        <w:rPr>
          <w:rFonts w:ascii="Tahoma" w:hAnsi="Tahoma" w:cs="Tahoma"/>
          <w:rtl/>
        </w:rPr>
        <w:t xml:space="preserve"> مملوکان تلاش کرد. سف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دربار او و پاپ و پادشاهان اروپا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رفت‌وآمد کردند.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مشهورتر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آنان ربان صوما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ح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 که از سو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به غرب رفت و با فرمان</w:t>
      </w:r>
      <w:r w:rsidRPr="005063DF">
        <w:rPr>
          <w:rFonts w:ascii="Tahoma" w:hAnsi="Tahoma" w:cs="Tahoma" w:hint="eastAsia"/>
          <w:rtl/>
        </w:rPr>
        <w:t>روا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اروپا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/>
          <w:rtl/>
        </w:rPr>
        <w:t xml:space="preserve"> کرد. باا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ن‌همه،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تماس‌ها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به عمل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نظام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هماهنگ و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نجام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تکرار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تلاش‌ها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ناکام نشان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 xml:space="preserve"> که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است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لخانان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از اندازه بر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به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دوردست استوار شده است. حکومت‌ها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اروپا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هر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مشکلات و رقابت‌ها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را داشتند و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توانستند</w:t>
      </w:r>
      <w:r w:rsidRPr="005063DF">
        <w:rPr>
          <w:rFonts w:ascii="Tahoma" w:hAnsi="Tahoma" w:cs="Tahoma"/>
          <w:rtl/>
        </w:rPr>
        <w:t xml:space="preserve"> صرفاً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اجرا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برنامهٔ ارغون سپاه بزرگ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شام بفرستند. در مقابل، مملوکا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در همان منطقه حضور داشتند و از قشون، درآمد و شبکهٔ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منسجم‌تر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برخوردار بودند.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</w:t>
      </w:r>
      <w:r w:rsidRPr="005063DF">
        <w:rPr>
          <w:rFonts w:ascii="Tahoma" w:hAnsi="Tahoma" w:cs="Tahoma"/>
          <w:rtl/>
        </w:rPr>
        <w:t xml:space="preserve"> شرق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آرامش برقرار نبود.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نوروز، که در خراسان نفوذ داشت، عل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</w:t>
      </w:r>
      <w:r w:rsidRPr="005063DF">
        <w:rPr>
          <w:rFonts w:ascii="Tahoma" w:hAnsi="Tahoma" w:cs="Tahoma"/>
          <w:rtl/>
        </w:rPr>
        <w:t xml:space="preserve"> حکومت ارغون سر به شورش برداشت و با مغولان جغتا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ارتباط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>. خراسان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به عرصهٔ رقابت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لخانان</w:t>
      </w:r>
      <w:r w:rsidRPr="005063DF">
        <w:rPr>
          <w:rFonts w:ascii="Tahoma" w:hAnsi="Tahoma" w:cs="Tahoma"/>
          <w:rtl/>
        </w:rPr>
        <w:t xml:space="preserve"> و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ماوراءالنهر تبد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شد. ارغون پسرش غازان را به حکومت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منطقه گماشت ت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هم از مرز دفاع کند و هم با شورش‌ها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درون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مقابله نما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انتصاب</w:t>
      </w:r>
      <w:r w:rsidRPr="005063DF">
        <w:rPr>
          <w:rFonts w:ascii="Tahoma" w:hAnsi="Tahoma" w:cs="Tahoma"/>
          <w:rtl/>
        </w:rPr>
        <w:t xml:space="preserve"> غازان اهم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آ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نده‌دار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داشت. او در خراسان با مشکلات قشون،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ات،</w:t>
      </w:r>
      <w:r w:rsidRPr="005063DF">
        <w:rPr>
          <w:rFonts w:ascii="Tahoma" w:hAnsi="Tahoma" w:cs="Tahoma"/>
          <w:rtl/>
        </w:rPr>
        <w:t xml:space="preserve"> حاکمان محل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خطر حملهٔ جغتا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از نزد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آشنا شد. تجربهٔ ادارهٔ مرز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رابطه‌اش با نوروز بعدها در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دنش</w:t>
      </w:r>
      <w:r w:rsidRPr="005063DF">
        <w:rPr>
          <w:rFonts w:ascii="Tahoma" w:hAnsi="Tahoma" w:cs="Tahoma"/>
          <w:rtl/>
        </w:rPr>
        <w:t xml:space="preserve"> به تاج و مسلمان شدنش نقش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ن‌کننده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>. اما در دورهٔ ارغون، هنوز شاهزاده‌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 که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اقتدار پدر را در منطقه‌ا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ناآرام حفظ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ارغون</w:t>
      </w:r>
      <w:r w:rsidRPr="005063DF">
        <w:rPr>
          <w:rFonts w:ascii="Tahoma" w:hAnsi="Tahoma" w:cs="Tahoma"/>
          <w:rtl/>
        </w:rPr>
        <w:t xml:space="preserve"> در سال‌ها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زندگ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از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به آ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پزشکان و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علاقه‌مند شد که وعدهٔ طول عمر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دادند</w:t>
      </w:r>
      <w:r w:rsidRPr="005063DF">
        <w:rPr>
          <w:rFonts w:ascii="Tahoma" w:hAnsi="Tahoma" w:cs="Tahoma"/>
          <w:rtl/>
        </w:rPr>
        <w:t>. گزارش‌ها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وجود دارد که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افراد دارو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حاو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مواد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ان‌آور،</w:t>
      </w:r>
      <w:r w:rsidRPr="005063DF">
        <w:rPr>
          <w:rFonts w:ascii="Tahoma" w:hAnsi="Tahoma" w:cs="Tahoma"/>
          <w:rtl/>
        </w:rPr>
        <w:t xml:space="preserve"> از جمله ترک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بات</w:t>
      </w:r>
      <w:r w:rsidRPr="005063DF">
        <w:rPr>
          <w:rFonts w:ascii="Tahoma" w:hAnsi="Tahoma" w:cs="Tahoma"/>
          <w:rtl/>
        </w:rPr>
        <w:t xml:space="preserve"> گوگرد و 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وه،</w:t>
      </w:r>
      <w:r w:rsidRPr="005063DF">
        <w:rPr>
          <w:rFonts w:ascii="Tahoma" w:hAnsi="Tahoma" w:cs="Tahoma"/>
          <w:rtl/>
        </w:rPr>
        <w:t xml:space="preserve">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ارش</w:t>
      </w:r>
      <w:r w:rsidRPr="005063DF">
        <w:rPr>
          <w:rFonts w:ascii="Tahoma" w:hAnsi="Tahoma" w:cs="Tahoma"/>
          <w:rtl/>
        </w:rPr>
        <w:t xml:space="preserve"> گذاشت و مصرف آن به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اش</w:t>
      </w:r>
      <w:r w:rsidRPr="005063DF">
        <w:rPr>
          <w:rFonts w:ascii="Tahoma" w:hAnsi="Tahoma" w:cs="Tahoma"/>
          <w:rtl/>
        </w:rPr>
        <w:t xml:space="preserve"> ان</w:t>
      </w:r>
      <w:r w:rsidRPr="005063DF">
        <w:rPr>
          <w:rFonts w:ascii="Tahoma" w:hAnsi="Tahoma" w:cs="Tahoma" w:hint="eastAsia"/>
          <w:rtl/>
        </w:rPr>
        <w:t>جام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</w:t>
      </w:r>
      <w:r w:rsidRPr="005063DF">
        <w:rPr>
          <w:rFonts w:ascii="Tahoma" w:hAnsi="Tahoma" w:cs="Tahoma"/>
          <w:rtl/>
        </w:rPr>
        <w:t xml:space="preserve"> همهٔ جزئ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گزارش‌ها را قطع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دانست، اما روشن است که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/>
          <w:rtl/>
        </w:rPr>
        <w:t xml:space="preserve"> شد و توان ادارهٔ روزانهٔ حکومت را از دست داد.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ارغون لحظه‌ا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 که دشمنان سعدالدوله انتظارش را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دند</w:t>
      </w:r>
      <w:r w:rsidRPr="005063DF">
        <w:rPr>
          <w:rFonts w:ascii="Tahoma" w:hAnsi="Tahoma" w:cs="Tahoma"/>
          <w:rtl/>
        </w:rPr>
        <w:t>. تا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قادر به صدور فرمان بود، تعرض به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مجازات سنگ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داشته باشد. اکنون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دانستند</w:t>
      </w:r>
      <w:r w:rsidRPr="005063DF">
        <w:rPr>
          <w:rFonts w:ascii="Tahoma" w:hAnsi="Tahoma" w:cs="Tahoma"/>
          <w:rtl/>
        </w:rPr>
        <w:t xml:space="preserve"> ارغون زنده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ماند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چه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پس از او بر تخت خواهد نشست. آنان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آنکه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نتواند 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را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کند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از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عل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ه‌شان</w:t>
      </w:r>
      <w:r w:rsidRPr="005063DF">
        <w:rPr>
          <w:rFonts w:ascii="Tahoma" w:hAnsi="Tahoma" w:cs="Tahoma"/>
          <w:rtl/>
        </w:rPr>
        <w:t xml:space="preserve"> بهره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رد،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ش‌دست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کردند.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سعدالدوله</w:t>
      </w:r>
      <w:r w:rsidRPr="005063DF">
        <w:rPr>
          <w:rFonts w:ascii="Tahoma" w:hAnsi="Tahoma" w:cs="Tahoma"/>
          <w:rtl/>
        </w:rPr>
        <w:t xml:space="preserve"> دستگ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و کشته شد. افراد خانواده، همکاران و بس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به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او به مقام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ده</w:t>
      </w:r>
      <w:r w:rsidRPr="005063DF">
        <w:rPr>
          <w:rFonts w:ascii="Tahoma" w:hAnsi="Tahoma" w:cs="Tahoma"/>
          <w:rtl/>
        </w:rPr>
        <w:t xml:space="preserve"> بودند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مورد حمله قرار گرفتند.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بودن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به مخالفان امکان داد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تصف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هٔ</w:t>
      </w:r>
      <w:r w:rsidRPr="005063DF">
        <w:rPr>
          <w:rFonts w:ascii="Tahoma" w:hAnsi="Tahoma" w:cs="Tahoma"/>
          <w:rtl/>
        </w:rPr>
        <w:t xml:space="preserve">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به صورت انتقام مذهب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جلوه دهند و دامنهٔ آن را از شخص سعدالدوله فراتر ببرند.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با سقوط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وان،</w:t>
      </w:r>
      <w:r w:rsidRPr="005063DF">
        <w:rPr>
          <w:rFonts w:ascii="Tahoma" w:hAnsi="Tahoma" w:cs="Tahoma"/>
          <w:rtl/>
        </w:rPr>
        <w:t xml:space="preserve"> دارا</w:t>
      </w:r>
      <w:r w:rsidRPr="005063DF">
        <w:rPr>
          <w:rFonts w:ascii="Tahoma" w:hAnsi="Tahoma" w:cs="Tahoma" w:hint="cs"/>
          <w:rtl/>
        </w:rPr>
        <w:t>یی‌</w:t>
      </w:r>
      <w:r w:rsidRPr="005063DF">
        <w:rPr>
          <w:rFonts w:ascii="Tahoma" w:hAnsi="Tahoma" w:cs="Tahoma" w:hint="eastAsia"/>
          <w:rtl/>
        </w:rPr>
        <w:t>ها،</w:t>
      </w:r>
      <w:r w:rsidRPr="005063DF">
        <w:rPr>
          <w:rFonts w:ascii="Tahoma" w:hAnsi="Tahoma" w:cs="Tahoma"/>
          <w:rtl/>
        </w:rPr>
        <w:t xml:space="preserve"> دفترها و مقام‌ها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روزمندان</w:t>
      </w:r>
      <w:r w:rsidRPr="005063DF">
        <w:rPr>
          <w:rFonts w:ascii="Tahoma" w:hAnsi="Tahoma" w:cs="Tahoma"/>
          <w:rtl/>
        </w:rPr>
        <w:t xml:space="preserve"> تقس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شد.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اندک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پس از او، ارغون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در سال </w:t>
      </w:r>
      <w:r w:rsidRPr="005063DF">
        <w:rPr>
          <w:rFonts w:ascii="Tahoma" w:hAnsi="Tahoma" w:cs="Tahoma"/>
          <w:rtl/>
          <w:lang w:bidi="fa-IR"/>
        </w:rPr>
        <w:t>۱۲۹۱</w:t>
      </w:r>
      <w:r w:rsidRPr="005063DF">
        <w:rPr>
          <w:rFonts w:ascii="Tahoma" w:hAnsi="Tahoma" w:cs="Tahoma"/>
          <w:rtl/>
        </w:rPr>
        <w:t xml:space="preserve"> درگذشت. 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ن‌سان،</w:t>
      </w:r>
      <w:r w:rsidRPr="005063DF">
        <w:rPr>
          <w:rFonts w:ascii="Tahoma" w:hAnsi="Tahoma" w:cs="Tahoma"/>
          <w:rtl/>
        </w:rPr>
        <w:t xml:space="preserve"> تجربهٔ تمرکز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سعدالدوله همراه با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/>
          <w:rtl/>
        </w:rPr>
        <w:t xml:space="preserve"> اصل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اش</w:t>
      </w:r>
      <w:r w:rsidRPr="005063DF">
        <w:rPr>
          <w:rFonts w:ascii="Tahoma" w:hAnsi="Tahoma" w:cs="Tahoma"/>
          <w:rtl/>
        </w:rPr>
        <w:t xml:space="preserve">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>. مخالفان توانسته بودند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را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بردارند، اما مشکل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که سبب برآمدنش شده بود حل نکردند. خزانه همچنان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فشار 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قشون و در</w:t>
      </w:r>
      <w:r w:rsidRPr="005063DF">
        <w:rPr>
          <w:rFonts w:ascii="Tahoma" w:hAnsi="Tahoma" w:cs="Tahoma" w:hint="eastAsia"/>
          <w:rtl/>
        </w:rPr>
        <w:t>بار</w:t>
      </w:r>
      <w:r w:rsidRPr="005063DF">
        <w:rPr>
          <w:rFonts w:ascii="Tahoma" w:hAnsi="Tahoma" w:cs="Tahoma"/>
          <w:rtl/>
        </w:rPr>
        <w:t xml:space="preserve"> بود،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ات‌ها</w:t>
      </w:r>
      <w:r w:rsidRPr="005063DF">
        <w:rPr>
          <w:rFonts w:ascii="Tahoma" w:hAnsi="Tahoma" w:cs="Tahoma"/>
          <w:rtl/>
        </w:rPr>
        <w:t xml:space="preserve"> همچنان در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گردآور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پراکنده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شدند</w:t>
      </w:r>
      <w:r w:rsidRPr="005063DF">
        <w:rPr>
          <w:rFonts w:ascii="Tahoma" w:hAnsi="Tahoma" w:cs="Tahoma"/>
          <w:rtl/>
        </w:rPr>
        <w:t xml:space="preserve"> و اقتصاد کشور توان تحمل تصم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ناگهان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نداشت.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حکومت</w:t>
      </w:r>
      <w:r w:rsidRPr="005063DF">
        <w:rPr>
          <w:rFonts w:ascii="Tahoma" w:hAnsi="Tahoma" w:cs="Tahoma"/>
          <w:rtl/>
        </w:rPr>
        <w:t xml:space="preserve"> ارغون نشان داد که تاج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مهار قشون به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دارد، اما هر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را برم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زد</w:t>
      </w:r>
      <w:r w:rsidRPr="005063DF">
        <w:rPr>
          <w:rFonts w:ascii="Tahoma" w:hAnsi="Tahoma" w:cs="Tahoma"/>
          <w:rtl/>
        </w:rPr>
        <w:t>. اگر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از خاندان‌ها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شه‌دار</w:t>
      </w:r>
      <w:r w:rsidRPr="005063DF">
        <w:rPr>
          <w:rFonts w:ascii="Tahoma" w:hAnsi="Tahoma" w:cs="Tahoma"/>
          <w:rtl/>
        </w:rPr>
        <w:t xml:space="preserve"> مسلمان باشد، مانند 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ان،</w:t>
      </w:r>
      <w:r w:rsidRPr="005063DF">
        <w:rPr>
          <w:rFonts w:ascii="Tahoma" w:hAnsi="Tahoma" w:cs="Tahoma"/>
          <w:rtl/>
        </w:rPr>
        <w:t xml:space="preserve"> به ساختن شبکهٔ مستقل و انباشت ثروت متهم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شود؛</w:t>
      </w:r>
      <w:r w:rsidRPr="005063DF">
        <w:rPr>
          <w:rFonts w:ascii="Tahoma" w:hAnsi="Tahoma" w:cs="Tahoma"/>
          <w:rtl/>
        </w:rPr>
        <w:t xml:space="preserve"> اگر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رون</w:t>
      </w:r>
      <w:r w:rsidRPr="005063DF">
        <w:rPr>
          <w:rFonts w:ascii="Tahoma" w:hAnsi="Tahoma" w:cs="Tahoma"/>
          <w:rtl/>
        </w:rPr>
        <w:t xml:space="preserve"> از آن شبک</w:t>
      </w:r>
      <w:r w:rsidRPr="005063DF">
        <w:rPr>
          <w:rFonts w:ascii="Tahoma" w:hAnsi="Tahoma" w:cs="Tahoma" w:hint="eastAsia"/>
          <w:rtl/>
        </w:rPr>
        <w:t>ه‌ها</w:t>
      </w:r>
      <w:r w:rsidRPr="005063DF">
        <w:rPr>
          <w:rFonts w:ascii="Tahoma" w:hAnsi="Tahoma" w:cs="Tahoma"/>
          <w:rtl/>
        </w:rPr>
        <w:t xml:space="preserve"> و از مذهب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باشد، مانند سعدالدوله، رقابت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مذهب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درهم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زد</w:t>
      </w:r>
      <w:r w:rsidRPr="005063DF">
        <w:rPr>
          <w:rFonts w:ascii="Tahoma" w:hAnsi="Tahoma" w:cs="Tahoma"/>
          <w:rtl/>
        </w:rPr>
        <w:t>. در هر دو حالت، مقام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وانسالار</w:t>
      </w:r>
      <w:r w:rsidRPr="005063DF">
        <w:rPr>
          <w:rFonts w:ascii="Tahoma" w:hAnsi="Tahoma" w:cs="Tahoma"/>
          <w:rtl/>
        </w:rPr>
        <w:t xml:space="preserve"> فقط تا زمان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امن بود که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شخصاً از او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پس</w:t>
      </w:r>
      <w:r w:rsidRPr="005063DF">
        <w:rPr>
          <w:rFonts w:ascii="Tahoma" w:hAnsi="Tahoma" w:cs="Tahoma"/>
          <w:rtl/>
        </w:rPr>
        <w:t xml:space="preserve"> از مرگ ارغون،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خاتو،</w:t>
      </w:r>
      <w:r w:rsidRPr="005063DF">
        <w:rPr>
          <w:rFonts w:ascii="Tahoma" w:hAnsi="Tahoma" w:cs="Tahoma"/>
          <w:rtl/>
        </w:rPr>
        <w:t xml:space="preserve"> برادر او و پسر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اباقا، بر تخت نشست. او با خزانه‌ا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گرفتار، دربار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</w:t>
      </w:r>
      <w:r w:rsidRPr="005063DF">
        <w:rPr>
          <w:rFonts w:ascii="Tahoma" w:hAnsi="Tahoma" w:cs="Tahoma"/>
          <w:rtl/>
        </w:rPr>
        <w:t xml:space="preserve"> و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روبه‌رو بود که پس از کشتن سعدالدوله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بخش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منابع را در اخت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/>
          <w:rtl/>
        </w:rPr>
        <w:t xml:space="preserve"> گرفته بودند. چند سال بعد،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مرگ گستردهٔ دام‌ها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بر مشکلات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افزود و حکومت را به جست‌وجو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فور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 کردن خزانه واداشت.</w:t>
      </w:r>
    </w:p>
    <w:p w:rsid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063DF">
        <w:rPr>
          <w:rFonts w:ascii="Tahoma" w:hAnsi="Tahoma" w:cs="Tahoma" w:hint="eastAsia"/>
          <w:rtl/>
        </w:rPr>
        <w:t>پاسخ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افت،</w:t>
      </w:r>
      <w:r w:rsidRPr="005063DF">
        <w:rPr>
          <w:rFonts w:ascii="Tahoma" w:hAnsi="Tahoma" w:cs="Tahoma"/>
          <w:rtl/>
        </w:rPr>
        <w:t xml:space="preserve"> تقل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از تجربهٔ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بود. حکومت تصم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گرفت «چاو» را 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سکه کند و مردم را به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رش</w:t>
      </w:r>
      <w:r w:rsidRPr="005063DF">
        <w:rPr>
          <w:rFonts w:ascii="Tahoma" w:hAnsi="Tahoma" w:cs="Tahoma"/>
          <w:rtl/>
        </w:rPr>
        <w:t xml:space="preserve">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وادارد که ارزشش فقط از فرمان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آمد</w:t>
      </w:r>
      <w:r w:rsidRPr="005063DF">
        <w:rPr>
          <w:rFonts w:ascii="Tahoma" w:hAnsi="Tahoma" w:cs="Tahoma"/>
          <w:rtl/>
        </w:rPr>
        <w:t>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اقدام نخست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تلاش بزرگ حکومت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رواج اجبار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بود؛ اما ناد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ده</w:t>
      </w:r>
      <w:r w:rsidRPr="005063DF">
        <w:rPr>
          <w:rFonts w:ascii="Tahoma" w:hAnsi="Tahoma" w:cs="Tahoma"/>
          <w:rtl/>
        </w:rPr>
        <w:t xml:space="preserve"> گرفتن اعتماد مردم، ساختار بازار و تفاوت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با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ن،</w:t>
      </w:r>
      <w:r w:rsidRPr="005063DF">
        <w:rPr>
          <w:rFonts w:ascii="Tahoma" w:hAnsi="Tahoma" w:cs="Tahoma"/>
          <w:rtl/>
        </w:rPr>
        <w:t xml:space="preserve"> آن را به بحران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تازه تبد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کرد. 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/>
          <w:rtl/>
        </w:rPr>
        <w:t>پس از مرگ ارغون،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چند شاهزادهٔ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توانستند</w:t>
      </w:r>
      <w:r w:rsidRPr="005063DF">
        <w:rPr>
          <w:rFonts w:ascii="Tahoma" w:hAnsi="Tahoma" w:cs="Tahoma"/>
          <w:rtl/>
        </w:rPr>
        <w:t xml:space="preserve"> مدع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تاج شوند. غازان، پسر ارغون، در خراسان به سر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برد</w:t>
      </w:r>
      <w:r w:rsidRPr="005063DF">
        <w:rPr>
          <w:rFonts w:ascii="Tahoma" w:hAnsi="Tahoma" w:cs="Tahoma"/>
          <w:rtl/>
        </w:rPr>
        <w:t xml:space="preserve"> و با شورش‌ها و خطر مغولان جغتا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درگ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بود.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حاضر در مرکز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خواستند</w:t>
      </w:r>
      <w:r w:rsidRPr="005063DF">
        <w:rPr>
          <w:rFonts w:ascii="Tahoma" w:hAnsi="Tahoma" w:cs="Tahoma"/>
          <w:rtl/>
        </w:rPr>
        <w:t xml:space="preserve"> تا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او و روشن شدن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بانش</w:t>
      </w:r>
      <w:r w:rsidRPr="005063DF">
        <w:rPr>
          <w:rFonts w:ascii="Tahoma" w:hAnsi="Tahoma" w:cs="Tahoma"/>
          <w:rtl/>
        </w:rPr>
        <w:t xml:space="preserve"> منتظر بمانند.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خاتو،</w:t>
      </w:r>
      <w:r w:rsidRPr="005063DF">
        <w:rPr>
          <w:rFonts w:ascii="Tahoma" w:hAnsi="Tahoma" w:cs="Tahoma"/>
          <w:rtl/>
        </w:rPr>
        <w:t xml:space="preserve"> برادر </w:t>
      </w:r>
      <w:r w:rsidRPr="005063DF">
        <w:rPr>
          <w:rFonts w:ascii="Tahoma" w:hAnsi="Tahoma" w:cs="Tahoma" w:hint="eastAsia"/>
          <w:rtl/>
        </w:rPr>
        <w:t>ارغون</w:t>
      </w:r>
      <w:r w:rsidRPr="005063DF">
        <w:rPr>
          <w:rFonts w:ascii="Tahoma" w:hAnsi="Tahoma" w:cs="Tahoma"/>
          <w:rtl/>
        </w:rPr>
        <w:t xml:space="preserve"> و پسر اباقا، که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ش‌تر</w:t>
      </w:r>
      <w:r w:rsidRPr="005063DF">
        <w:rPr>
          <w:rFonts w:ascii="Tahoma" w:hAnsi="Tahoma" w:cs="Tahoma"/>
          <w:rtl/>
        </w:rPr>
        <w:t xml:space="preserve"> در آناتول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به مقام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برگز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ده</w:t>
      </w:r>
      <w:r w:rsidRPr="005063DF">
        <w:rPr>
          <w:rFonts w:ascii="Tahoma" w:hAnsi="Tahoma" w:cs="Tahoma"/>
          <w:rtl/>
        </w:rPr>
        <w:t xml:space="preserve"> شد.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نشان داد که هنوز پسر فرمانروا به‌طور خودکار وارث تاج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شود</w:t>
      </w:r>
      <w:r w:rsidRPr="005063DF">
        <w:rPr>
          <w:rFonts w:ascii="Tahoma" w:hAnsi="Tahoma" w:cs="Tahoma"/>
          <w:rtl/>
        </w:rPr>
        <w:t>.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توانستند</w:t>
      </w:r>
      <w:r w:rsidRPr="005063DF">
        <w:rPr>
          <w:rFonts w:ascii="Tahoma" w:hAnsi="Tahoma" w:cs="Tahoma"/>
          <w:rtl/>
        </w:rPr>
        <w:t xml:space="preserve"> بر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هٔ</w:t>
      </w:r>
      <w:r w:rsidRPr="005063DF">
        <w:rPr>
          <w:rFonts w:ascii="Tahoma" w:hAnsi="Tahoma" w:cs="Tahoma"/>
          <w:rtl/>
        </w:rPr>
        <w:t xml:space="preserve"> مصلحت خود، فرد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از خاندان هولاکو را برگز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نند</w:t>
      </w:r>
      <w:r w:rsidRPr="005063DF">
        <w:rPr>
          <w:rFonts w:ascii="Tahoma" w:hAnsi="Tahoma" w:cs="Tahoma"/>
          <w:rtl/>
        </w:rPr>
        <w:t>. شرط اصل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خون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بود، اما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قشون و فرماندهانش بودند که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دارندگان آن خون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بر تخت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>‌نشاندند. 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روش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همواره امکان رقابت و شورش شاهزادگان کنارگذاشته‌شده را باق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گذاشت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در سال </w:t>
      </w:r>
      <w:r w:rsidRPr="005063DF">
        <w:rPr>
          <w:rFonts w:ascii="Tahoma" w:hAnsi="Tahoma" w:cs="Tahoma"/>
          <w:rtl/>
          <w:lang w:bidi="fa-IR"/>
        </w:rPr>
        <w:t>۱۲۹۱</w:t>
      </w:r>
      <w:r w:rsidRPr="005063DF">
        <w:rPr>
          <w:rFonts w:ascii="Tahoma" w:hAnsi="Tahoma" w:cs="Tahoma"/>
          <w:rtl/>
        </w:rPr>
        <w:t xml:space="preserve"> به تاج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منابع تار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او را به بخشش فراوان، 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دربار و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احت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اط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ادارهٔ خزانه متهم کرده‌اند. بخش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تصو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ممکن است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تأث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دشمنان و مورخان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شکل گرفته باشد که شکست و کشته شدن او را از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کارش داور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کردند؛</w:t>
      </w:r>
      <w:r w:rsidRPr="005063DF">
        <w:rPr>
          <w:rFonts w:ascii="Tahoma" w:hAnsi="Tahoma" w:cs="Tahoma"/>
          <w:rtl/>
        </w:rPr>
        <w:t xml:space="preserve"> اما روشن است که حکومتش با کمبود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ناتوان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مهار 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نه‌ها</w:t>
      </w:r>
      <w:r w:rsidRPr="005063DF">
        <w:rPr>
          <w:rFonts w:ascii="Tahoma" w:hAnsi="Tahoma" w:cs="Tahoma"/>
          <w:rtl/>
        </w:rPr>
        <w:t xml:space="preserve"> روبه‌رو شد.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به تاج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فقط دست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قدرت نبود. او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که انتخابش کرده بودند راض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نگاه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داشت،</w:t>
      </w:r>
      <w:r w:rsidRPr="005063DF">
        <w:rPr>
          <w:rFonts w:ascii="Tahoma" w:hAnsi="Tahoma" w:cs="Tahoma"/>
          <w:rtl/>
        </w:rPr>
        <w:t xml:space="preserve"> شاهزادگان و خاتون‌ها را از بخشش محروم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قشون را تأم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و دربار متحرک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با جمع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بزرگ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همراهان و دام‌ها اداره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نمود</w:t>
      </w:r>
      <w:r w:rsidRPr="005063DF">
        <w:rPr>
          <w:rFonts w:ascii="Tahoma" w:hAnsi="Tahoma" w:cs="Tahoma"/>
          <w:rtl/>
        </w:rPr>
        <w:t>. هر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تازه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استوار کردن جا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گاه</w:t>
      </w:r>
      <w:r w:rsidRPr="005063DF">
        <w:rPr>
          <w:rFonts w:ascii="Tahoma" w:hAnsi="Tahoma" w:cs="Tahoma"/>
          <w:rtl/>
        </w:rPr>
        <w:t xml:space="preserve"> خود ناچار بود هد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ه،</w:t>
      </w:r>
      <w:r w:rsidRPr="005063DF">
        <w:rPr>
          <w:rFonts w:ascii="Tahoma" w:hAnsi="Tahoma" w:cs="Tahoma"/>
          <w:rtl/>
        </w:rPr>
        <w:t xml:space="preserve"> مقام، زم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و درآمد تقس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کند. خزانه بها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انتقال قدرت را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پرداخت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ساختمان</w:t>
      </w:r>
      <w:r w:rsidRPr="005063DF">
        <w:rPr>
          <w:rFonts w:ascii="Tahoma" w:hAnsi="Tahoma" w:cs="Tahoma"/>
          <w:rtl/>
        </w:rPr>
        <w:t xml:space="preserve"> حکومت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امکان جلوگ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مؤثر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نه‌ها</w:t>
      </w:r>
      <w:r w:rsidRPr="005063DF">
        <w:rPr>
          <w:rFonts w:ascii="Tahoma" w:hAnsi="Tahoma" w:cs="Tahoma"/>
          <w:rtl/>
        </w:rPr>
        <w:t xml:space="preserve"> را فراهم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 صاحب‌د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دربارهٔ کمبود درآمد هشدار دهد، اما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شه</w:t>
      </w:r>
      <w:r w:rsidRPr="005063DF">
        <w:rPr>
          <w:rFonts w:ascii="Tahoma" w:hAnsi="Tahoma" w:cs="Tahoma"/>
          <w:rtl/>
        </w:rPr>
        <w:t xml:space="preserve"> درخواست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لخان،</w:t>
      </w:r>
      <w:r w:rsidRPr="005063DF">
        <w:rPr>
          <w:rFonts w:ascii="Tahoma" w:hAnsi="Tahoma" w:cs="Tahoma"/>
          <w:rtl/>
        </w:rPr>
        <w:t xml:space="preserve"> خاتون‌ها و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را رد کند. فرمانروا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حفظ تاج به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 که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خواستار محدود کرد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شان</w:t>
      </w:r>
      <w:r w:rsidRPr="005063DF">
        <w:rPr>
          <w:rFonts w:ascii="Tahoma" w:hAnsi="Tahoma" w:cs="Tahoma"/>
          <w:rtl/>
        </w:rPr>
        <w:t xml:space="preserve"> بود. ازا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ن‌رو،</w:t>
      </w:r>
      <w:r w:rsidRPr="005063DF">
        <w:rPr>
          <w:rFonts w:ascii="Tahoma" w:hAnsi="Tahoma" w:cs="Tahoma"/>
          <w:rtl/>
        </w:rPr>
        <w:t xml:space="preserve"> صرفه‌جو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از نظر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معنا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دست دادن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قشون باشد.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دوره،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پس از کشته شدن سعدالدوله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دستخوش جابه‌جا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شده بود. مخالفان او توانسته بودند مقام‌ها و دارا</w:t>
      </w:r>
      <w:r w:rsidRPr="005063DF">
        <w:rPr>
          <w:rFonts w:ascii="Tahoma" w:hAnsi="Tahoma" w:cs="Tahoma" w:hint="cs"/>
          <w:rtl/>
        </w:rPr>
        <w:t>یی‌</w:t>
      </w:r>
      <w:r w:rsidRPr="005063DF">
        <w:rPr>
          <w:rFonts w:ascii="Tahoma" w:hAnsi="Tahoma" w:cs="Tahoma" w:hint="eastAsia"/>
          <w:rtl/>
        </w:rPr>
        <w:t>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را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خود تقس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کنند، اما مشکل اصل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خزانه باق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مانده بود.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وانسالاران</w:t>
      </w:r>
      <w:r w:rsidRPr="005063DF">
        <w:rPr>
          <w:rFonts w:ascii="Tahoma" w:hAnsi="Tahoma" w:cs="Tahoma"/>
          <w:rtl/>
        </w:rPr>
        <w:t xml:space="preserve"> تازه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تثب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موقع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خود به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داشتند و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توانستند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درنگ</w:t>
      </w:r>
      <w:r w:rsidRPr="005063DF">
        <w:rPr>
          <w:rFonts w:ascii="Tahoma" w:hAnsi="Tahoma" w:cs="Tahoma"/>
          <w:rtl/>
        </w:rPr>
        <w:t xml:space="preserve"> همهٔ امت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ازها</w:t>
      </w:r>
      <w:r w:rsidRPr="005063DF">
        <w:rPr>
          <w:rFonts w:ascii="Tahoma" w:hAnsi="Tahoma" w:cs="Tahoma"/>
          <w:rtl/>
        </w:rPr>
        <w:t xml:space="preserve"> و پرداخت‌ها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قاعده</w:t>
      </w:r>
      <w:r w:rsidRPr="005063DF">
        <w:rPr>
          <w:rFonts w:ascii="Tahoma" w:hAnsi="Tahoma" w:cs="Tahoma"/>
          <w:rtl/>
        </w:rPr>
        <w:t xml:space="preserve"> را متوقف کنند.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</w:t>
      </w:r>
      <w:r w:rsidRPr="005063DF">
        <w:rPr>
          <w:rFonts w:ascii="Tahoma" w:hAnsi="Tahoma" w:cs="Tahoma"/>
          <w:rtl/>
        </w:rPr>
        <w:t xml:space="preserve"> سال </w:t>
      </w:r>
      <w:r w:rsidRPr="005063DF">
        <w:rPr>
          <w:rFonts w:ascii="Tahoma" w:hAnsi="Tahoma" w:cs="Tahoma"/>
          <w:rtl/>
          <w:lang w:bidi="fa-IR"/>
        </w:rPr>
        <w:t>۱۲۹۴</w:t>
      </w:r>
      <w:r w:rsidRPr="005063DF">
        <w:rPr>
          <w:rFonts w:ascii="Tahoma" w:hAnsi="Tahoma" w:cs="Tahoma"/>
          <w:rtl/>
        </w:rPr>
        <w:t>،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مرگ گستردهٔ دام‌ها بر بحران افزود. دام در اقتصاد حکومت مغول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فقط دارا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خصوص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منبع خوراک نبود. اسب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حرکت قشون را فراهم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کرد؛</w:t>
      </w:r>
      <w:r w:rsidRPr="005063DF">
        <w:rPr>
          <w:rFonts w:ascii="Tahoma" w:hAnsi="Tahoma" w:cs="Tahoma"/>
          <w:rtl/>
        </w:rPr>
        <w:t xml:space="preserve"> گوسفند و دام‌ها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خوراک، پوشاک و ثروت اردو را تشک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دادند؛</w:t>
      </w:r>
      <w:r w:rsidRPr="005063DF">
        <w:rPr>
          <w:rFonts w:ascii="Tahoma" w:hAnsi="Tahoma" w:cs="Tahoma"/>
          <w:rtl/>
        </w:rPr>
        <w:t xml:space="preserve"> و بخش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توان پرداخت و مبادله به آنها وابسته بود. نابود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شمار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دام‌ها هم قشون را ضع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ف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و هم درآمد و دارا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حکومت را کاهش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حکومت</w:t>
      </w:r>
      <w:r w:rsidRPr="005063DF">
        <w:rPr>
          <w:rFonts w:ascii="Tahoma" w:hAnsi="Tahoma" w:cs="Tahoma"/>
          <w:rtl/>
        </w:rPr>
        <w:t xml:space="preserve"> اکنون با مسئله‌ا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فور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روبه‌رو بود. 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نه‌ها</w:t>
      </w:r>
      <w:r w:rsidRPr="005063DF">
        <w:rPr>
          <w:rFonts w:ascii="Tahoma" w:hAnsi="Tahoma" w:cs="Tahoma"/>
          <w:rtl/>
        </w:rPr>
        <w:t xml:space="preserve"> ادامه داشتند، اما درآمدها کاهش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افته</w:t>
      </w:r>
      <w:r w:rsidRPr="005063DF">
        <w:rPr>
          <w:rFonts w:ascii="Tahoma" w:hAnsi="Tahoma" w:cs="Tahoma"/>
          <w:rtl/>
        </w:rPr>
        <w:t xml:space="preserve"> بودند.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دوبارهٔ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کشاورزان و بازرگانان را که از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فشار بودند ناتوان‌تر کند. مصادرهٔ اموال کارگزاران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هر بار مبلغ لازم را فراهم </w:t>
      </w:r>
      <w:r w:rsidRPr="005063DF">
        <w:rPr>
          <w:rFonts w:ascii="Tahoma" w:hAnsi="Tahoma" w:cs="Tahoma" w:hint="eastAsia"/>
          <w:rtl/>
        </w:rPr>
        <w:t>آورد</w:t>
      </w:r>
      <w:r w:rsidRPr="005063DF">
        <w:rPr>
          <w:rFonts w:ascii="Tahoma" w:hAnsi="Tahoma" w:cs="Tahoma"/>
          <w:rtl/>
        </w:rPr>
        <w:t>. در 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شرا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ط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اند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شهٔ</w:t>
      </w:r>
      <w:r w:rsidRPr="005063DF">
        <w:rPr>
          <w:rFonts w:ascii="Tahoma" w:hAnsi="Tahoma" w:cs="Tahoma"/>
          <w:rtl/>
        </w:rPr>
        <w:t xml:space="preserve"> استفاده از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مطرح شد.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فرمان خاندان مغول،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سابقه و دستگاه اجرا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گسترده‌تر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داشت. حکومت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آن را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پرداخت‌ها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به کار برد،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را با آن بپذ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</w:t>
      </w:r>
      <w:r w:rsidRPr="005063DF">
        <w:rPr>
          <w:rFonts w:ascii="Tahoma" w:hAnsi="Tahoma" w:cs="Tahoma"/>
          <w:rtl/>
        </w:rPr>
        <w:t xml:space="preserve"> و از راه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وان،</w:t>
      </w:r>
      <w:r w:rsidRPr="005063DF">
        <w:rPr>
          <w:rFonts w:ascii="Tahoma" w:hAnsi="Tahoma" w:cs="Tahoma"/>
          <w:rtl/>
        </w:rPr>
        <w:t xml:space="preserve"> بازار و شبکهٔ مبادله ارزشش را حفظ کند. ارتباط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دو شاخهٔ حکومت مغول سبب شده بود ک</w:t>
      </w:r>
      <w:r w:rsidRPr="005063DF">
        <w:rPr>
          <w:rFonts w:ascii="Tahoma" w:hAnsi="Tahoma" w:cs="Tahoma" w:hint="eastAsia"/>
          <w:rtl/>
        </w:rPr>
        <w:t>ه</w:t>
      </w:r>
      <w:r w:rsidRPr="005063DF">
        <w:rPr>
          <w:rFonts w:ascii="Tahoma" w:hAnsi="Tahoma" w:cs="Tahoma"/>
          <w:rtl/>
        </w:rPr>
        <w:t xml:space="preserve"> دربار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از وجود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پول و 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وهٔ</w:t>
      </w:r>
      <w:r w:rsidRPr="005063DF">
        <w:rPr>
          <w:rFonts w:ascii="Tahoma" w:hAnsi="Tahoma" w:cs="Tahoma"/>
          <w:rtl/>
        </w:rPr>
        <w:t xml:space="preserve"> استفاده از آن آگاه باشد. بولاد، از کارگزاران آشنا با دستگاه قوب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حضور داشت و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دربارهٔ تجربهٔ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توض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ح</w:t>
      </w:r>
      <w:r w:rsidRPr="005063DF">
        <w:rPr>
          <w:rFonts w:ascii="Tahoma" w:hAnsi="Tahoma" w:cs="Tahoma"/>
          <w:rtl/>
        </w:rPr>
        <w:t xml:space="preserve"> دهد.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صدرالد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زنجان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خاتو،</w:t>
      </w:r>
      <w:r w:rsidRPr="005063DF">
        <w:rPr>
          <w:rFonts w:ascii="Tahoma" w:hAnsi="Tahoma" w:cs="Tahoma"/>
          <w:rtl/>
        </w:rPr>
        <w:t xml:space="preserve"> استفاده از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راه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مقابله با بحران خزانه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اگر حکومت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به جا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طلا و نقره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چاپ کند که مردم آن را به ارزش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ن‌شده</w:t>
      </w:r>
      <w:r w:rsidRPr="005063DF">
        <w:rPr>
          <w:rFonts w:ascii="Tahoma" w:hAnsi="Tahoma" w:cs="Tahoma"/>
          <w:rtl/>
        </w:rPr>
        <w:t xml:space="preserve"> بپذ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رند،</w:t>
      </w:r>
      <w:r w:rsidRPr="005063DF">
        <w:rPr>
          <w:rFonts w:ascii="Tahoma" w:hAnsi="Tahoma" w:cs="Tahoma"/>
          <w:rtl/>
        </w:rPr>
        <w:t xml:space="preserve"> بدون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افتن</w:t>
      </w:r>
      <w:r w:rsidRPr="005063DF">
        <w:rPr>
          <w:rFonts w:ascii="Tahoma" w:hAnsi="Tahoma" w:cs="Tahoma"/>
          <w:rtl/>
        </w:rPr>
        <w:t xml:space="preserve"> معدن تازه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فور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پول لازم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پرداخت‌ها فراهم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 از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ظاهر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راه‌حل ساده بود: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در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به کار افتد.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اما</w:t>
      </w:r>
      <w:r w:rsidRPr="005063DF">
        <w:rPr>
          <w:rFonts w:ascii="Tahoma" w:hAnsi="Tahoma" w:cs="Tahoma"/>
          <w:rtl/>
        </w:rPr>
        <w:t xml:space="preserve"> پول تنها جسم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ست</w:t>
      </w:r>
      <w:r w:rsidRPr="005063DF">
        <w:rPr>
          <w:rFonts w:ascii="Tahoma" w:hAnsi="Tahoma" w:cs="Tahoma"/>
          <w:rtl/>
        </w:rPr>
        <w:t xml:space="preserve"> که نام و عدد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 آن نوشته باشند. سکهٔ طلا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نقره، افزون بر مهر حکومت، از فلز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ساخته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 xml:space="preserve"> که خود ارزش داشت و در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رون</w:t>
      </w:r>
      <w:r w:rsidRPr="005063DF">
        <w:rPr>
          <w:rFonts w:ascii="Tahoma" w:hAnsi="Tahoma" w:cs="Tahoma"/>
          <w:rtl/>
        </w:rPr>
        <w:t xml:space="preserve"> از مرزها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رفته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ارزش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جسم خود نداشت. ارزش آن به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اعتماد وابسته بود که حکوم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مقدار چاپ را مهار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کند،</w:t>
      </w:r>
      <w:r w:rsidRPr="005063DF">
        <w:rPr>
          <w:rFonts w:ascii="Tahoma" w:hAnsi="Tahoma" w:cs="Tahoma"/>
          <w:rtl/>
        </w:rPr>
        <w:t xml:space="preserve"> آن را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پرداخت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</w:t>
      </w:r>
      <w:r w:rsidRPr="005063DF">
        <w:rPr>
          <w:rFonts w:ascii="Tahoma" w:hAnsi="Tahoma" w:cs="Tahoma"/>
          <w:rtl/>
        </w:rPr>
        <w:t xml:space="preserve"> و اجازه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دهد</w:t>
      </w:r>
      <w:r w:rsidRPr="005063DF">
        <w:rPr>
          <w:rFonts w:ascii="Tahoma" w:hAnsi="Tahoma" w:cs="Tahoma"/>
          <w:rtl/>
        </w:rPr>
        <w:t xml:space="preserve"> دارنده در هنگام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آن را به کالا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وس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رفته‌شده</w:t>
      </w:r>
      <w:r w:rsidRPr="005063DF">
        <w:rPr>
          <w:rFonts w:ascii="Tahoma" w:hAnsi="Tahoma" w:cs="Tahoma"/>
          <w:rtl/>
        </w:rPr>
        <w:t xml:space="preserve"> تبد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کند.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اعتماد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صدور فرمان ناگهان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مردم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در دهه‌ها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گذشته بارها با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لخان،</w:t>
      </w:r>
      <w:r w:rsidRPr="005063DF">
        <w:rPr>
          <w:rFonts w:ascii="Tahoma" w:hAnsi="Tahoma" w:cs="Tahoma"/>
          <w:rtl/>
        </w:rPr>
        <w:t xml:space="preserve"> مصادرهٔ اموال،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تکرار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کشته شدن صاحبان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و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اعتبار</w:t>
      </w:r>
      <w:r w:rsidRPr="005063DF">
        <w:rPr>
          <w:rFonts w:ascii="Tahoma" w:hAnsi="Tahoma" w:cs="Tahoma"/>
          <w:rtl/>
        </w:rPr>
        <w:t xml:space="preserve"> شدن فرمان‌ها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روبه‌رو شده بودند. تاج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حت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جان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دارا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شاهزادگان را تضم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>ن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اکنون از بازرگان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خواست</w:t>
      </w:r>
      <w:r w:rsidRPr="005063DF">
        <w:rPr>
          <w:rFonts w:ascii="Tahoma" w:hAnsi="Tahoma" w:cs="Tahoma"/>
          <w:rtl/>
        </w:rPr>
        <w:t xml:space="preserve"> فلز گران‌بها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را تحو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دهد و در برابرش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</w:t>
      </w:r>
      <w:r w:rsidRPr="005063DF">
        <w:rPr>
          <w:rFonts w:ascii="Tahoma" w:hAnsi="Tahoma" w:cs="Tahoma"/>
          <w:rtl/>
        </w:rPr>
        <w:t xml:space="preserve"> که ارزش آن فقط به فرمان همان تاج وابسته بود.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چاو</w:t>
      </w:r>
      <w:r w:rsidRPr="005063DF">
        <w:rPr>
          <w:rFonts w:ascii="Tahoma" w:hAnsi="Tahoma" w:cs="Tahoma"/>
          <w:rtl/>
        </w:rPr>
        <w:t xml:space="preserve"> در سال </w:t>
      </w:r>
      <w:r w:rsidRPr="005063DF">
        <w:rPr>
          <w:rFonts w:ascii="Tahoma" w:hAnsi="Tahoma" w:cs="Tahoma"/>
          <w:rtl/>
          <w:lang w:bidi="fa-IR"/>
        </w:rPr>
        <w:t>۱۲۹۴</w:t>
      </w:r>
      <w:r w:rsidRPr="005063DF">
        <w:rPr>
          <w:rFonts w:ascii="Tahoma" w:hAnsi="Tahoma" w:cs="Tahoma"/>
          <w:rtl/>
        </w:rPr>
        <w:t xml:space="preserve"> آماده و منتشر شد.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 ارزش‌ها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مختلف در نظر گرفتند و نوشته‌ها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به زبان‌ها و خط‌ها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گوناگون بر کاغذ قرار گرفت. حکومت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با آوردن شهادت اسلام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تعاب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آشنا، پول تازه را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جامعهٔ مسلمان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رفتن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تر</w:t>
      </w:r>
      <w:r w:rsidRPr="005063DF">
        <w:rPr>
          <w:rFonts w:ascii="Tahoma" w:hAnsi="Tahoma" w:cs="Tahoma"/>
          <w:rtl/>
        </w:rPr>
        <w:t xml:space="preserve"> کند؛ در همان حال، نشانه‌ها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برگ</w:t>
      </w:r>
      <w:r w:rsidRPr="005063DF">
        <w:rPr>
          <w:rFonts w:ascii="Tahoma" w:hAnsi="Tahoma" w:cs="Tahoma" w:hint="eastAsia"/>
          <w:rtl/>
        </w:rPr>
        <w:t>رفته</w:t>
      </w:r>
      <w:r w:rsidRPr="005063DF">
        <w:rPr>
          <w:rFonts w:ascii="Tahoma" w:hAnsi="Tahoma" w:cs="Tahoma"/>
          <w:rtl/>
        </w:rPr>
        <w:t xml:space="preserve"> از نمونهٔ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نام بودا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بر آن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ده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>. خود شکل چاو، آم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سرچشمه‌ها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گوناگون حکومت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فرمان</w:t>
      </w:r>
      <w:r w:rsidRPr="005063DF">
        <w:rPr>
          <w:rFonts w:ascii="Tahoma" w:hAnsi="Tahoma" w:cs="Tahoma"/>
          <w:rtl/>
        </w:rPr>
        <w:t xml:space="preserve"> داده شد که معاملات با چاو انجام شود و استفاده از طلا و نقره محدود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ممنوع گردد. قرار بود مردم سکه‌ها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را به مراکز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ن‌شده</w:t>
      </w:r>
      <w:r w:rsidRPr="005063DF">
        <w:rPr>
          <w:rFonts w:ascii="Tahoma" w:hAnsi="Tahoma" w:cs="Tahoma"/>
          <w:rtl/>
        </w:rPr>
        <w:t xml:space="preserve"> تحو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دهند و در برابر آنها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رند</w:t>
      </w:r>
      <w:r w:rsidRPr="005063DF">
        <w:rPr>
          <w:rFonts w:ascii="Tahoma" w:hAnsi="Tahoma" w:cs="Tahoma"/>
          <w:rtl/>
        </w:rPr>
        <w:t>. مجازات‌ها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فرمان را نپذ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رند</w:t>
      </w:r>
      <w:r w:rsidRPr="005063DF">
        <w:rPr>
          <w:rFonts w:ascii="Tahoma" w:hAnsi="Tahoma" w:cs="Tahoma"/>
          <w:rtl/>
        </w:rPr>
        <w:t xml:space="preserve"> در نظر گرفته شد. حکومت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خواست</w:t>
      </w:r>
      <w:r w:rsidRPr="005063DF">
        <w:rPr>
          <w:rFonts w:ascii="Tahoma" w:hAnsi="Tahoma" w:cs="Tahoma"/>
          <w:rtl/>
        </w:rPr>
        <w:t xml:space="preserve"> اعتماد را با اجبار 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تبر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ز،</w:t>
      </w:r>
      <w:r w:rsidRPr="005063DF">
        <w:rPr>
          <w:rFonts w:ascii="Tahoma" w:hAnsi="Tahoma" w:cs="Tahoma"/>
          <w:rtl/>
        </w:rPr>
        <w:t xml:space="preserve"> که از مهم‌تر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مراکز حکومت و تجارت بود، محل اصل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اجرا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آزما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شد. بازار آن با راه‌ها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بازرگان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دوردست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وند</w:t>
      </w:r>
      <w:r w:rsidRPr="005063DF">
        <w:rPr>
          <w:rFonts w:ascii="Tahoma" w:hAnsi="Tahoma" w:cs="Tahoma"/>
          <w:rtl/>
        </w:rPr>
        <w:t xml:space="preserve"> داشت و تاج انتظار داشت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رش</w:t>
      </w:r>
      <w:r w:rsidRPr="005063DF">
        <w:rPr>
          <w:rFonts w:ascii="Tahoma" w:hAnsi="Tahoma" w:cs="Tahoma"/>
          <w:rtl/>
        </w:rPr>
        <w:t xml:space="preserve"> چاو 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شهر، استفاده از آن را به مناطق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گسترش دهد. اما بازار درست برخلاف انتظار حکومت واکنش نشان داد. بازرگانان و فروشندگان از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رفتن</w:t>
      </w:r>
      <w:r w:rsidRPr="005063DF">
        <w:rPr>
          <w:rFonts w:ascii="Tahoma" w:hAnsi="Tahoma" w:cs="Tahoma"/>
          <w:rtl/>
        </w:rPr>
        <w:t xml:space="preserve">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به ارزشش اطم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نان</w:t>
      </w:r>
      <w:r w:rsidRPr="005063DF">
        <w:rPr>
          <w:rFonts w:ascii="Tahoma" w:hAnsi="Tahoma" w:cs="Tahoma"/>
          <w:rtl/>
        </w:rPr>
        <w:t xml:space="preserve"> نداشتند خوددار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کردند، دکان‌ها بسته شدند و معامله مختل گرد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رفتار</w:t>
      </w:r>
      <w:r w:rsidRPr="005063DF">
        <w:rPr>
          <w:rFonts w:ascii="Tahoma" w:hAnsi="Tahoma" w:cs="Tahoma"/>
          <w:rtl/>
        </w:rPr>
        <w:t xml:space="preserve"> بازار فقط مقاومت در برابر نوآور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نبود. بازرگان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کالا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را که با زحمت و هز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</w:t>
      </w:r>
      <w:r w:rsidRPr="005063DF">
        <w:rPr>
          <w:rFonts w:ascii="Tahoma" w:hAnsi="Tahoma" w:cs="Tahoma"/>
          <w:rtl/>
        </w:rPr>
        <w:t xml:space="preserve"> به دست آورده بود در برابر پول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فروخت</w:t>
      </w:r>
      <w:r w:rsidRPr="005063DF">
        <w:rPr>
          <w:rFonts w:ascii="Tahoma" w:hAnsi="Tahoma" w:cs="Tahoma"/>
          <w:rtl/>
        </w:rPr>
        <w:t xml:space="preserve"> که معلوم نبود فردا کس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 را بپذ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</w:t>
      </w:r>
      <w:r w:rsidRPr="005063DF">
        <w:rPr>
          <w:rFonts w:ascii="Tahoma" w:hAnsi="Tahoma" w:cs="Tahoma"/>
          <w:rtl/>
        </w:rPr>
        <w:t>. او همچن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دانست</w:t>
      </w:r>
      <w:r w:rsidRPr="005063DF">
        <w:rPr>
          <w:rFonts w:ascii="Tahoma" w:hAnsi="Tahoma" w:cs="Tahoma"/>
          <w:rtl/>
        </w:rPr>
        <w:t xml:space="preserve"> حکومت چه مقدار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کاغذ چاپ خواهد کرد. اگر چاپ نامحدود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شد،</w:t>
      </w:r>
      <w:r w:rsidRPr="005063DF">
        <w:rPr>
          <w:rFonts w:ascii="Tahoma" w:hAnsi="Tahoma" w:cs="Tahoma"/>
          <w:rtl/>
        </w:rPr>
        <w:t xml:space="preserve"> ارزش هر برگ کاهش م</w:t>
      </w:r>
      <w:r w:rsidRPr="005063DF">
        <w:rPr>
          <w:rFonts w:ascii="Tahoma" w:hAnsi="Tahoma" w:cs="Tahoma" w:hint="cs"/>
          <w:rtl/>
        </w:rPr>
        <w:t>ی‌ی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 xml:space="preserve"> و دارا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فروشنده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رفت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تجارت</w:t>
      </w:r>
      <w:r w:rsidRPr="005063DF">
        <w:rPr>
          <w:rFonts w:ascii="Tahoma" w:hAnsi="Tahoma" w:cs="Tahoma"/>
          <w:rtl/>
        </w:rPr>
        <w:t xml:space="preserve"> دوردست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مشکل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داشت. بازرگان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از تبر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به قلمرو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مملوکان، آناتول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هند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مناطق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رفت،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مطمئن باشد چاو در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رون</w:t>
      </w:r>
      <w:r w:rsidRPr="005063DF">
        <w:rPr>
          <w:rFonts w:ascii="Tahoma" w:hAnsi="Tahoma" w:cs="Tahoma"/>
          <w:rtl/>
        </w:rPr>
        <w:t xml:space="preserve"> از قلمرو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رفته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شود</w:t>
      </w:r>
      <w:r w:rsidRPr="005063DF">
        <w:rPr>
          <w:rFonts w:ascii="Tahoma" w:hAnsi="Tahoma" w:cs="Tahoma"/>
          <w:rtl/>
        </w:rPr>
        <w:t>. سکهٔ طلا و نقره با وزن و 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ارش</w:t>
      </w:r>
      <w:r w:rsidRPr="005063DF">
        <w:rPr>
          <w:rFonts w:ascii="Tahoma" w:hAnsi="Tahoma" w:cs="Tahoma"/>
          <w:rtl/>
        </w:rPr>
        <w:t xml:space="preserve"> قابل سنجش بود، اما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باز</w:t>
      </w:r>
      <w:r w:rsidRPr="005063DF">
        <w:rPr>
          <w:rFonts w:ascii="Tahoma" w:hAnsi="Tahoma" w:cs="Tahoma" w:hint="eastAsia"/>
          <w:rtl/>
        </w:rPr>
        <w:t>رگان</w:t>
      </w:r>
      <w:r w:rsidRPr="005063DF">
        <w:rPr>
          <w:rFonts w:ascii="Tahoma" w:hAnsi="Tahoma" w:cs="Tahoma"/>
          <w:rtl/>
        </w:rPr>
        <w:t xml:space="preserve"> خارج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تعهد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جاد</w:t>
      </w:r>
      <w:r w:rsidRPr="005063DF">
        <w:rPr>
          <w:rFonts w:ascii="Tahoma" w:hAnsi="Tahoma" w:cs="Tahoma"/>
          <w:rtl/>
        </w:rPr>
        <w:t xml:space="preserve">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 بنابرا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ن،</w:t>
      </w:r>
      <w:r w:rsidRPr="005063DF">
        <w:rPr>
          <w:rFonts w:ascii="Tahoma" w:hAnsi="Tahoma" w:cs="Tahoma"/>
          <w:rtl/>
        </w:rPr>
        <w:t xml:space="preserve">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رش</w:t>
      </w:r>
      <w:r w:rsidRPr="005063DF">
        <w:rPr>
          <w:rFonts w:ascii="Tahoma" w:hAnsi="Tahoma" w:cs="Tahoma"/>
          <w:rtl/>
        </w:rPr>
        <w:t xml:space="preserve"> اجبار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چاو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تجارت خارج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متوقف سازد.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حت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داخل کشور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شبکهٔ اجرا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لازم وجود نداشت.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کار کردن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حکومت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در همهٔ مناطق آن را به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اندازه بپذ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رد،</w:t>
      </w:r>
      <w:r w:rsidRPr="005063DF">
        <w:rPr>
          <w:rFonts w:ascii="Tahoma" w:hAnsi="Tahoma" w:cs="Tahoma"/>
          <w:rtl/>
        </w:rPr>
        <w:t xml:space="preserve"> از جعل جلوگ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کند، مقدار انتشار را ثبت نما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و امکان مبادلهٔ مطمئن را فراهم آورد.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هنوز با چندگانگ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ات،</w:t>
      </w:r>
      <w:r w:rsidRPr="005063DF">
        <w:rPr>
          <w:rFonts w:ascii="Tahoma" w:hAnsi="Tahoma" w:cs="Tahoma"/>
          <w:rtl/>
        </w:rPr>
        <w:t xml:space="preserve"> نفو</w:t>
      </w:r>
      <w:r w:rsidRPr="005063DF">
        <w:rPr>
          <w:rFonts w:ascii="Tahoma" w:hAnsi="Tahoma" w:cs="Tahoma" w:hint="eastAsia"/>
          <w:rtl/>
        </w:rPr>
        <w:t>ذ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مکرر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درگ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بود، 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توان و اعتماد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نداشت.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تفاوت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و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فقط در عادت مردم نبود. پول کاغذ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درون دستگاه ادار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اقتصاد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ژه‌ا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عمل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 xml:space="preserve"> که ط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زمان ساخته شده بود. حکومت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تنها ظاهر ابزار را گرفت و زم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که به آن ارزش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 xml:space="preserve"> منتقل نکرد. چاپ نقش‌ها و واژه‌ها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 کاغذ ن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نهادها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را 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به وجود آورد.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دکان‌ها بسته شدند، کالا نا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اب</w:t>
      </w:r>
      <w:r w:rsidRPr="005063DF">
        <w:rPr>
          <w:rFonts w:ascii="Tahoma" w:hAnsi="Tahoma" w:cs="Tahoma"/>
          <w:rtl/>
        </w:rPr>
        <w:t xml:space="preserve"> شد و دادوستد از حرکت افتاد، حکومت 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 xml:space="preserve"> که ادامهٔ اجبار نه خزانه را پر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کند</w:t>
      </w:r>
      <w:r w:rsidRPr="005063DF">
        <w:rPr>
          <w:rFonts w:ascii="Tahoma" w:hAnsi="Tahoma" w:cs="Tahoma"/>
          <w:rtl/>
        </w:rPr>
        <w:t xml:space="preserve"> و نه بازار را فرمان‌بردار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سازد</w:t>
      </w:r>
      <w:r w:rsidRPr="005063DF">
        <w:rPr>
          <w:rFonts w:ascii="Tahoma" w:hAnsi="Tahoma" w:cs="Tahoma"/>
          <w:rtl/>
        </w:rPr>
        <w:t>. اگر بازرگان معامله نکند،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از تجارت به دست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اگر مردم کالاها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را پنهان کنند، کاغذ در دست حکومت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ماند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آنکه</w:t>
      </w:r>
      <w:r w:rsidRPr="005063DF">
        <w:rPr>
          <w:rFonts w:ascii="Tahoma" w:hAnsi="Tahoma" w:cs="Tahoma"/>
          <w:rtl/>
        </w:rPr>
        <w:t xml:space="preserve">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 آن خر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شود. تاج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فرمان دهد پول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رفته</w:t>
      </w:r>
      <w:r w:rsidRPr="005063DF">
        <w:rPr>
          <w:rFonts w:ascii="Tahoma" w:hAnsi="Tahoma" w:cs="Tahoma"/>
          <w:rtl/>
        </w:rPr>
        <w:t xml:space="preserve"> شود، اما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با فرمان کالا و اعتماد تول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کند.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چاو</w:t>
      </w:r>
      <w:r w:rsidRPr="005063DF">
        <w:rPr>
          <w:rFonts w:ascii="Tahoma" w:hAnsi="Tahoma" w:cs="Tahoma"/>
          <w:rtl/>
        </w:rPr>
        <w:t xml:space="preserve"> در زمان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کوتاه کنار گذاشته شد. مدت دق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ق</w:t>
      </w:r>
      <w:r w:rsidRPr="005063DF">
        <w:rPr>
          <w:rFonts w:ascii="Tahoma" w:hAnsi="Tahoma" w:cs="Tahoma"/>
          <w:rtl/>
        </w:rPr>
        <w:t xml:space="preserve"> اجرا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آن در مناطق مختلف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کسان</w:t>
      </w:r>
      <w:r w:rsidRPr="005063DF">
        <w:rPr>
          <w:rFonts w:ascii="Tahoma" w:hAnsi="Tahoma" w:cs="Tahoma"/>
          <w:rtl/>
        </w:rPr>
        <w:t xml:space="preserve"> نبود، اما شکست چنان سر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ع</w:t>
      </w:r>
      <w:r w:rsidRPr="005063DF">
        <w:rPr>
          <w:rFonts w:ascii="Tahoma" w:hAnsi="Tahoma" w:cs="Tahoma"/>
          <w:rtl/>
        </w:rPr>
        <w:t xml:space="preserve"> بود که حکومت ناچار شد از ادامهٔ آزما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دست بکشد و استفاده از سکه را دوباره بپذ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رد</w:t>
      </w:r>
      <w:r w:rsidRPr="005063DF">
        <w:rPr>
          <w:rFonts w:ascii="Tahoma" w:hAnsi="Tahoma" w:cs="Tahoma"/>
          <w:rtl/>
        </w:rPr>
        <w:t>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عقب‌نش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خود به اعتبار تاج آس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</w:t>
      </w:r>
      <w:r w:rsidRPr="005063DF">
        <w:rPr>
          <w:rFonts w:ascii="Tahoma" w:hAnsi="Tahoma" w:cs="Tahoma"/>
          <w:rtl/>
        </w:rPr>
        <w:t xml:space="preserve"> زد. مردم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دند</w:t>
      </w:r>
      <w:r w:rsidRPr="005063DF">
        <w:rPr>
          <w:rFonts w:ascii="Tahoma" w:hAnsi="Tahoma" w:cs="Tahoma"/>
          <w:rtl/>
        </w:rPr>
        <w:t xml:space="preserve"> فرمان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با تهد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اعل</w:t>
      </w:r>
      <w:r w:rsidRPr="005063DF">
        <w:rPr>
          <w:rFonts w:ascii="Tahoma" w:hAnsi="Tahoma" w:cs="Tahoma" w:hint="eastAsia"/>
          <w:rtl/>
        </w:rPr>
        <w:t>ام</w:t>
      </w:r>
      <w:r w:rsidRPr="005063DF">
        <w:rPr>
          <w:rFonts w:ascii="Tahoma" w:hAnsi="Tahoma" w:cs="Tahoma"/>
          <w:rtl/>
        </w:rPr>
        <w:t xml:space="preserve"> شده بود، در برابر مقاومت بازار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اثر</w:t>
      </w:r>
      <w:r w:rsidRPr="005063DF">
        <w:rPr>
          <w:rFonts w:ascii="Tahoma" w:hAnsi="Tahoma" w:cs="Tahoma"/>
          <w:rtl/>
        </w:rPr>
        <w:t xml:space="preserve"> ماند.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شکست</w:t>
      </w:r>
      <w:r w:rsidRPr="005063DF">
        <w:rPr>
          <w:rFonts w:ascii="Tahoma" w:hAnsi="Tahoma" w:cs="Tahoma"/>
          <w:rtl/>
        </w:rPr>
        <w:t xml:space="preserve"> چاو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روشن‌تر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نمونه‌ها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محدود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قدرت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سپاه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به جنگ بفرستد، شاهزاده‌ا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بکشد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اموال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مصادره کند؛ اما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به‌تنها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ارزش اقتصاد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بسازد. ارزش پول از رابطهٔ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تاج،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وان،</w:t>
      </w:r>
      <w:r w:rsidRPr="005063DF">
        <w:rPr>
          <w:rFonts w:ascii="Tahoma" w:hAnsi="Tahoma" w:cs="Tahoma"/>
          <w:rtl/>
        </w:rPr>
        <w:t xml:space="preserve"> بازار و مردم پد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آمد</w:t>
      </w:r>
      <w:r w:rsidRPr="005063DF">
        <w:rPr>
          <w:rFonts w:ascii="Tahoma" w:hAnsi="Tahoma" w:cs="Tahoma"/>
          <w:rtl/>
        </w:rPr>
        <w:t xml:space="preserve">. اگر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روها</w:t>
      </w:r>
      <w:r w:rsidRPr="005063DF">
        <w:rPr>
          <w:rFonts w:ascii="Tahoma" w:hAnsi="Tahoma" w:cs="Tahoma"/>
          <w:rtl/>
        </w:rPr>
        <w:t xml:space="preserve"> اعتماد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فرمان حکومت به کاغذ ارزش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تجربه همچن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تفاوت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اجبار نظام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ادارهٔ اقتصاد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آشکار کرد. قشون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تواند</w:t>
      </w:r>
      <w:r w:rsidRPr="005063DF">
        <w:rPr>
          <w:rFonts w:ascii="Tahoma" w:hAnsi="Tahoma" w:cs="Tahoma"/>
          <w:rtl/>
        </w:rPr>
        <w:t xml:space="preserve"> شهر را وادار به گشودن دروازه کند، اما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تواند</w:t>
      </w:r>
      <w:r w:rsidRPr="005063DF">
        <w:rPr>
          <w:rFonts w:ascii="Tahoma" w:hAnsi="Tahoma" w:cs="Tahoma"/>
          <w:rtl/>
        </w:rPr>
        <w:t xml:space="preserve"> بازرگان را مجبور سازد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مدت طولان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کالا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را به 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بفروشد که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ارزش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داند</w:t>
      </w:r>
      <w:r w:rsidRPr="005063DF">
        <w:rPr>
          <w:rFonts w:ascii="Tahoma" w:hAnsi="Tahoma" w:cs="Tahoma"/>
          <w:rtl/>
        </w:rPr>
        <w:t>. حکومت ممکن است او را مجازات کند، ول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>جهٔ مجازات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تواند</w:t>
      </w:r>
      <w:r w:rsidRPr="005063DF">
        <w:rPr>
          <w:rFonts w:ascii="Tahoma" w:hAnsi="Tahoma" w:cs="Tahoma"/>
          <w:rtl/>
        </w:rPr>
        <w:t xml:space="preserve"> بسته شدن بازار و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رفتن همان درآمد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باشد که حکومت به آن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شکست</w:t>
      </w:r>
      <w:r w:rsidRPr="005063DF">
        <w:rPr>
          <w:rFonts w:ascii="Tahoma" w:hAnsi="Tahoma" w:cs="Tahoma"/>
          <w:rtl/>
        </w:rPr>
        <w:t xml:space="preserve"> چاو بر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و مخالفان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افزود. آنان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توانستند</w:t>
      </w:r>
      <w:r w:rsidRPr="005063DF">
        <w:rPr>
          <w:rFonts w:ascii="Tahoma" w:hAnsi="Tahoma" w:cs="Tahoma"/>
          <w:rtl/>
        </w:rPr>
        <w:t xml:space="preserve"> بحران بازار را نشانهٔ ناتوان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و 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رش</w:t>
      </w:r>
      <w:r w:rsidRPr="005063DF">
        <w:rPr>
          <w:rFonts w:ascii="Tahoma" w:hAnsi="Tahoma" w:cs="Tahoma"/>
          <w:rtl/>
        </w:rPr>
        <w:t xml:space="preserve"> معرف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کنند. کسان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از بخشش‌ها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او بهره گرفته بودند تا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وفادار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ماندند</w:t>
      </w:r>
      <w:r w:rsidRPr="005063DF">
        <w:rPr>
          <w:rFonts w:ascii="Tahoma" w:hAnsi="Tahoma" w:cs="Tahoma"/>
          <w:rtl/>
        </w:rPr>
        <w:t xml:space="preserve"> که حکومت قادر به ادامهٔ پرداخت باشد.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خزانه ته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فرمان </w:t>
      </w:r>
      <w:r w:rsidRPr="005063DF">
        <w:rPr>
          <w:rFonts w:ascii="Tahoma" w:hAnsi="Tahoma" w:cs="Tahoma" w:hint="eastAsia"/>
          <w:rtl/>
        </w:rPr>
        <w:t>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اعتبار</w:t>
      </w:r>
      <w:r w:rsidRPr="005063DF">
        <w:rPr>
          <w:rFonts w:ascii="Tahoma" w:hAnsi="Tahoma" w:cs="Tahoma"/>
          <w:rtl/>
        </w:rPr>
        <w:t xml:space="preserve"> شد، وفادار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ها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کردند.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دو،</w:t>
      </w:r>
      <w:r w:rsidRPr="005063DF">
        <w:rPr>
          <w:rFonts w:ascii="Tahoma" w:hAnsi="Tahoma" w:cs="Tahoma"/>
          <w:rtl/>
        </w:rPr>
        <w:t xml:space="preserve"> نوهٔ هولاکو، فرصت را مناسب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و در آغاز سال </w:t>
      </w:r>
      <w:r w:rsidRPr="005063DF">
        <w:rPr>
          <w:rFonts w:ascii="Tahoma" w:hAnsi="Tahoma" w:cs="Tahoma"/>
          <w:rtl/>
          <w:lang w:bidi="fa-IR"/>
        </w:rPr>
        <w:t>۱۲۹۵</w:t>
      </w:r>
      <w:r w:rsidRPr="005063DF">
        <w:rPr>
          <w:rFonts w:ascii="Tahoma" w:hAnsi="Tahoma" w:cs="Tahoma"/>
          <w:rtl/>
        </w:rPr>
        <w:t xml:space="preserve"> سر به شورش برداشت.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ش‌تر</w:t>
      </w:r>
      <w:r w:rsidRPr="005063DF">
        <w:rPr>
          <w:rFonts w:ascii="Tahoma" w:hAnsi="Tahoma" w:cs="Tahoma"/>
          <w:rtl/>
        </w:rPr>
        <w:t xml:space="preserve"> با او رفتار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تحق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رآم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کرده و سپس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ده</w:t>
      </w:r>
      <w:r w:rsidRPr="005063DF">
        <w:rPr>
          <w:rFonts w:ascii="Tahoma" w:hAnsi="Tahoma" w:cs="Tahoma"/>
          <w:rtl/>
        </w:rPr>
        <w:t xml:space="preserve"> بود با بخشش و آشت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خطرش را کاهش دهد. اما در حکومت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هر شاهزادهٔ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محور نارضا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شود، رها کردن رق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</w:t>
      </w:r>
      <w:r w:rsidRPr="005063DF">
        <w:rPr>
          <w:rFonts w:ascii="Tahoma" w:hAnsi="Tahoma" w:cs="Tahoma"/>
          <w:rtl/>
        </w:rPr>
        <w:t xml:space="preserve"> بد</w:t>
      </w:r>
      <w:r w:rsidRPr="005063DF">
        <w:rPr>
          <w:rFonts w:ascii="Tahoma" w:hAnsi="Tahoma" w:cs="Tahoma" w:hint="eastAsia"/>
          <w:rtl/>
        </w:rPr>
        <w:t>ون</w:t>
      </w:r>
      <w:r w:rsidRPr="005063DF">
        <w:rPr>
          <w:rFonts w:ascii="Tahoma" w:hAnsi="Tahoma" w:cs="Tahoma"/>
          <w:rtl/>
        </w:rPr>
        <w:t xml:space="preserve"> از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بردن علت دشمن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معنا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گذاشتن مدع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تاج بود.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سپاه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مقابله با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فرستاد، اما تغاجار و برخ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به سو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رفتند.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سرنوشت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نه در نبرد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بزرگ، بلکه با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وفادار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فرماندهان تع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شد.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خت،</w:t>
      </w:r>
      <w:r w:rsidRPr="005063DF">
        <w:rPr>
          <w:rFonts w:ascii="Tahoma" w:hAnsi="Tahoma" w:cs="Tahoma"/>
          <w:rtl/>
        </w:rPr>
        <w:t xml:space="preserve"> دستگ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شد و در سال </w:t>
      </w:r>
      <w:r w:rsidRPr="005063DF">
        <w:rPr>
          <w:rFonts w:ascii="Tahoma" w:hAnsi="Tahoma" w:cs="Tahoma"/>
          <w:rtl/>
          <w:lang w:bidi="fa-IR"/>
        </w:rPr>
        <w:t>۱۲۹۵</w:t>
      </w:r>
      <w:r w:rsidRPr="005063DF">
        <w:rPr>
          <w:rFonts w:ascii="Tahoma" w:hAnsi="Tahoma" w:cs="Tahoma"/>
          <w:rtl/>
        </w:rPr>
        <w:t xml:space="preserve"> به قتل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او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به 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کشته شد که خون شا</w:t>
      </w:r>
      <w:r w:rsidRPr="005063DF">
        <w:rPr>
          <w:rFonts w:ascii="Tahoma" w:hAnsi="Tahoma" w:cs="Tahoma" w:hint="eastAsia"/>
          <w:rtl/>
        </w:rPr>
        <w:t>هزادهٔ</w:t>
      </w:r>
      <w:r w:rsidRPr="005063DF">
        <w:rPr>
          <w:rFonts w:ascii="Tahoma" w:hAnsi="Tahoma" w:cs="Tahoma"/>
          <w:rtl/>
        </w:rPr>
        <w:t xml:space="preserve">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مستق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ماً</w:t>
      </w:r>
      <w:r w:rsidRPr="005063DF">
        <w:rPr>
          <w:rFonts w:ascii="Tahoma" w:hAnsi="Tahoma" w:cs="Tahoma"/>
          <w:rtl/>
        </w:rPr>
        <w:t xml:space="preserve"> بر زم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خته</w:t>
      </w:r>
      <w:r w:rsidRPr="005063DF">
        <w:rPr>
          <w:rFonts w:ascii="Tahoma" w:hAnsi="Tahoma" w:cs="Tahoma"/>
          <w:rtl/>
        </w:rPr>
        <w:t xml:space="preserve"> نشود.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بر تخت نشست، اما از آغاز روشن بود که قدرتش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از آنکه از توان شخص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برنامه‌ا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حکومت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د،</w:t>
      </w:r>
      <w:r w:rsidRPr="005063DF">
        <w:rPr>
          <w:rFonts w:ascii="Tahoma" w:hAnsi="Tahoma" w:cs="Tahoma"/>
          <w:rtl/>
        </w:rPr>
        <w:t xml:space="preserve"> به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وابسته است که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را برانداخته بودند. آنان شاهزاده‌ا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انتخاب کرده بودند که انتظار داشتند در برابرشان مقاومت نکند. تاج بار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در دست </w:t>
      </w:r>
      <w:r w:rsidRPr="005063DF">
        <w:rPr>
          <w:rFonts w:ascii="Tahoma" w:hAnsi="Tahoma" w:cs="Tahoma" w:hint="eastAsia"/>
          <w:rtl/>
        </w:rPr>
        <w:t>صاحب</w:t>
      </w:r>
      <w:r w:rsidRPr="005063DF">
        <w:rPr>
          <w:rFonts w:ascii="Tahoma" w:hAnsi="Tahoma" w:cs="Tahoma"/>
          <w:rtl/>
        </w:rPr>
        <w:t xml:space="preserve"> خون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قرار داشت، اما قشون و گروه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فرمان واقع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خود تقس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کردند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دربارهٔ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گزارش‌ها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کسان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ستند</w:t>
      </w:r>
      <w:r w:rsidRPr="005063DF">
        <w:rPr>
          <w:rFonts w:ascii="Tahoma" w:hAnsi="Tahoma" w:cs="Tahoma"/>
          <w:rtl/>
        </w:rPr>
        <w:t>. او به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ح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گرا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دست‌کم با مس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ح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نزد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داشت، اما در جامعه‌ا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 ناچار بود رفتار خود را با ملاحظات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سازگار کند. 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ابهام نشان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 xml:space="preserve"> که مسئلهٔ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تاج هنوز حل نشده است. تجربهٔ احمد تکودار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افته</w:t>
      </w:r>
      <w:r w:rsidRPr="005063DF">
        <w:rPr>
          <w:rFonts w:ascii="Tahoma" w:hAnsi="Tahoma" w:cs="Tahoma"/>
          <w:rtl/>
        </w:rPr>
        <w:t xml:space="preserve"> بود، اما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 xml:space="preserve"> جامعهٔ مسلمان را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هم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شه</w:t>
      </w:r>
      <w:r w:rsidRPr="005063DF">
        <w:rPr>
          <w:rFonts w:ascii="Tahoma" w:hAnsi="Tahoma" w:cs="Tahoma"/>
          <w:rtl/>
        </w:rPr>
        <w:t xml:space="preserve">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فرمان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نگاه داشت که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نشان</w:t>
      </w:r>
      <w:r w:rsidRPr="005063DF">
        <w:rPr>
          <w:rFonts w:ascii="Tahoma" w:hAnsi="Tahoma" w:cs="Tahoma"/>
          <w:rtl/>
        </w:rPr>
        <w:t xml:space="preserve"> با اکثر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مردم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ارتباط</w:t>
      </w:r>
      <w:r w:rsidRPr="005063DF">
        <w:rPr>
          <w:rFonts w:ascii="Tahoma" w:hAnsi="Tahoma" w:cs="Tahoma"/>
          <w:rtl/>
        </w:rPr>
        <w:t xml:space="preserve"> بماند.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در</w:t>
      </w:r>
      <w:r w:rsidRPr="005063DF">
        <w:rPr>
          <w:rFonts w:ascii="Tahoma" w:hAnsi="Tahoma" w:cs="Tahoma"/>
          <w:rtl/>
        </w:rPr>
        <w:t xml:space="preserve"> خراسان، غازان‌خان خبر سقوط عمو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و برآمدن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را 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 xml:space="preserve"> کرد. او پسر ارغون و نوهٔ اباقا بود و از نظر خون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ادعا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کمتر از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نداشت. افزون بر آن، سال‌ها ادارهٔ خراسان و جنگ با مهاجمان و شورش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به او تجربه‌ا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داده بود که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از آن برخوردار نب</w:t>
      </w:r>
      <w:r w:rsidRPr="005063DF">
        <w:rPr>
          <w:rFonts w:ascii="Tahoma" w:hAnsi="Tahoma" w:cs="Tahoma" w:hint="eastAsia"/>
          <w:rtl/>
        </w:rPr>
        <w:t>ود</w:t>
      </w:r>
      <w:r w:rsidRPr="005063DF">
        <w:rPr>
          <w:rFonts w:ascii="Tahoma" w:hAnsi="Tahoma" w:cs="Tahoma"/>
          <w:rtl/>
        </w:rPr>
        <w:t>. تاج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پس از هر مرگ و شورش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دست‌به‌دست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شد،</w:t>
      </w:r>
      <w:r w:rsidRPr="005063DF">
        <w:rPr>
          <w:rFonts w:ascii="Tahoma" w:hAnsi="Tahoma" w:cs="Tahoma"/>
          <w:rtl/>
        </w:rPr>
        <w:t xml:space="preserve"> اکنون مدع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برابر خود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نوروز</w:t>
      </w:r>
      <w:r w:rsidRPr="005063DF">
        <w:rPr>
          <w:rFonts w:ascii="Tahoma" w:hAnsi="Tahoma" w:cs="Tahoma"/>
          <w:rtl/>
        </w:rPr>
        <w:t xml:space="preserve"> که زمان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عل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</w:t>
      </w:r>
      <w:r w:rsidRPr="005063DF">
        <w:rPr>
          <w:rFonts w:ascii="Tahoma" w:hAnsi="Tahoma" w:cs="Tahoma"/>
          <w:rtl/>
        </w:rPr>
        <w:t xml:space="preserve"> ارغون شور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ده</w:t>
      </w:r>
      <w:r w:rsidRPr="005063DF">
        <w:rPr>
          <w:rFonts w:ascii="Tahoma" w:hAnsi="Tahoma" w:cs="Tahoma"/>
          <w:rtl/>
        </w:rPr>
        <w:t xml:space="preserve"> و به مغولان جغتا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وسته</w:t>
      </w:r>
      <w:r w:rsidRPr="005063DF">
        <w:rPr>
          <w:rFonts w:ascii="Tahoma" w:hAnsi="Tahoma" w:cs="Tahoma"/>
          <w:rtl/>
        </w:rPr>
        <w:t xml:space="preserve"> بود، دوباره با غازان همکار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کرد. او مسلمان بود و از نفوذ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نظام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خراسان برخوردار بود. نوروز 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افت</w:t>
      </w:r>
      <w:r w:rsidRPr="005063DF">
        <w:rPr>
          <w:rFonts w:ascii="Tahoma" w:hAnsi="Tahoma" w:cs="Tahoma"/>
          <w:rtl/>
        </w:rPr>
        <w:t xml:space="preserve"> که غازان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غلبه بر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نه‌فقط به سپاه، بلکه به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مسلمان و جامعهٔ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eastAsia"/>
          <w:rtl/>
        </w:rPr>
        <w:t>ارد</w:t>
      </w:r>
      <w:r w:rsidRPr="005063DF">
        <w:rPr>
          <w:rFonts w:ascii="Tahoma" w:hAnsi="Tahoma" w:cs="Tahoma"/>
          <w:rtl/>
        </w:rPr>
        <w:t>. مسلمان شدن غازان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توانست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را فراهم آورد و حکومت او را از تجربهٔ کوتاه و ناتمام احمد تکودار فراتر ببرد.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غازان</w:t>
      </w:r>
      <w:r w:rsidRPr="005063DF">
        <w:rPr>
          <w:rFonts w:ascii="Tahoma" w:hAnsi="Tahoma" w:cs="Tahoma"/>
          <w:rtl/>
        </w:rPr>
        <w:t xml:space="preserve"> در ژوئن </w:t>
      </w:r>
      <w:r w:rsidRPr="005063DF">
        <w:rPr>
          <w:rFonts w:ascii="Tahoma" w:hAnsi="Tahoma" w:cs="Tahoma"/>
          <w:rtl/>
          <w:lang w:bidi="fa-IR"/>
        </w:rPr>
        <w:t>۱۲۹۵</w:t>
      </w:r>
      <w:r w:rsidRPr="005063DF">
        <w:rPr>
          <w:rFonts w:ascii="Tahoma" w:hAnsi="Tahoma" w:cs="Tahoma"/>
          <w:rtl/>
        </w:rPr>
        <w:t xml:space="preserve"> اسلام آورد و نام محمود را برگز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زهٔ</w:t>
      </w:r>
      <w:r w:rsidRPr="005063DF">
        <w:rPr>
          <w:rFonts w:ascii="Tahoma" w:hAnsi="Tahoma" w:cs="Tahoma"/>
          <w:rtl/>
        </w:rPr>
        <w:t xml:space="preserve"> 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تصم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آشکار بود، اما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</w:t>
      </w:r>
      <w:r w:rsidRPr="005063DF">
        <w:rPr>
          <w:rFonts w:ascii="Tahoma" w:hAnsi="Tahoma" w:cs="Tahoma"/>
          <w:rtl/>
        </w:rPr>
        <w:t xml:space="preserve"> از آن نت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جه</w:t>
      </w:r>
      <w:r w:rsidRPr="005063DF">
        <w:rPr>
          <w:rFonts w:ascii="Tahoma" w:hAnsi="Tahoma" w:cs="Tahoma"/>
          <w:rtl/>
        </w:rPr>
        <w:t xml:space="preserve"> گرفت که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مانش</w:t>
      </w:r>
      <w:r w:rsidRPr="005063DF">
        <w:rPr>
          <w:rFonts w:ascii="Tahoma" w:hAnsi="Tahoma" w:cs="Tahoma"/>
          <w:rtl/>
        </w:rPr>
        <w:t xml:space="preserve"> الزاماً ساختگ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بوده است.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او در جر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کشمکش بر سر تاج رخ داد و به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نوروز و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مسلمانش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از</w:t>
      </w:r>
      <w:r w:rsidRPr="005063DF">
        <w:rPr>
          <w:rFonts w:ascii="Tahoma" w:hAnsi="Tahoma" w:cs="Tahoma"/>
          <w:rtl/>
        </w:rPr>
        <w:t xml:space="preserve"> داشت؛ باا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ن‌حال،</w:t>
      </w:r>
      <w:r w:rsidRPr="005063DF">
        <w:rPr>
          <w:rFonts w:ascii="Tahoma" w:hAnsi="Tahoma" w:cs="Tahoma"/>
          <w:rtl/>
        </w:rPr>
        <w:t xml:space="preserve"> پس از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اسلام را کنار نگذاشت و آن را به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دگرگون کردن حکومت تبد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کرد.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تفاوت اصل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غازان با احمد تکودار بود. احمد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 شد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</w:t>
      </w:r>
      <w:r w:rsidRPr="005063DF">
        <w:rPr>
          <w:rFonts w:ascii="Tahoma" w:hAnsi="Tahoma" w:cs="Tahoma"/>
          <w:rtl/>
        </w:rPr>
        <w:t xml:space="preserve"> اسلام خود را آشکار کرد که دستگاه قشون هنوز آمادهٔ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رش</w:t>
      </w:r>
      <w:r w:rsidRPr="005063DF">
        <w:rPr>
          <w:rFonts w:ascii="Tahoma" w:hAnsi="Tahoma" w:cs="Tahoma"/>
          <w:rtl/>
        </w:rPr>
        <w:t xml:space="preserve"> جهت تازه نبود. غازان در زمان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به اسلام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وست</w:t>
      </w:r>
      <w:r w:rsidRPr="005063DF">
        <w:rPr>
          <w:rFonts w:ascii="Tahoma" w:hAnsi="Tahoma" w:cs="Tahoma"/>
          <w:rtl/>
        </w:rPr>
        <w:t xml:space="preserve"> که شمار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مغولان مسلمان شده بودند و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</w:t>
      </w:r>
      <w:r w:rsidRPr="005063DF">
        <w:rPr>
          <w:rFonts w:ascii="Tahoma" w:hAnsi="Tahoma" w:cs="Tahoma"/>
          <w:rtl/>
        </w:rPr>
        <w:t xml:space="preserve"> چون نوروز از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حما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ت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>‌کرد. جامعهٔ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پس از چند دهه فرمانروا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لخانان،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پذ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رفتن</w:t>
      </w:r>
      <w:r w:rsidRPr="005063DF">
        <w:rPr>
          <w:rFonts w:ascii="Tahoma" w:hAnsi="Tahoma" w:cs="Tahoma"/>
          <w:rtl/>
        </w:rPr>
        <w:t xml:space="preserve"> تاج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 آمادگ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داشت.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کوش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با مذاکره، وعدهٔ تقس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قدرت و واگذار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درآمدها از جنگ جلوگ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کند. اما تاج را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شد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دو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تقس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م</w:t>
      </w:r>
      <w:r w:rsidRPr="005063DF">
        <w:rPr>
          <w:rFonts w:ascii="Tahoma" w:hAnsi="Tahoma" w:cs="Tahoma"/>
          <w:rtl/>
        </w:rPr>
        <w:t xml:space="preserve"> کرد، به‌و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ژه</w:t>
      </w:r>
      <w:r w:rsidRPr="005063DF">
        <w:rPr>
          <w:rFonts w:ascii="Tahoma" w:hAnsi="Tahoma" w:cs="Tahoma"/>
          <w:rtl/>
        </w:rPr>
        <w:t xml:space="preserve"> هنگام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هر دو طرف منتظر بودند بب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نند</w:t>
      </w:r>
      <w:r w:rsidRPr="005063DF">
        <w:rPr>
          <w:rFonts w:ascii="Tahoma" w:hAnsi="Tahoma" w:cs="Tahoma"/>
          <w:rtl/>
        </w:rPr>
        <w:t xml:space="preserve"> کدام‌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روز</w:t>
      </w:r>
      <w:r w:rsidRPr="005063DF">
        <w:rPr>
          <w:rFonts w:ascii="Tahoma" w:hAnsi="Tahoma" w:cs="Tahoma"/>
          <w:rtl/>
        </w:rPr>
        <w:t xml:space="preserve"> خواهد شد. با افزا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غازان، فرماندهان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پس از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او فاصله گرفتند. همان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که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را رها کرده بودند، اکنون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را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رها کردند.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گر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خت،</w:t>
      </w:r>
      <w:r w:rsidRPr="005063DF">
        <w:rPr>
          <w:rFonts w:ascii="Tahoma" w:hAnsi="Tahoma" w:cs="Tahoma"/>
          <w:rtl/>
        </w:rPr>
        <w:t xml:space="preserve"> دستگ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شد و در اکتبر </w:t>
      </w:r>
      <w:r w:rsidRPr="005063DF">
        <w:rPr>
          <w:rFonts w:ascii="Tahoma" w:hAnsi="Tahoma" w:cs="Tahoma"/>
          <w:rtl/>
          <w:lang w:bidi="fa-IR"/>
        </w:rPr>
        <w:t>۱۲۹۵</w:t>
      </w:r>
      <w:r w:rsidRPr="005063DF">
        <w:rPr>
          <w:rFonts w:ascii="Tahoma" w:hAnsi="Tahoma" w:cs="Tahoma"/>
          <w:rtl/>
        </w:rPr>
        <w:t xml:space="preserve"> کشته شد. حکومت او کمتر از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سال دوام آورده بود. در فاصلهٔ مرگ ارغون تا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غازان، چهار سال گذشته و دو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/>
          <w:rtl/>
        </w:rPr>
        <w:t xml:space="preserve"> کشته شده بودند.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سرعت جابه‌جا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نشان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 xml:space="preserve"> تاج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با وجود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سده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نهٔ</w:t>
      </w:r>
      <w:r w:rsidRPr="005063DF">
        <w:rPr>
          <w:rFonts w:ascii="Tahoma" w:hAnsi="Tahoma" w:cs="Tahoma"/>
          <w:rtl/>
        </w:rPr>
        <w:t xml:space="preserve"> خون چنگ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هنوز از ن</w:t>
      </w:r>
      <w:r w:rsidRPr="005063DF">
        <w:rPr>
          <w:rFonts w:ascii="Tahoma" w:hAnsi="Tahoma" w:cs="Tahoma" w:hint="eastAsia"/>
          <w:rtl/>
        </w:rPr>
        <w:t>هاد</w:t>
      </w:r>
      <w:r w:rsidRPr="005063DF">
        <w:rPr>
          <w:rFonts w:ascii="Tahoma" w:hAnsi="Tahoma" w:cs="Tahoma"/>
          <w:rtl/>
        </w:rPr>
        <w:t xml:space="preserve"> 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/>
          <w:rtl/>
        </w:rPr>
        <w:t xml:space="preserve"> برخوردار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ست</w:t>
      </w:r>
      <w:r w:rsidRPr="005063DF">
        <w:rPr>
          <w:rFonts w:ascii="Tahoma" w:hAnsi="Tahoma" w:cs="Tahoma"/>
          <w:rtl/>
        </w:rPr>
        <w:t>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غازان</w:t>
      </w:r>
      <w:r w:rsidRPr="005063DF">
        <w:rPr>
          <w:rFonts w:ascii="Tahoma" w:hAnsi="Tahoma" w:cs="Tahoma"/>
          <w:rtl/>
        </w:rPr>
        <w:t xml:space="preserve"> با پشت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بان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قشون، نوروز و گروه‌ها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 به فرمانروا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>. اما او وارث خزانه‌ا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آشفته، مقاطعه‌کاران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رومند،</w:t>
      </w:r>
      <w:r w:rsidRPr="005063DF">
        <w:rPr>
          <w:rFonts w:ascii="Tahoma" w:hAnsi="Tahoma" w:cs="Tahoma"/>
          <w:rtl/>
        </w:rPr>
        <w:t xml:space="preserve"> ام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وفا،</w:t>
      </w:r>
      <w:r w:rsidRPr="005063DF">
        <w:rPr>
          <w:rFonts w:ascii="Tahoma" w:hAnsi="Tahoma" w:cs="Tahoma"/>
          <w:rtl/>
        </w:rPr>
        <w:t xml:space="preserve"> بازارها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ب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اعتماد</w:t>
      </w:r>
      <w:r w:rsidRPr="005063DF">
        <w:rPr>
          <w:rFonts w:ascii="Tahoma" w:hAnsi="Tahoma" w:cs="Tahoma"/>
          <w:rtl/>
        </w:rPr>
        <w:t xml:space="preserve"> و روستاها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/>
          <w:rtl/>
        </w:rPr>
        <w:t xml:space="preserve"> ز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فشار بود. شکست چاو نشان داده بود که بحران را نم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توان</w:t>
      </w:r>
      <w:r w:rsidRPr="005063DF">
        <w:rPr>
          <w:rFonts w:ascii="Tahoma" w:hAnsi="Tahoma" w:cs="Tahoma"/>
          <w:rtl/>
        </w:rPr>
        <w:t xml:space="preserve"> با فرمان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ناگهان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eastAsia"/>
          <w:rtl/>
        </w:rPr>
        <w:t>و</w:t>
      </w:r>
      <w:r w:rsidRPr="005063DF">
        <w:rPr>
          <w:rFonts w:ascii="Tahoma" w:hAnsi="Tahoma" w:cs="Tahoma"/>
          <w:rtl/>
        </w:rPr>
        <w:t xml:space="preserve"> تقل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ظاهر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از دستگاه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گر</w:t>
      </w:r>
      <w:r w:rsidRPr="005063DF">
        <w:rPr>
          <w:rFonts w:ascii="Tahoma" w:hAnsi="Tahoma" w:cs="Tahoma"/>
          <w:rtl/>
        </w:rPr>
        <w:t xml:space="preserve"> حل کرد.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مسلمان</w:t>
      </w:r>
      <w:r w:rsidRPr="005063DF">
        <w:rPr>
          <w:rFonts w:ascii="Tahoma" w:hAnsi="Tahoma" w:cs="Tahoma"/>
          <w:rtl/>
        </w:rPr>
        <w:t xml:space="preserve"> شدن غازان 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ز</w:t>
      </w:r>
      <w:r w:rsidRPr="005063DF">
        <w:rPr>
          <w:rFonts w:ascii="Tahoma" w:hAnsi="Tahoma" w:cs="Tahoma"/>
          <w:rtl/>
        </w:rPr>
        <w:t xml:space="preserve"> اگر تنها به تغ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ر</w:t>
      </w:r>
      <w:r w:rsidRPr="005063DF">
        <w:rPr>
          <w:rFonts w:ascii="Tahoma" w:hAnsi="Tahoma" w:cs="Tahoma"/>
          <w:rtl/>
        </w:rPr>
        <w:t xml:space="preserve"> نام و آ</w:t>
      </w:r>
      <w:r w:rsidRPr="005063DF">
        <w:rPr>
          <w:rFonts w:ascii="Tahoma" w:hAnsi="Tahoma" w:cs="Tahoma" w:hint="cs"/>
          <w:rtl/>
        </w:rPr>
        <w:t>یی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محدود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ماند،</w:t>
      </w:r>
      <w:r w:rsidRPr="005063DF">
        <w:rPr>
          <w:rFonts w:ascii="Tahoma" w:hAnsi="Tahoma" w:cs="Tahoma"/>
          <w:rtl/>
        </w:rPr>
        <w:t xml:space="preserve"> ممکن بود سرنوشت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مانند حکومت احمد تکودار پ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</w:t>
      </w:r>
      <w:r w:rsidRPr="005063DF">
        <w:rPr>
          <w:rFonts w:ascii="Tahoma" w:hAnsi="Tahoma" w:cs="Tahoma"/>
          <w:rtl/>
        </w:rPr>
        <w:t xml:space="preserve"> کند.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/>
          <w:rtl/>
        </w:rPr>
        <w:t xml:space="preserve"> شدن تاج، او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</w:t>
      </w:r>
      <w:r w:rsidRPr="005063DF">
        <w:rPr>
          <w:rFonts w:ascii="Tahoma" w:hAnsi="Tahoma" w:cs="Tahoma"/>
          <w:rtl/>
        </w:rPr>
        <w:t xml:space="preserve"> قشون را مهار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وان</w:t>
      </w:r>
      <w:r w:rsidRPr="005063DF">
        <w:rPr>
          <w:rFonts w:ascii="Tahoma" w:hAnsi="Tahoma" w:cs="Tahoma"/>
          <w:rtl/>
        </w:rPr>
        <w:t xml:space="preserve"> را بازم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ساخت،</w:t>
      </w:r>
      <w:r w:rsidRPr="005063DF">
        <w:rPr>
          <w:rFonts w:ascii="Tahoma" w:hAnsi="Tahoma" w:cs="Tahoma"/>
          <w:rtl/>
        </w:rPr>
        <w:t xml:space="preserve">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ات</w:t>
      </w:r>
      <w:r w:rsidRPr="005063DF">
        <w:rPr>
          <w:rFonts w:ascii="Tahoma" w:hAnsi="Tahoma" w:cs="Tahoma"/>
          <w:rtl/>
        </w:rPr>
        <w:t xml:space="preserve"> را با توان مردم هماهنگ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کرد،</w:t>
      </w:r>
      <w:r w:rsidRPr="005063DF">
        <w:rPr>
          <w:rFonts w:ascii="Tahoma" w:hAnsi="Tahoma" w:cs="Tahoma"/>
          <w:rtl/>
        </w:rPr>
        <w:t xml:space="preserve"> پول و اندازه‌ها را سامان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داد</w:t>
      </w:r>
      <w:r w:rsidRPr="005063DF">
        <w:rPr>
          <w:rFonts w:ascii="Tahoma" w:hAnsi="Tahoma" w:cs="Tahoma"/>
          <w:rtl/>
        </w:rPr>
        <w:t xml:space="preserve"> و رابطهٔ حکومت با 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نکاران</w:t>
      </w:r>
      <w:r w:rsidRPr="005063DF">
        <w:rPr>
          <w:rFonts w:ascii="Tahoma" w:hAnsi="Tahoma" w:cs="Tahoma"/>
          <w:rtl/>
        </w:rPr>
        <w:t xml:space="preserve"> را از نو تعر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ف</w:t>
      </w:r>
      <w:r w:rsidRPr="005063DF">
        <w:rPr>
          <w:rFonts w:ascii="Tahoma" w:hAnsi="Tahoma" w:cs="Tahoma"/>
          <w:rtl/>
        </w:rPr>
        <w:t xml:space="preserve"> 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کرد</w:t>
      </w:r>
      <w:r w:rsidRPr="005063DF">
        <w:rPr>
          <w:rFonts w:ascii="Tahoma" w:hAnsi="Tahoma" w:cs="Tahoma"/>
          <w:rtl/>
        </w:rPr>
        <w:t>. ازا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ن‌رو،</w:t>
      </w:r>
      <w:r w:rsidRPr="005063DF">
        <w:rPr>
          <w:rFonts w:ascii="Tahoma" w:hAnsi="Tahoma" w:cs="Tahoma"/>
          <w:rtl/>
        </w:rPr>
        <w:t xml:space="preserve"> 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دن</w:t>
      </w:r>
      <w:r w:rsidRPr="005063DF">
        <w:rPr>
          <w:rFonts w:ascii="Tahoma" w:hAnsi="Tahoma" w:cs="Tahoma"/>
          <w:rtl/>
        </w:rPr>
        <w:t xml:space="preserve"> غازان به تاج فقط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ان</w:t>
      </w:r>
      <w:r w:rsidRPr="005063DF">
        <w:rPr>
          <w:rFonts w:ascii="Tahoma" w:hAnsi="Tahoma" w:cs="Tahoma"/>
          <w:rtl/>
        </w:rPr>
        <w:t xml:space="preserve"> 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</w:t>
      </w:r>
      <w:r w:rsidRPr="005063DF">
        <w:rPr>
          <w:rFonts w:ascii="Tahoma" w:hAnsi="Tahoma" w:cs="Tahoma"/>
          <w:rtl/>
        </w:rPr>
        <w:t xml:space="preserve"> جنگ جانش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نبود؛ آغاز جد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کوشش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لخانان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تبد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ل</w:t>
      </w:r>
      <w:r w:rsidRPr="005063DF">
        <w:rPr>
          <w:rFonts w:ascii="Tahoma" w:hAnsi="Tahoma" w:cs="Tahoma"/>
          <w:rtl/>
        </w:rPr>
        <w:t xml:space="preserve"> حکومت فاتحان مغول به دستگاه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پا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دار</w:t>
      </w:r>
      <w:r w:rsidRPr="005063DF">
        <w:rPr>
          <w:rFonts w:ascii="Tahoma" w:hAnsi="Tahoma" w:cs="Tahoma"/>
          <w:rtl/>
        </w:rPr>
        <w:t xml:space="preserve"> برا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کشوردار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/>
          <w:rtl/>
        </w:rPr>
        <w:t xml:space="preserve"> بود.</w:t>
      </w:r>
    </w:p>
    <w:p w:rsidR="005063DF" w:rsidRP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063DF">
        <w:rPr>
          <w:rFonts w:ascii="Tahoma" w:hAnsi="Tahoma" w:cs="Tahoma" w:hint="eastAsia"/>
          <w:rtl/>
        </w:rPr>
        <w:t>بررس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مسلمان شدن عموم</w:t>
      </w:r>
      <w:r w:rsidRPr="005063DF">
        <w:rPr>
          <w:rFonts w:ascii="Tahoma" w:hAnsi="Tahoma" w:cs="Tahoma" w:hint="cs"/>
          <w:rtl/>
        </w:rPr>
        <w:t>ی‌</w:t>
      </w:r>
      <w:r w:rsidRPr="005063DF">
        <w:rPr>
          <w:rFonts w:ascii="Tahoma" w:hAnsi="Tahoma" w:cs="Tahoma" w:hint="eastAsia"/>
          <w:rtl/>
        </w:rPr>
        <w:t>تر</w:t>
      </w:r>
      <w:r w:rsidRPr="005063DF">
        <w:rPr>
          <w:rFonts w:ascii="Tahoma" w:hAnsi="Tahoma" w:cs="Tahoma"/>
          <w:rtl/>
        </w:rPr>
        <w:t xml:space="preserve"> حکومت، اصلاحات مال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و ادار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غازان و نقش رش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دالد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فضل‌الله همدان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در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ن</w:t>
      </w:r>
      <w:r w:rsidRPr="005063DF">
        <w:rPr>
          <w:rFonts w:ascii="Tahoma" w:hAnsi="Tahoma" w:cs="Tahoma"/>
          <w:rtl/>
        </w:rPr>
        <w:t xml:space="preserve"> دگرگون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،</w:t>
      </w:r>
      <w:r w:rsidRPr="005063DF">
        <w:rPr>
          <w:rFonts w:ascii="Tahoma" w:hAnsi="Tahoma" w:cs="Tahoma"/>
          <w:rtl/>
        </w:rPr>
        <w:t xml:space="preserve"> موضوع فصل بعد است.</w:t>
      </w:r>
    </w:p>
    <w:p w:rsidR="005063DF" w:rsidRDefault="005063DF" w:rsidP="005063DF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063DF">
        <w:rPr>
          <w:rFonts w:ascii="Tahoma" w:hAnsi="Tahoma" w:cs="Tahoma" w:hint="eastAsia"/>
          <w:rtl/>
        </w:rPr>
        <w:t>اطلاعات</w:t>
      </w:r>
      <w:r w:rsidRPr="005063DF">
        <w:rPr>
          <w:rFonts w:ascii="Tahoma" w:hAnsi="Tahoma" w:cs="Tahoma"/>
          <w:rtl/>
        </w:rPr>
        <w:t xml:space="preserve"> مربوط به چاو و شکست آن با مدخل چاو، سرگذشت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</w:t>
      </w:r>
      <w:r w:rsidRPr="005063DF">
        <w:rPr>
          <w:rFonts w:ascii="Tahoma" w:hAnsi="Tahoma" w:cs="Tahoma"/>
          <w:rtl/>
        </w:rPr>
        <w:t xml:space="preserve"> و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با مدخل‌ها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/>
          <w:rtl/>
        </w:rPr>
        <w:t xml:space="preserve"> گ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خاتوخان</w:t>
      </w:r>
      <w:r w:rsidRPr="005063DF">
        <w:rPr>
          <w:rFonts w:ascii="Tahoma" w:hAnsi="Tahoma" w:cs="Tahoma"/>
          <w:rtl/>
        </w:rPr>
        <w:t xml:space="preserve"> و با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دو</w:t>
      </w:r>
      <w:r w:rsidRPr="005063DF">
        <w:rPr>
          <w:rFonts w:ascii="Tahoma" w:hAnsi="Tahoma" w:cs="Tahoma"/>
          <w:rtl/>
        </w:rPr>
        <w:t xml:space="preserve"> و زمان مسلمان شدن غازان با مدخل غازان‌خان در دانشنامهٔ ا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ران</w:t>
      </w:r>
      <w:r w:rsidRPr="005063DF">
        <w:rPr>
          <w:rFonts w:ascii="Tahoma" w:hAnsi="Tahoma" w:cs="Tahoma" w:hint="cs"/>
          <w:rtl/>
        </w:rPr>
        <w:t>ی</w:t>
      </w:r>
      <w:r w:rsidRPr="005063DF">
        <w:rPr>
          <w:rFonts w:ascii="Tahoma" w:hAnsi="Tahoma" w:cs="Tahoma" w:hint="eastAsia"/>
          <w:rtl/>
        </w:rPr>
        <w:t>کا</w:t>
      </w:r>
      <w:r w:rsidRPr="005063DF">
        <w:rPr>
          <w:rFonts w:ascii="Tahoma" w:hAnsi="Tahoma" w:cs="Tahoma"/>
          <w:rtl/>
        </w:rPr>
        <w:t xml:space="preserve"> مقابله شده است.</w:t>
      </w:r>
    </w:p>
    <w:p w:rsidR="00E662AA" w:rsidRPr="00E5380D" w:rsidRDefault="005063DF" w:rsidP="00E5380D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1" w:name="Vol1Chapter07"/>
      <w:bookmarkEnd w:id="11"/>
      <w:r w:rsidRPr="00E5380D">
        <w:rPr>
          <w:rFonts w:asciiTheme="majorBidi" w:hAnsiTheme="majorBidi" w:cstheme="majorBidi"/>
          <w:b/>
          <w:bCs/>
          <w:sz w:val="36"/>
          <w:szCs w:val="36"/>
          <w:rtl/>
        </w:rPr>
        <w:t xml:space="preserve">فصل </w:t>
      </w:r>
      <w:r w:rsidR="00E5380D" w:rsidRPr="00E5380D">
        <w:rPr>
          <w:rFonts w:asciiTheme="majorBidi" w:hAnsiTheme="majorBidi" w:cstheme="majorBidi"/>
          <w:b/>
          <w:bCs/>
          <w:sz w:val="36"/>
          <w:szCs w:val="36"/>
          <w:rtl/>
        </w:rPr>
        <w:t>هفت</w:t>
      </w:r>
      <w:r w:rsidRPr="00E5380D">
        <w:rPr>
          <w:rFonts w:asciiTheme="majorBidi" w:hAnsiTheme="majorBidi" w:cstheme="majorBidi"/>
          <w:b/>
          <w:bCs/>
          <w:sz w:val="36"/>
          <w:szCs w:val="36"/>
          <w:rtl/>
        </w:rPr>
        <w:t>م</w:t>
      </w:r>
    </w:p>
    <w:p w:rsidR="00E5380D" w:rsidRPr="00E5380D" w:rsidRDefault="00E5380D" w:rsidP="00E5380D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5380D">
        <w:rPr>
          <w:rFonts w:asciiTheme="majorBidi" w:hAnsiTheme="majorBidi" w:cstheme="majorBidi"/>
          <w:b/>
          <w:bCs/>
          <w:sz w:val="36"/>
          <w:szCs w:val="36"/>
          <w:rtl/>
        </w:rPr>
        <w:t>غازان‌خان؛ از فتح ایران تا کشورداری ایران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غازان‌خان</w:t>
      </w:r>
      <w:r w:rsidRPr="00E5380D">
        <w:rPr>
          <w:rFonts w:ascii="Tahoma" w:hAnsi="Tahoma" w:cs="Tahoma"/>
          <w:rtl/>
        </w:rPr>
        <w:t xml:space="preserve"> وارث حکومت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 که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به هفتاد سال از ورود نخست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سپاه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مغول به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و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به چهل سال از استقرار هولاکو در آن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گذشت</w:t>
      </w:r>
      <w:r w:rsidRPr="00E5380D">
        <w:rPr>
          <w:rFonts w:ascii="Tahoma" w:hAnsi="Tahoma" w:cs="Tahoma"/>
          <w:rtl/>
        </w:rPr>
        <w:t>. در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مدت، تاج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موروث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شده،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وان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بار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شکل گرفته و مرزها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حکومت در برابر اردو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زر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ن،</w:t>
      </w:r>
      <w:r w:rsidRPr="00E5380D">
        <w:rPr>
          <w:rFonts w:ascii="Tahoma" w:hAnsi="Tahoma" w:cs="Tahoma"/>
          <w:rtl/>
        </w:rPr>
        <w:t xml:space="preserve"> مغولان جغتا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و مملوکان مشخص‌تر شده بودند. باا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ن‌همه،</w:t>
      </w:r>
      <w:r w:rsidRPr="00E5380D">
        <w:rPr>
          <w:rFonts w:ascii="Tahoma" w:hAnsi="Tahoma" w:cs="Tahoma"/>
          <w:rtl/>
        </w:rPr>
        <w:t xml:space="preserve"> ساختمان حکومت هنوز از بحران‌ها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درپ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رنج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برد</w:t>
      </w:r>
      <w:r w:rsidRPr="00E5380D">
        <w:rPr>
          <w:rFonts w:ascii="Tahoma" w:hAnsi="Tahoma" w:cs="Tahoma"/>
          <w:rtl/>
        </w:rPr>
        <w:t>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لخانان</w:t>
      </w:r>
      <w:r w:rsidRPr="00E5380D">
        <w:rPr>
          <w:rFonts w:ascii="Tahoma" w:hAnsi="Tahoma" w:cs="Tahoma"/>
          <w:rtl/>
        </w:rPr>
        <w:t xml:space="preserve"> با شورش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بر تخت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نشستند</w:t>
      </w:r>
      <w:r w:rsidRPr="00E5380D">
        <w:rPr>
          <w:rFonts w:ascii="Tahoma" w:hAnsi="Tahoma" w:cs="Tahoma"/>
          <w:rtl/>
        </w:rPr>
        <w:t xml:space="preserve"> و با شورش همان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کشته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شدند؛</w:t>
      </w:r>
      <w:r w:rsidRPr="00E5380D">
        <w:rPr>
          <w:rFonts w:ascii="Tahoma" w:hAnsi="Tahoma" w:cs="Tahoma"/>
          <w:rtl/>
        </w:rPr>
        <w:t xml:space="preserve"> صاحب‌د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وان‌ها</w:t>
      </w:r>
      <w:r w:rsidRPr="00E5380D">
        <w:rPr>
          <w:rFonts w:ascii="Tahoma" w:hAnsi="Tahoma" w:cs="Tahoma"/>
          <w:rtl/>
        </w:rPr>
        <w:t xml:space="preserve"> پس از گرد آوردن ثروت و قدرت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رفتند؛</w:t>
      </w:r>
      <w:r w:rsidRPr="00E5380D">
        <w:rPr>
          <w:rFonts w:ascii="Tahoma" w:hAnsi="Tahoma" w:cs="Tahoma"/>
          <w:rtl/>
        </w:rPr>
        <w:t xml:space="preserve"> و خزانه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جنگ، بخشش، فساد و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ات‌گ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قاعده</w:t>
      </w:r>
      <w:r w:rsidRPr="00E5380D">
        <w:rPr>
          <w:rFonts w:ascii="Tahoma" w:hAnsi="Tahoma" w:cs="Tahoma"/>
          <w:rtl/>
        </w:rPr>
        <w:t xml:space="preserve"> گرفتار بود.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غازان</w:t>
      </w:r>
      <w:r w:rsidRPr="00E5380D">
        <w:rPr>
          <w:rFonts w:ascii="Tahoma" w:hAnsi="Tahoma" w:cs="Tahoma"/>
          <w:rtl/>
        </w:rPr>
        <w:t xml:space="preserve"> در چن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حکومت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پرورش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افته</w:t>
      </w:r>
      <w:r w:rsidRPr="00E5380D">
        <w:rPr>
          <w:rFonts w:ascii="Tahoma" w:hAnsi="Tahoma" w:cs="Tahoma"/>
          <w:rtl/>
        </w:rPr>
        <w:t xml:space="preserve"> بود. او پسر ارغون و نوهٔ اباقا بود و از کودک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مح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ط</w:t>
      </w:r>
      <w:r w:rsidRPr="00E5380D">
        <w:rPr>
          <w:rFonts w:ascii="Tahoma" w:hAnsi="Tahoma" w:cs="Tahoma"/>
          <w:rtl/>
        </w:rPr>
        <w:t xml:space="preserve"> چندمذهب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دربار مغول زندگ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کرده بود. تعل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مات</w:t>
      </w:r>
      <w:r w:rsidRPr="00E5380D">
        <w:rPr>
          <w:rFonts w:ascii="Tahoma" w:hAnsi="Tahoma" w:cs="Tahoma"/>
          <w:rtl/>
        </w:rPr>
        <w:t xml:space="preserve"> بودا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در ترب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تش</w:t>
      </w:r>
      <w:r w:rsidRPr="00E5380D">
        <w:rPr>
          <w:rFonts w:ascii="Tahoma" w:hAnsi="Tahoma" w:cs="Tahoma"/>
          <w:rtl/>
        </w:rPr>
        <w:t xml:space="preserve"> نقش داشت و با آ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ن‌ها</w:t>
      </w:r>
      <w:r w:rsidRPr="00E5380D">
        <w:rPr>
          <w:rFonts w:ascii="Tahoma" w:hAnsi="Tahoma" w:cs="Tahoma"/>
          <w:rtl/>
        </w:rPr>
        <w:t xml:space="preserve"> و باورها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مغول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آشنا بود. اما مانند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شاهزادگان خاندان هولاکو،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او در آغاز م</w:t>
      </w:r>
      <w:r w:rsidRPr="00E5380D">
        <w:rPr>
          <w:rFonts w:ascii="Tahoma" w:hAnsi="Tahoma" w:cs="Tahoma" w:hint="eastAsia"/>
          <w:rtl/>
        </w:rPr>
        <w:t>انع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حکومت بر جامعه‌ا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مسلمان به شمار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رفت؛</w:t>
      </w:r>
      <w:r w:rsidRPr="00E5380D">
        <w:rPr>
          <w:rFonts w:ascii="Tahoma" w:hAnsi="Tahoma" w:cs="Tahoma"/>
          <w:rtl/>
        </w:rPr>
        <w:t xml:space="preserve"> 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</w:t>
      </w:r>
      <w:r w:rsidRPr="00E5380D">
        <w:rPr>
          <w:rFonts w:ascii="Tahoma" w:hAnsi="Tahoma" w:cs="Tahoma"/>
          <w:rtl/>
        </w:rPr>
        <w:t xml:space="preserve"> حقان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تاج هنوز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از هر 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از خون چنگ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پشت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قشون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آمد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ارغون،</w:t>
      </w:r>
      <w:r w:rsidRPr="00E5380D">
        <w:rPr>
          <w:rFonts w:ascii="Tahoma" w:hAnsi="Tahoma" w:cs="Tahoma"/>
          <w:rtl/>
        </w:rPr>
        <w:t xml:space="preserve"> غازان را به حکومت خراسان گماشته بود.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انتصاب فقط واگذار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الت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دوردست به شاهزاده‌ا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جوان نبود. خراسان مرز حکومت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با مغولان جغتا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بود و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وسته</w:t>
      </w:r>
      <w:r w:rsidRPr="00E5380D">
        <w:rPr>
          <w:rFonts w:ascii="Tahoma" w:hAnsi="Tahoma" w:cs="Tahoma"/>
          <w:rtl/>
        </w:rPr>
        <w:t xml:space="preserve"> با حمله، شورش و جابه‌جا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روها</w:t>
      </w:r>
      <w:r w:rsidRPr="00E5380D">
        <w:rPr>
          <w:rFonts w:ascii="Tahoma" w:hAnsi="Tahoma" w:cs="Tahoma"/>
          <w:rtl/>
        </w:rPr>
        <w:t xml:space="preserve"> روبه‌رو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شد</w:t>
      </w:r>
      <w:r w:rsidRPr="00E5380D">
        <w:rPr>
          <w:rFonts w:ascii="Tahoma" w:hAnsi="Tahoma" w:cs="Tahoma"/>
          <w:rtl/>
        </w:rPr>
        <w:t>. غازان در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منطقه آموخت که نگاه داشتن سرزم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ف</w:t>
      </w:r>
      <w:r w:rsidRPr="00E5380D">
        <w:rPr>
          <w:rFonts w:ascii="Tahoma" w:hAnsi="Tahoma" w:cs="Tahoma" w:hint="eastAsia"/>
          <w:rtl/>
        </w:rPr>
        <w:t>قط</w:t>
      </w:r>
      <w:r w:rsidRPr="00E5380D">
        <w:rPr>
          <w:rFonts w:ascii="Tahoma" w:hAnsi="Tahoma" w:cs="Tahoma"/>
          <w:rtl/>
        </w:rPr>
        <w:t xml:space="preserve"> با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نبرد ممکن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ست</w:t>
      </w:r>
      <w:r w:rsidRPr="00E5380D">
        <w:rPr>
          <w:rFonts w:ascii="Tahoma" w:hAnsi="Tahoma" w:cs="Tahoma"/>
          <w:rtl/>
        </w:rPr>
        <w:t>. سپاه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آذوقه و اسب داشته باشد؛ شهرها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</w:t>
      </w:r>
      <w:r w:rsidRPr="00E5380D">
        <w:rPr>
          <w:rFonts w:ascii="Tahoma" w:hAnsi="Tahoma" w:cs="Tahoma"/>
          <w:rtl/>
        </w:rPr>
        <w:t xml:space="preserve"> بپردازند؛ حاکمان محل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فرمان‌بردار بمانند؛ و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وان</w:t>
      </w:r>
      <w:r w:rsidRPr="00E5380D">
        <w:rPr>
          <w:rFonts w:ascii="Tahoma" w:hAnsi="Tahoma" w:cs="Tahoma"/>
          <w:rtl/>
        </w:rPr>
        <w:t xml:space="preserve">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قشون و توان مردم تعادل برقرار کند.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خراسان، غازان با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نوروز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روبه‌رو شد. نوروز پسر ارغون آقا،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حاکمان و مأموران بلندپا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هٔ</w:t>
      </w:r>
      <w:r w:rsidRPr="00E5380D">
        <w:rPr>
          <w:rFonts w:ascii="Tahoma" w:hAnsi="Tahoma" w:cs="Tahoma"/>
          <w:rtl/>
        </w:rPr>
        <w:t xml:space="preserve"> مغول، بود و شبکه‌ا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وندها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نظام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منطقه داشت. او مدت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عل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</w:t>
      </w:r>
      <w:r w:rsidRPr="00E5380D">
        <w:rPr>
          <w:rFonts w:ascii="Tahoma" w:hAnsi="Tahoma" w:cs="Tahoma"/>
          <w:rtl/>
        </w:rPr>
        <w:t xml:space="preserve"> ارغون شور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ده</w:t>
      </w:r>
      <w:r w:rsidRPr="00E5380D">
        <w:rPr>
          <w:rFonts w:ascii="Tahoma" w:hAnsi="Tahoma" w:cs="Tahoma"/>
          <w:rtl/>
        </w:rPr>
        <w:t xml:space="preserve"> و به مغولان جغتا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وسته</w:t>
      </w:r>
      <w:r w:rsidRPr="00E5380D">
        <w:rPr>
          <w:rFonts w:ascii="Tahoma" w:hAnsi="Tahoma" w:cs="Tahoma"/>
          <w:rtl/>
        </w:rPr>
        <w:t xml:space="preserve"> بود. غازان ناچار شد سال‌ها با او و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مقابله کند،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آنکه</w:t>
      </w:r>
      <w:r w:rsidRPr="00E5380D">
        <w:rPr>
          <w:rFonts w:ascii="Tahoma" w:hAnsi="Tahoma" w:cs="Tahoma"/>
          <w:rtl/>
        </w:rPr>
        <w:t xml:space="preserve"> بتواند به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قطع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برسد.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دشمن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سرانجام به آشت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شد. هر دو طرف 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افتند</w:t>
      </w:r>
      <w:r w:rsidRPr="00E5380D">
        <w:rPr>
          <w:rFonts w:ascii="Tahoma" w:hAnsi="Tahoma" w:cs="Tahoma"/>
          <w:rtl/>
        </w:rPr>
        <w:t xml:space="preserve"> که ادامهٔ جنگ توان خراسان را فرسوده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کند</w:t>
      </w:r>
      <w:r w:rsidRPr="00E5380D">
        <w:rPr>
          <w:rFonts w:ascii="Tahoma" w:hAnsi="Tahoma" w:cs="Tahoma"/>
          <w:rtl/>
        </w:rPr>
        <w:t xml:space="preserve"> و 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چ‌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به‌آسان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تواند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ببرد. نوروز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بازگشت به ساختار حکومت به شاهزاده‌ا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داشت که آ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ندهٔ</w:t>
      </w:r>
      <w:r w:rsidRPr="00E5380D">
        <w:rPr>
          <w:rFonts w:ascii="Tahoma" w:hAnsi="Tahoma" w:cs="Tahoma"/>
          <w:rtl/>
        </w:rPr>
        <w:t xml:space="preserve"> تاج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در اخت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/>
          <w:rtl/>
        </w:rPr>
        <w:t xml:space="preserve"> 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رد؛</w:t>
      </w:r>
      <w:r w:rsidRPr="00E5380D">
        <w:rPr>
          <w:rFonts w:ascii="Tahoma" w:hAnsi="Tahoma" w:cs="Tahoma"/>
          <w:rtl/>
        </w:rPr>
        <w:t xml:space="preserve"> غازان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>ز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مقابله با رق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بان</w:t>
      </w:r>
      <w:r w:rsidRPr="00E5380D">
        <w:rPr>
          <w:rFonts w:ascii="Tahoma" w:hAnsi="Tahoma" w:cs="Tahoma"/>
          <w:rtl/>
        </w:rPr>
        <w:t xml:space="preserve"> و حمله‌ها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شرق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رو،</w:t>
      </w:r>
      <w:r w:rsidRPr="00E5380D">
        <w:rPr>
          <w:rFonts w:ascii="Tahoma" w:hAnsi="Tahoma" w:cs="Tahoma"/>
          <w:rtl/>
        </w:rPr>
        <w:t xml:space="preserve"> نفوذ و تجربهٔ نوروز محتاج بود.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هنگام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که 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خاتو</w:t>
      </w:r>
      <w:r w:rsidRPr="00E5380D">
        <w:rPr>
          <w:rFonts w:ascii="Tahoma" w:hAnsi="Tahoma" w:cs="Tahoma"/>
          <w:rtl/>
        </w:rPr>
        <w:t xml:space="preserve"> کشته شد و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دو</w:t>
      </w:r>
      <w:r w:rsidRPr="00E5380D">
        <w:rPr>
          <w:rFonts w:ascii="Tahoma" w:hAnsi="Tahoma" w:cs="Tahoma"/>
          <w:rtl/>
        </w:rPr>
        <w:t xml:space="preserve"> بر تخت نشست، همکار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غازان و نوروز معنا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تازه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</w:t>
      </w:r>
      <w:r w:rsidRPr="00E5380D">
        <w:rPr>
          <w:rFonts w:ascii="Tahoma" w:hAnsi="Tahoma" w:cs="Tahoma"/>
          <w:rtl/>
        </w:rPr>
        <w:t>. اکنون هدف فقط ادارهٔ خراسان نبود؛ تاج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بود.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دو</w:t>
      </w:r>
      <w:r w:rsidRPr="00E5380D">
        <w:rPr>
          <w:rFonts w:ascii="Tahoma" w:hAnsi="Tahoma" w:cs="Tahoma"/>
          <w:rtl/>
        </w:rPr>
        <w:t xml:space="preserve"> از حما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گروه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برخوردار بود، اما حکومتش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محکم نداشت. غازان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غلبه بر او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نا</w:t>
      </w:r>
      <w:r w:rsidRPr="00E5380D">
        <w:rPr>
          <w:rFonts w:ascii="Tahoma" w:hAnsi="Tahoma" w:cs="Tahoma" w:hint="eastAsia"/>
          <w:rtl/>
        </w:rPr>
        <w:t>راض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خراسان و جامعهٔ مسلمان را در کنار خود قرار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نوروز</w:t>
      </w:r>
      <w:r w:rsidRPr="00E5380D">
        <w:rPr>
          <w:rFonts w:ascii="Tahoma" w:hAnsi="Tahoma" w:cs="Tahoma"/>
          <w:rtl/>
        </w:rPr>
        <w:t xml:space="preserve"> مسلمان بود و 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افته</w:t>
      </w:r>
      <w:r w:rsidRPr="00E5380D">
        <w:rPr>
          <w:rFonts w:ascii="Tahoma" w:hAnsi="Tahoma" w:cs="Tahoma"/>
          <w:rtl/>
        </w:rPr>
        <w:t xml:space="preserve"> بود که اسلام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تواند</w:t>
      </w:r>
      <w:r w:rsidRPr="00E5380D">
        <w:rPr>
          <w:rFonts w:ascii="Tahoma" w:hAnsi="Tahoma" w:cs="Tahoma"/>
          <w:rtl/>
        </w:rPr>
        <w:t xml:space="preserve"> از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اجتماع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تاج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شود. پس از تجربهٔ احمد تکودار، شمار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شتر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مغولان و ترکان سپاه اسلام آورده بودند و فاصلهٔ 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تاج با قشون کاهش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افته</w:t>
      </w:r>
      <w:r w:rsidRPr="00E5380D">
        <w:rPr>
          <w:rFonts w:ascii="Tahoma" w:hAnsi="Tahoma" w:cs="Tahoma"/>
          <w:rtl/>
        </w:rPr>
        <w:t xml:space="preserve"> بود. اکثر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مردم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مسلمان ب</w:t>
      </w:r>
      <w:r w:rsidRPr="00E5380D">
        <w:rPr>
          <w:rFonts w:ascii="Tahoma" w:hAnsi="Tahoma" w:cs="Tahoma" w:hint="eastAsia"/>
          <w:rtl/>
        </w:rPr>
        <w:t>ودند</w:t>
      </w:r>
      <w:r w:rsidRPr="00E5380D">
        <w:rPr>
          <w:rFonts w:ascii="Tahoma" w:hAnsi="Tahoma" w:cs="Tahoma"/>
          <w:rtl/>
        </w:rPr>
        <w:t xml:space="preserve"> و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توانستند</w:t>
      </w:r>
      <w:r w:rsidRPr="00E5380D">
        <w:rPr>
          <w:rFonts w:ascii="Tahoma" w:hAnsi="Tahoma" w:cs="Tahoma"/>
          <w:rtl/>
        </w:rPr>
        <w:t xml:space="preserve"> حکومت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مسلمان را پذ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رفتن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تر</w:t>
      </w:r>
      <w:r w:rsidRPr="00E5380D">
        <w:rPr>
          <w:rFonts w:ascii="Tahoma" w:hAnsi="Tahoma" w:cs="Tahoma"/>
          <w:rtl/>
        </w:rPr>
        <w:t xml:space="preserve"> از فرمانروا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دو</w:t>
      </w:r>
      <w:r w:rsidRPr="00E5380D">
        <w:rPr>
          <w:rFonts w:ascii="Tahoma" w:hAnsi="Tahoma" w:cs="Tahoma"/>
          <w:rtl/>
        </w:rPr>
        <w:t xml:space="preserve"> بدانند.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غازان</w:t>
      </w:r>
      <w:r w:rsidRPr="00E5380D">
        <w:rPr>
          <w:rFonts w:ascii="Tahoma" w:hAnsi="Tahoma" w:cs="Tahoma"/>
          <w:rtl/>
        </w:rPr>
        <w:t xml:space="preserve"> در ژوئن </w:t>
      </w:r>
      <w:r w:rsidRPr="00E5380D">
        <w:rPr>
          <w:rFonts w:ascii="Tahoma" w:hAnsi="Tahoma" w:cs="Tahoma"/>
          <w:rtl/>
          <w:lang w:bidi="fa-IR"/>
        </w:rPr>
        <w:t>۱۲۹۵</w:t>
      </w:r>
      <w:r w:rsidRPr="00E5380D">
        <w:rPr>
          <w:rFonts w:ascii="Tahoma" w:hAnsi="Tahoma" w:cs="Tahoma"/>
          <w:rtl/>
        </w:rPr>
        <w:t xml:space="preserve"> اسلام آورد و نام محمود را برگز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>. مراسم اسلام آوردن او با حضور 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مسلمان برگزار شد و نوروز در فراهم کردن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نهٔ</w:t>
      </w:r>
      <w:r w:rsidRPr="00E5380D">
        <w:rPr>
          <w:rFonts w:ascii="Tahoma" w:hAnsi="Tahoma" w:cs="Tahoma"/>
          <w:rtl/>
        </w:rPr>
        <w:t xml:space="preserve"> آن نقش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داشت. گروه بزرگ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و سپاه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همراه او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اسلام آوردند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اسلام خود را آشکارتر کردند. برخلاف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>ن احمد تکودار،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ن‌بار</w:t>
      </w:r>
      <w:r w:rsidRPr="00E5380D">
        <w:rPr>
          <w:rFonts w:ascii="Tahoma" w:hAnsi="Tahoma" w:cs="Tahoma"/>
          <w:rtl/>
        </w:rPr>
        <w:t xml:space="preserve"> اسلام آوردن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/>
          <w:rtl/>
        </w:rPr>
        <w:t xml:space="preserve"> آ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نده</w:t>
      </w:r>
      <w:r w:rsidRPr="00E5380D">
        <w:rPr>
          <w:rFonts w:ascii="Tahoma" w:hAnsi="Tahoma" w:cs="Tahoma"/>
          <w:rtl/>
        </w:rPr>
        <w:t xml:space="preserve"> با جابه‌جا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گسترده‌تر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طبقهٔ نظام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همراه شد.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زهٔ</w:t>
      </w:r>
      <w:r w:rsidRPr="00E5380D">
        <w:rPr>
          <w:rFonts w:ascii="Tahoma" w:hAnsi="Tahoma" w:cs="Tahoma"/>
          <w:rtl/>
        </w:rPr>
        <w:t xml:space="preserve">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تصم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م</w:t>
      </w:r>
      <w:r w:rsidRPr="00E5380D">
        <w:rPr>
          <w:rFonts w:ascii="Tahoma" w:hAnsi="Tahoma" w:cs="Tahoma"/>
          <w:rtl/>
        </w:rPr>
        <w:t xml:space="preserve"> را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</w:t>
      </w:r>
      <w:r w:rsidRPr="00E5380D">
        <w:rPr>
          <w:rFonts w:ascii="Tahoma" w:hAnsi="Tahoma" w:cs="Tahoma"/>
          <w:rtl/>
        </w:rPr>
        <w:t xml:space="preserve"> ناد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ده</w:t>
      </w:r>
      <w:r w:rsidRPr="00E5380D">
        <w:rPr>
          <w:rFonts w:ascii="Tahoma" w:hAnsi="Tahoma" w:cs="Tahoma"/>
          <w:rtl/>
        </w:rPr>
        <w:t xml:space="preserve"> گرفت. غازان در آستانهٔ جنگ با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دو</w:t>
      </w:r>
      <w:r w:rsidRPr="00E5380D">
        <w:rPr>
          <w:rFonts w:ascii="Tahoma" w:hAnsi="Tahoma" w:cs="Tahoma"/>
          <w:rtl/>
        </w:rPr>
        <w:t xml:space="preserve"> بود و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حما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نوروز و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مسلمان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داشت. اما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بودن زمان و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نهٔ</w:t>
      </w:r>
      <w:r w:rsidRPr="00E5380D">
        <w:rPr>
          <w:rFonts w:ascii="Tahoma" w:hAnsi="Tahoma" w:cs="Tahoma"/>
          <w:rtl/>
        </w:rPr>
        <w:t xml:space="preserve"> اسلام آوردن، به‌خود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خود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مان</w:t>
      </w:r>
      <w:r w:rsidRPr="00E5380D">
        <w:rPr>
          <w:rFonts w:ascii="Tahoma" w:hAnsi="Tahoma" w:cs="Tahoma"/>
          <w:rtl/>
        </w:rPr>
        <w:t xml:space="preserve"> او را ساختگ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کند</w:t>
      </w:r>
      <w:r w:rsidRPr="00E5380D">
        <w:rPr>
          <w:rFonts w:ascii="Tahoma" w:hAnsi="Tahoma" w:cs="Tahoma"/>
          <w:rtl/>
        </w:rPr>
        <w:t>. فرمانروا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مانند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انسان‌ها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توانند</w:t>
      </w:r>
      <w:r w:rsidRPr="00E5380D">
        <w:rPr>
          <w:rFonts w:ascii="Tahoma" w:hAnsi="Tahoma" w:cs="Tahoma"/>
          <w:rtl/>
        </w:rPr>
        <w:t xml:space="preserve"> هم‌زمان از اعتقاد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تأث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بپذ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رند</w:t>
      </w:r>
      <w:r w:rsidRPr="00E5380D">
        <w:rPr>
          <w:rFonts w:ascii="Tahoma" w:hAnsi="Tahoma" w:cs="Tahoma"/>
          <w:rtl/>
        </w:rPr>
        <w:t xml:space="preserve"> و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امد</w:t>
      </w:r>
      <w:r w:rsidRPr="00E5380D">
        <w:rPr>
          <w:rFonts w:ascii="Tahoma" w:hAnsi="Tahoma" w:cs="Tahoma"/>
          <w:rtl/>
        </w:rPr>
        <w:t xml:space="preserve">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آن را بشناسند. رفتار غازان پس از رس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دن</w:t>
      </w:r>
      <w:r w:rsidRPr="00E5380D">
        <w:rPr>
          <w:rFonts w:ascii="Tahoma" w:hAnsi="Tahoma" w:cs="Tahoma"/>
          <w:rtl/>
        </w:rPr>
        <w:t xml:space="preserve"> به تاج نشان داد که اسلام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او فقط وعده‌ا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موقت در جر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جنگ باق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نماند.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او</w:t>
      </w:r>
      <w:r w:rsidRPr="00E5380D">
        <w:rPr>
          <w:rFonts w:ascii="Tahoma" w:hAnsi="Tahoma" w:cs="Tahoma"/>
          <w:rtl/>
        </w:rPr>
        <w:t xml:space="preserve"> پس از شکست و کشته شدن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دو</w:t>
      </w:r>
      <w:r w:rsidRPr="00E5380D">
        <w:rPr>
          <w:rFonts w:ascii="Tahoma" w:hAnsi="Tahoma" w:cs="Tahoma"/>
          <w:rtl/>
        </w:rPr>
        <w:t xml:space="preserve"> در پا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/>
          <w:rtl/>
          <w:lang w:bidi="fa-IR"/>
        </w:rPr>
        <w:t>۱۲۹۵</w:t>
      </w:r>
      <w:r w:rsidRPr="00E5380D">
        <w:rPr>
          <w:rFonts w:ascii="Tahoma" w:hAnsi="Tahoma" w:cs="Tahoma"/>
          <w:rtl/>
        </w:rPr>
        <w:t xml:space="preserve"> به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>. اکنون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نخست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ن‌بار</w:t>
      </w:r>
      <w:r w:rsidRPr="00E5380D">
        <w:rPr>
          <w:rFonts w:ascii="Tahoma" w:hAnsi="Tahoma" w:cs="Tahoma"/>
          <w:rtl/>
        </w:rPr>
        <w:t xml:space="preserve"> اسلام آوردن شخص فرمانروا با مسلمان شدن بخش مهم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قشون و پذ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رش</w:t>
      </w:r>
      <w:r w:rsidRPr="00E5380D">
        <w:rPr>
          <w:rFonts w:ascii="Tahoma" w:hAnsi="Tahoma" w:cs="Tahoma"/>
          <w:rtl/>
        </w:rPr>
        <w:t xml:space="preserve"> گسترده‌تر در جامعه همراه شده بود. تاج مغول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فقط در دست فرد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مسلمان نبود؛ حکومت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به‌تدر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ج</w:t>
      </w:r>
      <w:r w:rsidRPr="00E5380D">
        <w:rPr>
          <w:rFonts w:ascii="Tahoma" w:hAnsi="Tahoma" w:cs="Tahoma"/>
          <w:rtl/>
        </w:rPr>
        <w:t xml:space="preserve"> نشانه‌ها، ع</w:t>
      </w:r>
      <w:r w:rsidRPr="00E5380D">
        <w:rPr>
          <w:rFonts w:ascii="Tahoma" w:hAnsi="Tahoma" w:cs="Tahoma" w:hint="eastAsia"/>
          <w:rtl/>
        </w:rPr>
        <w:t>نوان‌ها</w:t>
      </w:r>
      <w:r w:rsidRPr="00E5380D">
        <w:rPr>
          <w:rFonts w:ascii="Tahoma" w:hAnsi="Tahoma" w:cs="Tahoma"/>
          <w:rtl/>
        </w:rPr>
        <w:t xml:space="preserve"> و نهادها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وارد ساختمان خود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نام</w:t>
      </w:r>
      <w:r w:rsidRPr="00E5380D">
        <w:rPr>
          <w:rFonts w:ascii="Tahoma" w:hAnsi="Tahoma" w:cs="Tahoma"/>
          <w:rtl/>
        </w:rPr>
        <w:t xml:space="preserve"> محمود غازان بر سکه‌ها و فرمان‌ها نشست و تعاب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معرف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فرمانروا افزا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</w:t>
      </w:r>
      <w:r w:rsidRPr="00E5380D">
        <w:rPr>
          <w:rFonts w:ascii="Tahoma" w:hAnsi="Tahoma" w:cs="Tahoma"/>
          <w:rtl/>
        </w:rPr>
        <w:t>. مسجدها، مدرسه‌ها و موقوفه‌ها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حما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تاج برخوردار شدند.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نکاران</w:t>
      </w:r>
      <w:r w:rsidRPr="00E5380D">
        <w:rPr>
          <w:rFonts w:ascii="Tahoma" w:hAnsi="Tahoma" w:cs="Tahoma"/>
          <w:rtl/>
        </w:rPr>
        <w:t xml:space="preserve"> مسلمان به دربار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ک‌تر</w:t>
      </w:r>
      <w:r w:rsidRPr="00E5380D">
        <w:rPr>
          <w:rFonts w:ascii="Tahoma" w:hAnsi="Tahoma" w:cs="Tahoma"/>
          <w:rtl/>
        </w:rPr>
        <w:t xml:space="preserve"> شدند و حکومت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نما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حقان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حکمران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خود از زبان اسلام بهره گرفت. </w:t>
      </w:r>
      <w:r w:rsidRPr="00E5380D">
        <w:rPr>
          <w:rFonts w:ascii="Tahoma" w:hAnsi="Tahoma" w:cs="Tahoma" w:hint="eastAsia"/>
          <w:rtl/>
        </w:rPr>
        <w:t>تاج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که روزگار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خلافت عباس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نابود کرده بود، اکنون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کوش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خود را پشت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بان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و فرمانروا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مسلمانان معرف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کند.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باا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ن‌همه،</w:t>
      </w:r>
      <w:r w:rsidRPr="00E5380D">
        <w:rPr>
          <w:rFonts w:ascii="Tahoma" w:hAnsi="Tahoma" w:cs="Tahoma"/>
          <w:rtl/>
        </w:rPr>
        <w:t xml:space="preserve"> اسلام آوردن غازان سنت چنگ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ک‌باره</w:t>
      </w:r>
      <w:r w:rsidRPr="00E5380D">
        <w:rPr>
          <w:rFonts w:ascii="Tahoma" w:hAnsi="Tahoma" w:cs="Tahoma"/>
          <w:rtl/>
        </w:rPr>
        <w:t xml:space="preserve">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نبرد. او تاج خود را همچنان از خون خاندان هولاکو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دانست</w:t>
      </w:r>
      <w:r w:rsidRPr="00E5380D">
        <w:rPr>
          <w:rFonts w:ascii="Tahoma" w:hAnsi="Tahoma" w:cs="Tahoma"/>
          <w:rtl/>
        </w:rPr>
        <w:t xml:space="preserve"> و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رانش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حق فرمانروا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او را با نسب چنگ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شناختند</w:t>
      </w:r>
      <w:r w:rsidRPr="00E5380D">
        <w:rPr>
          <w:rFonts w:ascii="Tahoma" w:hAnsi="Tahoma" w:cs="Tahoma"/>
          <w:rtl/>
        </w:rPr>
        <w:t>. آ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ن‌ها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مغول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ساختار قشون، قور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لتا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گاه</w:t>
      </w:r>
      <w:r w:rsidRPr="00E5380D">
        <w:rPr>
          <w:rFonts w:ascii="Tahoma" w:hAnsi="Tahoma" w:cs="Tahoma"/>
          <w:rtl/>
        </w:rPr>
        <w:t xml:space="preserve"> خاتون‌ها و بس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قواعد درون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خ</w:t>
      </w:r>
      <w:r w:rsidRPr="00E5380D">
        <w:rPr>
          <w:rFonts w:ascii="Tahoma" w:hAnsi="Tahoma" w:cs="Tahoma" w:hint="eastAsia"/>
          <w:rtl/>
        </w:rPr>
        <w:t>اندان</w:t>
      </w:r>
      <w:r w:rsidRPr="00E5380D">
        <w:rPr>
          <w:rFonts w:ascii="Tahoma" w:hAnsi="Tahoma" w:cs="Tahoma"/>
          <w:rtl/>
        </w:rPr>
        <w:t xml:space="preserve"> ادامه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افتند</w:t>
      </w:r>
      <w:r w:rsidRPr="00E5380D">
        <w:rPr>
          <w:rFonts w:ascii="Tahoma" w:hAnsi="Tahoma" w:cs="Tahoma"/>
          <w:rtl/>
        </w:rPr>
        <w:t>. شر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عت</w:t>
      </w:r>
      <w:r w:rsidRPr="00E5380D">
        <w:rPr>
          <w:rFonts w:ascii="Tahoma" w:hAnsi="Tahoma" w:cs="Tahoma"/>
          <w:rtl/>
        </w:rPr>
        <w:t xml:space="preserve">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همهٔ دستورها و عادت‌ها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مغول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نگرفت.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نت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جه،</w:t>
      </w:r>
      <w:r w:rsidRPr="00E5380D">
        <w:rPr>
          <w:rFonts w:ascii="Tahoma" w:hAnsi="Tahoma" w:cs="Tahoma"/>
          <w:rtl/>
        </w:rPr>
        <w:t xml:space="preserve"> حقان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حکمران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غازان دو سرچشمه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</w:t>
      </w:r>
      <w:r w:rsidRPr="00E5380D">
        <w:rPr>
          <w:rFonts w:ascii="Tahoma" w:hAnsi="Tahoma" w:cs="Tahoma"/>
          <w:rtl/>
        </w:rPr>
        <w:t xml:space="preserve"> کرد. او از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سو خان مغول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وارث هولاکو، اباقا و ارغون بود؛ و از سو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سلطان محمود، فرمانروا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مسلمان و پشت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بان</w:t>
      </w:r>
      <w:r w:rsidRPr="00E5380D">
        <w:rPr>
          <w:rFonts w:ascii="Tahoma" w:hAnsi="Tahoma" w:cs="Tahoma"/>
          <w:rtl/>
        </w:rPr>
        <w:t xml:space="preserve"> اسلام به شمار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رفت</w:t>
      </w:r>
      <w:r w:rsidRPr="00E5380D">
        <w:rPr>
          <w:rFonts w:ascii="Tahoma" w:hAnsi="Tahoma" w:cs="Tahoma"/>
          <w:rtl/>
        </w:rPr>
        <w:t xml:space="preserve">. حذف هر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از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دو سرچشمه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توانست</w:t>
      </w:r>
      <w:r w:rsidRPr="00E5380D">
        <w:rPr>
          <w:rFonts w:ascii="Tahoma" w:hAnsi="Tahoma" w:cs="Tahoma"/>
          <w:rtl/>
        </w:rPr>
        <w:t xml:space="preserve"> بخش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هٔ</w:t>
      </w:r>
      <w:r w:rsidRPr="00E5380D">
        <w:rPr>
          <w:rFonts w:ascii="Tahoma" w:hAnsi="Tahoma" w:cs="Tahoma"/>
          <w:rtl/>
        </w:rPr>
        <w:t xml:space="preserve"> قدرت او را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بب</w:t>
      </w:r>
      <w:r w:rsidRPr="00E5380D">
        <w:rPr>
          <w:rFonts w:ascii="Tahoma" w:hAnsi="Tahoma" w:cs="Tahoma" w:hint="eastAsia"/>
          <w:rtl/>
        </w:rPr>
        <w:t>رد</w:t>
      </w:r>
      <w:r w:rsidRPr="00E5380D">
        <w:rPr>
          <w:rFonts w:ascii="Tahoma" w:hAnsi="Tahoma" w:cs="Tahoma"/>
          <w:rtl/>
        </w:rPr>
        <w:t>. اگر فقط بر اسلام تک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کرد،</w:t>
      </w:r>
      <w:r w:rsidRPr="00E5380D">
        <w:rPr>
          <w:rFonts w:ascii="Tahoma" w:hAnsi="Tahoma" w:cs="Tahoma"/>
          <w:rtl/>
        </w:rPr>
        <w:t xml:space="preserve">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مغول ممکن بود او را رها کنند؛ و اگر تنها بر خون چنگ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تأک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ورز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د،</w:t>
      </w:r>
      <w:r w:rsidRPr="00E5380D">
        <w:rPr>
          <w:rFonts w:ascii="Tahoma" w:hAnsi="Tahoma" w:cs="Tahoma"/>
          <w:rtl/>
        </w:rPr>
        <w:t xml:space="preserve"> فرصت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شدن به جامعهٔ مسلمان را از دست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ترک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ب،</w:t>
      </w:r>
      <w:r w:rsidRPr="00E5380D">
        <w:rPr>
          <w:rFonts w:ascii="Tahoma" w:hAnsi="Tahoma" w:cs="Tahoma"/>
          <w:rtl/>
        </w:rPr>
        <w:t xml:space="preserve"> حکومت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به صورت تازه‌ا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تاج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کرد. مغولان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گروه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فاتح در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رون</w:t>
      </w:r>
      <w:r w:rsidRPr="00E5380D">
        <w:rPr>
          <w:rFonts w:ascii="Tahoma" w:hAnsi="Tahoma" w:cs="Tahoma"/>
          <w:rtl/>
        </w:rPr>
        <w:t xml:space="preserve"> از جامعه نبودند که فقط از راه قشون بر مسلمانان فرمان برانند. آنان در حال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وستن</w:t>
      </w:r>
      <w:r w:rsidRPr="00E5380D">
        <w:rPr>
          <w:rFonts w:ascii="Tahoma" w:hAnsi="Tahoma" w:cs="Tahoma"/>
          <w:rtl/>
        </w:rPr>
        <w:t xml:space="preserve"> به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اکثر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مردم و پذ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رفتن</w:t>
      </w:r>
      <w:r w:rsidRPr="00E5380D">
        <w:rPr>
          <w:rFonts w:ascii="Tahoma" w:hAnsi="Tahoma" w:cs="Tahoma"/>
          <w:rtl/>
        </w:rPr>
        <w:t xml:space="preserve"> بخش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زبان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فرهنگ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بودند.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دگرگون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eastAsia"/>
          <w:rtl/>
        </w:rPr>
        <w:t>به</w:t>
      </w:r>
      <w:r w:rsidRPr="00E5380D">
        <w:rPr>
          <w:rFonts w:ascii="Tahoma" w:hAnsi="Tahoma" w:cs="Tahoma"/>
          <w:rtl/>
        </w:rPr>
        <w:t xml:space="preserve"> معنا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رفتن تفاوت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فاتح و مغلوب نبود، اما مرز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آنان را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داد.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مسلمان</w:t>
      </w:r>
      <w:r w:rsidRPr="00E5380D">
        <w:rPr>
          <w:rFonts w:ascii="Tahoma" w:hAnsi="Tahoma" w:cs="Tahoma"/>
          <w:rtl/>
        </w:rPr>
        <w:t xml:space="preserve"> شدن تاج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امدها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روان</w:t>
      </w:r>
      <w:r w:rsidRPr="00E5380D">
        <w:rPr>
          <w:rFonts w:ascii="Tahoma" w:hAnsi="Tahoma" w:cs="Tahoma"/>
          <w:rtl/>
        </w:rPr>
        <w:t xml:space="preserve"> اد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داشت. در دورهٔ هولاکو، اباقا و ارغون، بودا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و مس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ح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در دربار از نفوذ و حما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برخوردار بودند و حکومت خود را به اجرا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عت</w:t>
      </w:r>
      <w:r w:rsidRPr="00E5380D">
        <w:rPr>
          <w:rFonts w:ascii="Tahoma" w:hAnsi="Tahoma" w:cs="Tahoma"/>
          <w:rtl/>
        </w:rPr>
        <w:t xml:space="preserve">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موظف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دانست</w:t>
      </w:r>
      <w:r w:rsidRPr="00E5380D">
        <w:rPr>
          <w:rFonts w:ascii="Tahoma" w:hAnsi="Tahoma" w:cs="Tahoma"/>
          <w:rtl/>
        </w:rPr>
        <w:t>. اکنون اسلام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گاه</w:t>
      </w:r>
      <w:r w:rsidRPr="00E5380D">
        <w:rPr>
          <w:rFonts w:ascii="Tahoma" w:hAnsi="Tahoma" w:cs="Tahoma"/>
          <w:rtl/>
        </w:rPr>
        <w:t xml:space="preserve"> برتر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</w:t>
      </w:r>
      <w:r w:rsidRPr="00E5380D">
        <w:rPr>
          <w:rFonts w:ascii="Tahoma" w:hAnsi="Tahoma" w:cs="Tahoma"/>
          <w:rtl/>
        </w:rPr>
        <w:t xml:space="preserve"> و نهادها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و مس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>ح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بخش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امت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خود را در معرض خطر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دند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نوروز</w:t>
      </w:r>
      <w:r w:rsidRPr="00E5380D">
        <w:rPr>
          <w:rFonts w:ascii="Tahoma" w:hAnsi="Tahoma" w:cs="Tahoma"/>
          <w:rtl/>
        </w:rPr>
        <w:t xml:space="preserve"> در آغاز حکومت غازان نفوذ فراوان داشت و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سخت‌گ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رانه</w:t>
      </w:r>
      <w:r w:rsidRPr="00E5380D">
        <w:rPr>
          <w:rFonts w:ascii="Tahoma" w:hAnsi="Tahoma" w:cs="Tahoma"/>
          <w:rtl/>
        </w:rPr>
        <w:t xml:space="preserve"> در برابر برخ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گروه‌ها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غ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رمسلمان</w:t>
      </w:r>
      <w:r w:rsidRPr="00E5380D">
        <w:rPr>
          <w:rFonts w:ascii="Tahoma" w:hAnsi="Tahoma" w:cs="Tahoma"/>
          <w:rtl/>
        </w:rPr>
        <w:t xml:space="preserve"> در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گرفت. معابد بودا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آس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دند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شدند و بودا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به ترک آ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خود وادار گرد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دند</w:t>
      </w:r>
      <w:r w:rsidRPr="00E5380D">
        <w:rPr>
          <w:rFonts w:ascii="Tahoma" w:hAnsi="Tahoma" w:cs="Tahoma"/>
          <w:rtl/>
        </w:rPr>
        <w:t>. کل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ساها</w:t>
      </w:r>
      <w:r w:rsidRPr="00E5380D">
        <w:rPr>
          <w:rFonts w:ascii="Tahoma" w:hAnsi="Tahoma" w:cs="Tahoma"/>
          <w:rtl/>
        </w:rPr>
        <w:t xml:space="preserve"> و کن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سه‌ها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مورد تعرض قرار گرفتند و اجرا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مقررات مربوط به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روان</w:t>
      </w:r>
      <w:r w:rsidRPr="00E5380D">
        <w:rPr>
          <w:rFonts w:ascii="Tahoma" w:hAnsi="Tahoma" w:cs="Tahoma"/>
          <w:rtl/>
        </w:rPr>
        <w:t xml:space="preserve"> اد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غ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رمسلمان</w:t>
      </w:r>
      <w:r w:rsidRPr="00E5380D">
        <w:rPr>
          <w:rFonts w:ascii="Tahoma" w:hAnsi="Tahoma" w:cs="Tahoma"/>
          <w:rtl/>
        </w:rPr>
        <w:t xml:space="preserve"> مطرح شد.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تاج، که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مسلمانان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فرمانروا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گانهٔ</w:t>
      </w:r>
      <w:r w:rsidRPr="00E5380D">
        <w:rPr>
          <w:rFonts w:ascii="Tahoma" w:hAnsi="Tahoma" w:cs="Tahoma"/>
          <w:rtl/>
        </w:rPr>
        <w:t xml:space="preserve"> 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شمار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رفت،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برخ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گروه‌ها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به معنا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کاهش امن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و امت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بود.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رفتار نشان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 xml:space="preserve"> که رسم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شدن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برتر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افتن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چگونه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همهٔ گروه‌ها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جامعه را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دهد</w:t>
      </w:r>
      <w:r w:rsidRPr="00E5380D">
        <w:rPr>
          <w:rFonts w:ascii="Tahoma" w:hAnsi="Tahoma" w:cs="Tahoma"/>
          <w:rtl/>
        </w:rPr>
        <w:t>. مسلمانان که تا آن هنگام 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فرمان تاج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غ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رمسلمان</w:t>
      </w:r>
      <w:r w:rsidRPr="00E5380D">
        <w:rPr>
          <w:rFonts w:ascii="Tahoma" w:hAnsi="Tahoma" w:cs="Tahoma"/>
          <w:rtl/>
        </w:rPr>
        <w:t xml:space="preserve"> بودند، اکنون به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روان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تاج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شدند. بودا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و مس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ح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که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ش‌تر</w:t>
      </w:r>
      <w:r w:rsidRPr="00E5380D">
        <w:rPr>
          <w:rFonts w:ascii="Tahoma" w:hAnsi="Tahoma" w:cs="Tahoma"/>
          <w:rtl/>
        </w:rPr>
        <w:t xml:space="preserve"> به خاندان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بودند، </w:t>
      </w:r>
      <w:r w:rsidRPr="00E5380D">
        <w:rPr>
          <w:rFonts w:ascii="Tahoma" w:hAnsi="Tahoma" w:cs="Tahoma" w:hint="eastAsia"/>
          <w:rtl/>
        </w:rPr>
        <w:t>موقع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خود را از دست دادند. حکومت هنوز جامعه‌ا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چندمذهب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اداره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کرد،</w:t>
      </w:r>
      <w:r w:rsidRPr="00E5380D">
        <w:rPr>
          <w:rFonts w:ascii="Tahoma" w:hAnsi="Tahoma" w:cs="Tahoma"/>
          <w:rtl/>
        </w:rPr>
        <w:t xml:space="preserve"> اما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نسبت به همهٔ مذاهب فاصله‌ا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تقر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باً</w:t>
      </w:r>
      <w:r w:rsidRPr="00E5380D">
        <w:rPr>
          <w:rFonts w:ascii="Tahoma" w:hAnsi="Tahoma" w:cs="Tahoma"/>
          <w:rtl/>
        </w:rPr>
        <w:t xml:space="preserve"> برابر نداشت.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باا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ن‌همه،</w:t>
      </w:r>
      <w:r w:rsidRPr="00E5380D">
        <w:rPr>
          <w:rFonts w:ascii="Tahoma" w:hAnsi="Tahoma" w:cs="Tahoma"/>
          <w:rtl/>
        </w:rPr>
        <w:t xml:space="preserve">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است</w:t>
      </w:r>
      <w:r w:rsidRPr="00E5380D">
        <w:rPr>
          <w:rFonts w:ascii="Tahoma" w:hAnsi="Tahoma" w:cs="Tahoma"/>
          <w:rtl/>
        </w:rPr>
        <w:t xml:space="preserve"> 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دورهٔ غازان را نبا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فقط با سخت‌گ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آغاز حکومت نوروز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دانست.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کشوردار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مانع آن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شد</w:t>
      </w:r>
      <w:r w:rsidRPr="00E5380D">
        <w:rPr>
          <w:rFonts w:ascii="Tahoma" w:hAnsi="Tahoma" w:cs="Tahoma"/>
          <w:rtl/>
        </w:rPr>
        <w:t xml:space="preserve"> که حکومت همهٔ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روان</w:t>
      </w:r>
      <w:r w:rsidRPr="00E5380D">
        <w:rPr>
          <w:rFonts w:ascii="Tahoma" w:hAnsi="Tahoma" w:cs="Tahoma"/>
          <w:rtl/>
        </w:rPr>
        <w:t xml:space="preserve"> اد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را از جامعه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دستگاه ادار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رون</w:t>
      </w:r>
      <w:r w:rsidRPr="00E5380D">
        <w:rPr>
          <w:rFonts w:ascii="Tahoma" w:hAnsi="Tahoma" w:cs="Tahoma"/>
          <w:rtl/>
        </w:rPr>
        <w:t xml:space="preserve"> کند. مس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ح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هود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و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گروه‌ها در تجارت، پزشک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وان</w:t>
      </w:r>
      <w:r w:rsidRPr="00E5380D">
        <w:rPr>
          <w:rFonts w:ascii="Tahoma" w:hAnsi="Tahoma" w:cs="Tahoma"/>
          <w:rtl/>
        </w:rPr>
        <w:t xml:space="preserve"> و شهرها حضور داشتند و حذف آنان به اقتصاد و ادارهٔ کشور آس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زد</w:t>
      </w:r>
      <w:r w:rsidRPr="00E5380D">
        <w:rPr>
          <w:rFonts w:ascii="Tahoma" w:hAnsi="Tahoma" w:cs="Tahoma"/>
          <w:rtl/>
        </w:rPr>
        <w:t>. تاج مسلمان شده بود، اما همچنان به توانا</w:t>
      </w:r>
      <w:r w:rsidRPr="00E5380D">
        <w:rPr>
          <w:rFonts w:ascii="Tahoma" w:hAnsi="Tahoma" w:cs="Tahoma" w:hint="cs"/>
          <w:rtl/>
        </w:rPr>
        <w:t>یی‌</w:t>
      </w:r>
      <w:r w:rsidRPr="00E5380D">
        <w:rPr>
          <w:rFonts w:ascii="Tahoma" w:hAnsi="Tahoma" w:cs="Tahoma" w:hint="eastAsia"/>
          <w:rtl/>
        </w:rPr>
        <w:t>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جامعه‌ا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متنوع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داشت.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تجربهٔ</w:t>
      </w:r>
      <w:r w:rsidRPr="00E5380D">
        <w:rPr>
          <w:rFonts w:ascii="Tahoma" w:hAnsi="Tahoma" w:cs="Tahoma"/>
          <w:rtl/>
        </w:rPr>
        <w:t xml:space="preserve"> سعدالدوله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هنوز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بود.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هود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بودن او به دشمنانش امکان داده بود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است</w:t>
      </w:r>
      <w:r w:rsidRPr="00E5380D">
        <w:rPr>
          <w:rFonts w:ascii="Tahoma" w:hAnsi="Tahoma" w:cs="Tahoma"/>
          <w:rtl/>
        </w:rPr>
        <w:t xml:space="preserve">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رقابت بر سر قدرت را به دشمن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کنند. غازان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ساختن حکومت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دار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توانست</w:t>
      </w:r>
      <w:r w:rsidRPr="00E5380D">
        <w:rPr>
          <w:rFonts w:ascii="Tahoma" w:hAnsi="Tahoma" w:cs="Tahoma"/>
          <w:rtl/>
        </w:rPr>
        <w:t xml:space="preserve"> اجازه دهد هر تصف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هٔ</w:t>
      </w:r>
      <w:r w:rsidRPr="00E5380D">
        <w:rPr>
          <w:rFonts w:ascii="Tahoma" w:hAnsi="Tahoma" w:cs="Tahoma"/>
          <w:rtl/>
        </w:rPr>
        <w:t xml:space="preserve">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حمله‌ا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عموم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عل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جماعت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شود. اگر دارا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و جان گروه‌ها فقط به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نظر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وابسته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ماند،</w:t>
      </w:r>
      <w:r w:rsidRPr="00E5380D">
        <w:rPr>
          <w:rFonts w:ascii="Tahoma" w:hAnsi="Tahoma" w:cs="Tahoma"/>
          <w:rtl/>
        </w:rPr>
        <w:t xml:space="preserve"> اعتماد لازم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تجارت و تول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شکل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گرفت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سو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گر،</w:t>
      </w:r>
      <w:r w:rsidRPr="00E5380D">
        <w:rPr>
          <w:rFonts w:ascii="Tahoma" w:hAnsi="Tahoma" w:cs="Tahoma"/>
          <w:rtl/>
        </w:rPr>
        <w:t xml:space="preserve"> مسلمان شدن غازان دشمن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او با مملوکان را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نداد. اکنون هر دو حکومت مسلمان بودند و هر دو خود را مدافع اسلام معرف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کردند،</w:t>
      </w:r>
      <w:r w:rsidRPr="00E5380D">
        <w:rPr>
          <w:rFonts w:ascii="Tahoma" w:hAnsi="Tahoma" w:cs="Tahoma"/>
          <w:rtl/>
        </w:rPr>
        <w:t xml:space="preserve"> اما رقابت بر سر شام، عراق و برتر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منطقه‌ا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ادامه داشت.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واقع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نشان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 xml:space="preserve"> که هم‌د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به‌تنها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منافع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نظام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برد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غازان</w:t>
      </w:r>
      <w:r w:rsidRPr="00E5380D">
        <w:rPr>
          <w:rFonts w:ascii="Tahoma" w:hAnsi="Tahoma" w:cs="Tahoma"/>
          <w:rtl/>
        </w:rPr>
        <w:t xml:space="preserve"> حت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زبان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توج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</w:t>
      </w:r>
      <w:r w:rsidRPr="00E5380D">
        <w:rPr>
          <w:rFonts w:ascii="Tahoma" w:hAnsi="Tahoma" w:cs="Tahoma"/>
          <w:rtl/>
        </w:rPr>
        <w:t xml:space="preserve"> جنگ با مملوکان به کار گرفت. هر طرف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به رفتار نادرست،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خ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انت</w:t>
      </w:r>
      <w:r w:rsidRPr="00E5380D">
        <w:rPr>
          <w:rFonts w:ascii="Tahoma" w:hAnsi="Tahoma" w:cs="Tahoma"/>
          <w:rtl/>
        </w:rPr>
        <w:t xml:space="preserve"> به مصالح مسلمانان متهم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</w:t>
      </w:r>
      <w:r w:rsidRPr="00E5380D">
        <w:rPr>
          <w:rFonts w:ascii="Tahoma" w:hAnsi="Tahoma" w:cs="Tahoma"/>
          <w:rtl/>
        </w:rPr>
        <w:t>. مملوکان گذشتهٔ خاندان هولاکو، کشتن خل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فه</w:t>
      </w:r>
      <w:r w:rsidRPr="00E5380D">
        <w:rPr>
          <w:rFonts w:ascii="Tahoma" w:hAnsi="Tahoma" w:cs="Tahoma"/>
          <w:rtl/>
        </w:rPr>
        <w:t xml:space="preserve"> و حمله به سرزم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ادآور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کردند؛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لخانان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خود را ح</w:t>
      </w:r>
      <w:r w:rsidRPr="00E5380D">
        <w:rPr>
          <w:rFonts w:ascii="Tahoma" w:hAnsi="Tahoma" w:cs="Tahoma" w:hint="eastAsia"/>
          <w:rtl/>
        </w:rPr>
        <w:t>کومت</w:t>
      </w:r>
      <w:r w:rsidRPr="00E5380D">
        <w:rPr>
          <w:rFonts w:ascii="Tahoma" w:hAnsi="Tahoma" w:cs="Tahoma"/>
          <w:rtl/>
        </w:rPr>
        <w:t xml:space="preserve"> مسلمان و مملوکان را مانع نظم و فرمان‌بردار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معرف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کردند</w:t>
      </w:r>
      <w:r w:rsidRPr="00E5380D">
        <w:rPr>
          <w:rFonts w:ascii="Tahoma" w:hAnsi="Tahoma" w:cs="Tahoma"/>
          <w:rtl/>
        </w:rPr>
        <w:t>.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به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دادن به جنگ، زبان تازه‌ا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ادامهٔ آن فراهم آورد.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سال </w:t>
      </w:r>
      <w:r w:rsidRPr="00E5380D">
        <w:rPr>
          <w:rFonts w:ascii="Tahoma" w:hAnsi="Tahoma" w:cs="Tahoma"/>
          <w:rtl/>
          <w:lang w:bidi="fa-IR"/>
        </w:rPr>
        <w:t>۱۲۹۹</w:t>
      </w:r>
      <w:r w:rsidRPr="00E5380D">
        <w:rPr>
          <w:rFonts w:ascii="Tahoma" w:hAnsi="Tahoma" w:cs="Tahoma"/>
          <w:rtl/>
        </w:rPr>
        <w:t>، سپاه غازان در واد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الخزندار،</w:t>
      </w:r>
      <w:r w:rsidRPr="00E5380D">
        <w:rPr>
          <w:rFonts w:ascii="Tahoma" w:hAnsi="Tahoma" w:cs="Tahoma"/>
          <w:rtl/>
        </w:rPr>
        <w:t xml:space="preserve">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حمص، بر مملوکان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/>
          <w:rtl/>
        </w:rPr>
        <w:t xml:space="preserve"> شد و مغولان توانستند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مدت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دمشق را در اخت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/>
          <w:rtl/>
        </w:rPr>
        <w:t xml:space="preserve"> بگ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رند</w:t>
      </w:r>
      <w:r w:rsidRPr="00E5380D">
        <w:rPr>
          <w:rFonts w:ascii="Tahoma" w:hAnsi="Tahoma" w:cs="Tahoma"/>
          <w:rtl/>
        </w:rPr>
        <w:t>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مهم‌تر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لخانان</w:t>
      </w:r>
      <w:r w:rsidRPr="00E5380D">
        <w:rPr>
          <w:rFonts w:ascii="Tahoma" w:hAnsi="Tahoma" w:cs="Tahoma"/>
          <w:rtl/>
        </w:rPr>
        <w:t xml:space="preserve"> بر مملوکان پس از دهه‌ها جنگ بود. باا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ن‌حال،</w:t>
      </w:r>
      <w:r w:rsidRPr="00E5380D">
        <w:rPr>
          <w:rFonts w:ascii="Tahoma" w:hAnsi="Tahoma" w:cs="Tahoma"/>
          <w:rtl/>
        </w:rPr>
        <w:t xml:space="preserve"> نگهدار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شام به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از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نبرد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>از داشت. فاصله از مرکز،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فراوان اسب‌ها به چراگاه و آذوقه، خطر حملهٔ دوبارهٔ مملوکان و مشکلات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مرزها، ادامهٔ حضور سپاه را دشوار کرد.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پس از مدت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عقب نشستند و مملوکان بار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منطقه را در اخت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/>
          <w:rtl/>
        </w:rPr>
        <w:t xml:space="preserve"> گرفتند. لشکرکش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بعد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نتوانستند نت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جه‌ا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دار</w:t>
      </w:r>
      <w:r w:rsidRPr="00E5380D">
        <w:rPr>
          <w:rFonts w:ascii="Tahoma" w:hAnsi="Tahoma" w:cs="Tahoma"/>
          <w:rtl/>
        </w:rPr>
        <w:t xml:space="preserve"> به دست آورند. آخر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حملهٔ بزرگ در سال </w:t>
      </w:r>
      <w:r w:rsidRPr="00E5380D">
        <w:rPr>
          <w:rFonts w:ascii="Tahoma" w:hAnsi="Tahoma" w:cs="Tahoma"/>
          <w:rtl/>
          <w:lang w:bidi="fa-IR"/>
        </w:rPr>
        <w:t>۱۳۰۳</w:t>
      </w:r>
      <w:r w:rsidRPr="00E5380D">
        <w:rPr>
          <w:rFonts w:ascii="Tahoma" w:hAnsi="Tahoma" w:cs="Tahoma"/>
          <w:rtl/>
        </w:rPr>
        <w:t xml:space="preserve"> در مرج‌الصفر، در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دمشق، با شکست سپاه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</w:t>
      </w:r>
      <w:r w:rsidRPr="00E5380D">
        <w:rPr>
          <w:rFonts w:ascii="Tahoma" w:hAnsi="Tahoma" w:cs="Tahoma"/>
          <w:rtl/>
        </w:rPr>
        <w:t>. غازان مسلمان شده بو</w:t>
      </w:r>
      <w:r w:rsidRPr="00E5380D">
        <w:rPr>
          <w:rFonts w:ascii="Tahoma" w:hAnsi="Tahoma" w:cs="Tahoma" w:hint="eastAsia"/>
          <w:rtl/>
        </w:rPr>
        <w:t>د،</w:t>
      </w:r>
      <w:r w:rsidRPr="00E5380D">
        <w:rPr>
          <w:rFonts w:ascii="Tahoma" w:hAnsi="Tahoma" w:cs="Tahoma"/>
          <w:rtl/>
        </w:rPr>
        <w:t xml:space="preserve"> اما همان هدف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دنبال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</w:t>
      </w:r>
      <w:r w:rsidRPr="00E5380D">
        <w:rPr>
          <w:rFonts w:ascii="Tahoma" w:hAnsi="Tahoma" w:cs="Tahoma"/>
          <w:rtl/>
        </w:rPr>
        <w:t xml:space="preserve"> که هولاکو، اباقا و ارغون دنبال کرده بودند: تصرف شام و شکست مملوکان.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وستگ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نشان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دهد</w:t>
      </w:r>
      <w:r w:rsidRPr="00E5380D">
        <w:rPr>
          <w:rFonts w:ascii="Tahoma" w:hAnsi="Tahoma" w:cs="Tahoma"/>
          <w:rtl/>
        </w:rPr>
        <w:t xml:space="preserve"> که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تاج الزاماً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است</w:t>
      </w:r>
      <w:r w:rsidRPr="00E5380D">
        <w:rPr>
          <w:rFonts w:ascii="Tahoma" w:hAnsi="Tahoma" w:cs="Tahoma"/>
          <w:rtl/>
        </w:rPr>
        <w:t xml:space="preserve"> خارج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دهد</w:t>
      </w:r>
      <w:r w:rsidRPr="00E5380D">
        <w:rPr>
          <w:rFonts w:ascii="Tahoma" w:hAnsi="Tahoma" w:cs="Tahoma"/>
          <w:rtl/>
        </w:rPr>
        <w:t>. امن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مرز، راه‌ها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تجار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منابع و رقابت حکومت‌ها مستقل از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عمل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کنند</w:t>
      </w:r>
      <w:r w:rsidRPr="00E5380D">
        <w:rPr>
          <w:rFonts w:ascii="Tahoma" w:hAnsi="Tahoma" w:cs="Tahoma"/>
          <w:rtl/>
        </w:rPr>
        <w:t>. اسلام آوردن غازان شکل حقان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و زبان حکومت را دگرگون کرد، اما موقع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جغراف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و منافع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لخانان</w:t>
      </w:r>
      <w:r w:rsidRPr="00E5380D">
        <w:rPr>
          <w:rFonts w:ascii="Tahoma" w:hAnsi="Tahoma" w:cs="Tahoma"/>
          <w:rtl/>
        </w:rPr>
        <w:t xml:space="preserve"> را 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نبرد.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داخل حکومت، نوروز پس از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دو</w:t>
      </w:r>
      <w:r w:rsidRPr="00E5380D">
        <w:rPr>
          <w:rFonts w:ascii="Tahoma" w:hAnsi="Tahoma" w:cs="Tahoma"/>
          <w:rtl/>
        </w:rPr>
        <w:t xml:space="preserve"> چنان نفوذ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</w:t>
      </w:r>
      <w:r w:rsidRPr="00E5380D">
        <w:rPr>
          <w:rFonts w:ascii="Tahoma" w:hAnsi="Tahoma" w:cs="Tahoma"/>
          <w:rtl/>
        </w:rPr>
        <w:t xml:space="preserve"> که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توانست</w:t>
      </w:r>
      <w:r w:rsidRPr="00E5380D">
        <w:rPr>
          <w:rFonts w:ascii="Tahoma" w:hAnsi="Tahoma" w:cs="Tahoma"/>
          <w:rtl/>
        </w:rPr>
        <w:t xml:space="preserve"> به بوقا و سعدالدوله در دوره‌ها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شب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</w:t>
      </w:r>
      <w:r w:rsidRPr="00E5380D">
        <w:rPr>
          <w:rFonts w:ascii="Tahoma" w:hAnsi="Tahoma" w:cs="Tahoma"/>
          <w:rtl/>
        </w:rPr>
        <w:t xml:space="preserve"> شود. او در مسلمان شدن غازان، گردآور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قشون و رس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دن</w:t>
      </w:r>
      <w:r w:rsidRPr="00E5380D">
        <w:rPr>
          <w:rFonts w:ascii="Tahoma" w:hAnsi="Tahoma" w:cs="Tahoma"/>
          <w:rtl/>
        </w:rPr>
        <w:t xml:space="preserve"> او به تاج نقش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تع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ن‌کننده</w:t>
      </w:r>
      <w:r w:rsidRPr="00E5380D">
        <w:rPr>
          <w:rFonts w:ascii="Tahoma" w:hAnsi="Tahoma" w:cs="Tahoma"/>
          <w:rtl/>
        </w:rPr>
        <w:t xml:space="preserve"> داشت و انتظار داشت در حکومت تازه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گاه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متناسب با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خدمت داشت</w:t>
      </w:r>
      <w:r w:rsidRPr="00E5380D">
        <w:rPr>
          <w:rFonts w:ascii="Tahoma" w:hAnsi="Tahoma" w:cs="Tahoma" w:hint="eastAsia"/>
          <w:rtl/>
        </w:rPr>
        <w:t>ه</w:t>
      </w:r>
      <w:r w:rsidRPr="00E5380D">
        <w:rPr>
          <w:rFonts w:ascii="Tahoma" w:hAnsi="Tahoma" w:cs="Tahoma"/>
          <w:rtl/>
        </w:rPr>
        <w:t xml:space="preserve"> باشد. اما هم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قدرت، بار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تاج را با مشکل هم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خود روبه‌رو کرد: چگونه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</w:t>
      </w:r>
      <w:r w:rsidRPr="00E5380D">
        <w:rPr>
          <w:rFonts w:ascii="Tahoma" w:hAnsi="Tahoma" w:cs="Tahoma"/>
          <w:rtl/>
        </w:rPr>
        <w:t xml:space="preserve"> پاداش سازندهٔ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داد،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آنکه</w:t>
      </w:r>
      <w:r w:rsidRPr="00E5380D">
        <w:rPr>
          <w:rFonts w:ascii="Tahoma" w:hAnsi="Tahoma" w:cs="Tahoma"/>
          <w:rtl/>
        </w:rPr>
        <w:t xml:space="preserve"> او به رق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ب</w:t>
      </w:r>
      <w:r w:rsidRPr="00E5380D">
        <w:rPr>
          <w:rFonts w:ascii="Tahoma" w:hAnsi="Tahoma" w:cs="Tahoma"/>
          <w:rtl/>
        </w:rPr>
        <w:t xml:space="preserve"> فرمانروا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شود؟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غازان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خواست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باشد که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از جانبش حکومت کند. گزارش‌ها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 xml:space="preserve"> دربارهٔ ارتباط نوروز با مملوکان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دشمنان تاج به دست او رس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>. معلوم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ست</w:t>
      </w:r>
      <w:r w:rsidRPr="00E5380D">
        <w:rPr>
          <w:rFonts w:ascii="Tahoma" w:hAnsi="Tahoma" w:cs="Tahoma"/>
          <w:rtl/>
        </w:rPr>
        <w:t xml:space="preserve"> همهٔ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اتهام‌ها تا چه اندازه درست بودند و چه اندازه از رقابت دربار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سرچشمه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گرفتند؛</w:t>
      </w:r>
      <w:r w:rsidRPr="00E5380D">
        <w:rPr>
          <w:rFonts w:ascii="Tahoma" w:hAnsi="Tahoma" w:cs="Tahoma"/>
          <w:rtl/>
        </w:rPr>
        <w:t xml:space="preserve"> اما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غازان ه</w:t>
      </w:r>
      <w:r w:rsidRPr="00E5380D">
        <w:rPr>
          <w:rFonts w:ascii="Tahoma" w:hAnsi="Tahoma" w:cs="Tahoma" w:hint="eastAsia"/>
          <w:rtl/>
        </w:rPr>
        <w:t>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احتمال که نوروز بتواند از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مستقل و ارتباط خارج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برخوردار شود کاف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سال </w:t>
      </w:r>
      <w:r w:rsidRPr="00E5380D">
        <w:rPr>
          <w:rFonts w:ascii="Tahoma" w:hAnsi="Tahoma" w:cs="Tahoma"/>
          <w:rtl/>
          <w:lang w:bidi="fa-IR"/>
        </w:rPr>
        <w:t>۱۲۹۷</w:t>
      </w:r>
      <w:r w:rsidRPr="00E5380D">
        <w:rPr>
          <w:rFonts w:ascii="Tahoma" w:hAnsi="Tahoma" w:cs="Tahoma"/>
          <w:rtl/>
        </w:rPr>
        <w:t xml:space="preserve"> نوروز و بس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وابستگانش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برداشته شدند.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بار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فرمانروا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تازه پس از استقرار تاج، کس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کشت که در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اش</w:t>
      </w:r>
      <w:r w:rsidRPr="00E5380D">
        <w:rPr>
          <w:rFonts w:ascii="Tahoma" w:hAnsi="Tahoma" w:cs="Tahoma"/>
          <w:rtl/>
        </w:rPr>
        <w:t xml:space="preserve"> نقش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اساس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داشت. ارغون بوقا را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برده بود و غازان نوروز را. تکرار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الگو نشان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 xml:space="preserve"> که تاج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هنوز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تواند</w:t>
      </w:r>
      <w:r w:rsidRPr="00E5380D">
        <w:rPr>
          <w:rFonts w:ascii="Tahoma" w:hAnsi="Tahoma" w:cs="Tahoma"/>
          <w:rtl/>
        </w:rPr>
        <w:t xml:space="preserve"> قدرت را با سازندهٔ نظام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خود تقس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م</w:t>
      </w:r>
      <w:r w:rsidRPr="00E5380D">
        <w:rPr>
          <w:rFonts w:ascii="Tahoma" w:hAnsi="Tahoma" w:cs="Tahoma"/>
          <w:rtl/>
        </w:rPr>
        <w:t xml:space="preserve"> کند.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تخت رساندن شاهزاده ضرور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بود، اما پس از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خطر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استقلال تاج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شد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حذف</w:t>
      </w:r>
      <w:r w:rsidRPr="00E5380D">
        <w:rPr>
          <w:rFonts w:ascii="Tahoma" w:hAnsi="Tahoma" w:cs="Tahoma"/>
          <w:rtl/>
        </w:rPr>
        <w:t xml:space="preserve"> نوروز به غازان امکان داد 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است</w:t>
      </w:r>
      <w:r w:rsidRPr="00E5380D">
        <w:rPr>
          <w:rFonts w:ascii="Tahoma" w:hAnsi="Tahoma" w:cs="Tahoma"/>
          <w:rtl/>
        </w:rPr>
        <w:t xml:space="preserve"> 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ادار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حکومت را 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شتر</w:t>
      </w:r>
      <w:r w:rsidRPr="00E5380D">
        <w:rPr>
          <w:rFonts w:ascii="Tahoma" w:hAnsi="Tahoma" w:cs="Tahoma"/>
          <w:rtl/>
        </w:rPr>
        <w:t xml:space="preserve"> 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اخت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/>
          <w:rtl/>
        </w:rPr>
        <w:t xml:space="preserve"> شخص خود قرار دهد. اسلام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ست</w:t>
      </w:r>
      <w:r w:rsidRPr="00E5380D">
        <w:rPr>
          <w:rFonts w:ascii="Tahoma" w:hAnsi="Tahoma" w:cs="Tahoma"/>
          <w:rtl/>
        </w:rPr>
        <w:t xml:space="preserve"> تنها ابزار قدرت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باشد که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/>
          <w:rtl/>
        </w:rPr>
        <w:t xml:space="preserve"> را به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آورده بود. غازان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خواست</w:t>
      </w:r>
      <w:r w:rsidRPr="00E5380D">
        <w:rPr>
          <w:rFonts w:ascii="Tahoma" w:hAnsi="Tahoma" w:cs="Tahoma"/>
          <w:rtl/>
        </w:rPr>
        <w:t xml:space="preserve"> خود پادشاه اسلام و سرچشمهٔ حما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از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نکاران</w:t>
      </w:r>
      <w:r w:rsidRPr="00E5380D">
        <w:rPr>
          <w:rFonts w:ascii="Tahoma" w:hAnsi="Tahoma" w:cs="Tahoma"/>
          <w:rtl/>
        </w:rPr>
        <w:t xml:space="preserve"> شناخته شود. 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ن‌سان،</w:t>
      </w:r>
      <w:r w:rsidRPr="00E5380D">
        <w:rPr>
          <w:rFonts w:ascii="Tahoma" w:hAnsi="Tahoma" w:cs="Tahoma"/>
          <w:rtl/>
        </w:rPr>
        <w:t xml:space="preserve"> تاج کوش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اسلام را از ابزار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/>
          <w:rtl/>
        </w:rPr>
        <w:t xml:space="preserve"> جناح دربار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بخش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ساختمان حکومت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کند.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اما</w:t>
      </w:r>
      <w:r w:rsidRPr="00E5380D">
        <w:rPr>
          <w:rFonts w:ascii="Tahoma" w:hAnsi="Tahoma" w:cs="Tahoma"/>
          <w:rtl/>
        </w:rPr>
        <w:t xml:space="preserve">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کار به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تازه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داشت. تجربهٔ جو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ان،</w:t>
      </w:r>
      <w:r w:rsidRPr="00E5380D">
        <w:rPr>
          <w:rFonts w:ascii="Tahoma" w:hAnsi="Tahoma" w:cs="Tahoma"/>
          <w:rtl/>
        </w:rPr>
        <w:t xml:space="preserve"> بوقا، سعدالدوله و صدرالد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زنجان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نشان داده بود که ادارهٔ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تواند</w:t>
      </w:r>
      <w:r w:rsidRPr="00E5380D">
        <w:rPr>
          <w:rFonts w:ascii="Tahoma" w:hAnsi="Tahoma" w:cs="Tahoma"/>
          <w:rtl/>
        </w:rPr>
        <w:t xml:space="preserve"> به بخشش منصب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نزد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کان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افزا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ناگهان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درآمد محدود بماند. غازان کشور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تحو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گرفته بود که دفترها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اش</w:t>
      </w:r>
      <w:r w:rsidRPr="00E5380D">
        <w:rPr>
          <w:rFonts w:ascii="Tahoma" w:hAnsi="Tahoma" w:cs="Tahoma"/>
          <w:rtl/>
        </w:rPr>
        <w:t xml:space="preserve"> با واقع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>ت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سازگار نبودند، مقاطعه‌کاران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شاپ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درآمد چند سال را مصرف کرده بودند و مأموران متعدد از مردم مطالبه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کردند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کنار سعدالد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ساوج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فضل‌الله همدان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به‌تدر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ج</w:t>
      </w:r>
      <w:r w:rsidRPr="00E5380D">
        <w:rPr>
          <w:rFonts w:ascii="Tahoma" w:hAnsi="Tahoma" w:cs="Tahoma"/>
          <w:rtl/>
        </w:rPr>
        <w:t xml:space="preserve"> به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مهم‌تر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وز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و مشاوران غازان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شد. 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مانند سعدالدوله از خانواده‌ا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هود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برخاسته و سپس مسلمان شده بود. او پزشک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دانست</w:t>
      </w:r>
      <w:r w:rsidRPr="00E5380D">
        <w:rPr>
          <w:rFonts w:ascii="Tahoma" w:hAnsi="Tahoma" w:cs="Tahoma"/>
          <w:rtl/>
        </w:rPr>
        <w:t xml:space="preserve"> و از راه خدمت در دستگاه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امور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وان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eastAsia"/>
          <w:rtl/>
        </w:rPr>
        <w:t>راه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افته</w:t>
      </w:r>
      <w:r w:rsidRPr="00E5380D">
        <w:rPr>
          <w:rFonts w:ascii="Tahoma" w:hAnsi="Tahoma" w:cs="Tahoma"/>
          <w:rtl/>
        </w:rPr>
        <w:t xml:space="preserve"> بود. اما برخلاف سعدالدوله، در زمان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مقام رس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که تاج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مسلمان شده و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نهٔ</w:t>
      </w:r>
      <w:r w:rsidRPr="00E5380D">
        <w:rPr>
          <w:rFonts w:ascii="Tahoma" w:hAnsi="Tahoma" w:cs="Tahoma"/>
          <w:rtl/>
        </w:rPr>
        <w:t xml:space="preserve"> مذهب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حضورش در حکومت متفاوت بود.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فقط حسابدار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/>
          <w:rtl/>
        </w:rPr>
        <w:t xml:space="preserve"> گردآورندهٔ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</w:t>
      </w:r>
      <w:r w:rsidRPr="00E5380D">
        <w:rPr>
          <w:rFonts w:ascii="Tahoma" w:hAnsi="Tahoma" w:cs="Tahoma"/>
          <w:rtl/>
        </w:rPr>
        <w:t xml:space="preserve"> نبود. او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کوش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رابطهٔ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آبادان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کشور و درآمد حکومت را توض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ح</w:t>
      </w:r>
      <w:r w:rsidRPr="00E5380D">
        <w:rPr>
          <w:rFonts w:ascii="Tahoma" w:hAnsi="Tahoma" w:cs="Tahoma"/>
          <w:rtl/>
        </w:rPr>
        <w:t xml:space="preserve"> دهد. اگر رع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ناتوان شود،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کشت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ماند؛</w:t>
      </w:r>
      <w:r w:rsidRPr="00E5380D">
        <w:rPr>
          <w:rFonts w:ascii="Tahoma" w:hAnsi="Tahoma" w:cs="Tahoma"/>
          <w:rtl/>
        </w:rPr>
        <w:t xml:space="preserve"> اگر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کشت</w:t>
      </w:r>
      <w:r w:rsidRPr="00E5380D">
        <w:rPr>
          <w:rFonts w:ascii="Tahoma" w:hAnsi="Tahoma" w:cs="Tahoma"/>
          <w:rtl/>
        </w:rPr>
        <w:t xml:space="preserve"> بماند،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به دست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آ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د؛</w:t>
      </w:r>
      <w:r w:rsidRPr="00E5380D">
        <w:rPr>
          <w:rFonts w:ascii="Tahoma" w:hAnsi="Tahoma" w:cs="Tahoma"/>
          <w:rtl/>
        </w:rPr>
        <w:t xml:space="preserve"> و اگر خزانه خال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شود، قشون از هم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پاشد</w:t>
      </w:r>
      <w:r w:rsidRPr="00E5380D">
        <w:rPr>
          <w:rFonts w:ascii="Tahoma" w:hAnsi="Tahoma" w:cs="Tahoma"/>
          <w:rtl/>
        </w:rPr>
        <w:t>. بنابرا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ن،</w:t>
      </w:r>
      <w:r w:rsidRPr="00E5380D">
        <w:rPr>
          <w:rFonts w:ascii="Tahoma" w:hAnsi="Tahoma" w:cs="Tahoma"/>
          <w:rtl/>
        </w:rPr>
        <w:t xml:space="preserve"> ح</w:t>
      </w:r>
      <w:r w:rsidRPr="00E5380D">
        <w:rPr>
          <w:rFonts w:ascii="Tahoma" w:hAnsi="Tahoma" w:cs="Tahoma" w:hint="eastAsia"/>
          <w:rtl/>
        </w:rPr>
        <w:t>فظ</w:t>
      </w:r>
      <w:r w:rsidRPr="00E5380D">
        <w:rPr>
          <w:rFonts w:ascii="Tahoma" w:hAnsi="Tahoma" w:cs="Tahoma"/>
          <w:rtl/>
        </w:rPr>
        <w:t xml:space="preserve"> مردم و تول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نه احسان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جدا از حکومت، بلکه شرط بقا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تاج و سپاه بود.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اند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شه</w:t>
      </w:r>
      <w:r w:rsidRPr="00E5380D">
        <w:rPr>
          <w:rFonts w:ascii="Tahoma" w:hAnsi="Tahoma" w:cs="Tahoma"/>
          <w:rtl/>
        </w:rPr>
        <w:t xml:space="preserve"> تازه نبود و در سنت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نهٔ</w:t>
      </w:r>
      <w:r w:rsidRPr="00E5380D">
        <w:rPr>
          <w:rFonts w:ascii="Tahoma" w:hAnsi="Tahoma" w:cs="Tahoma"/>
          <w:rtl/>
        </w:rPr>
        <w:t xml:space="preserve"> کشوردار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سابقه داشت، اما پس از دوره‌ا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طولان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غارت، مقاطعه و فرمان‌ها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متناقض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دوباره به اصل اداره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شد</w:t>
      </w:r>
      <w:r w:rsidRPr="00E5380D">
        <w:rPr>
          <w:rFonts w:ascii="Tahoma" w:hAnsi="Tahoma" w:cs="Tahoma"/>
          <w:rtl/>
        </w:rPr>
        <w:t>. مسئله آن بود که چگونه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</w:t>
      </w:r>
      <w:r w:rsidRPr="00E5380D">
        <w:rPr>
          <w:rFonts w:ascii="Tahoma" w:hAnsi="Tahoma" w:cs="Tahoma"/>
          <w:rtl/>
        </w:rPr>
        <w:t xml:space="preserve">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و مأموران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که به گرفتن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درنگ</w:t>
      </w:r>
      <w:r w:rsidRPr="00E5380D">
        <w:rPr>
          <w:rFonts w:ascii="Tahoma" w:hAnsi="Tahoma" w:cs="Tahoma"/>
          <w:rtl/>
        </w:rPr>
        <w:t xml:space="preserve"> عادت کرده بودند واداش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بخش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منابع را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آ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نده</w:t>
      </w:r>
      <w:r w:rsidRPr="00E5380D">
        <w:rPr>
          <w:rFonts w:ascii="Tahoma" w:hAnsi="Tahoma" w:cs="Tahoma"/>
          <w:rtl/>
        </w:rPr>
        <w:t xml:space="preserve"> باق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بگذارند.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علاوه بر اداره، مأمور شد تار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</w:t>
      </w:r>
      <w:r w:rsidRPr="00E5380D">
        <w:rPr>
          <w:rFonts w:ascii="Tahoma" w:hAnsi="Tahoma" w:cs="Tahoma"/>
          <w:rtl/>
        </w:rPr>
        <w:t xml:space="preserve"> مغولان و خاندان فرمانروا را بنو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سد</w:t>
      </w:r>
      <w:r w:rsidRPr="00E5380D">
        <w:rPr>
          <w:rFonts w:ascii="Tahoma" w:hAnsi="Tahoma" w:cs="Tahoma"/>
          <w:rtl/>
        </w:rPr>
        <w:t>. کار او ابتدا در قالب تار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</w:t>
      </w:r>
      <w:r w:rsidRPr="00E5380D">
        <w:rPr>
          <w:rFonts w:ascii="Tahoma" w:hAnsi="Tahoma" w:cs="Tahoma"/>
          <w:rtl/>
        </w:rPr>
        <w:t xml:space="preserve"> غازان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شکل گرفت و سپس در دورهٔ اولجا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تو</w:t>
      </w:r>
      <w:r w:rsidRPr="00E5380D">
        <w:rPr>
          <w:rFonts w:ascii="Tahoma" w:hAnsi="Tahoma" w:cs="Tahoma"/>
          <w:rtl/>
        </w:rPr>
        <w:t xml:space="preserve"> به «جامع‌التوار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خ»</w:t>
      </w:r>
      <w:r w:rsidRPr="00E5380D">
        <w:rPr>
          <w:rFonts w:ascii="Tahoma" w:hAnsi="Tahoma" w:cs="Tahoma"/>
          <w:rtl/>
        </w:rPr>
        <w:t xml:space="preserve"> گسترش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</w:t>
      </w:r>
      <w:r w:rsidRPr="00E5380D">
        <w:rPr>
          <w:rFonts w:ascii="Tahoma" w:hAnsi="Tahoma" w:cs="Tahoma"/>
          <w:rtl/>
        </w:rPr>
        <w:t>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اثر فقط ثبت گذشته نبود؛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گاه</w:t>
      </w:r>
      <w:r w:rsidRPr="00E5380D">
        <w:rPr>
          <w:rFonts w:ascii="Tahoma" w:hAnsi="Tahoma" w:cs="Tahoma"/>
          <w:rtl/>
        </w:rPr>
        <w:t xml:space="preserve"> خاندان هولاکو را در تار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</w:t>
      </w:r>
      <w:r w:rsidRPr="00E5380D">
        <w:rPr>
          <w:rFonts w:ascii="Tahoma" w:hAnsi="Tahoma" w:cs="Tahoma"/>
          <w:rtl/>
        </w:rPr>
        <w:t xml:space="preserve"> جهان، مغولان،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</w:t>
      </w:r>
      <w:r w:rsidRPr="00E5380D">
        <w:rPr>
          <w:rFonts w:ascii="Tahoma" w:hAnsi="Tahoma" w:cs="Tahoma" w:hint="eastAsia"/>
          <w:rtl/>
        </w:rPr>
        <w:t>و</w:t>
      </w:r>
      <w:r w:rsidRPr="00E5380D">
        <w:rPr>
          <w:rFonts w:ascii="Tahoma" w:hAnsi="Tahoma" w:cs="Tahoma"/>
          <w:rtl/>
        </w:rPr>
        <w:t xml:space="preserve"> اسلام توض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ح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تار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خ‌نو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نجا</w:t>
      </w:r>
      <w:r w:rsidRPr="00E5380D">
        <w:rPr>
          <w:rFonts w:ascii="Tahoma" w:hAnsi="Tahoma" w:cs="Tahoma"/>
          <w:rtl/>
        </w:rPr>
        <w:t xml:space="preserve"> بار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بخش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کشوردار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شد. غازان به روا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از</w:t>
      </w:r>
      <w:r w:rsidRPr="00E5380D">
        <w:rPr>
          <w:rFonts w:ascii="Tahoma" w:hAnsi="Tahoma" w:cs="Tahoma"/>
          <w:rtl/>
        </w:rPr>
        <w:t xml:space="preserve"> داشت که نشان دهد حکومت او صرفاً ادامهٔ کشتار چنگ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زخان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ست،</w:t>
      </w:r>
      <w:r w:rsidRPr="00E5380D">
        <w:rPr>
          <w:rFonts w:ascii="Tahoma" w:hAnsi="Tahoma" w:cs="Tahoma"/>
          <w:rtl/>
        </w:rPr>
        <w:t xml:space="preserve"> بلکه مرحله‌ا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برقرار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نظم، اسلام و آبادان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است. 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کوش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خاندان فاتح را در زبان تار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اسلام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جا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eastAsia"/>
          <w:rtl/>
        </w:rPr>
        <w:t>هد</w:t>
      </w:r>
      <w:r w:rsidRPr="00E5380D">
        <w:rPr>
          <w:rFonts w:ascii="Tahoma" w:hAnsi="Tahoma" w:cs="Tahoma"/>
          <w:rtl/>
        </w:rPr>
        <w:t xml:space="preserve"> و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تاج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مغول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گذشته‌ا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قابل فهم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مردم 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فرمانش بسازد.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اما</w:t>
      </w:r>
      <w:r w:rsidRPr="00E5380D">
        <w:rPr>
          <w:rFonts w:ascii="Tahoma" w:hAnsi="Tahoma" w:cs="Tahoma"/>
          <w:rtl/>
        </w:rPr>
        <w:t xml:space="preserve"> نوشته‌ها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با احت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اط</w:t>
      </w:r>
      <w:r w:rsidRPr="00E5380D">
        <w:rPr>
          <w:rFonts w:ascii="Tahoma" w:hAnsi="Tahoma" w:cs="Tahoma"/>
          <w:rtl/>
        </w:rPr>
        <w:t xml:space="preserve"> خوانده شوند. بخش بزرگ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اطلاعات ما دربارهٔ اصلاحات غازان از آثار کس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آ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که خود در طراح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و اجرا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آنها نقش داشته و در خدمت همان فرمانروا بوده است. او طب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عتاً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خواست</w:t>
      </w:r>
      <w:r w:rsidRPr="00E5380D">
        <w:rPr>
          <w:rFonts w:ascii="Tahoma" w:hAnsi="Tahoma" w:cs="Tahoma"/>
          <w:rtl/>
        </w:rPr>
        <w:t xml:space="preserve"> غازان را پادشاه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اصلاحگر و دورهٔ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از او را </w:t>
      </w:r>
      <w:r w:rsidRPr="00E5380D">
        <w:rPr>
          <w:rFonts w:ascii="Tahoma" w:hAnsi="Tahoma" w:cs="Tahoma" w:hint="eastAsia"/>
          <w:rtl/>
        </w:rPr>
        <w:t>زمان</w:t>
      </w:r>
      <w:r w:rsidRPr="00E5380D">
        <w:rPr>
          <w:rFonts w:ascii="Tahoma" w:hAnsi="Tahoma" w:cs="Tahoma"/>
          <w:rtl/>
        </w:rPr>
        <w:t xml:space="preserve"> آشفتگ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نشان دهد.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جهت‌گ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ارزش گزارش‌ها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را از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ان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برد،</w:t>
      </w:r>
      <w:r w:rsidRPr="00E5380D">
        <w:rPr>
          <w:rFonts w:ascii="Tahoma" w:hAnsi="Tahoma" w:cs="Tahoma"/>
          <w:rtl/>
        </w:rPr>
        <w:t xml:space="preserve"> اما مانع آن است که همهٔ ادعاها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/>
          <w:rtl/>
        </w:rPr>
        <w:t xml:space="preserve"> را ب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چون‌وچرا</w:t>
      </w:r>
      <w:r w:rsidRPr="00E5380D">
        <w:rPr>
          <w:rFonts w:ascii="Tahoma" w:hAnsi="Tahoma" w:cs="Tahoma"/>
          <w:rtl/>
        </w:rPr>
        <w:t xml:space="preserve"> بپذ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م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در</w:t>
      </w:r>
      <w:r w:rsidRPr="00E5380D">
        <w:rPr>
          <w:rFonts w:ascii="Tahoma" w:hAnsi="Tahoma" w:cs="Tahoma"/>
          <w:rtl/>
        </w:rPr>
        <w:t xml:space="preserve"> 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حال، گستردگ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فرمان‌ها و جزئ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که او ثبت کرده نشان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دهد</w:t>
      </w:r>
      <w:r w:rsidRPr="00E5380D">
        <w:rPr>
          <w:rFonts w:ascii="Tahoma" w:hAnsi="Tahoma" w:cs="Tahoma"/>
          <w:rtl/>
        </w:rPr>
        <w:t xml:space="preserve"> غازان واقعاً کوش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دستگاه حکومت را دگرگون کند. مسئله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گر</w:t>
      </w:r>
      <w:r w:rsidRPr="00E5380D">
        <w:rPr>
          <w:rFonts w:ascii="Tahoma" w:hAnsi="Tahoma" w:cs="Tahoma"/>
          <w:rtl/>
        </w:rPr>
        <w:t xml:space="preserve"> فقط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تاج نبود.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ات،</w:t>
      </w:r>
      <w:r w:rsidRPr="00E5380D">
        <w:rPr>
          <w:rFonts w:ascii="Tahoma" w:hAnsi="Tahoma" w:cs="Tahoma"/>
          <w:rtl/>
        </w:rPr>
        <w:t xml:space="preserve"> مقاطعه، چاپار، سکه، وزن و اندازه، قشون،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کشاورز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،</w:t>
      </w:r>
      <w:r w:rsidRPr="00E5380D">
        <w:rPr>
          <w:rFonts w:ascii="Tahoma" w:hAnsi="Tahoma" w:cs="Tahoma"/>
          <w:rtl/>
        </w:rPr>
        <w:t xml:space="preserve"> امن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راه‌ها و رفتار مأموران با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قاعد</w:t>
      </w:r>
      <w:r w:rsidRPr="00E5380D">
        <w:rPr>
          <w:rFonts w:ascii="Tahoma" w:hAnsi="Tahoma" w:cs="Tahoma" w:hint="eastAsia"/>
          <w:rtl/>
        </w:rPr>
        <w:t>ه‌ا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روشن‌تر قرار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گرفتند</w:t>
      </w:r>
      <w:r w:rsidRPr="00E5380D">
        <w:rPr>
          <w:rFonts w:ascii="Tahoma" w:hAnsi="Tahoma" w:cs="Tahoma"/>
          <w:rtl/>
        </w:rPr>
        <w:t>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اسلام</w:t>
      </w:r>
      <w:r w:rsidRPr="00E5380D">
        <w:rPr>
          <w:rFonts w:ascii="Tahoma" w:hAnsi="Tahoma" w:cs="Tahoma"/>
          <w:rtl/>
        </w:rPr>
        <w:t xml:space="preserve"> آوردن غازان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تاج حقان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تازه فراهم کرد، اما خود او در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افته</w:t>
      </w:r>
      <w:r w:rsidRPr="00E5380D">
        <w:rPr>
          <w:rFonts w:ascii="Tahoma" w:hAnsi="Tahoma" w:cs="Tahoma"/>
          <w:rtl/>
        </w:rPr>
        <w:t xml:space="preserve"> بود که حقان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بدون کشوردار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دار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ماند</w:t>
      </w:r>
      <w:r w:rsidRPr="00E5380D">
        <w:rPr>
          <w:rFonts w:ascii="Tahoma" w:hAnsi="Tahoma" w:cs="Tahoma"/>
          <w:rtl/>
        </w:rPr>
        <w:t>. مردم ممکن بود از مسلمان شدن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</w:t>
      </w:r>
      <w:r w:rsidRPr="00E5380D">
        <w:rPr>
          <w:rFonts w:ascii="Tahoma" w:hAnsi="Tahoma" w:cs="Tahoma"/>
          <w:rtl/>
        </w:rPr>
        <w:t xml:space="preserve"> استقبال کنند، ول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اگر همان مأموران پ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محصولشان را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گرفتند</w:t>
      </w:r>
      <w:r w:rsidRPr="00E5380D">
        <w:rPr>
          <w:rFonts w:ascii="Tahoma" w:hAnsi="Tahoma" w:cs="Tahoma"/>
          <w:rtl/>
        </w:rPr>
        <w:t xml:space="preserve"> و همان سپاه کشتزارشان را لگدمال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کرد،</w:t>
      </w:r>
      <w:r w:rsidRPr="00E5380D">
        <w:rPr>
          <w:rFonts w:ascii="Tahoma" w:hAnsi="Tahoma" w:cs="Tahoma"/>
          <w:rtl/>
        </w:rPr>
        <w:t xml:space="preserve"> نام محمود 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در زندگ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روزمرهٔ آنان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نم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داد</w:t>
      </w:r>
      <w:r w:rsidRPr="00E5380D">
        <w:rPr>
          <w:rFonts w:ascii="Tahoma" w:hAnsi="Tahoma" w:cs="Tahoma"/>
          <w:rtl/>
        </w:rPr>
        <w:t>. 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توانست</w:t>
      </w:r>
      <w:r w:rsidRPr="00E5380D">
        <w:rPr>
          <w:rFonts w:ascii="Tahoma" w:hAnsi="Tahoma" w:cs="Tahoma"/>
          <w:rtl/>
        </w:rPr>
        <w:t xml:space="preserve"> حکومت را پذ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رفتن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کند؛ اما فقط ادارهٔ درست م</w:t>
      </w:r>
      <w:r w:rsidRPr="00E5380D">
        <w:rPr>
          <w:rFonts w:ascii="Tahoma" w:hAnsi="Tahoma" w:cs="Tahoma" w:hint="cs"/>
          <w:rtl/>
        </w:rPr>
        <w:t>ی‌</w:t>
      </w:r>
      <w:r w:rsidRPr="00E5380D">
        <w:rPr>
          <w:rFonts w:ascii="Tahoma" w:hAnsi="Tahoma" w:cs="Tahoma" w:hint="eastAsia"/>
          <w:rtl/>
        </w:rPr>
        <w:t>توانست</w:t>
      </w:r>
      <w:r w:rsidRPr="00E5380D">
        <w:rPr>
          <w:rFonts w:ascii="Tahoma" w:hAnsi="Tahoma" w:cs="Tahoma"/>
          <w:rtl/>
        </w:rPr>
        <w:t xml:space="preserve"> آن را ماندگار سازد.</w:t>
      </w:r>
    </w:p>
    <w:p w:rsidR="00E5380D" w:rsidRP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5380D">
        <w:rPr>
          <w:rFonts w:ascii="Tahoma" w:hAnsi="Tahoma" w:cs="Tahoma" w:hint="eastAsia"/>
          <w:rtl/>
        </w:rPr>
        <w:t>اصلاحات</w:t>
      </w:r>
      <w:r w:rsidRPr="00E5380D">
        <w:rPr>
          <w:rFonts w:ascii="Tahoma" w:hAnsi="Tahoma" w:cs="Tahoma"/>
          <w:rtl/>
        </w:rPr>
        <w:t xml:space="preserve"> غازان تلاش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بود برا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تبد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شناخت به دستگاه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اجرا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/>
          <w:rtl/>
        </w:rPr>
        <w:t>. او کوش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</w:t>
      </w:r>
      <w:r w:rsidRPr="00E5380D">
        <w:rPr>
          <w:rFonts w:ascii="Tahoma" w:hAnsi="Tahoma" w:cs="Tahoma"/>
          <w:rtl/>
        </w:rPr>
        <w:t xml:space="preserve">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زان</w:t>
      </w:r>
      <w:r w:rsidRPr="00E5380D">
        <w:rPr>
          <w:rFonts w:ascii="Tahoma" w:hAnsi="Tahoma" w:cs="Tahoma"/>
          <w:rtl/>
        </w:rPr>
        <w:t xml:space="preserve"> و زمان مال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ات</w:t>
      </w:r>
      <w:r w:rsidRPr="00E5380D">
        <w:rPr>
          <w:rFonts w:ascii="Tahoma" w:hAnsi="Tahoma" w:cs="Tahoma"/>
          <w:rtl/>
        </w:rPr>
        <w:t xml:space="preserve"> را ثبت کند، گرفتن‌ها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اضاف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را محدود سازد، چاپار را سامان دهد، مع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پول و وزن را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کسان</w:t>
      </w:r>
      <w:r w:rsidRPr="00E5380D">
        <w:rPr>
          <w:rFonts w:ascii="Tahoma" w:hAnsi="Tahoma" w:cs="Tahoma"/>
          <w:rtl/>
        </w:rPr>
        <w:t xml:space="preserve"> کند و رابطهٔ قشون با زم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را تغ</w:t>
      </w:r>
      <w:r w:rsidRPr="00E5380D">
        <w:rPr>
          <w:rFonts w:ascii="Tahoma" w:hAnsi="Tahoma" w:cs="Tahoma" w:hint="cs"/>
          <w:rtl/>
        </w:rPr>
        <w:t>یی</w:t>
      </w:r>
      <w:r w:rsidRPr="00E5380D">
        <w:rPr>
          <w:rFonts w:ascii="Tahoma" w:hAnsi="Tahoma" w:cs="Tahoma" w:hint="eastAsia"/>
          <w:rtl/>
        </w:rPr>
        <w:t>ر</w:t>
      </w:r>
      <w:r w:rsidRPr="00E5380D">
        <w:rPr>
          <w:rFonts w:ascii="Tahoma" w:hAnsi="Tahoma" w:cs="Tahoma"/>
          <w:rtl/>
        </w:rPr>
        <w:t xml:space="preserve"> دهد. 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زان</w:t>
      </w:r>
      <w:r w:rsidRPr="00E5380D">
        <w:rPr>
          <w:rFonts w:ascii="Tahoma" w:hAnsi="Tahoma" w:cs="Tahoma"/>
          <w:rtl/>
        </w:rPr>
        <w:t xml:space="preserve"> موفق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ت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اقدامات 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کسان</w:t>
      </w:r>
      <w:r w:rsidRPr="00E5380D">
        <w:rPr>
          <w:rFonts w:ascii="Tahoma" w:hAnsi="Tahoma" w:cs="Tahoma"/>
          <w:rtl/>
        </w:rPr>
        <w:t xml:space="preserve"> ن</w:t>
      </w:r>
      <w:r w:rsidRPr="00E5380D">
        <w:rPr>
          <w:rFonts w:ascii="Tahoma" w:hAnsi="Tahoma" w:cs="Tahoma" w:hint="eastAsia"/>
          <w:rtl/>
        </w:rPr>
        <w:t>بود</w:t>
      </w:r>
      <w:r w:rsidRPr="00E5380D">
        <w:rPr>
          <w:rFonts w:ascii="Tahoma" w:hAnsi="Tahoma" w:cs="Tahoma"/>
          <w:rtl/>
        </w:rPr>
        <w:t xml:space="preserve"> و بس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از آنها با مقاومت ام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/>
          <w:rtl/>
        </w:rPr>
        <w:t xml:space="preserve"> و مأموران روبه‌رو شدند. بررس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اصلاحات و نتا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ج</w:t>
      </w:r>
      <w:r w:rsidRPr="00E5380D">
        <w:rPr>
          <w:rFonts w:ascii="Tahoma" w:hAnsi="Tahoma" w:cs="Tahoma"/>
          <w:rtl/>
        </w:rPr>
        <w:t xml:space="preserve"> واقع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آنها موضوع قسمت دوم فصل است.</w:t>
      </w:r>
    </w:p>
    <w:p w:rsidR="00E5380D" w:rsidRDefault="00E5380D" w:rsidP="00E5380D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E5380D">
        <w:rPr>
          <w:rFonts w:ascii="Tahoma" w:hAnsi="Tahoma" w:cs="Tahoma" w:hint="eastAsia"/>
          <w:rtl/>
        </w:rPr>
        <w:t>اطلاعات</w:t>
      </w:r>
      <w:r w:rsidRPr="00E5380D">
        <w:rPr>
          <w:rFonts w:ascii="Tahoma" w:hAnsi="Tahoma" w:cs="Tahoma"/>
          <w:rtl/>
        </w:rPr>
        <w:t xml:space="preserve"> مربوط به اسلام آوردن غازان، سقوط نوروز، جنگ‌ها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شام و برآمدن رش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دالد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ن</w:t>
      </w:r>
      <w:r w:rsidRPr="00E5380D">
        <w:rPr>
          <w:rFonts w:ascii="Tahoma" w:hAnsi="Tahoma" w:cs="Tahoma"/>
          <w:rtl/>
        </w:rPr>
        <w:t xml:space="preserve"> با مدخل‌ها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تار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خ</w:t>
      </w:r>
      <w:r w:rsidRPr="00E5380D">
        <w:rPr>
          <w:rFonts w:ascii="Tahoma" w:hAnsi="Tahoma" w:cs="Tahoma"/>
          <w:rtl/>
        </w:rPr>
        <w:t xml:space="preserve"> دودمان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/>
          <w:rtl/>
        </w:rPr>
        <w:t xml:space="preserve">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لخانان</w:t>
      </w:r>
      <w:r w:rsidRPr="00E5380D">
        <w:rPr>
          <w:rFonts w:ascii="Tahoma" w:hAnsi="Tahoma" w:cs="Tahoma"/>
          <w:rtl/>
        </w:rPr>
        <w:t xml:space="preserve"> و غازان‌خان در دانشنامهٔ ا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ران</w:t>
      </w:r>
      <w:r w:rsidRPr="00E5380D">
        <w:rPr>
          <w:rFonts w:ascii="Tahoma" w:hAnsi="Tahoma" w:cs="Tahoma" w:hint="cs"/>
          <w:rtl/>
        </w:rPr>
        <w:t>ی</w:t>
      </w:r>
      <w:r w:rsidRPr="00E5380D">
        <w:rPr>
          <w:rFonts w:ascii="Tahoma" w:hAnsi="Tahoma" w:cs="Tahoma" w:hint="eastAsia"/>
          <w:rtl/>
        </w:rPr>
        <w:t>کا</w:t>
      </w:r>
      <w:r w:rsidRPr="00E5380D">
        <w:rPr>
          <w:rFonts w:ascii="Tahoma" w:hAnsi="Tahoma" w:cs="Tahoma"/>
          <w:rtl/>
        </w:rPr>
        <w:t xml:space="preserve"> مقابله شده است.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/>
          <w:rtl/>
        </w:rPr>
        <w:t>اصلاحات غازان‌خان از جا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آغاز شد که حکومت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</w:t>
      </w:r>
      <w:r w:rsidRPr="00494964">
        <w:rPr>
          <w:rFonts w:ascii="Tahoma" w:hAnsi="Tahoma" w:cs="Tahoma"/>
          <w:rtl/>
        </w:rPr>
        <w:t xml:space="preserve">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تواند</w:t>
      </w:r>
      <w:r w:rsidRPr="00494964">
        <w:rPr>
          <w:rFonts w:ascii="Tahoma" w:hAnsi="Tahoma" w:cs="Tahoma"/>
          <w:rtl/>
        </w:rPr>
        <w:t xml:space="preserve"> تنها با غارت، مصادره و فشارها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مقطع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به زندگ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ادامه دهد. تا هنگام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سرزم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تازه‌ا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فتح وجود داشت، قشون مغول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بخش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 از غن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مت</w:t>
      </w:r>
      <w:r w:rsidRPr="00494964">
        <w:rPr>
          <w:rFonts w:ascii="Tahoma" w:hAnsi="Tahoma" w:cs="Tahoma"/>
          <w:rtl/>
        </w:rPr>
        <w:t xml:space="preserve"> جنگ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تأم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کند؛ ام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با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افتن</w:t>
      </w:r>
      <w:r w:rsidRPr="00494964">
        <w:rPr>
          <w:rFonts w:ascii="Tahoma" w:hAnsi="Tahoma" w:cs="Tahoma"/>
          <w:rtl/>
        </w:rPr>
        <w:t xml:space="preserve"> دورهٔ فتوحات بزرگ، حکومت ناچار بود هز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نهٔ</w:t>
      </w:r>
      <w:r w:rsidRPr="00494964">
        <w:rPr>
          <w:rFonts w:ascii="Tahoma" w:hAnsi="Tahoma" w:cs="Tahoma"/>
          <w:rtl/>
        </w:rPr>
        <w:t xml:space="preserve"> دربار،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و سپاه را از درآمد همان سرزم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بپردازد که بر آن حکومت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</w:t>
      </w:r>
      <w:r w:rsidRPr="00494964">
        <w:rPr>
          <w:rFonts w:ascii="Tahoma" w:hAnsi="Tahoma" w:cs="Tahoma"/>
          <w:rtl/>
        </w:rPr>
        <w:t>. از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پس، 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شدن هر روستا، 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ختن</w:t>
      </w:r>
      <w:r w:rsidRPr="00494964">
        <w:rPr>
          <w:rFonts w:ascii="Tahoma" w:hAnsi="Tahoma" w:cs="Tahoma"/>
          <w:rtl/>
        </w:rPr>
        <w:t xml:space="preserve"> هر کشاورز و خشک شدن هر قنات، نه‌فقط زندگ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مردم، بلکه توان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حکومت را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کاهش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>‌داد. حکومت مغول، پس از نزد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به هفتاد سال فرمانروا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بر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ران،</w:t>
      </w:r>
      <w:r w:rsidRPr="00494964">
        <w:rPr>
          <w:rFonts w:ascii="Tahoma" w:hAnsi="Tahoma" w:cs="Tahoma"/>
          <w:rtl/>
        </w:rPr>
        <w:t xml:space="preserve"> سرانجام ناچار شد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بقا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کشور و بقا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رابطه‌ا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مستق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</w:t>
      </w:r>
      <w:r w:rsidRPr="00494964">
        <w:rPr>
          <w:rFonts w:ascii="Tahoma" w:hAnsi="Tahoma" w:cs="Tahoma"/>
          <w:rtl/>
        </w:rPr>
        <w:t xml:space="preserve"> بب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نظام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غازان‌خان به ارث برده بود،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آنکه بر اندازه‌گ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واقع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و توان پرداخت مردم استوار باشد، بر دفاتر کهنه،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متداخل و قدرت مأموران محل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</w:t>
      </w:r>
      <w:r w:rsidRPr="00494964">
        <w:rPr>
          <w:rFonts w:ascii="Tahoma" w:hAnsi="Tahoma" w:cs="Tahoma"/>
          <w:rtl/>
        </w:rPr>
        <w:t xml:space="preserve"> داشت. چه‌بسا روستا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در دفاتر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همچنان آباد و پرجمع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به شمار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آمد،</w:t>
      </w:r>
      <w:r w:rsidRPr="00494964">
        <w:rPr>
          <w:rFonts w:ascii="Tahoma" w:hAnsi="Tahoma" w:cs="Tahoma"/>
          <w:rtl/>
        </w:rPr>
        <w:t xml:space="preserve"> حال آنکه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 سال‌ها بود از کشت افتاده و بس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ساکنانش 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خته</w:t>
      </w:r>
      <w:r w:rsidRPr="00494964">
        <w:rPr>
          <w:rFonts w:ascii="Tahoma" w:hAnsi="Tahoma" w:cs="Tahoma"/>
          <w:rtl/>
        </w:rPr>
        <w:t xml:space="preserve"> بودند.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ات،</w:t>
      </w:r>
      <w:r w:rsidRPr="00494964">
        <w:rPr>
          <w:rFonts w:ascii="Tahoma" w:hAnsi="Tahoma" w:cs="Tahoma"/>
          <w:rtl/>
        </w:rPr>
        <w:t xml:space="preserve"> باا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ن‌همه،</w:t>
      </w:r>
      <w:r w:rsidRPr="00494964">
        <w:rPr>
          <w:rFonts w:ascii="Tahoma" w:hAnsi="Tahoma" w:cs="Tahoma"/>
          <w:rtl/>
        </w:rPr>
        <w:t xml:space="preserve"> بر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هٔ</w:t>
      </w:r>
      <w:r w:rsidRPr="00494964">
        <w:rPr>
          <w:rFonts w:ascii="Tahoma" w:hAnsi="Tahoma" w:cs="Tahoma"/>
          <w:rtl/>
        </w:rPr>
        <w:t xml:space="preserve"> همان ارز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گذشته مطالبه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</w:t>
      </w:r>
      <w:r w:rsidRPr="00494964">
        <w:rPr>
          <w:rFonts w:ascii="Tahoma" w:hAnsi="Tahoma" w:cs="Tahoma"/>
          <w:rtl/>
        </w:rPr>
        <w:t>. اگر روستا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مبلغ مقرر را بپردازد، بده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 بر سال بعد افزوده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</w:t>
      </w:r>
      <w:r w:rsidRPr="00494964">
        <w:rPr>
          <w:rFonts w:ascii="Tahoma" w:hAnsi="Tahoma" w:cs="Tahoma"/>
          <w:rtl/>
        </w:rPr>
        <w:t xml:space="preserve"> و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بده</w:t>
      </w:r>
      <w:r w:rsidRPr="00494964">
        <w:rPr>
          <w:rFonts w:ascii="Tahoma" w:hAnsi="Tahoma" w:cs="Tahoma" w:hint="cs"/>
          <w:rtl/>
        </w:rPr>
        <w:t>یِ</w:t>
      </w:r>
      <w:r w:rsidRPr="00494964">
        <w:rPr>
          <w:rFonts w:ascii="Tahoma" w:hAnsi="Tahoma" w:cs="Tahoma"/>
          <w:rtl/>
        </w:rPr>
        <w:t xml:space="preserve"> فزا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نده،</w:t>
      </w:r>
      <w:r w:rsidRPr="00494964">
        <w:rPr>
          <w:rFonts w:ascii="Tahoma" w:hAnsi="Tahoma" w:cs="Tahoma"/>
          <w:rtl/>
        </w:rPr>
        <w:t xml:space="preserve"> امکان بازگشت آن به زندگ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دشوارتر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مشکل</w:t>
      </w:r>
      <w:r w:rsidRPr="00494964">
        <w:rPr>
          <w:rFonts w:ascii="Tahoma" w:hAnsi="Tahoma" w:cs="Tahoma"/>
          <w:rtl/>
        </w:rPr>
        <w:t xml:space="preserve">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گر،</w:t>
      </w:r>
      <w:r w:rsidRPr="00494964">
        <w:rPr>
          <w:rFonts w:ascii="Tahoma" w:hAnsi="Tahoma" w:cs="Tahoma"/>
          <w:rtl/>
        </w:rPr>
        <w:t xml:space="preserve"> واگذار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گردآور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به مقاطعه‌کاران بود. خزانه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تأم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</w:t>
      </w:r>
      <w:r w:rsidRPr="00494964">
        <w:rPr>
          <w:rFonts w:ascii="Tahoma" w:hAnsi="Tahoma" w:cs="Tahoma"/>
          <w:rtl/>
        </w:rPr>
        <w:t xml:space="preserve"> فور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خود، درآمد آ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ندهٔ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ولا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ناح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</w:t>
      </w:r>
      <w:r w:rsidRPr="00494964">
        <w:rPr>
          <w:rFonts w:ascii="Tahoma" w:hAnsi="Tahoma" w:cs="Tahoma"/>
          <w:rtl/>
        </w:rPr>
        <w:t xml:space="preserve"> را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شاپ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به شخص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واگذار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</w:t>
      </w:r>
      <w:r w:rsidRPr="00494964">
        <w:rPr>
          <w:rFonts w:ascii="Tahoma" w:hAnsi="Tahoma" w:cs="Tahoma"/>
          <w:rtl/>
        </w:rPr>
        <w:t xml:space="preserve"> و از او مبلغ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گرفت</w:t>
      </w:r>
      <w:r w:rsidRPr="00494964">
        <w:rPr>
          <w:rFonts w:ascii="Tahoma" w:hAnsi="Tahoma" w:cs="Tahoma"/>
          <w:rtl/>
        </w:rPr>
        <w:t>. مقاطعه‌کار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آنچه پرداخته بود از مردم بازستاند. سود او در افزا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فشار بود، نه در حفظ روستا و توان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آن. افزون بر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ن،</w:t>
      </w:r>
      <w:r w:rsidRPr="00494964">
        <w:rPr>
          <w:rFonts w:ascii="Tahoma" w:hAnsi="Tahoma" w:cs="Tahoma"/>
          <w:rtl/>
        </w:rPr>
        <w:t xml:space="preserve">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پرداخت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«برات»ها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گوناگون بر درآمد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محل صادر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</w:t>
      </w:r>
      <w:r w:rsidRPr="00494964">
        <w:rPr>
          <w:rFonts w:ascii="Tahoma" w:hAnsi="Tahoma" w:cs="Tahoma"/>
          <w:rtl/>
        </w:rPr>
        <w:t>. ممکن بود درآمد روستا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هم‌زمان به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اعضا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خاندان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واحد نظام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مأمور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حواله شده باشد. هر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از آنا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فرمان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 دست داشت و خود را محق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دانست</w:t>
      </w:r>
      <w:r w:rsidRPr="00494964">
        <w:rPr>
          <w:rFonts w:ascii="Tahoma" w:hAnsi="Tahoma" w:cs="Tahoma"/>
          <w:rtl/>
        </w:rPr>
        <w:t>.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روستا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چندان تفاوت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</w:t>
      </w:r>
      <w:r w:rsidRPr="00494964">
        <w:rPr>
          <w:rFonts w:ascii="Tahoma" w:hAnsi="Tahoma" w:cs="Tahoma"/>
          <w:rtl/>
        </w:rPr>
        <w:t xml:space="preserve"> که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فرمان‌ها از کدام دفتر صادر شده‌اند؛ آنان ناچار بودند در برابر هر گروه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شتر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داشت تسل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</w:t>
      </w:r>
      <w:r w:rsidRPr="00494964">
        <w:rPr>
          <w:rFonts w:ascii="Tahoma" w:hAnsi="Tahoma" w:cs="Tahoma"/>
          <w:rtl/>
        </w:rPr>
        <w:t xml:space="preserve"> شوند.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گاه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سال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رس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دن</w:t>
      </w:r>
      <w:r w:rsidRPr="00494964">
        <w:rPr>
          <w:rFonts w:ascii="Tahoma" w:hAnsi="Tahoma" w:cs="Tahoma"/>
          <w:rtl/>
        </w:rPr>
        <w:t xml:space="preserve"> محصول و حت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چند سال به‌صورت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کجا</w:t>
      </w:r>
      <w:r w:rsidRPr="00494964">
        <w:rPr>
          <w:rFonts w:ascii="Tahoma" w:hAnsi="Tahoma" w:cs="Tahoma"/>
          <w:rtl/>
        </w:rPr>
        <w:t xml:space="preserve"> مطالبه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</w:t>
      </w:r>
      <w:r w:rsidRPr="00494964">
        <w:rPr>
          <w:rFonts w:ascii="Tahoma" w:hAnsi="Tahoma" w:cs="Tahoma"/>
          <w:rtl/>
        </w:rPr>
        <w:t>. مأموران دولت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وابستگان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ران،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آنکه</w:t>
      </w:r>
      <w:r w:rsidRPr="00494964">
        <w:rPr>
          <w:rFonts w:ascii="Tahoma" w:hAnsi="Tahoma" w:cs="Tahoma"/>
          <w:rtl/>
        </w:rPr>
        <w:t xml:space="preserve"> موعد و مبلغ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رعا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کنند، به روستاها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رفتند</w:t>
      </w:r>
      <w:r w:rsidRPr="00494964">
        <w:rPr>
          <w:rFonts w:ascii="Tahoma" w:hAnsi="Tahoma" w:cs="Tahoma"/>
          <w:rtl/>
        </w:rPr>
        <w:t xml:space="preserve"> و علاوه بر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رسم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خوراک، علوفه، اسب، محل اقامت و هز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نهٔ</w:t>
      </w:r>
      <w:r w:rsidRPr="00494964">
        <w:rPr>
          <w:rFonts w:ascii="Tahoma" w:hAnsi="Tahoma" w:cs="Tahoma"/>
          <w:rtl/>
        </w:rPr>
        <w:t xml:space="preserve"> سفر خود را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eastAsia"/>
          <w:rtl/>
        </w:rPr>
        <w:t>بر</w:t>
      </w:r>
      <w:r w:rsidRPr="00494964">
        <w:rPr>
          <w:rFonts w:ascii="Tahoma" w:hAnsi="Tahoma" w:cs="Tahoma"/>
          <w:rtl/>
        </w:rPr>
        <w:t xml:space="preserve"> مردم تحم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کردند</w:t>
      </w:r>
      <w:r w:rsidRPr="00494964">
        <w:rPr>
          <w:rFonts w:ascii="Tahoma" w:hAnsi="Tahoma" w:cs="Tahoma"/>
          <w:rtl/>
        </w:rPr>
        <w:t>. در چن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وضع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مرز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ات،</w:t>
      </w:r>
      <w:r w:rsidRPr="00494964">
        <w:rPr>
          <w:rFonts w:ascii="Tahoma" w:hAnsi="Tahoma" w:cs="Tahoma"/>
          <w:rtl/>
        </w:rPr>
        <w:t xml:space="preserve"> رشوه، باج و غارت از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رفته بود. کشاورز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دانست</w:t>
      </w:r>
      <w:r w:rsidRPr="00494964">
        <w:rPr>
          <w:rFonts w:ascii="Tahoma" w:hAnsi="Tahoma" w:cs="Tahoma"/>
          <w:rtl/>
        </w:rPr>
        <w:t xml:space="preserve"> پس از پرداخت آنچه امروز از او خواسته‌اند، فردا مأمور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با فرمان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تازه از راه نخواهد رس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غازان</w:t>
      </w:r>
      <w:r w:rsidRPr="00494964">
        <w:rPr>
          <w:rFonts w:ascii="Tahoma" w:hAnsi="Tahoma" w:cs="Tahoma"/>
          <w:rtl/>
        </w:rPr>
        <w:t xml:space="preserve"> 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نخست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قاعدگ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به قاعده تبد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کند. فرمان داد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ن‌ها،</w:t>
      </w:r>
      <w:r w:rsidRPr="00494964">
        <w:rPr>
          <w:rFonts w:ascii="Tahoma" w:hAnsi="Tahoma" w:cs="Tahoma"/>
          <w:rtl/>
        </w:rPr>
        <w:t xml:space="preserve"> روستاها،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زان</w:t>
      </w:r>
      <w:r w:rsidRPr="00494964">
        <w:rPr>
          <w:rFonts w:ascii="Tahoma" w:hAnsi="Tahoma" w:cs="Tahoma"/>
          <w:rtl/>
        </w:rPr>
        <w:t xml:space="preserve"> آباد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توان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آنها بار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بررس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در دفاتر ثبت شود. مبلغ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و زمان پرداخت آن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باشد و در محل‌ها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عموم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به آگاه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مردم برسد تا مأمور نتواند هر مبلغ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eastAsia"/>
          <w:rtl/>
        </w:rPr>
        <w:t>را</w:t>
      </w:r>
      <w:r w:rsidRPr="00494964">
        <w:rPr>
          <w:rFonts w:ascii="Tahoma" w:hAnsi="Tahoma" w:cs="Tahoma"/>
          <w:rtl/>
        </w:rPr>
        <w:t xml:space="preserve"> که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خواهد</w:t>
      </w:r>
      <w:r w:rsidRPr="00494964">
        <w:rPr>
          <w:rFonts w:ascii="Tahoma" w:hAnsi="Tahoma" w:cs="Tahoma"/>
          <w:rtl/>
        </w:rPr>
        <w:t xml:space="preserve"> مطالبه کند.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متناسب با هنگام برداشت محصول وصول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شد،</w:t>
      </w:r>
      <w:r w:rsidRPr="00494964">
        <w:rPr>
          <w:rFonts w:ascii="Tahoma" w:hAnsi="Tahoma" w:cs="Tahoma"/>
          <w:rtl/>
        </w:rPr>
        <w:t xml:space="preserve"> نه زمان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کشاورز هنوز 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فروختن نداشت. 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سال‌ها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نده</w:t>
      </w:r>
      <w:r w:rsidRPr="00494964">
        <w:rPr>
          <w:rFonts w:ascii="Tahoma" w:hAnsi="Tahoma" w:cs="Tahoma"/>
          <w:rtl/>
        </w:rPr>
        <w:t xml:space="preserve"> و مطالبهٔ دوبارهٔ مبلغ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ش‌تر</w:t>
      </w:r>
      <w:r w:rsidRPr="00494964">
        <w:rPr>
          <w:rFonts w:ascii="Tahoma" w:hAnsi="Tahoma" w:cs="Tahoma"/>
          <w:rtl/>
        </w:rPr>
        <w:t xml:space="preserve"> پرداخته شده بود منع شد و مأموران موظف شدند در برابر 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</w:t>
      </w:r>
      <w:r w:rsidRPr="00494964">
        <w:rPr>
          <w:rFonts w:ascii="Tahoma" w:hAnsi="Tahoma" w:cs="Tahoma"/>
          <w:rtl/>
        </w:rPr>
        <w:t xml:space="preserve"> پول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eastAsia"/>
          <w:rtl/>
        </w:rPr>
        <w:t>جنس،</w:t>
      </w:r>
      <w:r w:rsidRPr="00494964">
        <w:rPr>
          <w:rFonts w:ascii="Tahoma" w:hAnsi="Tahoma" w:cs="Tahoma"/>
          <w:rtl/>
        </w:rPr>
        <w:t xml:space="preserve"> سند و رس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بدهند.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معنا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اصلاحات الغا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سبک شدن ناگهان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بار مردم نبود. حکومت همچنان به درآمد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</w:t>
      </w:r>
      <w:r w:rsidRPr="00494964">
        <w:rPr>
          <w:rFonts w:ascii="Tahoma" w:hAnsi="Tahoma" w:cs="Tahoma"/>
          <w:rtl/>
        </w:rPr>
        <w:t xml:space="preserve"> داشت و در تع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زان</w:t>
      </w:r>
      <w:r w:rsidRPr="00494964">
        <w:rPr>
          <w:rFonts w:ascii="Tahoma" w:hAnsi="Tahoma" w:cs="Tahoma"/>
          <w:rtl/>
        </w:rPr>
        <w:t xml:space="preserve"> آن،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هر 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منافع خزانه را در نظر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گرفت</w:t>
      </w:r>
      <w:r w:rsidRPr="00494964">
        <w:rPr>
          <w:rFonts w:ascii="Tahoma" w:hAnsi="Tahoma" w:cs="Tahoma"/>
          <w:rtl/>
        </w:rPr>
        <w:t>. تفاوت اصل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 کوشش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ش‌ب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کردن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بود. اگر کشاورز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دانست</w:t>
      </w:r>
      <w:r w:rsidRPr="00494964">
        <w:rPr>
          <w:rFonts w:ascii="Tahoma" w:hAnsi="Tahoma" w:cs="Tahoma"/>
          <w:rtl/>
        </w:rPr>
        <w:t xml:space="preserve"> چه مقدار و در چه ز</w:t>
      </w:r>
      <w:r w:rsidRPr="00494964">
        <w:rPr>
          <w:rFonts w:ascii="Tahoma" w:hAnsi="Tahoma" w:cs="Tahoma" w:hint="eastAsia"/>
          <w:rtl/>
        </w:rPr>
        <w:t>مان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بپردازد،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دربارهٔ باق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ماندهٔ</w:t>
      </w:r>
      <w:r w:rsidRPr="00494964">
        <w:rPr>
          <w:rFonts w:ascii="Tahoma" w:hAnsi="Tahoma" w:cs="Tahoma"/>
          <w:rtl/>
        </w:rPr>
        <w:t xml:space="preserve"> محصول خود تصم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</w:t>
      </w:r>
      <w:r w:rsidRPr="00494964">
        <w:rPr>
          <w:rFonts w:ascii="Tahoma" w:hAnsi="Tahoma" w:cs="Tahoma"/>
          <w:rtl/>
        </w:rPr>
        <w:t xml:space="preserve"> بگ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رد؛</w:t>
      </w:r>
      <w:r w:rsidRPr="00494964">
        <w:rPr>
          <w:rFonts w:ascii="Tahoma" w:hAnsi="Tahoma" w:cs="Tahoma"/>
          <w:rtl/>
        </w:rPr>
        <w:t xml:space="preserve"> اما هنگام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زان</w:t>
      </w:r>
      <w:r w:rsidRPr="00494964">
        <w:rPr>
          <w:rFonts w:ascii="Tahoma" w:hAnsi="Tahoma" w:cs="Tahoma"/>
          <w:rtl/>
        </w:rPr>
        <w:t xml:space="preserve"> مطالبه حد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نداشت،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شتر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امن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شتر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آورد،</w:t>
      </w:r>
      <w:r w:rsidRPr="00494964">
        <w:rPr>
          <w:rFonts w:ascii="Tahoma" w:hAnsi="Tahoma" w:cs="Tahoma"/>
          <w:rtl/>
        </w:rPr>
        <w:t xml:space="preserve"> 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</w:t>
      </w:r>
      <w:r w:rsidRPr="00494964">
        <w:rPr>
          <w:rFonts w:ascii="Tahoma" w:hAnsi="Tahoma" w:cs="Tahoma"/>
          <w:rtl/>
        </w:rPr>
        <w:t xml:space="preserve"> هر افزا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محصول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مأموران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شتر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به سو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روستا بکشاند.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غازان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تخلف مأموران مجازات‌ها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تع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کرد و 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راه شکا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از آنان را باز بگذارد. باا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ن‌همه،</w:t>
      </w:r>
      <w:r w:rsidRPr="00494964">
        <w:rPr>
          <w:rFonts w:ascii="Tahoma" w:hAnsi="Tahoma" w:cs="Tahoma"/>
          <w:rtl/>
        </w:rPr>
        <w:t xml:space="preserve"> فاصلهٔ فرمان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در دربار صادر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</w:t>
      </w:r>
      <w:r w:rsidRPr="00494964">
        <w:rPr>
          <w:rFonts w:ascii="Tahoma" w:hAnsi="Tahoma" w:cs="Tahoma"/>
          <w:rtl/>
        </w:rPr>
        <w:t xml:space="preserve"> تا روستا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دورافتاده، فاصله‌ا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کوتاه نبود. مأموران محل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ران،</w:t>
      </w:r>
      <w:r w:rsidRPr="00494964">
        <w:rPr>
          <w:rFonts w:ascii="Tahoma" w:hAnsi="Tahoma" w:cs="Tahoma"/>
          <w:rtl/>
        </w:rPr>
        <w:t xml:space="preserve"> مقاطعه‌کاران و صاحبان برات، هر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بخش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قدرت واقع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</w:t>
      </w:r>
      <w:r w:rsidRPr="00494964">
        <w:rPr>
          <w:rFonts w:ascii="Tahoma" w:hAnsi="Tahoma" w:cs="Tahoma" w:hint="eastAsia"/>
          <w:rtl/>
        </w:rPr>
        <w:t>در</w:t>
      </w:r>
      <w:r w:rsidRPr="00494964">
        <w:rPr>
          <w:rFonts w:ascii="Tahoma" w:hAnsi="Tahoma" w:cs="Tahoma"/>
          <w:rtl/>
        </w:rPr>
        <w:t xml:space="preserve"> دست داشتند و به‌آسان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منافع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سال‌ها به دست آورده بودند صرف‌نظر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کردند</w:t>
      </w:r>
      <w:r w:rsidRPr="00494964">
        <w:rPr>
          <w:rFonts w:ascii="Tahoma" w:hAnsi="Tahoma" w:cs="Tahoma"/>
          <w:rtl/>
        </w:rPr>
        <w:t>. بس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گزارش‌ها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که دربارهٔ موفق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اصلاحات در دست 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</w:t>
      </w:r>
      <w:r w:rsidRPr="00494964">
        <w:rPr>
          <w:rFonts w:ascii="Tahoma" w:hAnsi="Tahoma" w:cs="Tahoma"/>
          <w:rtl/>
        </w:rPr>
        <w:t xml:space="preserve"> از نوشته‌ها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خواجه رش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دالد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فضل‌الله همدان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است؛ مرد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خود از طراحان و مجر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برنامه بود. ازا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ن‌رو</w:t>
      </w:r>
      <w:r w:rsidRPr="00494964">
        <w:rPr>
          <w:rFonts w:ascii="Tahoma" w:hAnsi="Tahoma" w:cs="Tahoma"/>
          <w:rtl/>
        </w:rPr>
        <w:t xml:space="preserve">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گستردگ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غازان و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زان</w:t>
      </w:r>
      <w:r w:rsidRPr="00494964">
        <w:rPr>
          <w:rFonts w:ascii="Tahoma" w:hAnsi="Tahoma" w:cs="Tahoma"/>
          <w:rtl/>
        </w:rPr>
        <w:t xml:space="preserve"> اجرا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واقع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آنها تفاوت گذاشت.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اصلاح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بدون 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کشاورز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ممکن نبود. ده‌ها سال جنگ، رفت‌وآمد قشون‌ها، ب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ثبات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فشار مأموران،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از کشت انداخته بود. قنات‌ها و نهرها 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شده بودند و کشاورزان،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از مطالبات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ان‌ناپذ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ر،</w:t>
      </w:r>
      <w:r w:rsidRPr="00494964">
        <w:rPr>
          <w:rFonts w:ascii="Tahoma" w:hAnsi="Tahoma" w:cs="Tahoma"/>
          <w:rtl/>
        </w:rPr>
        <w:t xml:space="preserve"> روستاها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 ترک کرده بودند.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بدون کشاورز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خزانه ارزش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نداشت. غازان فرمان‌ها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بازگرداندن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رهاشده به کشت، مرمت راه‌ها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آب و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رساندن به کشاورزان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صادر کرد که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آغاز دوبارهٔ کار به بذر، دام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ابزار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</w:t>
      </w:r>
      <w:r w:rsidRPr="00494964">
        <w:rPr>
          <w:rFonts w:ascii="Tahoma" w:hAnsi="Tahoma" w:cs="Tahoma"/>
          <w:rtl/>
        </w:rPr>
        <w:t xml:space="preserve"> داشتند. در برخ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موارد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آباد کردن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eastAsia"/>
          <w:rtl/>
        </w:rPr>
        <w:t>هلت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 نظر گرفته شد تا بهره‌بردار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رس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دن</w:t>
      </w:r>
      <w:r w:rsidRPr="00494964">
        <w:rPr>
          <w:rFonts w:ascii="Tahoma" w:hAnsi="Tahoma" w:cs="Tahoma"/>
          <w:rtl/>
        </w:rPr>
        <w:t xml:space="preserve"> نخست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محصول ناچار به پرداخت نباشد.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است</w:t>
      </w:r>
      <w:r w:rsidRPr="00494964">
        <w:rPr>
          <w:rFonts w:ascii="Tahoma" w:hAnsi="Tahoma" w:cs="Tahoma"/>
          <w:rtl/>
        </w:rPr>
        <w:t xml:space="preserve"> را نبا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با اند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شهٔ</w:t>
      </w:r>
      <w:r w:rsidRPr="00494964">
        <w:rPr>
          <w:rFonts w:ascii="Tahoma" w:hAnsi="Tahoma" w:cs="Tahoma"/>
          <w:rtl/>
        </w:rPr>
        <w:t xml:space="preserve"> امروز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رفاه مردم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دانست. هدف اصل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حکومت، بازساز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هٔ</w:t>
      </w:r>
      <w:r w:rsidRPr="00494964">
        <w:rPr>
          <w:rFonts w:ascii="Tahoma" w:hAnsi="Tahoma" w:cs="Tahoma"/>
          <w:rtl/>
        </w:rPr>
        <w:t xml:space="preserve">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و در نت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جه</w:t>
      </w:r>
      <w:r w:rsidRPr="00494964">
        <w:rPr>
          <w:rFonts w:ascii="Tahoma" w:hAnsi="Tahoma" w:cs="Tahoma"/>
          <w:rtl/>
        </w:rPr>
        <w:t xml:space="preserve"> افزا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درآمد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دار</w:t>
      </w:r>
      <w:r w:rsidRPr="00494964">
        <w:rPr>
          <w:rFonts w:ascii="Tahoma" w:hAnsi="Tahoma" w:cs="Tahoma"/>
          <w:rtl/>
        </w:rPr>
        <w:t xml:space="preserve"> دولت بود. باا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ن‌حال،</w:t>
      </w:r>
      <w:r w:rsidRPr="00494964">
        <w:rPr>
          <w:rFonts w:ascii="Tahoma" w:hAnsi="Tahoma" w:cs="Tahoma"/>
          <w:rtl/>
        </w:rPr>
        <w:t xml:space="preserve">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تشخ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ص</w:t>
      </w:r>
      <w:r w:rsidRPr="00494964">
        <w:rPr>
          <w:rFonts w:ascii="Tahoma" w:hAnsi="Tahoma" w:cs="Tahoma"/>
          <w:rtl/>
        </w:rPr>
        <w:t xml:space="preserve"> که خزانه بدون زنده ماندن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دکننده</w:t>
      </w:r>
      <w:r w:rsidRPr="00494964">
        <w:rPr>
          <w:rFonts w:ascii="Tahoma" w:hAnsi="Tahoma" w:cs="Tahoma"/>
          <w:rtl/>
        </w:rPr>
        <w:t xml:space="preserve"> دوام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آورد،</w:t>
      </w:r>
      <w:r w:rsidRPr="00494964">
        <w:rPr>
          <w:rFonts w:ascii="Tahoma" w:hAnsi="Tahoma" w:cs="Tahoma"/>
          <w:rtl/>
        </w:rPr>
        <w:t xml:space="preserve"> گام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مهم در گذار از منطق غن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مت</w:t>
      </w:r>
      <w:r w:rsidRPr="00494964">
        <w:rPr>
          <w:rFonts w:ascii="Tahoma" w:hAnsi="Tahoma" w:cs="Tahoma"/>
          <w:rtl/>
        </w:rPr>
        <w:t xml:space="preserve"> به منطق کشوردار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eastAsia"/>
          <w:rtl/>
        </w:rPr>
        <w:t>بود</w:t>
      </w:r>
      <w:r w:rsidRPr="00494964">
        <w:rPr>
          <w:rFonts w:ascii="Tahoma" w:hAnsi="Tahoma" w:cs="Tahoma"/>
          <w:rtl/>
        </w:rPr>
        <w:t>. در منطق غن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مت،</w:t>
      </w:r>
      <w:r w:rsidRPr="00494964">
        <w:rPr>
          <w:rFonts w:ascii="Tahoma" w:hAnsi="Tahoma" w:cs="Tahoma"/>
          <w:rtl/>
        </w:rPr>
        <w:t xml:space="preserve"> آنچه امروز گرفته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</w:t>
      </w:r>
      <w:r w:rsidRPr="00494964">
        <w:rPr>
          <w:rFonts w:ascii="Tahoma" w:hAnsi="Tahoma" w:cs="Tahoma"/>
          <w:rtl/>
        </w:rPr>
        <w:t xml:space="preserve"> اهم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داشت؛ در منطق کشوردار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گرفتن در سال آ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نده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باق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ماند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بار</w:t>
      </w:r>
      <w:r w:rsidRPr="00494964">
        <w:rPr>
          <w:rFonts w:ascii="Tahoma" w:hAnsi="Tahoma" w:cs="Tahoma"/>
          <w:rtl/>
        </w:rPr>
        <w:t xml:space="preserve">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بر مردم سنگ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کرد،</w:t>
      </w:r>
      <w:r w:rsidRPr="00494964">
        <w:rPr>
          <w:rFonts w:ascii="Tahoma" w:hAnsi="Tahoma" w:cs="Tahoma"/>
          <w:rtl/>
        </w:rPr>
        <w:t xml:space="preserve"> دستگاه چاپار و الزام فراهم کردن «اولاغ» بود. ارتباط سر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ع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دربار، سپاه و ولا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ت‌ها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حکومت پهناور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ضرور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بود، اما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ضرورت به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سرچشمه‌ها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بزرگ تعد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تبد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شده بود. دارندگان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زه</w:t>
      </w:r>
      <w:r w:rsidRPr="00494964">
        <w:rPr>
          <w:rFonts w:ascii="Tahoma" w:hAnsi="Tahoma" w:cs="Tahoma"/>
          <w:rtl/>
        </w:rPr>
        <w:t xml:space="preserve"> و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حکومت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توانستند</w:t>
      </w:r>
      <w:r w:rsidRPr="00494964">
        <w:rPr>
          <w:rFonts w:ascii="Tahoma" w:hAnsi="Tahoma" w:cs="Tahoma"/>
          <w:rtl/>
        </w:rPr>
        <w:t xml:space="preserve"> در طول راه از مردم اسب، علوفه، خوراک و محل اقامت بخواهند. بس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کسان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مأمور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نداشتند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خود را وابسته به حکومت معرف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کردند</w:t>
      </w:r>
      <w:r w:rsidRPr="00494964">
        <w:rPr>
          <w:rFonts w:ascii="Tahoma" w:hAnsi="Tahoma" w:cs="Tahoma"/>
          <w:rtl/>
        </w:rPr>
        <w:t xml:space="preserve"> و از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امت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</w:t>
      </w:r>
      <w:r w:rsidRPr="00494964">
        <w:rPr>
          <w:rFonts w:ascii="Tahoma" w:hAnsi="Tahoma" w:cs="Tahoma"/>
          <w:rtl/>
        </w:rPr>
        <w:t xml:space="preserve"> بهره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بردند</w:t>
      </w:r>
      <w:r w:rsidRPr="00494964">
        <w:rPr>
          <w:rFonts w:ascii="Tahoma" w:hAnsi="Tahoma" w:cs="Tahoma"/>
          <w:rtl/>
        </w:rPr>
        <w:t>. اسب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از کشاورز گرفته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شد،</w:t>
      </w:r>
      <w:r w:rsidRPr="00494964">
        <w:rPr>
          <w:rFonts w:ascii="Tahoma" w:hAnsi="Tahoma" w:cs="Tahoma"/>
          <w:rtl/>
        </w:rPr>
        <w:t xml:space="preserve"> ممکن بود هرگز بازگردانده نشود و روستا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ناچا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شود 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که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شخم زدن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لازم داشت در اخت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/>
          <w:rtl/>
        </w:rPr>
        <w:t xml:space="preserve"> مسافر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حکومت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بگذارد.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غازان</w:t>
      </w:r>
      <w:r w:rsidRPr="00494964">
        <w:rPr>
          <w:rFonts w:ascii="Tahoma" w:hAnsi="Tahoma" w:cs="Tahoma"/>
          <w:rtl/>
        </w:rPr>
        <w:t xml:space="preserve"> 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ستگاه‌ها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چاپار را سامان دهد، شمار اسب‌ها و هز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نهٔ</w:t>
      </w:r>
      <w:r w:rsidRPr="00494964">
        <w:rPr>
          <w:rFonts w:ascii="Tahoma" w:hAnsi="Tahoma" w:cs="Tahoma"/>
          <w:rtl/>
        </w:rPr>
        <w:t xml:space="preserve"> نگهدار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آنها را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کند و استفاده از امکانات راه را به مأموران واقع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محدود سازد. هدف آن بود که هز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نهٔ</w:t>
      </w:r>
      <w:r w:rsidRPr="00494964">
        <w:rPr>
          <w:rFonts w:ascii="Tahoma" w:hAnsi="Tahoma" w:cs="Tahoma"/>
          <w:rtl/>
        </w:rPr>
        <w:t xml:space="preserve"> ارتباطات حکومت از راه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منظم تأم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شود و هر مسافر صاحب‌منصب نتواند روستاها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خود را غ</w:t>
      </w:r>
      <w:r w:rsidRPr="00494964">
        <w:rPr>
          <w:rFonts w:ascii="Tahoma" w:hAnsi="Tahoma" w:cs="Tahoma" w:hint="eastAsia"/>
          <w:rtl/>
        </w:rPr>
        <w:t>ارت</w:t>
      </w:r>
      <w:r w:rsidRPr="00494964">
        <w:rPr>
          <w:rFonts w:ascii="Tahoma" w:hAnsi="Tahoma" w:cs="Tahoma"/>
          <w:rtl/>
        </w:rPr>
        <w:t xml:space="preserve"> کند.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دستگاه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تمرکز قدرت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ضرور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بود: حکومت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خبرها و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 سر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ع</w:t>
      </w:r>
      <w:r w:rsidRPr="00494964">
        <w:rPr>
          <w:rFonts w:ascii="Tahoma" w:hAnsi="Tahoma" w:cs="Tahoma"/>
          <w:rtl/>
        </w:rPr>
        <w:t xml:space="preserve"> و مطمئن منتقل کند، ناچار بخش بزرگ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اخت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/>
          <w:rtl/>
        </w:rPr>
        <w:t xml:space="preserve"> را به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محل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واگذار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</w:t>
      </w:r>
      <w:r w:rsidRPr="00494964">
        <w:rPr>
          <w:rFonts w:ascii="Tahoma" w:hAnsi="Tahoma" w:cs="Tahoma"/>
          <w:rtl/>
        </w:rPr>
        <w:t>. بنابرا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اصلاح چاپار هم‌زمان دو هدف داشت؛ کاهش بخش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فشارها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قاعده</w:t>
      </w:r>
      <w:r w:rsidRPr="00494964">
        <w:rPr>
          <w:rFonts w:ascii="Tahoma" w:hAnsi="Tahoma" w:cs="Tahoma"/>
          <w:rtl/>
        </w:rPr>
        <w:t xml:space="preserve"> بر م</w:t>
      </w:r>
      <w:r w:rsidRPr="00494964">
        <w:rPr>
          <w:rFonts w:ascii="Tahoma" w:hAnsi="Tahoma" w:cs="Tahoma" w:hint="eastAsia"/>
          <w:rtl/>
        </w:rPr>
        <w:t>ردم</w:t>
      </w:r>
      <w:r w:rsidRPr="00494964">
        <w:rPr>
          <w:rFonts w:ascii="Tahoma" w:hAnsi="Tahoma" w:cs="Tahoma"/>
          <w:rtl/>
        </w:rPr>
        <w:t xml:space="preserve"> و افزا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توان نظارت حکومت مرکز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سامان</w:t>
      </w:r>
      <w:r w:rsidRPr="00494964">
        <w:rPr>
          <w:rFonts w:ascii="Tahoma" w:hAnsi="Tahoma" w:cs="Tahoma"/>
          <w:rtl/>
        </w:rPr>
        <w:t xml:space="preserve"> دادن پول و اندازه‌ها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بخش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کوشش بود. تجربهٔ چاو نشان داده بود که ارزش پول تنها با فرمان پادشاه پد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>. مردم هنگام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کاغذها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خاتو</w:t>
      </w:r>
      <w:r w:rsidRPr="00494964">
        <w:rPr>
          <w:rFonts w:ascii="Tahoma" w:hAnsi="Tahoma" w:cs="Tahoma"/>
          <w:rtl/>
        </w:rPr>
        <w:t xml:space="preserve"> را نپذ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رفتند</w:t>
      </w:r>
      <w:r w:rsidRPr="00494964">
        <w:rPr>
          <w:rFonts w:ascii="Tahoma" w:hAnsi="Tahoma" w:cs="Tahoma"/>
          <w:rtl/>
        </w:rPr>
        <w:t xml:space="preserve"> که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دانستند</w:t>
      </w:r>
      <w:r w:rsidRPr="00494964">
        <w:rPr>
          <w:rFonts w:ascii="Tahoma" w:hAnsi="Tahoma" w:cs="Tahoma"/>
          <w:rtl/>
        </w:rPr>
        <w:t xml:space="preserve"> پشت آن نه اعتماد عموم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وجود دارد و نه دستگاه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بتواند ارزش آن را حفظ کند. </w:t>
      </w:r>
      <w:r w:rsidRPr="00494964">
        <w:rPr>
          <w:rFonts w:ascii="Tahoma" w:hAnsi="Tahoma" w:cs="Tahoma" w:hint="eastAsia"/>
          <w:rtl/>
        </w:rPr>
        <w:t>غازان</w:t>
      </w:r>
      <w:r w:rsidRPr="00494964">
        <w:rPr>
          <w:rFonts w:ascii="Tahoma" w:hAnsi="Tahoma" w:cs="Tahoma"/>
          <w:rtl/>
        </w:rPr>
        <w:t xml:space="preserve"> به 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تکرار آن تجربه، بر سکهٔ فلز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</w:t>
      </w:r>
      <w:r w:rsidRPr="00494964">
        <w:rPr>
          <w:rFonts w:ascii="Tahoma" w:hAnsi="Tahoma" w:cs="Tahoma"/>
          <w:rtl/>
        </w:rPr>
        <w:t xml:space="preserve"> کرد و 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وزن و 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/>
          <w:rtl/>
        </w:rPr>
        <w:t xml:space="preserve"> سکه‌ها را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کسان</w:t>
      </w:r>
      <w:r w:rsidRPr="00494964">
        <w:rPr>
          <w:rFonts w:ascii="Tahoma" w:hAnsi="Tahoma" w:cs="Tahoma"/>
          <w:rtl/>
        </w:rPr>
        <w:t xml:space="preserve"> سازد. نام و نشان حکومت تازه بر سکه‌ها ظاهر شد و پول، در کنار کارکرد اقتصاد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حامل ادعا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/>
          <w:rtl/>
        </w:rPr>
        <w:t xml:space="preserve"> مسلمان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گرد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تفاوت</w:t>
      </w:r>
      <w:r w:rsidRPr="00494964">
        <w:rPr>
          <w:rFonts w:ascii="Tahoma" w:hAnsi="Tahoma" w:cs="Tahoma"/>
          <w:rtl/>
        </w:rPr>
        <w:t xml:space="preserve"> وزن‌ها و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مانه‌ها</w:t>
      </w:r>
      <w:r w:rsidRPr="00494964">
        <w:rPr>
          <w:rFonts w:ascii="Tahoma" w:hAnsi="Tahoma" w:cs="Tahoma"/>
          <w:rtl/>
        </w:rPr>
        <w:t xml:space="preserve"> از شهر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به شهر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گر،</w:t>
      </w:r>
      <w:r w:rsidRPr="00494964">
        <w:rPr>
          <w:rFonts w:ascii="Tahoma" w:hAnsi="Tahoma" w:cs="Tahoma"/>
          <w:rtl/>
        </w:rPr>
        <w:t xml:space="preserve"> راه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گسترده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ب</w:t>
      </w:r>
      <w:r w:rsidRPr="00494964">
        <w:rPr>
          <w:rFonts w:ascii="Tahoma" w:hAnsi="Tahoma" w:cs="Tahoma"/>
          <w:rtl/>
        </w:rPr>
        <w:t xml:space="preserve"> و تعد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گشود</w:t>
      </w:r>
      <w:r w:rsidRPr="00494964">
        <w:rPr>
          <w:rFonts w:ascii="Tahoma" w:hAnsi="Tahoma" w:cs="Tahoma"/>
          <w:rtl/>
        </w:rPr>
        <w:t>. ممکن بود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با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مانه‌ا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بزرگ‌تر گرفته و همان جنس با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مانه‌ا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کوچک‌تر به حساب خزانه گذاشته شود. بازرگان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به‌آسان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ارزش کالا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را که در شهر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خر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فروخت</w:t>
      </w:r>
      <w:r w:rsidRPr="00494964">
        <w:rPr>
          <w:rFonts w:ascii="Tahoma" w:hAnsi="Tahoma" w:cs="Tahoma"/>
          <w:rtl/>
        </w:rPr>
        <w:t xml:space="preserve"> محاسبه کند. کوشش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کسان</w:t>
      </w:r>
      <w:r w:rsidRPr="00494964">
        <w:rPr>
          <w:rFonts w:ascii="Tahoma" w:hAnsi="Tahoma" w:cs="Tahoma"/>
          <w:rtl/>
        </w:rPr>
        <w:t xml:space="preserve"> کردن اوزان و مقاد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ر،</w:t>
      </w:r>
      <w:r w:rsidRPr="00494964">
        <w:rPr>
          <w:rFonts w:ascii="Tahoma" w:hAnsi="Tahoma" w:cs="Tahoma"/>
          <w:rtl/>
        </w:rPr>
        <w:t xml:space="preserve"> تنها اصلاح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نبود؛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کار به معنا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آوردن فضا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اقتصاد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بود که در آن فرمان حکومت و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/>
          <w:rtl/>
        </w:rPr>
        <w:t xml:space="preserve"> معامله از مرز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شهر فراتر رود. هر اندازه که وزن سکه و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مانهٔ</w:t>
      </w:r>
      <w:r w:rsidRPr="00494964">
        <w:rPr>
          <w:rFonts w:ascii="Tahoma" w:hAnsi="Tahoma" w:cs="Tahoma"/>
          <w:rtl/>
        </w:rPr>
        <w:t xml:space="preserve"> کالا قابل اعتمادتر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شد،</w:t>
      </w:r>
      <w:r w:rsidRPr="00494964">
        <w:rPr>
          <w:rFonts w:ascii="Tahoma" w:hAnsi="Tahoma" w:cs="Tahoma"/>
          <w:rtl/>
        </w:rPr>
        <w:t xml:space="preserve"> امکان تجا</w:t>
      </w:r>
      <w:r w:rsidRPr="00494964">
        <w:rPr>
          <w:rFonts w:ascii="Tahoma" w:hAnsi="Tahoma" w:cs="Tahoma" w:hint="eastAsia"/>
          <w:rtl/>
        </w:rPr>
        <w:t>رت</w:t>
      </w:r>
      <w:r w:rsidRPr="00494964">
        <w:rPr>
          <w:rFonts w:ascii="Tahoma" w:hAnsi="Tahoma" w:cs="Tahoma"/>
          <w:rtl/>
        </w:rPr>
        <w:t xml:space="preserve"> و محاسبهٔ دق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ق‌تر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افزا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ی‌ی</w:t>
      </w:r>
      <w:r w:rsidRPr="00494964">
        <w:rPr>
          <w:rFonts w:ascii="Tahoma" w:hAnsi="Tahoma" w:cs="Tahoma" w:hint="eastAsia"/>
          <w:rtl/>
        </w:rPr>
        <w:t>افت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مسئلهٔ</w:t>
      </w:r>
      <w:r w:rsidRPr="00494964">
        <w:rPr>
          <w:rFonts w:ascii="Tahoma" w:hAnsi="Tahoma" w:cs="Tahoma"/>
          <w:rtl/>
        </w:rPr>
        <w:t xml:space="preserve"> سپاه از دشوارتر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بخش‌ها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اصلاحات بود. دولت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قشون مغول استوار بود و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آن را کنار بگذارد، اما تأم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هز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نهٔ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قشون با خزانه‌ا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آشفته ممکن نبود. اگر سربازان مواجب خود را 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</w:t>
      </w:r>
      <w:r w:rsidRPr="00494964">
        <w:rPr>
          <w:rFonts w:ascii="Tahoma" w:hAnsi="Tahoma" w:cs="Tahoma"/>
          <w:rtl/>
        </w:rPr>
        <w:t xml:space="preserve">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کردند،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ازشان</w:t>
      </w:r>
      <w:r w:rsidRPr="00494964">
        <w:rPr>
          <w:rFonts w:ascii="Tahoma" w:hAnsi="Tahoma" w:cs="Tahoma"/>
          <w:rtl/>
        </w:rPr>
        <w:t xml:space="preserve"> را مستق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ماً</w:t>
      </w:r>
      <w:r w:rsidRPr="00494964">
        <w:rPr>
          <w:rFonts w:ascii="Tahoma" w:hAnsi="Tahoma" w:cs="Tahoma"/>
          <w:rtl/>
        </w:rPr>
        <w:t xml:space="preserve"> از مردم برم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گرفتند</w:t>
      </w:r>
      <w:r w:rsidRPr="00494964">
        <w:rPr>
          <w:rFonts w:ascii="Tahoma" w:hAnsi="Tahoma" w:cs="Tahoma"/>
          <w:rtl/>
        </w:rPr>
        <w:t>. غازان 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با واگذار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درآمد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ن‌ها</w:t>
      </w:r>
      <w:r w:rsidRPr="00494964">
        <w:rPr>
          <w:rFonts w:ascii="Tahoma" w:hAnsi="Tahoma" w:cs="Tahoma"/>
          <w:rtl/>
        </w:rPr>
        <w:t xml:space="preserve"> و نواح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به واحدها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نظام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رابطه‌ا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منظم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سپاه و منابع تأم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آن برقرار کند.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واگذار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ها</w:t>
      </w:r>
      <w:r w:rsidRPr="00494964">
        <w:rPr>
          <w:rFonts w:ascii="Tahoma" w:hAnsi="Tahoma" w:cs="Tahoma"/>
          <w:rtl/>
        </w:rPr>
        <w:t xml:space="preserve"> که صورت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اقطاع به شمار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رفت،</w:t>
      </w:r>
      <w:r w:rsidRPr="00494964">
        <w:rPr>
          <w:rFonts w:ascii="Tahoma" w:hAnsi="Tahoma" w:cs="Tahoma"/>
          <w:rtl/>
        </w:rPr>
        <w:t xml:space="preserve"> قرار بود 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مطالبات پراکنده و غارتگرانه را بگ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منطق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است</w:t>
      </w:r>
      <w:r w:rsidRPr="00494964">
        <w:rPr>
          <w:rFonts w:ascii="Tahoma" w:hAnsi="Tahoma" w:cs="Tahoma"/>
          <w:rtl/>
        </w:rPr>
        <w:t xml:space="preserve"> آن بود که اگر درآمد گروه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سپاه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به آباد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چند روستا وابسته باشد، آنان به 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نابود کردن آن روستاها در حفظ توان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دشان</w:t>
      </w:r>
      <w:r w:rsidRPr="00494964">
        <w:rPr>
          <w:rFonts w:ascii="Tahoma" w:hAnsi="Tahoma" w:cs="Tahoma"/>
          <w:rtl/>
        </w:rPr>
        <w:t xml:space="preserve"> بکوشند. اما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راه‌حل خطر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داشت.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درآمد ناح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در اخت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گرفت،</w:t>
      </w:r>
      <w:r w:rsidRPr="00494964">
        <w:rPr>
          <w:rFonts w:ascii="Tahoma" w:hAnsi="Tahoma" w:cs="Tahoma"/>
          <w:rtl/>
        </w:rPr>
        <w:t xml:space="preserve"> ممکن بود خود را نه در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افت‌کنندهٔ</w:t>
      </w:r>
      <w:r w:rsidRPr="00494964">
        <w:rPr>
          <w:rFonts w:ascii="Tahoma" w:hAnsi="Tahoma" w:cs="Tahoma"/>
          <w:rtl/>
        </w:rPr>
        <w:t xml:space="preserve"> سهم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ن،</w:t>
      </w:r>
      <w:r w:rsidRPr="00494964">
        <w:rPr>
          <w:rFonts w:ascii="Tahoma" w:hAnsi="Tahoma" w:cs="Tahoma"/>
          <w:rtl/>
        </w:rPr>
        <w:t xml:space="preserve"> بلکه مالک مردم و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آن ناح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</w:t>
      </w:r>
      <w:r w:rsidRPr="00494964">
        <w:rPr>
          <w:rFonts w:ascii="Tahoma" w:hAnsi="Tahoma" w:cs="Tahoma"/>
          <w:rtl/>
        </w:rPr>
        <w:t xml:space="preserve"> بداند. در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صورت، اقطاع به 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مهار قدرت نظام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ان،</w:t>
      </w:r>
      <w:r w:rsidRPr="00494964">
        <w:rPr>
          <w:rFonts w:ascii="Tahoma" w:hAnsi="Tahoma" w:cs="Tahoma"/>
          <w:rtl/>
        </w:rPr>
        <w:t xml:space="preserve"> قلمروها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مستقل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آنان پد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آورد</w:t>
      </w:r>
      <w:r w:rsidRPr="00494964">
        <w:rPr>
          <w:rFonts w:ascii="Tahoma" w:hAnsi="Tahoma" w:cs="Tahoma"/>
          <w:rtl/>
        </w:rPr>
        <w:t>. افزون بر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ن،</w:t>
      </w:r>
      <w:r w:rsidRPr="00494964">
        <w:rPr>
          <w:rFonts w:ascii="Tahoma" w:hAnsi="Tahoma" w:cs="Tahoma"/>
          <w:rtl/>
        </w:rPr>
        <w:t xml:space="preserve"> شواهد موجود نشان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دهد</w:t>
      </w:r>
      <w:r w:rsidRPr="00494964">
        <w:rPr>
          <w:rFonts w:ascii="Tahoma" w:hAnsi="Tahoma" w:cs="Tahoma"/>
          <w:rtl/>
        </w:rPr>
        <w:t xml:space="preserve"> که طرح واگذار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 درآمد به همهٔ سپاه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به‌طور کامل اجرا شده </w:t>
      </w:r>
      <w:r w:rsidRPr="00494964">
        <w:rPr>
          <w:rFonts w:ascii="Tahoma" w:hAnsi="Tahoma" w:cs="Tahoma" w:hint="eastAsia"/>
          <w:rtl/>
        </w:rPr>
        <w:t>باشد</w:t>
      </w:r>
      <w:r w:rsidRPr="00494964">
        <w:rPr>
          <w:rFonts w:ascii="Tahoma" w:hAnsi="Tahoma" w:cs="Tahoma"/>
          <w:rtl/>
        </w:rPr>
        <w:t>. قشون مغول همچنان تا اندازهٔ 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وهٔ</w:t>
      </w:r>
      <w:r w:rsidRPr="00494964">
        <w:rPr>
          <w:rFonts w:ascii="Tahoma" w:hAnsi="Tahoma" w:cs="Tahoma"/>
          <w:rtl/>
        </w:rPr>
        <w:t xml:space="preserve"> زندگ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کوچندگ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 حفظ کرد و به جمع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کشاورز تبد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نشد.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واقع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ت،</w:t>
      </w:r>
      <w:r w:rsidRPr="00494964">
        <w:rPr>
          <w:rFonts w:ascii="Tahoma" w:hAnsi="Tahoma" w:cs="Tahoma"/>
          <w:rtl/>
        </w:rPr>
        <w:t xml:space="preserve"> حد اصلاحات غازان را آشکار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کند</w:t>
      </w:r>
      <w:r w:rsidRPr="00494964">
        <w:rPr>
          <w:rFonts w:ascii="Tahoma" w:hAnsi="Tahoma" w:cs="Tahoma"/>
          <w:rtl/>
        </w:rPr>
        <w:t>. او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خواست</w:t>
      </w:r>
      <w:r w:rsidRPr="00494964">
        <w:rPr>
          <w:rFonts w:ascii="Tahoma" w:hAnsi="Tahoma" w:cs="Tahoma"/>
          <w:rtl/>
        </w:rPr>
        <w:t xml:space="preserve"> درآمد سپاه را به تول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کشور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وند</w:t>
      </w:r>
      <w:r w:rsidRPr="00494964">
        <w:rPr>
          <w:rFonts w:ascii="Tahoma" w:hAnsi="Tahoma" w:cs="Tahoma"/>
          <w:rtl/>
        </w:rPr>
        <w:t xml:space="preserve"> دهد، اما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ماه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سپاه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که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هٔ</w:t>
      </w:r>
      <w:r w:rsidRPr="00494964">
        <w:rPr>
          <w:rFonts w:ascii="Tahoma" w:hAnsi="Tahoma" w:cs="Tahoma"/>
          <w:rtl/>
        </w:rPr>
        <w:t xml:space="preserve"> پادشاه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او بود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کباره</w:t>
      </w:r>
      <w:r w:rsidRPr="00494964">
        <w:rPr>
          <w:rFonts w:ascii="Tahoma" w:hAnsi="Tahoma" w:cs="Tahoma"/>
          <w:rtl/>
        </w:rPr>
        <w:t xml:space="preserve"> تغ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دهد.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مهار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به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</w:t>
      </w:r>
      <w:r w:rsidRPr="00494964">
        <w:rPr>
          <w:rFonts w:ascii="Tahoma" w:hAnsi="Tahoma" w:cs="Tahoma"/>
          <w:rtl/>
        </w:rPr>
        <w:t xml:space="preserve"> داشت و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حفظ تاج خود به همان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وابسته بود.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را ثبت، اندازه‌گ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محدود کند؛ قشون امت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ازها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 حق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نهٔ</w:t>
      </w:r>
      <w:r w:rsidRPr="00494964">
        <w:rPr>
          <w:rFonts w:ascii="Tahoma" w:hAnsi="Tahoma" w:cs="Tahoma"/>
          <w:rtl/>
        </w:rPr>
        <w:t xml:space="preserve"> فاتحان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دانست</w:t>
      </w:r>
      <w:r w:rsidRPr="00494964">
        <w:rPr>
          <w:rFonts w:ascii="Tahoma" w:hAnsi="Tahoma" w:cs="Tahoma"/>
          <w:rtl/>
        </w:rPr>
        <w:t>. کشوردار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غازان در کشاکش دائم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دو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رو</w:t>
      </w:r>
      <w:r w:rsidRPr="00494964">
        <w:rPr>
          <w:rFonts w:ascii="Tahoma" w:hAnsi="Tahoma" w:cs="Tahoma"/>
          <w:rtl/>
        </w:rPr>
        <w:t xml:space="preserve"> شکل گرفت.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در</w:t>
      </w:r>
      <w:r w:rsidRPr="00494964">
        <w:rPr>
          <w:rFonts w:ascii="Tahoma" w:hAnsi="Tahoma" w:cs="Tahoma"/>
          <w:rtl/>
        </w:rPr>
        <w:t xml:space="preserve"> حوزهٔ دادگستر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امن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راه‌ها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فرمان‌ها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صادر شد. ناامن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تنها نت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جهٔ</w:t>
      </w:r>
      <w:r w:rsidRPr="00494964">
        <w:rPr>
          <w:rFonts w:ascii="Tahoma" w:hAnsi="Tahoma" w:cs="Tahoma"/>
          <w:rtl/>
        </w:rPr>
        <w:t xml:space="preserve"> راهزن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گروه‌ها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رون</w:t>
      </w:r>
      <w:r w:rsidRPr="00494964">
        <w:rPr>
          <w:rFonts w:ascii="Tahoma" w:hAnsi="Tahoma" w:cs="Tahoma"/>
          <w:rtl/>
        </w:rPr>
        <w:t xml:space="preserve"> از حکومت نبود؛ گاه خود سپاه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ان،</w:t>
      </w:r>
      <w:r w:rsidRPr="00494964">
        <w:rPr>
          <w:rFonts w:ascii="Tahoma" w:hAnsi="Tahoma" w:cs="Tahoma"/>
          <w:rtl/>
        </w:rPr>
        <w:t xml:space="preserve"> مأموران و وابستگان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خطرناک‌تر از راهزنان بودند. غازان 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مسئول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مأموران را روشن‌تر کند و از تعد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آنان بکاهد. اما داد</w:t>
      </w:r>
      <w:r w:rsidRPr="00494964">
        <w:rPr>
          <w:rFonts w:ascii="Tahoma" w:hAnsi="Tahoma" w:cs="Tahoma" w:hint="eastAsia"/>
          <w:rtl/>
        </w:rPr>
        <w:t>خواه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 جامعه‌ا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گاه</w:t>
      </w:r>
      <w:r w:rsidRPr="00494964">
        <w:rPr>
          <w:rFonts w:ascii="Tahoma" w:hAnsi="Tahoma" w:cs="Tahoma"/>
          <w:rtl/>
        </w:rPr>
        <w:t xml:space="preserve"> اشخاص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قاعدهٔ عموم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داشت، همچنان دشوار بود. رع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از مأمور قدرتمند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شکا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کرد،</w:t>
      </w:r>
      <w:r w:rsidRPr="00494964">
        <w:rPr>
          <w:rFonts w:ascii="Tahoma" w:hAnsi="Tahoma" w:cs="Tahoma"/>
          <w:rtl/>
        </w:rPr>
        <w:t xml:space="preserve"> تا هنگام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پشت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بان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دستگاه مرکز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در کنار خود داشت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دوار</w:t>
      </w:r>
      <w:r w:rsidRPr="00494964">
        <w:rPr>
          <w:rFonts w:ascii="Tahoma" w:hAnsi="Tahoma" w:cs="Tahoma"/>
          <w:rtl/>
        </w:rPr>
        <w:t xml:space="preserve"> باشد؛ با تغ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حاکم، وز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ر،</w:t>
      </w:r>
      <w:r w:rsidRPr="00494964">
        <w:rPr>
          <w:rFonts w:ascii="Tahoma" w:hAnsi="Tahoma" w:cs="Tahoma"/>
          <w:rtl/>
        </w:rPr>
        <w:t xml:space="preserve"> همان حما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ممکن بود از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برود.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اسلام</w:t>
      </w:r>
      <w:r w:rsidRPr="00494964">
        <w:rPr>
          <w:rFonts w:ascii="Tahoma" w:hAnsi="Tahoma" w:cs="Tahoma"/>
          <w:rtl/>
        </w:rPr>
        <w:t xml:space="preserve"> آوردن غازان، شر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عت</w:t>
      </w:r>
      <w:r w:rsidRPr="00494964">
        <w:rPr>
          <w:rFonts w:ascii="Tahoma" w:hAnsi="Tahoma" w:cs="Tahoma"/>
          <w:rtl/>
        </w:rPr>
        <w:t xml:space="preserve"> را به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منابع رسم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داور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حقان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حکمران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تبد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کرد، 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مغول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سنت‌ها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چنگ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ناگهان ناپد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نشدند. حکومت تازه از ترک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ب</w:t>
      </w:r>
      <w:r w:rsidRPr="00494964">
        <w:rPr>
          <w:rFonts w:ascii="Tahoma" w:hAnsi="Tahoma" w:cs="Tahoma"/>
          <w:rtl/>
        </w:rPr>
        <w:t xml:space="preserve"> چند سنت پد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آمد: خون چنگ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حق فرمانروا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خاندان را توج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کرد،</w:t>
      </w:r>
      <w:r w:rsidRPr="00494964">
        <w:rPr>
          <w:rFonts w:ascii="Tahoma" w:hAnsi="Tahoma" w:cs="Tahoma"/>
          <w:rtl/>
        </w:rPr>
        <w:t xml:space="preserve"> اسلام آن را در جامعهٔ مسلمان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رفتن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تر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ساخت</w:t>
      </w:r>
      <w:r w:rsidRPr="00494964">
        <w:rPr>
          <w:rFonts w:ascii="Tahoma" w:hAnsi="Tahoma" w:cs="Tahoma"/>
          <w:rtl/>
        </w:rPr>
        <w:t xml:space="preserve"> و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ابزار ادارهٔ کشور را فراهم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آورد</w:t>
      </w:r>
      <w:r w:rsidRPr="00494964">
        <w:rPr>
          <w:rFonts w:ascii="Tahoma" w:hAnsi="Tahoma" w:cs="Tahoma"/>
          <w:rtl/>
        </w:rPr>
        <w:t>. 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چ‌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از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سه عنصر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توانست</w:t>
      </w:r>
      <w:r w:rsidRPr="00494964">
        <w:rPr>
          <w:rFonts w:ascii="Tahoma" w:hAnsi="Tahoma" w:cs="Tahoma"/>
          <w:rtl/>
        </w:rPr>
        <w:t xml:space="preserve"> دو عنصر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را به‌کل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کنار بزند.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ساخت</w:t>
      </w:r>
      <w:r w:rsidRPr="00494964">
        <w:rPr>
          <w:rFonts w:ascii="Tahoma" w:hAnsi="Tahoma" w:cs="Tahoma"/>
          <w:rtl/>
        </w:rPr>
        <w:t xml:space="preserve"> مسجد، مدرسه، خانقاه و بناها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</w:t>
      </w:r>
      <w:r w:rsidRPr="00494964">
        <w:rPr>
          <w:rFonts w:ascii="Tahoma" w:hAnsi="Tahoma" w:cs="Tahoma"/>
          <w:rtl/>
        </w:rPr>
        <w:t xml:space="preserve"> و اختصاص موقوفات به آنها، چهرهٔ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/>
          <w:rtl/>
        </w:rPr>
        <w:t xml:space="preserve"> مسلمان را آشکار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</w:t>
      </w:r>
      <w:r w:rsidRPr="00494964">
        <w:rPr>
          <w:rFonts w:ascii="Tahoma" w:hAnsi="Tahoma" w:cs="Tahoma"/>
          <w:rtl/>
        </w:rPr>
        <w:t>. اما حما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از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نکاران</w:t>
      </w:r>
      <w:r w:rsidRPr="00494964">
        <w:rPr>
          <w:rFonts w:ascii="Tahoma" w:hAnsi="Tahoma" w:cs="Tahoma"/>
          <w:rtl/>
        </w:rPr>
        <w:t xml:space="preserve"> تنها از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مان</w:t>
      </w:r>
      <w:r w:rsidRPr="00494964">
        <w:rPr>
          <w:rFonts w:ascii="Tahoma" w:hAnsi="Tahoma" w:cs="Tahoma"/>
          <w:rtl/>
        </w:rPr>
        <w:t xml:space="preserve"> شخص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پادشاه سرچشمه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گرفت</w:t>
      </w:r>
      <w:r w:rsidRPr="00494964">
        <w:rPr>
          <w:rFonts w:ascii="Tahoma" w:hAnsi="Tahoma" w:cs="Tahoma"/>
          <w:rtl/>
        </w:rPr>
        <w:t>.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حما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ت،</w:t>
      </w:r>
      <w:r w:rsidRPr="00494964">
        <w:rPr>
          <w:rFonts w:ascii="Tahoma" w:hAnsi="Tahoma" w:cs="Tahoma"/>
          <w:rtl/>
        </w:rPr>
        <w:t xml:space="preserve"> حکومت مغول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به نهادها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وند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داد</w:t>
      </w:r>
      <w:r w:rsidRPr="00494964">
        <w:rPr>
          <w:rFonts w:ascii="Tahoma" w:hAnsi="Tahoma" w:cs="Tahoma"/>
          <w:rtl/>
        </w:rPr>
        <w:t xml:space="preserve"> که در شهرها و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مردم نفوذ داشتند. </w:t>
      </w:r>
      <w:r w:rsidRPr="00494964">
        <w:rPr>
          <w:rFonts w:ascii="Tahoma" w:hAnsi="Tahoma" w:cs="Tahoma" w:hint="eastAsia"/>
          <w:rtl/>
        </w:rPr>
        <w:t>پادشاه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اکانش</w:t>
      </w:r>
      <w:r w:rsidRPr="00494964">
        <w:rPr>
          <w:rFonts w:ascii="Tahoma" w:hAnsi="Tahoma" w:cs="Tahoma"/>
          <w:rtl/>
        </w:rPr>
        <w:t xml:space="preserve"> شهرها را 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کرده بودند، اکنون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خود را پاسدار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 آبادان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معرف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کند.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دگرگون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فراموش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فاجعهٔ فتح نبود؛ کوشش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بود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ساختن حقان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تازه بر 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آن.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خواجه</w:t>
      </w:r>
      <w:r w:rsidRPr="00494964">
        <w:rPr>
          <w:rFonts w:ascii="Tahoma" w:hAnsi="Tahoma" w:cs="Tahoma"/>
          <w:rtl/>
        </w:rPr>
        <w:t xml:space="preserve"> رش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دالد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در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برنامه نقش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اساس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داشتند. آنان زبان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اصلاح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وهٔ</w:t>
      </w:r>
      <w:r w:rsidRPr="00494964">
        <w:rPr>
          <w:rFonts w:ascii="Tahoma" w:hAnsi="Tahoma" w:cs="Tahoma"/>
          <w:rtl/>
        </w:rPr>
        <w:t xml:space="preserve"> ثبت درآمدها و تصو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که حکومت از خود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ساخت</w:t>
      </w:r>
      <w:r w:rsidRPr="00494964">
        <w:rPr>
          <w:rFonts w:ascii="Tahoma" w:hAnsi="Tahoma" w:cs="Tahoma"/>
          <w:rtl/>
        </w:rPr>
        <w:t xml:space="preserve"> فراهم آوردند. باا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ن‌حال،</w:t>
      </w:r>
      <w:r w:rsidRPr="00494964">
        <w:rPr>
          <w:rFonts w:ascii="Tahoma" w:hAnsi="Tahoma" w:cs="Tahoma"/>
          <w:rtl/>
        </w:rPr>
        <w:t xml:space="preserve">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از رقابت و فساد برکنار نبود. رش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دالد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 سعدالد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ساوج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 کنار همکار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بر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قدرت و نفوذ با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رقابت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کردند</w:t>
      </w:r>
      <w:r w:rsidRPr="00494964">
        <w:rPr>
          <w:rFonts w:ascii="Tahoma" w:hAnsi="Tahoma" w:cs="Tahoma"/>
          <w:rtl/>
        </w:rPr>
        <w:t>. اصلاحات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قرار بود حکومت را از وابستگ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به اشخاص برهاند، همچنان به اعتماد پادشاه به چند شخص مع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وابسته بود.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تناقض در سراسر تار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لخانان</w:t>
      </w:r>
      <w:r w:rsidRPr="00494964">
        <w:rPr>
          <w:rFonts w:ascii="Tahoma" w:hAnsi="Tahoma" w:cs="Tahoma"/>
          <w:rtl/>
        </w:rPr>
        <w:t xml:space="preserve"> باق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ماند: دستگاه ادار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ده‌تر</w:t>
      </w:r>
      <w:r w:rsidRPr="00494964">
        <w:rPr>
          <w:rFonts w:ascii="Tahoma" w:hAnsi="Tahoma" w:cs="Tahoma"/>
          <w:rtl/>
        </w:rPr>
        <w:t xml:space="preserve"> شد، اما امن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صاحب‌منصبان همچنان به ا</w:t>
      </w:r>
      <w:r w:rsidRPr="00494964">
        <w:rPr>
          <w:rFonts w:ascii="Tahoma" w:hAnsi="Tahoma" w:cs="Tahoma" w:hint="eastAsia"/>
          <w:rtl/>
        </w:rPr>
        <w:t>رادهٔ</w:t>
      </w:r>
      <w:r w:rsidRPr="00494964">
        <w:rPr>
          <w:rFonts w:ascii="Tahoma" w:hAnsi="Tahoma" w:cs="Tahoma"/>
          <w:rtl/>
        </w:rPr>
        <w:t xml:space="preserve"> فرمانروا بستگ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داشت.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به</w:t>
      </w:r>
      <w:r w:rsidRPr="00494964">
        <w:rPr>
          <w:rFonts w:ascii="Tahoma" w:hAnsi="Tahoma" w:cs="Tahoma"/>
          <w:rtl/>
        </w:rPr>
        <w:t xml:space="preserve">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سبب،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</w:t>
      </w:r>
      <w:r w:rsidRPr="00494964">
        <w:rPr>
          <w:rFonts w:ascii="Tahoma" w:hAnsi="Tahoma" w:cs="Tahoma"/>
          <w:rtl/>
        </w:rPr>
        <w:t xml:space="preserve"> همهٔ فرمان‌ها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غازان را واقع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کاملاً تحقق‌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افته</w:t>
      </w:r>
      <w:r w:rsidRPr="00494964">
        <w:rPr>
          <w:rFonts w:ascii="Tahoma" w:hAnsi="Tahoma" w:cs="Tahoma"/>
          <w:rtl/>
        </w:rPr>
        <w:t xml:space="preserve"> دانست. برخ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مقررات تنها در بخش‌ها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از کشور اجرا شدند، برخ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پس از مدت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سست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گرفتند و برخ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با مقاومت صاحبان قدرت روبه‌رو شدند. باا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ن‌همه،</w:t>
      </w:r>
      <w:r w:rsidRPr="00494964">
        <w:rPr>
          <w:rFonts w:ascii="Tahoma" w:hAnsi="Tahoma" w:cs="Tahoma"/>
          <w:rtl/>
        </w:rPr>
        <w:t xml:space="preserve"> اصلاحات ب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نت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جه</w:t>
      </w:r>
      <w:r w:rsidRPr="00494964">
        <w:rPr>
          <w:rFonts w:ascii="Tahoma" w:hAnsi="Tahoma" w:cs="Tahoma"/>
          <w:rtl/>
        </w:rPr>
        <w:t xml:space="preserve">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نبود. درآمد حکومت نظم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شتر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</w:t>
      </w:r>
      <w:r w:rsidRPr="00494964">
        <w:rPr>
          <w:rFonts w:ascii="Tahoma" w:hAnsi="Tahoma" w:cs="Tahoma"/>
          <w:rtl/>
        </w:rPr>
        <w:t xml:space="preserve"> و بحران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که در سال‌ها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حکومت 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خاتو</w:t>
      </w:r>
      <w:r w:rsidRPr="00494964">
        <w:rPr>
          <w:rFonts w:ascii="Tahoma" w:hAnsi="Tahoma" w:cs="Tahoma"/>
          <w:rtl/>
        </w:rPr>
        <w:t xml:space="preserve"> و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دو،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لخانان</w:t>
      </w:r>
      <w:r w:rsidRPr="00494964">
        <w:rPr>
          <w:rFonts w:ascii="Tahoma" w:hAnsi="Tahoma" w:cs="Tahoma"/>
          <w:rtl/>
        </w:rPr>
        <w:t xml:space="preserve"> را تا مرز فروپاش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برده بود تا اندازه‌ا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مهار شد. جانش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نان</w:t>
      </w:r>
      <w:r w:rsidRPr="00494964">
        <w:rPr>
          <w:rFonts w:ascii="Tahoma" w:hAnsi="Tahoma" w:cs="Tahoma"/>
          <w:rtl/>
        </w:rPr>
        <w:t xml:space="preserve"> غازان کشور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تحو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گرفتند که هنوز با مشکلات بس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/>
          <w:rtl/>
        </w:rPr>
        <w:t xml:space="preserve"> روبه‌رو بود، اما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در همان آشفتگ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سال‌ها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از او به سر نم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برد</w:t>
      </w:r>
      <w:r w:rsidRPr="00494964">
        <w:rPr>
          <w:rFonts w:ascii="Tahoma" w:hAnsi="Tahoma" w:cs="Tahoma"/>
          <w:rtl/>
        </w:rPr>
        <w:t>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غازان</w:t>
      </w:r>
      <w:r w:rsidRPr="00494964">
        <w:rPr>
          <w:rFonts w:ascii="Tahoma" w:hAnsi="Tahoma" w:cs="Tahoma"/>
          <w:rtl/>
        </w:rPr>
        <w:t xml:space="preserve"> در سال </w:t>
      </w:r>
      <w:r w:rsidRPr="00494964">
        <w:rPr>
          <w:rFonts w:ascii="Tahoma" w:hAnsi="Tahoma" w:cs="Tahoma"/>
          <w:rtl/>
          <w:lang w:bidi="fa-IR"/>
        </w:rPr>
        <w:t>۱۳۰۴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پس از فرمانروا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کوتاه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درگذشت. فرصت او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تثب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اصلاحات اندک بود. بس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از برنامه‌ها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هنوز به حضور و ارادهٔ خود او وابسته بودند و فرصت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افته</w:t>
      </w:r>
      <w:r w:rsidRPr="00494964">
        <w:rPr>
          <w:rFonts w:ascii="Tahoma" w:hAnsi="Tahoma" w:cs="Tahoma"/>
          <w:rtl/>
        </w:rPr>
        <w:t xml:space="preserve"> بودند به قواعد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مستقل از شخص پادشاه تبد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شوند. مرگ زودهنگام او بار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گر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پرسش ر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</w:t>
      </w:r>
      <w:r w:rsidRPr="00494964">
        <w:rPr>
          <w:rFonts w:ascii="Tahoma" w:hAnsi="Tahoma" w:cs="Tahoma"/>
          <w:rtl/>
        </w:rPr>
        <w:t xml:space="preserve"> آورد که آ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دستگاه ساخته‌شده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تواند</w:t>
      </w:r>
      <w:r w:rsidRPr="00494964">
        <w:rPr>
          <w:rFonts w:ascii="Tahoma" w:hAnsi="Tahoma" w:cs="Tahoma"/>
          <w:rtl/>
        </w:rPr>
        <w:t xml:space="preserve"> بدون سازندهٔ خود دوام 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اورد</w:t>
      </w:r>
      <w:r w:rsidRPr="00494964">
        <w:rPr>
          <w:rFonts w:ascii="Tahoma" w:hAnsi="Tahoma" w:cs="Tahoma"/>
          <w:rtl/>
        </w:rPr>
        <w:t xml:space="preserve">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نه.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اهم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غازان در آن نبود که ستم را از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برد، رع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را در حکومت شر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</w:t>
      </w:r>
      <w:r w:rsidRPr="00494964">
        <w:rPr>
          <w:rFonts w:ascii="Tahoma" w:hAnsi="Tahoma" w:cs="Tahoma"/>
          <w:rtl/>
        </w:rPr>
        <w:t xml:space="preserve"> کرد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</w:t>
      </w:r>
      <w:r w:rsidRPr="00494964">
        <w:rPr>
          <w:rFonts w:ascii="Tahoma" w:hAnsi="Tahoma" w:cs="Tahoma"/>
          <w:rtl/>
        </w:rPr>
        <w:t xml:space="preserve"> دولت قانون‌مدار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به معنا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امروز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ساخت. او پادشاه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مقتدر بود که اصلاحات را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حفظ تاج، خزانه و قشون خود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خواست</w:t>
      </w:r>
      <w:r w:rsidRPr="00494964">
        <w:rPr>
          <w:rFonts w:ascii="Tahoma" w:hAnsi="Tahoma" w:cs="Tahoma"/>
          <w:rtl/>
        </w:rPr>
        <w:t>. اما در هم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کوشش، اصل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را 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رفت</w:t>
      </w:r>
      <w:r w:rsidRPr="00494964">
        <w:rPr>
          <w:rFonts w:ascii="Tahoma" w:hAnsi="Tahoma" w:cs="Tahoma"/>
          <w:rtl/>
        </w:rPr>
        <w:t xml:space="preserve"> که فاتحان نخست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کمتر به آن توجه داشتند: کشور منبع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ان‌ناپذ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غارت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ست</w:t>
      </w:r>
      <w:r w:rsidRPr="00494964">
        <w:rPr>
          <w:rFonts w:ascii="Tahoma" w:hAnsi="Tahoma" w:cs="Tahoma"/>
          <w:rtl/>
        </w:rPr>
        <w:t>. حکومت اگر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خواهد</w:t>
      </w:r>
      <w:r w:rsidRPr="00494964">
        <w:rPr>
          <w:rFonts w:ascii="Tahoma" w:hAnsi="Tahoma" w:cs="Tahoma"/>
          <w:rtl/>
        </w:rPr>
        <w:t xml:space="preserve"> بماند، با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د</w:t>
      </w:r>
      <w:r w:rsidRPr="00494964">
        <w:rPr>
          <w:rFonts w:ascii="Tahoma" w:hAnsi="Tahoma" w:cs="Tahoma"/>
          <w:rtl/>
        </w:rPr>
        <w:t xml:space="preserve"> 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را قابل کشت، راه را قابل عبور، پول را قابل اعتماد و مال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ات</w:t>
      </w:r>
      <w:r w:rsidRPr="00494964">
        <w:rPr>
          <w:rFonts w:ascii="Tahoma" w:hAnsi="Tahoma" w:cs="Tahoma"/>
          <w:rtl/>
        </w:rPr>
        <w:t xml:space="preserve"> را قابل پ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ش‌ب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نگه دارد.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با</w:t>
      </w:r>
      <w:r w:rsidRPr="00494964">
        <w:rPr>
          <w:rFonts w:ascii="Tahoma" w:hAnsi="Tahoma" w:cs="Tahoma"/>
          <w:rtl/>
        </w:rPr>
        <w:t xml:space="preserve"> غازان، فرمانروا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مغول در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گام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تع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 w:hint="eastAsia"/>
          <w:rtl/>
        </w:rPr>
        <w:t>ن‌کننده</w:t>
      </w:r>
      <w:r w:rsidRPr="00494964">
        <w:rPr>
          <w:rFonts w:ascii="Tahoma" w:hAnsi="Tahoma" w:cs="Tahoma"/>
          <w:rtl/>
        </w:rPr>
        <w:t xml:space="preserve"> از تصرف سرزم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به سو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ادارهٔ آن برداشت. فاتحان، ب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آنکه</w:t>
      </w:r>
      <w:r w:rsidRPr="00494964">
        <w:rPr>
          <w:rFonts w:ascii="Tahoma" w:hAnsi="Tahoma" w:cs="Tahoma"/>
          <w:rtl/>
        </w:rPr>
        <w:t xml:space="preserve"> گذشتهٔ چنگ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خود را کنار بگذارند، ناچار شدند زبان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وان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جامعهٔ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ضرورت‌ها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اقتصاد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سرزم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را بپذ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رند</w:t>
      </w:r>
      <w:r w:rsidRPr="00494964">
        <w:rPr>
          <w:rFonts w:ascii="Tahoma" w:hAnsi="Tahoma" w:cs="Tahoma"/>
          <w:rtl/>
        </w:rPr>
        <w:t>. مغولان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را فتح کر</w:t>
      </w:r>
      <w:r w:rsidRPr="00494964">
        <w:rPr>
          <w:rFonts w:ascii="Tahoma" w:hAnsi="Tahoma" w:cs="Tahoma" w:hint="eastAsia"/>
          <w:rtl/>
        </w:rPr>
        <w:t>ده</w:t>
      </w:r>
      <w:r w:rsidRPr="00494964">
        <w:rPr>
          <w:rFonts w:ascii="Tahoma" w:hAnsi="Tahoma" w:cs="Tahoma"/>
          <w:rtl/>
        </w:rPr>
        <w:t xml:space="preserve"> بودند، اما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ماندن در آن، ناچار بودند خود را با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دگرگون کنند.</w:t>
      </w:r>
    </w:p>
    <w:p w:rsidR="00494964" w:rsidRPr="00494964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4964">
        <w:rPr>
          <w:rFonts w:ascii="Tahoma" w:hAnsi="Tahoma" w:cs="Tahoma" w:hint="eastAsia"/>
          <w:rtl/>
        </w:rPr>
        <w:t>پس</w:t>
      </w:r>
      <w:r w:rsidRPr="00494964">
        <w:rPr>
          <w:rFonts w:ascii="Tahoma" w:hAnsi="Tahoma" w:cs="Tahoma"/>
          <w:rtl/>
        </w:rPr>
        <w:t xml:space="preserve"> از غازان،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دگرگون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در دوران اولجا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تو</w:t>
      </w:r>
      <w:r w:rsidRPr="00494964">
        <w:rPr>
          <w:rFonts w:ascii="Tahoma" w:hAnsi="Tahoma" w:cs="Tahoma"/>
          <w:rtl/>
        </w:rPr>
        <w:t xml:space="preserve"> ادامه 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افت؛</w:t>
      </w:r>
      <w:r w:rsidRPr="00494964">
        <w:rPr>
          <w:rFonts w:ascii="Tahoma" w:hAnsi="Tahoma" w:cs="Tahoma"/>
          <w:rtl/>
        </w:rPr>
        <w:t xml:space="preserve"> فرمانروا</w:t>
      </w:r>
      <w:r w:rsidRPr="00494964">
        <w:rPr>
          <w:rFonts w:ascii="Tahoma" w:hAnsi="Tahoma" w:cs="Tahoma" w:hint="cs"/>
          <w:rtl/>
        </w:rPr>
        <w:t>یی</w:t>
      </w:r>
      <w:r w:rsidRPr="00494964">
        <w:rPr>
          <w:rFonts w:ascii="Tahoma" w:hAnsi="Tahoma" w:cs="Tahoma"/>
          <w:rtl/>
        </w:rPr>
        <w:t xml:space="preserve"> که در جست‌وجو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پا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ه‌ا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استوارتر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تاج خود، نه‌تنها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راث</w:t>
      </w:r>
      <w:r w:rsidRPr="00494964">
        <w:rPr>
          <w:rFonts w:ascii="Tahoma" w:hAnsi="Tahoma" w:cs="Tahoma"/>
          <w:rtl/>
        </w:rPr>
        <w:t xml:space="preserve"> مغول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اسلام، بلکه 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ان</w:t>
      </w:r>
      <w:r w:rsidRPr="00494964">
        <w:rPr>
          <w:rFonts w:ascii="Tahoma" w:hAnsi="Tahoma" w:cs="Tahoma"/>
          <w:rtl/>
        </w:rPr>
        <w:t xml:space="preserve"> مذاهب گوناگون اسلام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حرکت کرد. اگر غازان مسئلهٔ ادارهٔ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/>
          <w:rtl/>
        </w:rPr>
        <w:t xml:space="preserve"> را در مرکز حکومت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قرار داد، دورا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اولجا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تو</w:t>
      </w:r>
      <w:r w:rsidRPr="00494964">
        <w:rPr>
          <w:rFonts w:ascii="Tahoma" w:hAnsi="Tahoma" w:cs="Tahoma"/>
          <w:rtl/>
        </w:rPr>
        <w:t xml:space="preserve"> نشان داد که انتخاب مذهب 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م</w:t>
      </w:r>
      <w:r w:rsidRPr="00494964">
        <w:rPr>
          <w:rFonts w:ascii="Tahoma" w:hAnsi="Tahoma" w:cs="Tahoma" w:hint="cs"/>
          <w:rtl/>
        </w:rPr>
        <w:t>ی‌</w:t>
      </w:r>
      <w:r w:rsidRPr="00494964">
        <w:rPr>
          <w:rFonts w:ascii="Tahoma" w:hAnsi="Tahoma" w:cs="Tahoma" w:hint="eastAsia"/>
          <w:rtl/>
        </w:rPr>
        <w:t>تواند</w:t>
      </w:r>
      <w:r w:rsidRPr="00494964">
        <w:rPr>
          <w:rFonts w:ascii="Tahoma" w:hAnsi="Tahoma" w:cs="Tahoma"/>
          <w:rtl/>
        </w:rPr>
        <w:t xml:space="preserve"> به ابزار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برا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کشوردار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جاد</w:t>
      </w:r>
      <w:r w:rsidRPr="00494964">
        <w:rPr>
          <w:rFonts w:ascii="Tahoma" w:hAnsi="Tahoma" w:cs="Tahoma"/>
          <w:rtl/>
        </w:rPr>
        <w:t xml:space="preserve"> تما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ز</w:t>
      </w:r>
      <w:r w:rsidRPr="00494964">
        <w:rPr>
          <w:rFonts w:ascii="Tahoma" w:hAnsi="Tahoma" w:cs="Tahoma"/>
          <w:rtl/>
        </w:rPr>
        <w:t xml:space="preserve"> 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اس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و بازساز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حقان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ت</w:t>
      </w:r>
      <w:r w:rsidRPr="00494964">
        <w:rPr>
          <w:rFonts w:ascii="Tahoma" w:hAnsi="Tahoma" w:cs="Tahoma"/>
          <w:rtl/>
        </w:rPr>
        <w:t xml:space="preserve"> تاج تبد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</w:t>
      </w:r>
      <w:r w:rsidRPr="00494964">
        <w:rPr>
          <w:rFonts w:ascii="Tahoma" w:hAnsi="Tahoma" w:cs="Tahoma"/>
          <w:rtl/>
        </w:rPr>
        <w:t xml:space="preserve"> شود.</w:t>
      </w:r>
    </w:p>
    <w:p w:rsidR="00E5380D" w:rsidRDefault="00494964" w:rsidP="00494964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494964">
        <w:rPr>
          <w:rFonts w:ascii="Tahoma" w:hAnsi="Tahoma" w:cs="Tahoma" w:hint="eastAsia"/>
          <w:rtl/>
        </w:rPr>
        <w:t>اطلاعات</w:t>
      </w:r>
      <w:r w:rsidRPr="00494964">
        <w:rPr>
          <w:rFonts w:ascii="Tahoma" w:hAnsi="Tahoma" w:cs="Tahoma"/>
          <w:rtl/>
        </w:rPr>
        <w:t xml:space="preserve"> تار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ن</w:t>
      </w:r>
      <w:r w:rsidRPr="00494964">
        <w:rPr>
          <w:rFonts w:ascii="Tahoma" w:hAnsi="Tahoma" w:cs="Tahoma"/>
          <w:rtl/>
        </w:rPr>
        <w:t xml:space="preserve"> فصل با مدخل‌ها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تار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خ</w:t>
      </w:r>
      <w:r w:rsidRPr="00494964">
        <w:rPr>
          <w:rFonts w:ascii="Tahoma" w:hAnsi="Tahoma" w:cs="Tahoma"/>
          <w:rtl/>
        </w:rPr>
        <w:t xml:space="preserve"> دودمان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/>
          <w:rtl/>
        </w:rPr>
        <w:t xml:space="preserve">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لخانان</w:t>
      </w:r>
      <w:r w:rsidRPr="00494964">
        <w:rPr>
          <w:rFonts w:ascii="Tahoma" w:hAnsi="Tahoma" w:cs="Tahoma"/>
          <w:rtl/>
        </w:rPr>
        <w:t xml:space="preserve"> و غازان‌خان محمود در دانشنامهٔ ا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ران</w:t>
      </w:r>
      <w:r w:rsidRPr="00494964">
        <w:rPr>
          <w:rFonts w:ascii="Tahoma" w:hAnsi="Tahoma" w:cs="Tahoma" w:hint="cs"/>
          <w:rtl/>
        </w:rPr>
        <w:t>ی</w:t>
      </w:r>
      <w:r w:rsidRPr="00494964">
        <w:rPr>
          <w:rFonts w:ascii="Tahoma" w:hAnsi="Tahoma" w:cs="Tahoma" w:hint="eastAsia"/>
          <w:rtl/>
        </w:rPr>
        <w:t>کا</w:t>
      </w:r>
      <w:r w:rsidRPr="00494964">
        <w:rPr>
          <w:rFonts w:ascii="Tahoma" w:hAnsi="Tahoma" w:cs="Tahoma"/>
          <w:rtl/>
        </w:rPr>
        <w:t xml:space="preserve"> مقابله شده است.</w:t>
      </w:r>
    </w:p>
    <w:p w:rsidR="00494964" w:rsidRPr="0038630C" w:rsidRDefault="00494964" w:rsidP="0038630C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2" w:name="Vol1Chapter08"/>
      <w:bookmarkEnd w:id="12"/>
      <w:r w:rsidRPr="0038630C">
        <w:rPr>
          <w:rFonts w:asciiTheme="majorBidi" w:hAnsiTheme="majorBidi" w:cstheme="majorBidi"/>
          <w:b/>
          <w:bCs/>
          <w:sz w:val="36"/>
          <w:szCs w:val="36"/>
          <w:rtl/>
        </w:rPr>
        <w:t>فصل هشتم</w:t>
      </w:r>
    </w:p>
    <w:p w:rsidR="0038630C" w:rsidRPr="0038630C" w:rsidRDefault="0038630C" w:rsidP="0038630C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8630C">
        <w:rPr>
          <w:rFonts w:asciiTheme="majorBidi" w:hAnsiTheme="majorBidi" w:cstheme="majorBidi"/>
          <w:b/>
          <w:bCs/>
          <w:sz w:val="36"/>
          <w:szCs w:val="36"/>
          <w:rtl/>
        </w:rPr>
        <w:t>اولجایتو؛ تاج مسلمان در جست‌وجوی مذهب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مرگ</w:t>
      </w:r>
      <w:r w:rsidRPr="0038630C">
        <w:rPr>
          <w:rFonts w:ascii="Tahoma" w:hAnsi="Tahoma" w:cs="Tahoma"/>
          <w:rtl/>
        </w:rPr>
        <w:t xml:space="preserve"> غازان‌خان در سال </w:t>
      </w:r>
      <w:r w:rsidRPr="0038630C">
        <w:rPr>
          <w:rFonts w:ascii="Tahoma" w:hAnsi="Tahoma" w:cs="Tahoma"/>
          <w:rtl/>
          <w:lang w:bidi="fa-IR"/>
        </w:rPr>
        <w:t>۱۳۰۴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حکومت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در برابر همان مسئله‌ا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قرار داد که بارها تاج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به بحران کشانده بود: انتقال قدرت. اصلاحات غازان توانسته بود تا اندازه‌ا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بر آشفتگ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وان،</w:t>
      </w:r>
      <w:r w:rsidRPr="0038630C">
        <w:rPr>
          <w:rFonts w:ascii="Tahoma" w:hAnsi="Tahoma" w:cs="Tahoma"/>
          <w:rtl/>
        </w:rPr>
        <w:t xml:space="preserve"> خزانه و سپاه غلبه کند، اما هنوز آن اندازه 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</w:t>
      </w:r>
      <w:r w:rsidRPr="0038630C">
        <w:rPr>
          <w:rFonts w:ascii="Tahoma" w:hAnsi="Tahoma" w:cs="Tahoma"/>
          <w:rtl/>
        </w:rPr>
        <w:t xml:space="preserve"> نگرفته بود که </w:t>
      </w:r>
      <w:r w:rsidRPr="0038630C">
        <w:rPr>
          <w:rFonts w:ascii="Tahoma" w:hAnsi="Tahoma" w:cs="Tahoma" w:hint="eastAsia"/>
          <w:rtl/>
        </w:rPr>
        <w:t>دستگاه</w:t>
      </w:r>
      <w:r w:rsidRPr="0038630C">
        <w:rPr>
          <w:rFonts w:ascii="Tahoma" w:hAnsi="Tahoma" w:cs="Tahoma"/>
          <w:rtl/>
        </w:rPr>
        <w:t xml:space="preserve"> حکومت بتواند بدون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مقتدر به راه خود ادامه دهد. جانش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ازا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ن‌رو</w:t>
      </w:r>
      <w:r w:rsidRPr="0038630C">
        <w:rPr>
          <w:rFonts w:ascii="Tahoma" w:hAnsi="Tahoma" w:cs="Tahoma"/>
          <w:rtl/>
        </w:rPr>
        <w:t xml:space="preserve"> تنها نشستن برادر غازان بر تخت نبود؛ آزمون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نکه</w:t>
      </w:r>
      <w:r w:rsidRPr="0038630C">
        <w:rPr>
          <w:rFonts w:ascii="Tahoma" w:hAnsi="Tahoma" w:cs="Tahoma"/>
          <w:rtl/>
        </w:rPr>
        <w:t xml:space="preserve"> روشن شود کشوردار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تازهٔ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 چه اندازه از شخص غازان استقلال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افته</w:t>
      </w:r>
      <w:r w:rsidRPr="0038630C">
        <w:rPr>
          <w:rFonts w:ascii="Tahoma" w:hAnsi="Tahoma" w:cs="Tahoma"/>
          <w:rtl/>
        </w:rPr>
        <w:t xml:space="preserve"> است.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تو،</w:t>
      </w:r>
      <w:r w:rsidRPr="0038630C">
        <w:rPr>
          <w:rFonts w:ascii="Tahoma" w:hAnsi="Tahoma" w:cs="Tahoma"/>
          <w:rtl/>
        </w:rPr>
        <w:t xml:space="preserve"> فرزند ارغون‌خان و برادر غازان،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از رس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دن</w:t>
      </w:r>
      <w:r w:rsidRPr="0038630C">
        <w:rPr>
          <w:rFonts w:ascii="Tahoma" w:hAnsi="Tahoma" w:cs="Tahoma"/>
          <w:rtl/>
        </w:rPr>
        <w:t xml:space="preserve"> به پادشاه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حکومت خراسان را در دست داشت.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تجربه او را با ادارهٔ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مهم‌تر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و دشوارتر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بخش‌ها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قلمرو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آشنا کرده بود. خراسان هم مرز دفاع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حکومت در برابر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شاخه‌ها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خاندان مغول بود و هم س</w:t>
      </w:r>
      <w:r w:rsidRPr="0038630C">
        <w:rPr>
          <w:rFonts w:ascii="Tahoma" w:hAnsi="Tahoma" w:cs="Tahoma" w:hint="eastAsia"/>
          <w:rtl/>
        </w:rPr>
        <w:t>رزم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پهناور با شهرها، راه‌ها، مراکز تول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و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شه‌دار</w:t>
      </w:r>
      <w:r w:rsidRPr="0038630C">
        <w:rPr>
          <w:rFonts w:ascii="Tahoma" w:hAnsi="Tahoma" w:cs="Tahoma"/>
          <w:rtl/>
        </w:rPr>
        <w:t>. کس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در آنجا فرمان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راند،</w:t>
      </w:r>
      <w:r w:rsidRPr="0038630C">
        <w:rPr>
          <w:rFonts w:ascii="Tahoma" w:hAnsi="Tahoma" w:cs="Tahoma"/>
          <w:rtl/>
        </w:rPr>
        <w:t xml:space="preserve"> ناچار بود هم با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مغول کنار 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و هم از تجربهٔ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وانسالاران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بهره بگ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غازان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او را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جانش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نظر گرفته بود. باا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ن‌همه،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ش‌ب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جانش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به‌تنها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خطر رقابت را از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برد</w:t>
      </w:r>
      <w:r w:rsidRPr="0038630C">
        <w:rPr>
          <w:rFonts w:ascii="Tahoma" w:hAnsi="Tahoma" w:cs="Tahoma"/>
          <w:rtl/>
        </w:rPr>
        <w:t>. سنت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مغول حق پادشاه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در انحصار پسر ارشد فرمانروا قرار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/>
          <w:rtl/>
        </w:rPr>
        <w:t>. همهٔ شاهزادگان دارا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خون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توانستند،</w:t>
      </w:r>
      <w:r w:rsidRPr="0038630C">
        <w:rPr>
          <w:rFonts w:ascii="Tahoma" w:hAnsi="Tahoma" w:cs="Tahoma"/>
          <w:rtl/>
        </w:rPr>
        <w:t xml:space="preserve"> اگر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نظام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پشت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را به دست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آوردند،</w:t>
      </w:r>
      <w:r w:rsidRPr="0038630C">
        <w:rPr>
          <w:rFonts w:ascii="Tahoma" w:hAnsi="Tahoma" w:cs="Tahoma"/>
          <w:rtl/>
        </w:rPr>
        <w:t xml:space="preserve"> مدع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تاج شوند. به هم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سبب،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در آغاز کار کوش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رق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بان</w:t>
      </w:r>
      <w:r w:rsidRPr="0038630C">
        <w:rPr>
          <w:rFonts w:ascii="Tahoma" w:hAnsi="Tahoma" w:cs="Tahoma"/>
          <w:rtl/>
        </w:rPr>
        <w:t xml:space="preserve"> احتمال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از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بردارد و فرماندهان و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وانسالاران</w:t>
      </w:r>
      <w:r w:rsidRPr="0038630C">
        <w:rPr>
          <w:rFonts w:ascii="Tahoma" w:hAnsi="Tahoma" w:cs="Tahoma"/>
          <w:rtl/>
        </w:rPr>
        <w:t xml:space="preserve"> را در 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قرار دهد که قدرت او را به رسم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بشناسند.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تاج‌گذار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او در تابستان </w:t>
      </w:r>
      <w:r w:rsidRPr="0038630C">
        <w:rPr>
          <w:rFonts w:ascii="Tahoma" w:hAnsi="Tahoma" w:cs="Tahoma"/>
          <w:rtl/>
          <w:lang w:bidi="fa-IR"/>
        </w:rPr>
        <w:t>۱۳۰۴</w:t>
      </w:r>
      <w:r w:rsidRPr="0038630C">
        <w:rPr>
          <w:rFonts w:ascii="Tahoma" w:hAnsi="Tahoma" w:cs="Tahoma"/>
          <w:rtl/>
        </w:rPr>
        <w:t xml:space="preserve"> انجام گرفت. او با نام غ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اث‌الد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محمد خدابنده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سلطان بر تخت نشست. نام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عنوان اسلام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کنار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قرار گرفتند، همان‌گونه که دو سرچشمهٔ حقان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حکمران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کنار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مانده بودند. او از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سو بازماندهٔ خان</w:t>
      </w:r>
      <w:r w:rsidRPr="0038630C">
        <w:rPr>
          <w:rFonts w:ascii="Tahoma" w:hAnsi="Tahoma" w:cs="Tahoma" w:hint="eastAsia"/>
          <w:rtl/>
        </w:rPr>
        <w:t>دان</w:t>
      </w:r>
      <w:r w:rsidRPr="0038630C">
        <w:rPr>
          <w:rFonts w:ascii="Tahoma" w:hAnsi="Tahoma" w:cs="Tahoma"/>
          <w:rtl/>
        </w:rPr>
        <w:t xml:space="preserve">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و وارث هولاکو، ارغون و غازان بود و از سو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خود را سلطان مسلمان و پشت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بان</w:t>
      </w:r>
      <w:r w:rsidRPr="0038630C">
        <w:rPr>
          <w:rFonts w:ascii="Tahoma" w:hAnsi="Tahoma" w:cs="Tahoma"/>
          <w:rtl/>
        </w:rPr>
        <w:t xml:space="preserve"> اسلام معرف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 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چ‌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از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دو سرچشمه به‌تنها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او کفا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مغول به تبار و سنت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اند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دند</w:t>
      </w:r>
      <w:r w:rsidRPr="0038630C">
        <w:rPr>
          <w:rFonts w:ascii="Tahoma" w:hAnsi="Tahoma" w:cs="Tahoma"/>
          <w:rtl/>
        </w:rPr>
        <w:t xml:space="preserve"> و 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شتر</w:t>
      </w:r>
      <w:r w:rsidRPr="0038630C">
        <w:rPr>
          <w:rFonts w:ascii="Tahoma" w:hAnsi="Tahoma" w:cs="Tahoma"/>
          <w:rtl/>
        </w:rPr>
        <w:t xml:space="preserve"> مردم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پادشاه و نس</w:t>
      </w:r>
      <w:r w:rsidRPr="0038630C">
        <w:rPr>
          <w:rFonts w:ascii="Tahoma" w:hAnsi="Tahoma" w:cs="Tahoma" w:hint="eastAsia"/>
          <w:rtl/>
        </w:rPr>
        <w:t>بت</w:t>
      </w:r>
      <w:r w:rsidRPr="0038630C">
        <w:rPr>
          <w:rFonts w:ascii="Tahoma" w:hAnsi="Tahoma" w:cs="Tahoma"/>
          <w:rtl/>
        </w:rPr>
        <w:t xml:space="preserve"> او با نهادها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اسلام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سنج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دند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دوگانگ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عنوان پادشاه خلاصه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شد؛</w:t>
      </w:r>
      <w:r w:rsidRPr="0038630C">
        <w:rPr>
          <w:rFonts w:ascii="Tahoma" w:hAnsi="Tahoma" w:cs="Tahoma"/>
          <w:rtl/>
        </w:rPr>
        <w:t xml:space="preserve"> در سراسر دستگاه حکومت حضور داشت. قشون همچنان عمدتاً در دست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مغول بود، حال آنکه ادارهٔ درآمدها، شهرها، 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ات</w:t>
      </w:r>
      <w:r w:rsidRPr="0038630C">
        <w:rPr>
          <w:rFonts w:ascii="Tahoma" w:hAnsi="Tahoma" w:cs="Tahoma"/>
          <w:rtl/>
        </w:rPr>
        <w:t xml:space="preserve"> و مکاتبات را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وانسالاران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بر عهده داشتند.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هنوز از اعتبار برخوردار بود، اما شر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عت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به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رسم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دادگستر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حقان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حکومت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شده بود. دربار خصلت کوچندگ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خود را حفظ کرده بود، اما پادشاه به ساخت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تخت،</w:t>
      </w:r>
      <w:r w:rsidRPr="0038630C">
        <w:rPr>
          <w:rFonts w:ascii="Tahoma" w:hAnsi="Tahoma" w:cs="Tahoma"/>
          <w:rtl/>
        </w:rPr>
        <w:t xml:space="preserve"> مسجد، مدرسه، بازار و آرامگاه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اند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که حضور او را به‌صورت بنا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ماندگار در سرزم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ثبت کند.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در آغاز حکومت خود بس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صاحب‌منصبان دوران غازان را در مقامشان نگه داشت. خواجه رش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دالد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فضل‌الله همدان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سعدالد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ساوج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همچنان در رأس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/>
          <w:rtl/>
        </w:rPr>
        <w:t xml:space="preserve"> قرار گرفتند.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تداوم نشان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/>
          <w:rtl/>
        </w:rPr>
        <w:t xml:space="preserve"> که دستگاه ادار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با هر تغ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پادشاه از نو سا</w:t>
      </w:r>
      <w:r w:rsidRPr="0038630C">
        <w:rPr>
          <w:rFonts w:ascii="Tahoma" w:hAnsi="Tahoma" w:cs="Tahoma" w:hint="eastAsia"/>
          <w:rtl/>
        </w:rPr>
        <w:t>خته</w:t>
      </w:r>
      <w:r w:rsidRPr="0038630C">
        <w:rPr>
          <w:rFonts w:ascii="Tahoma" w:hAnsi="Tahoma" w:cs="Tahoma"/>
          <w:rtl/>
        </w:rPr>
        <w:t xml:space="preserve"> شود.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وان،</w:t>
      </w:r>
      <w:r w:rsidRPr="0038630C">
        <w:rPr>
          <w:rFonts w:ascii="Tahoma" w:hAnsi="Tahoma" w:cs="Tahoma"/>
          <w:rtl/>
        </w:rPr>
        <w:t xml:space="preserve"> حافظ دفاتر، درآمدها، مکاتبات و تجربهٔ حکومت بود و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تازه، هر اندازه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مقتدر، به دانش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از</w:t>
      </w:r>
      <w:r w:rsidRPr="0038630C">
        <w:rPr>
          <w:rFonts w:ascii="Tahoma" w:hAnsi="Tahoma" w:cs="Tahoma"/>
          <w:rtl/>
        </w:rPr>
        <w:t xml:space="preserve"> داشت که تنها در آن دستگاه انباشته شده بود.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گذشته، هر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تازه غالباً با برکنار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/>
          <w:rtl/>
        </w:rPr>
        <w:t xml:space="preserve"> کشتن وز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و مصادرهٔ اموال آنان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کوش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سلطهٔ خود را نشان دهد و خزانه را پر کند. باق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ماندن رش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دالد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و سعدالد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در آغاز حکومت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نشانهٔ نوع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وستگ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بود، هرچند امن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چ‌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از آنان تضم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نشده بود.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/>
          <w:rtl/>
        </w:rPr>
        <w:t xml:space="preserve"> در مقام نهاد ضرورت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افته</w:t>
      </w:r>
      <w:r w:rsidRPr="0038630C">
        <w:rPr>
          <w:rFonts w:ascii="Tahoma" w:hAnsi="Tahoma" w:cs="Tahoma"/>
          <w:rtl/>
        </w:rPr>
        <w:t xml:space="preserve"> بود، اما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وانسالار</w:t>
      </w:r>
      <w:r w:rsidRPr="0038630C">
        <w:rPr>
          <w:rFonts w:ascii="Tahoma" w:hAnsi="Tahoma" w:cs="Tahoma"/>
          <w:rtl/>
        </w:rPr>
        <w:t xml:space="preserve"> همچنان در برابر ارادهٔ پادشاه و دشمن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بان</w:t>
      </w:r>
      <w:r w:rsidRPr="0038630C">
        <w:rPr>
          <w:rFonts w:ascii="Tahoma" w:hAnsi="Tahoma" w:cs="Tahoma"/>
          <w:rtl/>
        </w:rPr>
        <w:t xml:space="preserve"> آس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ب‌پذ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ماند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است‌ها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ادار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غازان را به‌طور کل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ادامه داد. حکومت به درآمد منظم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از</w:t>
      </w:r>
      <w:r w:rsidRPr="0038630C">
        <w:rPr>
          <w:rFonts w:ascii="Tahoma" w:hAnsi="Tahoma" w:cs="Tahoma"/>
          <w:rtl/>
        </w:rPr>
        <w:t xml:space="preserve"> داشت و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بار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به همان آشفتگ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دوران 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خاتو</w:t>
      </w:r>
      <w:r w:rsidRPr="0038630C">
        <w:rPr>
          <w:rFonts w:ascii="Tahoma" w:hAnsi="Tahoma" w:cs="Tahoma"/>
          <w:rtl/>
        </w:rPr>
        <w:t xml:space="preserve"> و با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دو</w:t>
      </w:r>
      <w:r w:rsidRPr="0038630C">
        <w:rPr>
          <w:rFonts w:ascii="Tahoma" w:hAnsi="Tahoma" w:cs="Tahoma"/>
          <w:rtl/>
        </w:rPr>
        <w:t xml:space="preserve"> بازگردد. اما ادامهٔ اصلاحات تنها به صدور دوبارهٔ فرمان‌ها بستگ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نداشت.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ران،</w:t>
      </w:r>
      <w:r w:rsidRPr="0038630C">
        <w:rPr>
          <w:rFonts w:ascii="Tahoma" w:hAnsi="Tahoma" w:cs="Tahoma"/>
          <w:rtl/>
        </w:rPr>
        <w:t xml:space="preserve"> حاکمان ولا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ت‌ها،</w:t>
      </w:r>
      <w:r w:rsidRPr="0038630C">
        <w:rPr>
          <w:rFonts w:ascii="Tahoma" w:hAnsi="Tahoma" w:cs="Tahoma"/>
          <w:rtl/>
        </w:rPr>
        <w:t xml:space="preserve"> مقاطعه‌کا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و مأموران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منافعشان با محدود شدن مطالبات 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خطر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افتاد،</w:t>
      </w:r>
      <w:r w:rsidRPr="0038630C">
        <w:rPr>
          <w:rFonts w:ascii="Tahoma" w:hAnsi="Tahoma" w:cs="Tahoma"/>
          <w:rtl/>
        </w:rPr>
        <w:t xml:space="preserve"> همچنان در برابر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/>
          <w:rtl/>
        </w:rPr>
        <w:t xml:space="preserve"> مقاومت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کردند</w:t>
      </w:r>
      <w:r w:rsidRPr="0038630C">
        <w:rPr>
          <w:rFonts w:ascii="Tahoma" w:hAnsi="Tahoma" w:cs="Tahoma"/>
          <w:rtl/>
        </w:rPr>
        <w:t>. ازا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ن‌رو،</w:t>
      </w:r>
      <w:r w:rsidRPr="0038630C">
        <w:rPr>
          <w:rFonts w:ascii="Tahoma" w:hAnsi="Tahoma" w:cs="Tahoma"/>
          <w:rtl/>
        </w:rPr>
        <w:t xml:space="preserve"> پادشاه ناچار بود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حفظ پشت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قشون و جلوگ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تعد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آن به منابع درآمد کشور تعادل برقرار کند.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تعادل در حکومت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هم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</w:t>
      </w:r>
      <w:r w:rsidRPr="0038630C">
        <w:rPr>
          <w:rFonts w:ascii="Tahoma" w:hAnsi="Tahoma" w:cs="Tahoma"/>
          <w:rtl/>
        </w:rPr>
        <w:t xml:space="preserve"> ناپا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دار</w:t>
      </w:r>
      <w:r w:rsidRPr="0038630C">
        <w:rPr>
          <w:rFonts w:ascii="Tahoma" w:hAnsi="Tahoma" w:cs="Tahoma"/>
          <w:rtl/>
        </w:rPr>
        <w:t xml:space="preserve"> بود. اگر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را 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از اندازه محدود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کرد،</w:t>
      </w:r>
      <w:r w:rsidRPr="0038630C">
        <w:rPr>
          <w:rFonts w:ascii="Tahoma" w:hAnsi="Tahoma" w:cs="Tahoma"/>
          <w:rtl/>
        </w:rPr>
        <w:t xml:space="preserve"> ممکن بود آنان از شاهزاده‌ا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</w:t>
      </w:r>
      <w:r w:rsidRPr="0038630C">
        <w:rPr>
          <w:rFonts w:ascii="Tahoma" w:hAnsi="Tahoma" w:cs="Tahoma"/>
          <w:rtl/>
        </w:rPr>
        <w:t xml:space="preserve"> پشت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کنند. اگر آزاد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کامل به آنان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/>
          <w:rtl/>
        </w:rPr>
        <w:t xml:space="preserve"> و خزانه ناتوان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</w:t>
      </w:r>
      <w:r w:rsidRPr="0038630C">
        <w:rPr>
          <w:rFonts w:ascii="Tahoma" w:hAnsi="Tahoma" w:cs="Tahoma"/>
          <w:rtl/>
        </w:rPr>
        <w:t xml:space="preserve"> و روستاها بار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در معرض غارت قرار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گرفتند</w:t>
      </w:r>
      <w:r w:rsidRPr="0038630C">
        <w:rPr>
          <w:rFonts w:ascii="Tahoma" w:hAnsi="Tahoma" w:cs="Tahoma"/>
          <w:rtl/>
        </w:rPr>
        <w:t>.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>تو، مانند غازان، ناچار بود کشوردار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نه با حذف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روها،</w:t>
      </w:r>
      <w:r w:rsidRPr="0038630C">
        <w:rPr>
          <w:rFonts w:ascii="Tahoma" w:hAnsi="Tahoma" w:cs="Tahoma"/>
          <w:rtl/>
        </w:rPr>
        <w:t xml:space="preserve"> بلکه با نگاه داشتن همهٔ آنها در نظم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دشوار و متغ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ببرد.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هم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سال‌ها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نخست، لشکرکش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لان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محدود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قدرت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را آشکار کرد. 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لان</w:t>
      </w:r>
      <w:r w:rsidRPr="0038630C">
        <w:rPr>
          <w:rFonts w:ascii="Tahoma" w:hAnsi="Tahoma" w:cs="Tahoma"/>
          <w:rtl/>
        </w:rPr>
        <w:t xml:space="preserve"> به سبب کوهستان‌ها، جنگل‌ها و ساختار قدرت محل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از جمله سرزم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بود که فرمان حکومت مرکز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به‌آسان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آن اجرا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</w:t>
      </w:r>
      <w:r w:rsidRPr="0038630C">
        <w:rPr>
          <w:rFonts w:ascii="Tahoma" w:hAnsi="Tahoma" w:cs="Tahoma"/>
          <w:rtl/>
        </w:rPr>
        <w:t>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لخانان</w:t>
      </w:r>
      <w:r w:rsidRPr="0038630C">
        <w:rPr>
          <w:rFonts w:ascii="Tahoma" w:hAnsi="Tahoma" w:cs="Tahoma"/>
          <w:rtl/>
        </w:rPr>
        <w:t xml:space="preserve"> بخش بزرگ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را در اخت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ار</w:t>
      </w:r>
      <w:r w:rsidRPr="0038630C">
        <w:rPr>
          <w:rFonts w:ascii="Tahoma" w:hAnsi="Tahoma" w:cs="Tahoma"/>
          <w:rtl/>
        </w:rPr>
        <w:t xml:space="preserve"> داشتن</w:t>
      </w:r>
      <w:r w:rsidRPr="0038630C">
        <w:rPr>
          <w:rFonts w:ascii="Tahoma" w:hAnsi="Tahoma" w:cs="Tahoma" w:hint="eastAsia"/>
          <w:rtl/>
        </w:rPr>
        <w:t>د،</w:t>
      </w:r>
      <w:r w:rsidRPr="0038630C">
        <w:rPr>
          <w:rFonts w:ascii="Tahoma" w:hAnsi="Tahoma" w:cs="Tahoma"/>
          <w:rtl/>
        </w:rPr>
        <w:t xml:space="preserve"> اما هنوز نواح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وجود داشت که فرمانروا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محل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آنها استقلال عمل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خود را حفظ کرده بودند.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سال </w:t>
      </w:r>
      <w:r w:rsidRPr="0038630C">
        <w:rPr>
          <w:rFonts w:ascii="Tahoma" w:hAnsi="Tahoma" w:cs="Tahoma"/>
          <w:rtl/>
          <w:lang w:bidi="fa-IR"/>
        </w:rPr>
        <w:t>۱۳۰۷</w:t>
      </w:r>
      <w:r w:rsidRPr="0038630C">
        <w:rPr>
          <w:rFonts w:ascii="Tahoma" w:hAnsi="Tahoma" w:cs="Tahoma"/>
          <w:rtl/>
        </w:rPr>
        <w:t>، سپاه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مرکب از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چند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اطاعت درآوردن 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لان</w:t>
      </w:r>
      <w:r w:rsidRPr="0038630C">
        <w:rPr>
          <w:rFonts w:ascii="Tahoma" w:hAnsi="Tahoma" w:cs="Tahoma"/>
          <w:rtl/>
        </w:rPr>
        <w:t xml:space="preserve"> فرستاده شد. لشکرکش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آغاز به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رفت، اما مقاومت محل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دشوار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جغراف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هز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نهٔ</w:t>
      </w:r>
      <w:r w:rsidRPr="0038630C">
        <w:rPr>
          <w:rFonts w:ascii="Tahoma" w:hAnsi="Tahoma" w:cs="Tahoma"/>
          <w:rtl/>
        </w:rPr>
        <w:t xml:space="preserve"> سنگ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بر سپاه تحم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کرد. قتلغ‌شاه، فرماندهٔ بزرگ قشون، در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جنگ کشته شد. مرگ او تنها از دست رفتن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سردار نبود؛ توازن قدرت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را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تغ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داد و راه را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بالا آمدن 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چوپان باز کرد. از آن پس، چوپان به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مهم‌تر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نظام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حکومت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شد؛ مرد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قدرت او در دوران جانش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از قدرت بس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اعضا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خاندان سلطنت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فراتر </w:t>
      </w:r>
      <w:r w:rsidRPr="0038630C">
        <w:rPr>
          <w:rFonts w:ascii="Tahoma" w:hAnsi="Tahoma" w:cs="Tahoma" w:hint="eastAsia"/>
          <w:rtl/>
        </w:rPr>
        <w:t>رفت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لشکرکش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لان</w:t>
      </w:r>
      <w:r w:rsidRPr="0038630C">
        <w:rPr>
          <w:rFonts w:ascii="Tahoma" w:hAnsi="Tahoma" w:cs="Tahoma"/>
          <w:rtl/>
        </w:rPr>
        <w:t xml:space="preserve"> نشان داد که تصرف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سرزم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با ادارهٔ مداوم آن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کسان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ست</w:t>
      </w:r>
      <w:r w:rsidRPr="0038630C">
        <w:rPr>
          <w:rFonts w:ascii="Tahoma" w:hAnsi="Tahoma" w:cs="Tahoma"/>
          <w:rtl/>
        </w:rPr>
        <w:t>. سپاه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وارد ناح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شود،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محل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شکست دهد و خراج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مقرر کند، اما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حاکم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دار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ازمند</w:t>
      </w:r>
      <w:r w:rsidRPr="0038630C">
        <w:rPr>
          <w:rFonts w:ascii="Tahoma" w:hAnsi="Tahoma" w:cs="Tahoma"/>
          <w:rtl/>
        </w:rPr>
        <w:t xml:space="preserve"> راه، مأمور، دفتر 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همکار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ه</w:t>
      </w:r>
      <w:r w:rsidRPr="0038630C">
        <w:rPr>
          <w:rFonts w:ascii="Tahoma" w:hAnsi="Tahoma" w:cs="Tahoma" w:hint="eastAsia"/>
          <w:rtl/>
        </w:rPr>
        <w:t>مان</w:t>
      </w:r>
      <w:r w:rsidRPr="0038630C">
        <w:rPr>
          <w:rFonts w:ascii="Tahoma" w:hAnsi="Tahoma" w:cs="Tahoma"/>
          <w:rtl/>
        </w:rPr>
        <w:t xml:space="preserve"> فاصله‌ا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 که تار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خ</w:t>
      </w:r>
      <w:r w:rsidRPr="0038630C">
        <w:rPr>
          <w:rFonts w:ascii="Tahoma" w:hAnsi="Tahoma" w:cs="Tahoma"/>
          <w:rtl/>
        </w:rPr>
        <w:t xml:space="preserve"> مغولان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را از آغاز شکل داده بود: فاصلهٔ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قدرت و کشوردار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هرات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حکومت با خاندان آل‌کرت روبه‌رو بود که ضمن 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رفتن</w:t>
      </w:r>
      <w:r w:rsidRPr="0038630C">
        <w:rPr>
          <w:rFonts w:ascii="Tahoma" w:hAnsi="Tahoma" w:cs="Tahoma"/>
          <w:rtl/>
        </w:rPr>
        <w:t xml:space="preserve"> برتر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لخان،</w:t>
      </w:r>
      <w:r w:rsidRPr="0038630C">
        <w:rPr>
          <w:rFonts w:ascii="Tahoma" w:hAnsi="Tahoma" w:cs="Tahoma"/>
          <w:rtl/>
        </w:rPr>
        <w:t xml:space="preserve"> قدرت محل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خود را حفظ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 نخست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عمل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ات</w:t>
      </w:r>
      <w:r w:rsidRPr="0038630C">
        <w:rPr>
          <w:rFonts w:ascii="Tahoma" w:hAnsi="Tahoma" w:cs="Tahoma"/>
          <w:rtl/>
        </w:rPr>
        <w:t xml:space="preserve"> نظام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آنجا با ناکام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کشته شدن دانشمند بهادر،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فرماندهان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همراه شد. پس از آن، سپاه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توانست با محاصرهٔ طولان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تر</w:t>
      </w:r>
      <w:r w:rsidRPr="0038630C">
        <w:rPr>
          <w:rFonts w:ascii="Tahoma" w:hAnsi="Tahoma" w:cs="Tahoma"/>
          <w:rtl/>
        </w:rPr>
        <w:t xml:space="preserve"> قل</w:t>
      </w:r>
      <w:r w:rsidRPr="0038630C">
        <w:rPr>
          <w:rFonts w:ascii="Tahoma" w:hAnsi="Tahoma" w:cs="Tahoma" w:hint="eastAsia"/>
          <w:rtl/>
        </w:rPr>
        <w:t>عه</w:t>
      </w:r>
      <w:r w:rsidRPr="0038630C">
        <w:rPr>
          <w:rFonts w:ascii="Tahoma" w:hAnsi="Tahoma" w:cs="Tahoma"/>
          <w:rtl/>
        </w:rPr>
        <w:t xml:space="preserve"> را به تصرف درآورد.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جنگ‌ها نشان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دادند</w:t>
      </w:r>
      <w:r w:rsidRPr="0038630C">
        <w:rPr>
          <w:rFonts w:ascii="Tahoma" w:hAnsi="Tahoma" w:cs="Tahoma"/>
          <w:rtl/>
        </w:rPr>
        <w:t xml:space="preserve"> که قلمرو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با وجود نام واحد خود، از نواح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کسان</w:t>
      </w:r>
      <w:r w:rsidRPr="0038630C">
        <w:rPr>
          <w:rFonts w:ascii="Tahoma" w:hAnsi="Tahoma" w:cs="Tahoma"/>
          <w:rtl/>
        </w:rPr>
        <w:t xml:space="preserve"> و کاملاً فرمانبردار تشک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نشده است. برخ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مناطق مستق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ماً</w:t>
      </w:r>
      <w:r w:rsidRPr="0038630C">
        <w:rPr>
          <w:rFonts w:ascii="Tahoma" w:hAnsi="Tahoma" w:cs="Tahoma"/>
          <w:rtl/>
        </w:rPr>
        <w:t xml:space="preserve"> 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نظارت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/>
          <w:rtl/>
        </w:rPr>
        <w:t xml:space="preserve"> بودند و برخ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با پرداخت خراج، دادن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نظام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/>
          <w:rtl/>
        </w:rPr>
        <w:t xml:space="preserve"> 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رش</w:t>
      </w:r>
      <w:r w:rsidRPr="0038630C">
        <w:rPr>
          <w:rFonts w:ascii="Tahoma" w:hAnsi="Tahoma" w:cs="Tahoma"/>
          <w:rtl/>
        </w:rPr>
        <w:t xml:space="preserve"> اسم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فرمان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لخان،</w:t>
      </w:r>
      <w:r w:rsidRPr="0038630C">
        <w:rPr>
          <w:rFonts w:ascii="Tahoma" w:hAnsi="Tahoma" w:cs="Tahoma"/>
          <w:rtl/>
        </w:rPr>
        <w:t xml:space="preserve"> خود</w:t>
      </w:r>
      <w:r w:rsidRPr="0038630C">
        <w:rPr>
          <w:rFonts w:ascii="Tahoma" w:hAnsi="Tahoma" w:cs="Tahoma" w:hint="eastAsia"/>
          <w:rtl/>
        </w:rPr>
        <w:t>مختار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فراوان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داشتند.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در 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رون</w:t>
      </w:r>
      <w:r w:rsidRPr="0038630C">
        <w:rPr>
          <w:rFonts w:ascii="Tahoma" w:hAnsi="Tahoma" w:cs="Tahoma"/>
          <w:rtl/>
        </w:rPr>
        <w:t xml:space="preserve"> از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است</w:t>
      </w:r>
      <w:r w:rsidRPr="0038630C">
        <w:rPr>
          <w:rFonts w:ascii="Tahoma" w:hAnsi="Tahoma" w:cs="Tahoma"/>
          <w:rtl/>
        </w:rPr>
        <w:t xml:space="preserve">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خود را ادامه داد. او با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خاندان‌ها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آس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مرکز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اردو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زر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و دولت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</w:t>
      </w:r>
      <w:r w:rsidRPr="0038630C">
        <w:rPr>
          <w:rFonts w:ascii="Tahoma" w:hAnsi="Tahoma" w:cs="Tahoma"/>
          <w:rtl/>
        </w:rPr>
        <w:t xml:space="preserve"> در 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رابطه داشت. آمدن سف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و شاهزادگان مغول به دربار او تنها رو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تشر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فات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نبود. خاندان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ز،</w:t>
      </w:r>
      <w:r w:rsidRPr="0038630C">
        <w:rPr>
          <w:rFonts w:ascii="Tahoma" w:hAnsi="Tahoma" w:cs="Tahoma"/>
          <w:rtl/>
        </w:rPr>
        <w:t xml:space="preserve"> با وجود جنگ‌ها و جدا</w:t>
      </w:r>
      <w:r w:rsidRPr="0038630C">
        <w:rPr>
          <w:rFonts w:ascii="Tahoma" w:hAnsi="Tahoma" w:cs="Tahoma" w:hint="cs"/>
          <w:rtl/>
        </w:rPr>
        <w:t>یی‌</w:t>
      </w:r>
      <w:r w:rsidRPr="0038630C">
        <w:rPr>
          <w:rFonts w:ascii="Tahoma" w:hAnsi="Tahoma" w:cs="Tahoma" w:hint="eastAsia"/>
          <w:rtl/>
        </w:rPr>
        <w:t>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داخل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هنوز شبکه‌ا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خو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شاوند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ادعا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مشترک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به شمار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رفت</w:t>
      </w:r>
      <w:r w:rsidRPr="0038630C">
        <w:rPr>
          <w:rFonts w:ascii="Tahoma" w:hAnsi="Tahoma" w:cs="Tahoma"/>
          <w:rtl/>
        </w:rPr>
        <w:t>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ران،</w:t>
      </w:r>
      <w:r w:rsidRPr="0038630C">
        <w:rPr>
          <w:rFonts w:ascii="Tahoma" w:hAnsi="Tahoma" w:cs="Tahoma"/>
          <w:rtl/>
        </w:rPr>
        <w:t xml:space="preserve"> هر اندازه در ساختار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و اسلام 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گرفت،</w:t>
      </w:r>
      <w:r w:rsidRPr="0038630C">
        <w:rPr>
          <w:rFonts w:ascii="Tahoma" w:hAnsi="Tahoma" w:cs="Tahoma"/>
          <w:rtl/>
        </w:rPr>
        <w:t xml:space="preserve"> همچنان خود را عضو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آن جهان بزرگ‌تر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دانست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همان حال، رابطه با قدرت‌ها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اروپا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ادامه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</w:t>
      </w:r>
      <w:r w:rsidRPr="0038630C">
        <w:rPr>
          <w:rFonts w:ascii="Tahoma" w:hAnsi="Tahoma" w:cs="Tahoma"/>
          <w:rtl/>
        </w:rPr>
        <w:t>. اسلام آوردن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لخانان</w:t>
      </w:r>
      <w:r w:rsidRPr="0038630C">
        <w:rPr>
          <w:rFonts w:ascii="Tahoma" w:hAnsi="Tahoma" w:cs="Tahoma"/>
          <w:rtl/>
        </w:rPr>
        <w:t xml:space="preserve"> به معنا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افتن</w:t>
      </w:r>
      <w:r w:rsidRPr="0038630C">
        <w:rPr>
          <w:rFonts w:ascii="Tahoma" w:hAnsi="Tahoma" w:cs="Tahoma"/>
          <w:rtl/>
        </w:rPr>
        <w:t xml:space="preserve"> کوشش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افتن</w:t>
      </w:r>
      <w:r w:rsidRPr="0038630C">
        <w:rPr>
          <w:rFonts w:ascii="Tahoma" w:hAnsi="Tahoma" w:cs="Tahoma"/>
          <w:rtl/>
        </w:rPr>
        <w:t xml:space="preserve"> متحد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برابر ممال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مصر نبود.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فرستادگان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نزد پاپ و پادشاهان فرانسه و انگلستان گس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کرد و بار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امکان همکار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نظام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عل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</w:t>
      </w:r>
      <w:r w:rsidRPr="0038630C">
        <w:rPr>
          <w:rFonts w:ascii="Tahoma" w:hAnsi="Tahoma" w:cs="Tahoma"/>
          <w:rtl/>
        </w:rPr>
        <w:t xml:space="preserve"> ممال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را مطرح ساخت.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است</w:t>
      </w:r>
      <w:r w:rsidRPr="0038630C">
        <w:rPr>
          <w:rFonts w:ascii="Tahoma" w:hAnsi="Tahoma" w:cs="Tahoma"/>
          <w:rtl/>
        </w:rPr>
        <w:t xml:space="preserve"> نشان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/>
          <w:rtl/>
        </w:rPr>
        <w:t xml:space="preserve"> که وابستگ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مذهب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به‌تنها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دوست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دشمن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حکومت‌ها را تع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کند</w:t>
      </w:r>
      <w:r w:rsidRPr="0038630C">
        <w:rPr>
          <w:rFonts w:ascii="Tahoma" w:hAnsi="Tahoma" w:cs="Tahoma"/>
          <w:rtl/>
        </w:rPr>
        <w:t>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مسلمان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با پادشاهان مس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جنگ با حکومت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مسلمان مذاکره کند، 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</w:t>
      </w:r>
      <w:r w:rsidRPr="0038630C">
        <w:rPr>
          <w:rFonts w:ascii="Tahoma" w:hAnsi="Tahoma" w:cs="Tahoma"/>
          <w:rtl/>
        </w:rPr>
        <w:t xml:space="preserve"> رقابت بر سر سور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ه،</w:t>
      </w:r>
      <w:r w:rsidRPr="0038630C">
        <w:rPr>
          <w:rFonts w:ascii="Tahoma" w:hAnsi="Tahoma" w:cs="Tahoma"/>
          <w:rtl/>
        </w:rPr>
        <w:t xml:space="preserve"> راه‌ها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بازرگان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برتر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منطقه‌ا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اشتراک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رومندتر</w:t>
      </w:r>
      <w:r w:rsidRPr="0038630C">
        <w:rPr>
          <w:rFonts w:ascii="Tahoma" w:hAnsi="Tahoma" w:cs="Tahoma"/>
          <w:rtl/>
        </w:rPr>
        <w:t xml:space="preserve"> بود.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نامه‌ها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تو،</w:t>
      </w:r>
      <w:r w:rsidRPr="0038630C">
        <w:rPr>
          <w:rFonts w:ascii="Tahoma" w:hAnsi="Tahoma" w:cs="Tahoma"/>
          <w:rtl/>
        </w:rPr>
        <w:t xml:space="preserve"> تبار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نام خدا در کنار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قرار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گرفتند</w:t>
      </w:r>
      <w:r w:rsidRPr="0038630C">
        <w:rPr>
          <w:rFonts w:ascii="Tahoma" w:hAnsi="Tahoma" w:cs="Tahoma"/>
          <w:rtl/>
        </w:rPr>
        <w:t xml:space="preserve">. او از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سو به آسمان و سنت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اشاره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 xml:space="preserve"> و از سو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عنوان سلطان مسلمان را به کار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برد</w:t>
      </w:r>
      <w:r w:rsidRPr="0038630C">
        <w:rPr>
          <w:rFonts w:ascii="Tahoma" w:hAnsi="Tahoma" w:cs="Tahoma"/>
          <w:rtl/>
        </w:rPr>
        <w:t>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زبان ترک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بازتاب همان حکومت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 که هنوز کاملاً از گذشتهٔ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جدا نشده و در 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حال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رون</w:t>
      </w:r>
      <w:r w:rsidRPr="0038630C">
        <w:rPr>
          <w:rFonts w:ascii="Tahoma" w:hAnsi="Tahoma" w:cs="Tahoma"/>
          <w:rtl/>
        </w:rPr>
        <w:t xml:space="preserve"> از جهان اسلام</w:t>
      </w:r>
      <w:r w:rsidRPr="0038630C">
        <w:rPr>
          <w:rFonts w:ascii="Tahoma" w:hAnsi="Tahoma" w:cs="Tahoma" w:hint="cs"/>
          <w:rtl/>
        </w:rPr>
        <w:t>یِ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به زندگ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ادامه دهد.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باا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ن‌همه،</w:t>
      </w:r>
      <w:r w:rsidRPr="0038630C">
        <w:rPr>
          <w:rFonts w:ascii="Tahoma" w:hAnsi="Tahoma" w:cs="Tahoma"/>
          <w:rtl/>
        </w:rPr>
        <w:t xml:space="preserve"> مهم‌تر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نشانهٔ تحول حکومت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نه در جنگ‌ها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لان</w:t>
      </w:r>
      <w:r w:rsidRPr="0038630C">
        <w:rPr>
          <w:rFonts w:ascii="Tahoma" w:hAnsi="Tahoma" w:cs="Tahoma"/>
          <w:rtl/>
        </w:rPr>
        <w:t xml:space="preserve"> و هرات و نه در نامه‌ها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او به اروپا، بلکه در ساختن 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</w:t>
      </w:r>
      <w:r w:rsidRPr="0038630C">
        <w:rPr>
          <w:rFonts w:ascii="Tahoma" w:hAnsi="Tahoma" w:cs="Tahoma"/>
          <w:rtl/>
        </w:rPr>
        <w:t xml:space="preserve"> آشکار شد. ارغون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ش‌تر</w:t>
      </w:r>
      <w:r w:rsidRPr="0038630C">
        <w:rPr>
          <w:rFonts w:ascii="Tahoma" w:hAnsi="Tahoma" w:cs="Tahoma"/>
          <w:rtl/>
        </w:rPr>
        <w:t xml:space="preserve"> به چراگاه‌ها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منطقه،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زنجان و ابهر، توجه کرده بود. دشت پهناور آن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اقامت اردو و چراندن اسب‌ها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</w:t>
      </w:r>
      <w:r w:rsidRPr="0038630C">
        <w:rPr>
          <w:rFonts w:ascii="Tahoma" w:hAnsi="Tahoma" w:cs="Tahoma" w:hint="eastAsia"/>
          <w:rtl/>
        </w:rPr>
        <w:t>شون</w:t>
      </w:r>
      <w:r w:rsidRPr="0038630C">
        <w:rPr>
          <w:rFonts w:ascii="Tahoma" w:hAnsi="Tahoma" w:cs="Tahoma"/>
          <w:rtl/>
        </w:rPr>
        <w:t xml:space="preserve"> مناسب بود. در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انتخاب، هنوز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ازها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زندگ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کوچندگ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مغولان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ده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</w:t>
      </w:r>
      <w:r w:rsidRPr="0038630C">
        <w:rPr>
          <w:rFonts w:ascii="Tahoma" w:hAnsi="Tahoma" w:cs="Tahoma"/>
          <w:rtl/>
        </w:rPr>
        <w:t>. اما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همان چراگاه را به محل ساخت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بزرگ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کرد.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نام</w:t>
      </w:r>
      <w:r w:rsidRPr="0038630C">
        <w:rPr>
          <w:rFonts w:ascii="Tahoma" w:hAnsi="Tahoma" w:cs="Tahoma"/>
          <w:rtl/>
        </w:rPr>
        <w:t xml:space="preserve"> «سلطان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ه»</w:t>
      </w:r>
      <w:r w:rsidRPr="0038630C">
        <w:rPr>
          <w:rFonts w:ascii="Tahoma" w:hAnsi="Tahoma" w:cs="Tahoma"/>
          <w:rtl/>
        </w:rPr>
        <w:t xml:space="preserve"> خود 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انگر</w:t>
      </w:r>
      <w:r w:rsidRPr="0038630C">
        <w:rPr>
          <w:rFonts w:ascii="Tahoma" w:hAnsi="Tahoma" w:cs="Tahoma"/>
          <w:rtl/>
        </w:rPr>
        <w:t xml:space="preserve"> معنا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شهر بود: شهر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وابسته به سلطان و نشانهٔ حضور او.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خواست</w:t>
      </w:r>
      <w:r w:rsidRPr="0038630C">
        <w:rPr>
          <w:rFonts w:ascii="Tahoma" w:hAnsi="Tahoma" w:cs="Tahoma"/>
          <w:rtl/>
        </w:rPr>
        <w:t xml:space="preserve">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بسازد که هم اردوگاه و چراگاه لازم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دربار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در کنار خود داشته باشد و هم دارا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کاخ، بازار، مسجد، مدرسه، محله‌ها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شهر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دستگاه ادار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باش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>. در 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ه،</w:t>
      </w:r>
      <w:r w:rsidRPr="0038630C">
        <w:rPr>
          <w:rFonts w:ascii="Tahoma" w:hAnsi="Tahoma" w:cs="Tahoma"/>
          <w:rtl/>
        </w:rPr>
        <w:t xml:space="preserve"> دو 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وهٔ</w:t>
      </w:r>
      <w:r w:rsidRPr="0038630C">
        <w:rPr>
          <w:rFonts w:ascii="Tahoma" w:hAnsi="Tahoma" w:cs="Tahoma"/>
          <w:rtl/>
        </w:rPr>
        <w:t xml:space="preserve"> زندگ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هم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رس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دند</w:t>
      </w:r>
      <w:r w:rsidRPr="0038630C">
        <w:rPr>
          <w:rFonts w:ascii="Tahoma" w:hAnsi="Tahoma" w:cs="Tahoma"/>
          <w:rtl/>
        </w:rPr>
        <w:t>: کوچندگ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فاتحان و شهرنش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جامعه‌ا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آنان بر آن حکومت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کردند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ساخت</w:t>
      </w:r>
      <w:r w:rsidRPr="0038630C">
        <w:rPr>
          <w:rFonts w:ascii="Tahoma" w:hAnsi="Tahoma" w:cs="Tahoma"/>
          <w:rtl/>
        </w:rPr>
        <w:t xml:space="preserve"> شهر جد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تنها انتقال محل اقامت پادشاه نبود.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</w:t>
      </w:r>
      <w:r w:rsidRPr="0038630C">
        <w:rPr>
          <w:rFonts w:ascii="Tahoma" w:hAnsi="Tahoma" w:cs="Tahoma"/>
          <w:rtl/>
        </w:rPr>
        <w:t xml:space="preserve"> وس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تمرکز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وان،</w:t>
      </w:r>
      <w:r w:rsidRPr="0038630C">
        <w:rPr>
          <w:rFonts w:ascii="Tahoma" w:hAnsi="Tahoma" w:cs="Tahoma"/>
          <w:rtl/>
        </w:rPr>
        <w:t xml:space="preserve"> گردآور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صاحب‌منصبان، جذب بازرگانان و نما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قدرت بود. شهر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به فرمان پادشاه ساخته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نظم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تازه‌ا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در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ما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خود مجسم کند. اردو جابه‌جا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</w:t>
      </w:r>
      <w:r w:rsidRPr="0038630C">
        <w:rPr>
          <w:rFonts w:ascii="Tahoma" w:hAnsi="Tahoma" w:cs="Tahoma"/>
          <w:rtl/>
        </w:rPr>
        <w:t xml:space="preserve"> و با رفتن 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اثر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جز 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چادرها باق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گذاشت،</w:t>
      </w:r>
      <w:r w:rsidRPr="0038630C">
        <w:rPr>
          <w:rFonts w:ascii="Tahoma" w:hAnsi="Tahoma" w:cs="Tahoma"/>
          <w:rtl/>
        </w:rPr>
        <w:t xml:space="preserve"> اما شهر، نام و ادعا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سازندهٔ خود را در 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تثب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مرکز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مجموعه، بنا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پد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آمد که از همهٔ کاخ‌ها و ساختمان‌ها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شهر ماندگارتر شد: گنبد 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</w:t>
      </w:r>
      <w:r w:rsidRPr="0038630C">
        <w:rPr>
          <w:rFonts w:ascii="Tahoma" w:hAnsi="Tahoma" w:cs="Tahoma"/>
          <w:rtl/>
        </w:rPr>
        <w:t>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ساختمان هشت‌ضلع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با گنبد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بلند و دوپوسته،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بزرگ‌تر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دستاوردها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معمار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دورهٔ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بود. ارتفاع گنبد، پوشش کاش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روزه‌ا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مناره‌ها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رامون</w:t>
      </w:r>
      <w:r w:rsidRPr="0038630C">
        <w:rPr>
          <w:rFonts w:ascii="Tahoma" w:hAnsi="Tahoma" w:cs="Tahoma"/>
          <w:rtl/>
        </w:rPr>
        <w:t xml:space="preserve"> و فضا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داخل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عظ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م</w:t>
      </w:r>
      <w:r w:rsidRPr="0038630C">
        <w:rPr>
          <w:rFonts w:ascii="Tahoma" w:hAnsi="Tahoma" w:cs="Tahoma"/>
          <w:rtl/>
        </w:rPr>
        <w:t xml:space="preserve"> آن، بنا را به نشانه‌ا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کرد که از فاصله‌ا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دور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ده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</w:t>
      </w:r>
      <w:r w:rsidRPr="0038630C">
        <w:rPr>
          <w:rFonts w:ascii="Tahoma" w:hAnsi="Tahoma" w:cs="Tahoma"/>
          <w:rtl/>
        </w:rPr>
        <w:t>. مغولان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نخست با سوزاندن و فرو 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ختن</w:t>
      </w:r>
      <w:r w:rsidRPr="0038630C">
        <w:rPr>
          <w:rFonts w:ascii="Tahoma" w:hAnsi="Tahoma" w:cs="Tahoma"/>
          <w:rtl/>
        </w:rPr>
        <w:t xml:space="preserve"> شهرها وارد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شده بودند، اکنون با بهره‌گ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معماران، مهندسان و هنرمندان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بزرگ‌تر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بناها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خ</w:t>
      </w:r>
      <w:r w:rsidRPr="0038630C">
        <w:rPr>
          <w:rFonts w:ascii="Tahoma" w:hAnsi="Tahoma" w:cs="Tahoma"/>
          <w:rtl/>
        </w:rPr>
        <w:t xml:space="preserve"> معمار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سرزم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را </w:t>
      </w:r>
      <w:r w:rsidRPr="0038630C">
        <w:rPr>
          <w:rFonts w:ascii="Tahoma" w:hAnsi="Tahoma" w:cs="Tahoma" w:hint="eastAsia"/>
          <w:rtl/>
        </w:rPr>
        <w:t>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ساختند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دگرگون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معنا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شدن کامل فاتحان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/>
          <w:rtl/>
        </w:rPr>
        <w:t xml:space="preserve">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افتن</w:t>
      </w:r>
      <w:r w:rsidRPr="0038630C">
        <w:rPr>
          <w:rFonts w:ascii="Tahoma" w:hAnsi="Tahoma" w:cs="Tahoma"/>
          <w:rtl/>
        </w:rPr>
        <w:t xml:space="preserve"> سلطهٔ قشون نبود. در پشت گنبد و شهر همچنان تاج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قرار داشت که حق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خود را از خون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گرفت</w:t>
      </w:r>
      <w:r w:rsidRPr="0038630C">
        <w:rPr>
          <w:rFonts w:ascii="Tahoma" w:hAnsi="Tahoma" w:cs="Tahoma"/>
          <w:rtl/>
        </w:rPr>
        <w:t>. اما شکل نما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آن حق دگرگون شده بود.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تنها با شمار سواران، وسعت چادر و غن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مت</w:t>
      </w:r>
      <w:r w:rsidRPr="0038630C">
        <w:rPr>
          <w:rFonts w:ascii="Tahoma" w:hAnsi="Tahoma" w:cs="Tahoma"/>
          <w:rtl/>
        </w:rPr>
        <w:t xml:space="preserve"> جنگ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قد</w:t>
      </w:r>
      <w:r w:rsidRPr="0038630C">
        <w:rPr>
          <w:rFonts w:ascii="Tahoma" w:hAnsi="Tahoma" w:cs="Tahoma" w:hint="eastAsia"/>
          <w:rtl/>
        </w:rPr>
        <w:t>رت</w:t>
      </w:r>
      <w:r w:rsidRPr="0038630C">
        <w:rPr>
          <w:rFonts w:ascii="Tahoma" w:hAnsi="Tahoma" w:cs="Tahoma"/>
          <w:rtl/>
        </w:rPr>
        <w:t xml:space="preserve"> خود را نشان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داد؛</w:t>
      </w:r>
      <w:r w:rsidRPr="0038630C">
        <w:rPr>
          <w:rFonts w:ascii="Tahoma" w:hAnsi="Tahoma" w:cs="Tahoma"/>
          <w:rtl/>
        </w:rPr>
        <w:t xml:space="preserve"> او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ماندگار کردن نام خو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به شهر، کت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به،</w:t>
      </w:r>
      <w:r w:rsidRPr="0038630C">
        <w:rPr>
          <w:rFonts w:ascii="Tahoma" w:hAnsi="Tahoma" w:cs="Tahoma"/>
          <w:rtl/>
        </w:rPr>
        <w:t xml:space="preserve"> مدرسه، مسجد و آرامگاه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از</w:t>
      </w:r>
      <w:r w:rsidRPr="0038630C">
        <w:rPr>
          <w:rFonts w:ascii="Tahoma" w:hAnsi="Tahoma" w:cs="Tahoma"/>
          <w:rtl/>
        </w:rPr>
        <w:t xml:space="preserve"> داشت. معمار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زبان تازهٔ قدرت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شده بود.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</w:t>
      </w:r>
      <w:r w:rsidRPr="0038630C">
        <w:rPr>
          <w:rFonts w:ascii="Tahoma" w:hAnsi="Tahoma" w:cs="Tahoma"/>
          <w:rtl/>
        </w:rPr>
        <w:t xml:space="preserve"> در مس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ارتباط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آذربا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جان،</w:t>
      </w:r>
      <w:r w:rsidRPr="0038630C">
        <w:rPr>
          <w:rFonts w:ascii="Tahoma" w:hAnsi="Tahoma" w:cs="Tahoma"/>
          <w:rtl/>
        </w:rPr>
        <w:t xml:space="preserve"> عراق، خراسان و مرکز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قرار داشت و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بازرگانان و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شه‌وران</w:t>
      </w:r>
      <w:r w:rsidRPr="0038630C">
        <w:rPr>
          <w:rFonts w:ascii="Tahoma" w:hAnsi="Tahoma" w:cs="Tahoma"/>
          <w:rtl/>
        </w:rPr>
        <w:t xml:space="preserve"> را به خود جذب کند. ساختن بازار و محله‌ها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تازه، گرد آوردن صنعتگران و اختصاص امکانات به آنان بخش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برنامهٔ پادشاه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چراگاه به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eastAsia"/>
          <w:rtl/>
        </w:rPr>
        <w:t>بود</w:t>
      </w:r>
      <w:r w:rsidRPr="0038630C">
        <w:rPr>
          <w:rFonts w:ascii="Tahoma" w:hAnsi="Tahoma" w:cs="Tahoma"/>
          <w:rtl/>
        </w:rPr>
        <w:t>. اما آبادان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شهر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به ارادهٔ سلطان ساخته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شد،</w:t>
      </w:r>
      <w:r w:rsidRPr="0038630C">
        <w:rPr>
          <w:rFonts w:ascii="Tahoma" w:hAnsi="Tahoma" w:cs="Tahoma"/>
          <w:rtl/>
        </w:rPr>
        <w:t xml:space="preserve"> به حضور و علاقهٔ همان سلطان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وابسته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ماند</w:t>
      </w:r>
      <w:r w:rsidRPr="0038630C">
        <w:rPr>
          <w:rFonts w:ascii="Tahoma" w:hAnsi="Tahoma" w:cs="Tahoma"/>
          <w:rtl/>
        </w:rPr>
        <w:t>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خطر وجود داشت که با مرگ او، جانش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نان</w:t>
      </w:r>
      <w:r w:rsidRPr="0038630C">
        <w:rPr>
          <w:rFonts w:ascii="Tahoma" w:hAnsi="Tahoma" w:cs="Tahoma"/>
          <w:rtl/>
        </w:rPr>
        <w:t xml:space="preserve"> محل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برگز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نند</w:t>
      </w:r>
      <w:r w:rsidRPr="0038630C">
        <w:rPr>
          <w:rFonts w:ascii="Tahoma" w:hAnsi="Tahoma" w:cs="Tahoma"/>
          <w:rtl/>
        </w:rPr>
        <w:t xml:space="preserve"> و شهر تازه اهم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خود را از دست بدهد. 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</w:t>
      </w:r>
      <w:r w:rsidRPr="0038630C">
        <w:rPr>
          <w:rFonts w:ascii="Tahoma" w:hAnsi="Tahoma" w:cs="Tahoma"/>
          <w:rtl/>
        </w:rPr>
        <w:t xml:space="preserve"> در همان لحظه‌ا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قدرت تمرکز‌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افتهٔ</w:t>
      </w:r>
      <w:r w:rsidRPr="0038630C">
        <w:rPr>
          <w:rFonts w:ascii="Tahoma" w:hAnsi="Tahoma" w:cs="Tahoma"/>
          <w:rtl/>
        </w:rPr>
        <w:t xml:space="preserve"> تاج را نش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داد،</w:t>
      </w:r>
      <w:r w:rsidRPr="0038630C">
        <w:rPr>
          <w:rFonts w:ascii="Tahoma" w:hAnsi="Tahoma" w:cs="Tahoma"/>
          <w:rtl/>
        </w:rPr>
        <w:t xml:space="preserve"> وابستگ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شهرها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به شخص پادشاه را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آشکار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ساخت</w:t>
      </w:r>
      <w:r w:rsidRPr="0038630C">
        <w:rPr>
          <w:rFonts w:ascii="Tahoma" w:hAnsi="Tahoma" w:cs="Tahoma"/>
          <w:rtl/>
        </w:rPr>
        <w:t xml:space="preserve"> آرامگاه بزرگ در قلب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تخت،</w:t>
      </w:r>
      <w:r w:rsidRPr="0038630C">
        <w:rPr>
          <w:rFonts w:ascii="Tahoma" w:hAnsi="Tahoma" w:cs="Tahoma"/>
          <w:rtl/>
        </w:rPr>
        <w:t xml:space="preserve"> رابطهٔ پادشاه با مرگ و جاودانگ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نشان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/>
          <w:rtl/>
        </w:rPr>
        <w:t>. فاتح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سرزم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ار</w:t>
      </w:r>
      <w:r w:rsidRPr="0038630C">
        <w:rPr>
          <w:rFonts w:ascii="Tahoma" w:hAnsi="Tahoma" w:cs="Tahoma"/>
          <w:rtl/>
        </w:rPr>
        <w:t xml:space="preserve"> بگ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رد،</w:t>
      </w:r>
      <w:r w:rsidRPr="0038630C">
        <w:rPr>
          <w:rFonts w:ascii="Tahoma" w:hAnsi="Tahoma" w:cs="Tahoma"/>
          <w:rtl/>
        </w:rPr>
        <w:t xml:space="preserve"> اما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آنکه پس از مرگ در حافظهٔ کشور باق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بماند، به بنا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از</w:t>
      </w:r>
      <w:r w:rsidRPr="0038630C">
        <w:rPr>
          <w:rFonts w:ascii="Tahoma" w:hAnsi="Tahoma" w:cs="Tahoma"/>
          <w:rtl/>
        </w:rPr>
        <w:t xml:space="preserve"> داشت که از عمر او فراتر رود. آرامگاه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قرار بود تنها محل دفن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فرد نباشد؛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با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ست</w:t>
      </w:r>
      <w:r w:rsidRPr="0038630C">
        <w:rPr>
          <w:rFonts w:ascii="Tahoma" w:hAnsi="Tahoma" w:cs="Tahoma"/>
          <w:rtl/>
        </w:rPr>
        <w:t xml:space="preserve"> 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ارتگاه،</w:t>
      </w:r>
      <w:r w:rsidRPr="0038630C">
        <w:rPr>
          <w:rFonts w:ascii="Tahoma" w:hAnsi="Tahoma" w:cs="Tahoma"/>
          <w:rtl/>
        </w:rPr>
        <w:t xml:space="preserve"> مرکز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نشانهٔ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وند</w:t>
      </w:r>
      <w:r w:rsidRPr="0038630C">
        <w:rPr>
          <w:rFonts w:ascii="Tahoma" w:hAnsi="Tahoma" w:cs="Tahoma"/>
          <w:rtl/>
        </w:rPr>
        <w:t xml:space="preserve"> سلطان با مقدسات اسلام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باشد.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روا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ت‌ها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وجود دارد که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پس از گرا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به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</w:t>
      </w:r>
      <w:r w:rsidRPr="0038630C">
        <w:rPr>
          <w:rFonts w:ascii="Tahoma" w:hAnsi="Tahoma" w:cs="Tahoma"/>
          <w:rtl/>
        </w:rPr>
        <w:t xml:space="preserve"> در اند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شهٔ</w:t>
      </w:r>
      <w:r w:rsidRPr="0038630C">
        <w:rPr>
          <w:rFonts w:ascii="Tahoma" w:hAnsi="Tahoma" w:cs="Tahoma"/>
          <w:rtl/>
        </w:rPr>
        <w:t xml:space="preserve"> انتقال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کر</w:t>
      </w:r>
      <w:r w:rsidRPr="0038630C">
        <w:rPr>
          <w:rFonts w:ascii="Tahoma" w:hAnsi="Tahoma" w:cs="Tahoma"/>
          <w:rtl/>
        </w:rPr>
        <w:t xml:space="preserve"> امام عل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امام حس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از نجف و کربلا به سلطان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</w:t>
      </w:r>
      <w:r w:rsidRPr="0038630C">
        <w:rPr>
          <w:rFonts w:ascii="Tahoma" w:hAnsi="Tahoma" w:cs="Tahoma"/>
          <w:rtl/>
        </w:rPr>
        <w:t xml:space="preserve"> افتاد.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طرح، اگر به اجرا درم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آمد،</w:t>
      </w:r>
      <w:r w:rsidRPr="0038630C">
        <w:rPr>
          <w:rFonts w:ascii="Tahoma" w:hAnsi="Tahoma" w:cs="Tahoma"/>
          <w:rtl/>
        </w:rPr>
        <w:t xml:space="preserve"> مرکز 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ارت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بزرگ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به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تخت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منتقل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 xml:space="preserve"> و موقع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مذهب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آن را دگرگون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ساخت</w:t>
      </w:r>
      <w:r w:rsidRPr="0038630C">
        <w:rPr>
          <w:rFonts w:ascii="Tahoma" w:hAnsi="Tahoma" w:cs="Tahoma"/>
          <w:rtl/>
        </w:rPr>
        <w:t>. اما چن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انتقال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انجام نگرفت و بنا سرانجام آرامگاه خود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شد. همچن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تغ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رات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در تز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نات</w:t>
      </w:r>
      <w:r w:rsidRPr="0038630C">
        <w:rPr>
          <w:rFonts w:ascii="Tahoma" w:hAnsi="Tahoma" w:cs="Tahoma"/>
          <w:rtl/>
        </w:rPr>
        <w:t xml:space="preserve"> داخل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ساختمان صورت گرفت، از دگرگون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تصم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م‌ها</w:t>
      </w:r>
      <w:r w:rsidRPr="0038630C">
        <w:rPr>
          <w:rFonts w:ascii="Tahoma" w:hAnsi="Tahoma" w:cs="Tahoma"/>
          <w:rtl/>
        </w:rPr>
        <w:t xml:space="preserve"> و جهت‌گ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مذهب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دربار حکا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کند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هم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تغ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رپذ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زندگ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مذهب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خود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ده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</w:t>
      </w:r>
      <w:r w:rsidRPr="0038630C">
        <w:rPr>
          <w:rFonts w:ascii="Tahoma" w:hAnsi="Tahoma" w:cs="Tahoma"/>
          <w:rtl/>
        </w:rPr>
        <w:t>. او در مح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ط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پرورش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</w:t>
      </w:r>
      <w:r w:rsidRPr="0038630C">
        <w:rPr>
          <w:rFonts w:ascii="Tahoma" w:hAnsi="Tahoma" w:cs="Tahoma"/>
          <w:rtl/>
        </w:rPr>
        <w:t xml:space="preserve"> که بودا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ان،</w:t>
      </w:r>
      <w:r w:rsidRPr="0038630C">
        <w:rPr>
          <w:rFonts w:ascii="Tahoma" w:hAnsi="Tahoma" w:cs="Tahoma"/>
          <w:rtl/>
        </w:rPr>
        <w:t xml:space="preserve"> مس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ان،</w:t>
      </w:r>
      <w:r w:rsidRPr="0038630C">
        <w:rPr>
          <w:rFonts w:ascii="Tahoma" w:hAnsi="Tahoma" w:cs="Tahoma"/>
          <w:rtl/>
        </w:rPr>
        <w:t xml:space="preserve"> مسلمانان و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روان</w:t>
      </w:r>
      <w:r w:rsidRPr="0038630C">
        <w:rPr>
          <w:rFonts w:ascii="Tahoma" w:hAnsi="Tahoma" w:cs="Tahoma"/>
          <w:rtl/>
        </w:rPr>
        <w:t xml:space="preserve"> سنت‌ها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آن حضور داشتند. مادرش مس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 و دربار ارغون‌خان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نما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ندگان</w:t>
      </w:r>
      <w:r w:rsidRPr="0038630C">
        <w:rPr>
          <w:rFonts w:ascii="Tahoma" w:hAnsi="Tahoma" w:cs="Tahoma"/>
          <w:rtl/>
        </w:rPr>
        <w:t xml:space="preserve"> 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مختلف بود.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در کودک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جوان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با بود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سم</w:t>
      </w:r>
      <w:r w:rsidRPr="0038630C">
        <w:rPr>
          <w:rFonts w:ascii="Tahoma" w:hAnsi="Tahoma" w:cs="Tahoma"/>
          <w:rtl/>
        </w:rPr>
        <w:t xml:space="preserve"> و مس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ح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آشنا شد و سپس همراه با غازان اسلام 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رفت</w:t>
      </w:r>
      <w:r w:rsidRPr="0038630C">
        <w:rPr>
          <w:rFonts w:ascii="Tahoma" w:hAnsi="Tahoma" w:cs="Tahoma"/>
          <w:rtl/>
        </w:rPr>
        <w:t>. او هنگام رس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دن</w:t>
      </w:r>
      <w:r w:rsidRPr="0038630C">
        <w:rPr>
          <w:rFonts w:ascii="Tahoma" w:hAnsi="Tahoma" w:cs="Tahoma"/>
          <w:rtl/>
        </w:rPr>
        <w:t xml:space="preserve"> به پادشاه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مسلمان سن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بود، اما در درون اسلام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هنوز انتخاب نها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خود را انجام نداده بود.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نبا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جابه‌جا</w:t>
      </w:r>
      <w:r w:rsidRPr="0038630C">
        <w:rPr>
          <w:rFonts w:ascii="Tahoma" w:hAnsi="Tahoma" w:cs="Tahoma" w:hint="cs"/>
          <w:rtl/>
        </w:rPr>
        <w:t>یی‌</w:t>
      </w:r>
      <w:r w:rsidRPr="0038630C">
        <w:rPr>
          <w:rFonts w:ascii="Tahoma" w:hAnsi="Tahoma" w:cs="Tahoma" w:hint="eastAsia"/>
          <w:rtl/>
        </w:rPr>
        <w:t>ها</w:t>
      </w:r>
      <w:r w:rsidRPr="0038630C">
        <w:rPr>
          <w:rFonts w:ascii="Tahoma" w:hAnsi="Tahoma" w:cs="Tahoma"/>
          <w:rtl/>
        </w:rPr>
        <w:t xml:space="preserve"> را تنها نشانهٔ ب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اعتقاد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/>
          <w:rtl/>
        </w:rPr>
        <w:t xml:space="preserve"> باز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دانست. انسان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در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چند دستگاه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پرورش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افته</w:t>
      </w:r>
      <w:r w:rsidRPr="0038630C">
        <w:rPr>
          <w:rFonts w:ascii="Tahoma" w:hAnsi="Tahoma" w:cs="Tahoma"/>
          <w:rtl/>
        </w:rPr>
        <w:t xml:space="preserve"> بود،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واقعاً در جست‌وجو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پاسخ باشد. اما پادشاه هرگز مانند فرد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عاد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مذهب خود را انتخاب نم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 هر انتخاب او در سکه، خطبه، انتصاب ق</w:t>
      </w:r>
      <w:r w:rsidRPr="0038630C">
        <w:rPr>
          <w:rFonts w:ascii="Tahoma" w:hAnsi="Tahoma" w:cs="Tahoma" w:hint="eastAsia"/>
          <w:rtl/>
        </w:rPr>
        <w:t>اض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ان،</w:t>
      </w:r>
      <w:r w:rsidRPr="0038630C">
        <w:rPr>
          <w:rFonts w:ascii="Tahoma" w:hAnsi="Tahoma" w:cs="Tahoma"/>
          <w:rtl/>
        </w:rPr>
        <w:t xml:space="preserve"> 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گاه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نکاران،</w:t>
      </w:r>
      <w:r w:rsidRPr="0038630C">
        <w:rPr>
          <w:rFonts w:ascii="Tahoma" w:hAnsi="Tahoma" w:cs="Tahoma"/>
          <w:rtl/>
        </w:rPr>
        <w:t xml:space="preserve"> موقوفات، روابط خارج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حت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امن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روان</w:t>
      </w:r>
      <w:r w:rsidRPr="0038630C">
        <w:rPr>
          <w:rFonts w:ascii="Tahoma" w:hAnsi="Tahoma" w:cs="Tahoma"/>
          <w:rtl/>
        </w:rPr>
        <w:t xml:space="preserve"> مذاهب گوناگون اثر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گذاشت</w:t>
      </w:r>
      <w:r w:rsidRPr="0038630C">
        <w:rPr>
          <w:rFonts w:ascii="Tahoma" w:hAnsi="Tahoma" w:cs="Tahoma"/>
          <w:rtl/>
        </w:rPr>
        <w:t>. ازا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ن‌رو،</w:t>
      </w:r>
      <w:r w:rsidRPr="0038630C">
        <w:rPr>
          <w:rFonts w:ascii="Tahoma" w:hAnsi="Tahoma" w:cs="Tahoma"/>
          <w:rtl/>
        </w:rPr>
        <w:t xml:space="preserve"> باور شخص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ضرورت 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اس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تصم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م</w:t>
      </w:r>
      <w:r w:rsidRPr="0038630C">
        <w:rPr>
          <w:rFonts w:ascii="Tahoma" w:hAnsi="Tahoma" w:cs="Tahoma"/>
          <w:rtl/>
        </w:rPr>
        <w:t xml:space="preserve"> مذهب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چنان به هم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آم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ختند</w:t>
      </w:r>
      <w:r w:rsidRPr="0038630C">
        <w:rPr>
          <w:rFonts w:ascii="Tahoma" w:hAnsi="Tahoma" w:cs="Tahoma"/>
          <w:rtl/>
        </w:rPr>
        <w:t xml:space="preserve"> که جدا کردن کامل آنها ممکن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ست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در آغاز به مذهب حنف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گرا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افت</w:t>
      </w:r>
      <w:r w:rsidRPr="0038630C">
        <w:rPr>
          <w:rFonts w:ascii="Tahoma" w:hAnsi="Tahoma" w:cs="Tahoma"/>
          <w:rtl/>
        </w:rPr>
        <w:t>.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نکاران</w:t>
      </w:r>
      <w:r w:rsidRPr="0038630C">
        <w:rPr>
          <w:rFonts w:ascii="Tahoma" w:hAnsi="Tahoma" w:cs="Tahoma"/>
          <w:rtl/>
        </w:rPr>
        <w:t xml:space="preserve"> حنف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دربار او نفوذ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</w:t>
      </w:r>
      <w:r w:rsidRPr="0038630C">
        <w:rPr>
          <w:rFonts w:ascii="Tahoma" w:hAnsi="Tahoma" w:cs="Tahoma"/>
          <w:rtl/>
        </w:rPr>
        <w:t xml:space="preserve"> کردند و انتخاب‌ها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قضا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و مذهب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حکومت تا اندازه‌ا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از آنان اثر پذ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رفت</w:t>
      </w:r>
      <w:r w:rsidRPr="0038630C">
        <w:rPr>
          <w:rFonts w:ascii="Tahoma" w:hAnsi="Tahoma" w:cs="Tahoma"/>
          <w:rtl/>
        </w:rPr>
        <w:t>. اما دربار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محل حضور شافع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بود و رقابت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روان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دو مذهب سن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به‌و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ژه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نکاران</w:t>
      </w:r>
      <w:r w:rsidRPr="0038630C">
        <w:rPr>
          <w:rFonts w:ascii="Tahoma" w:hAnsi="Tahoma" w:cs="Tahoma"/>
          <w:rtl/>
        </w:rPr>
        <w:t xml:space="preserve"> نزد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>ک به قدرت، شدت گرفت. مناظره‌ها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که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با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ست</w:t>
      </w:r>
      <w:r w:rsidRPr="0038630C">
        <w:rPr>
          <w:rFonts w:ascii="Tahoma" w:hAnsi="Tahoma" w:cs="Tahoma"/>
          <w:rtl/>
        </w:rPr>
        <w:t xml:space="preserve"> راهنما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پادشاه در شناخت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باشند، گاه به کشمکش بر سر منصب، نفوذ و برتر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دربار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شدند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تازه‌بودن اسلام خاندانش او را به آموختن و انتخاب کردن وام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داشت،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نزاع‌ها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نشانهٔ ناتوان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نکاران</w:t>
      </w:r>
      <w:r w:rsidRPr="0038630C">
        <w:rPr>
          <w:rFonts w:ascii="Tahoma" w:hAnsi="Tahoma" w:cs="Tahoma"/>
          <w:rtl/>
        </w:rPr>
        <w:t xml:space="preserve"> سن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 ارائهٔ نظم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واحد باشد. او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که هر گروه، رأ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خود را حق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قت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معرف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کند</w:t>
      </w:r>
      <w:r w:rsidRPr="0038630C">
        <w:rPr>
          <w:rFonts w:ascii="Tahoma" w:hAnsi="Tahoma" w:cs="Tahoma"/>
          <w:rtl/>
        </w:rPr>
        <w:t xml:space="preserve"> و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نزد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شدن به تاج با گروه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جنگد</w:t>
      </w:r>
      <w:r w:rsidRPr="0038630C">
        <w:rPr>
          <w:rFonts w:ascii="Tahoma" w:hAnsi="Tahoma" w:cs="Tahoma"/>
          <w:rtl/>
        </w:rPr>
        <w:t>. اختلاف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در جامعهٔ اسلام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سابقه‌ا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چندصدساله داشت، در برابر پادشاه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تازه‌مسلمان نه همچون تنوع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درون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سنت، بلکه همچون چندپارگ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سرچشمهٔ حقان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حکمران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جلوه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در</w:t>
      </w:r>
      <w:r w:rsidRPr="0038630C">
        <w:rPr>
          <w:rFonts w:ascii="Tahoma" w:hAnsi="Tahoma" w:cs="Tahoma"/>
          <w:rtl/>
        </w:rPr>
        <w:t xml:space="preserve"> هم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فضا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رقابت بود که اند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شهٔ</w:t>
      </w:r>
      <w:r w:rsidRPr="0038630C">
        <w:rPr>
          <w:rFonts w:ascii="Tahoma" w:hAnsi="Tahoma" w:cs="Tahoma"/>
          <w:rtl/>
        </w:rPr>
        <w:t xml:space="preserve">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</w:t>
      </w:r>
      <w:r w:rsidRPr="0038630C">
        <w:rPr>
          <w:rFonts w:ascii="Tahoma" w:hAnsi="Tahoma" w:cs="Tahoma"/>
          <w:rtl/>
        </w:rPr>
        <w:t xml:space="preserve"> امام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راه خود را به مرکز دربار گشود.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</w:t>
      </w:r>
      <w:r w:rsidRPr="0038630C">
        <w:rPr>
          <w:rFonts w:ascii="Tahoma" w:hAnsi="Tahoma" w:cs="Tahoma"/>
          <w:rtl/>
        </w:rPr>
        <w:t xml:space="preserve">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تنها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از مذاهب موجود نبود.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مذهب روا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متفاوت از رابطهٔ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ن،</w:t>
      </w:r>
      <w:r w:rsidRPr="0038630C">
        <w:rPr>
          <w:rFonts w:ascii="Tahoma" w:hAnsi="Tahoma" w:cs="Tahoma"/>
          <w:rtl/>
        </w:rPr>
        <w:t xml:space="preserve"> حق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و خون ارائه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</w:t>
      </w:r>
      <w:r w:rsidRPr="0038630C">
        <w:rPr>
          <w:rFonts w:ascii="Tahoma" w:hAnsi="Tahoma" w:cs="Tahoma"/>
          <w:rtl/>
        </w:rPr>
        <w:t>. در سنت مغول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خون چنگ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پا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هٔ</w:t>
      </w:r>
      <w:r w:rsidRPr="0038630C">
        <w:rPr>
          <w:rFonts w:ascii="Tahoma" w:hAnsi="Tahoma" w:cs="Tahoma"/>
          <w:rtl/>
        </w:rPr>
        <w:t xml:space="preserve"> حق پادشاه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بود؛ در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ع،</w:t>
      </w:r>
      <w:r w:rsidRPr="0038630C">
        <w:rPr>
          <w:rFonts w:ascii="Tahoma" w:hAnsi="Tahoma" w:cs="Tahoma"/>
          <w:rtl/>
        </w:rPr>
        <w:t xml:space="preserve"> نسب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امبر</w:t>
      </w:r>
      <w:r w:rsidRPr="0038630C">
        <w:rPr>
          <w:rFonts w:ascii="Tahoma" w:hAnsi="Tahoma" w:cs="Tahoma"/>
          <w:rtl/>
        </w:rPr>
        <w:t xml:space="preserve"> و انتقال حق از راه خاندان او 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داشت.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شباهت به معنا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کسان</w:t>
      </w:r>
      <w:r w:rsidRPr="0038630C">
        <w:rPr>
          <w:rFonts w:ascii="Tahoma" w:hAnsi="Tahoma" w:cs="Tahoma"/>
          <w:rtl/>
        </w:rPr>
        <w:t xml:space="preserve"> بودن دو اند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شه</w:t>
      </w:r>
      <w:r w:rsidRPr="0038630C">
        <w:rPr>
          <w:rFonts w:ascii="Tahoma" w:hAnsi="Tahoma" w:cs="Tahoma"/>
          <w:rtl/>
        </w:rPr>
        <w:t xml:space="preserve"> نبود، اما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پادشاه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برخاسته از فرهنگ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که خون را سرچشمهٔ حق فرمانروا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دانست،</w:t>
      </w:r>
      <w:r w:rsidRPr="0038630C">
        <w:rPr>
          <w:rFonts w:ascii="Tahoma" w:hAnsi="Tahoma" w:cs="Tahoma"/>
          <w:rtl/>
        </w:rPr>
        <w:t xml:space="preserve"> قابل فهم و جذاب باشد.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ورود</w:t>
      </w:r>
      <w:r w:rsidRPr="0038630C">
        <w:rPr>
          <w:rFonts w:ascii="Tahoma" w:hAnsi="Tahoma" w:cs="Tahoma"/>
          <w:rtl/>
        </w:rPr>
        <w:t xml:space="preserve">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</w:t>
      </w:r>
      <w:r w:rsidRPr="0038630C">
        <w:rPr>
          <w:rFonts w:ascii="Tahoma" w:hAnsi="Tahoma" w:cs="Tahoma"/>
          <w:rtl/>
        </w:rPr>
        <w:t xml:space="preserve"> به دربار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تو،</w:t>
      </w:r>
      <w:r w:rsidRPr="0038630C">
        <w:rPr>
          <w:rFonts w:ascii="Tahoma" w:hAnsi="Tahoma" w:cs="Tahoma"/>
          <w:rtl/>
        </w:rPr>
        <w:t xml:space="preserve"> در نت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جه،</w:t>
      </w:r>
      <w:r w:rsidRPr="0038630C">
        <w:rPr>
          <w:rFonts w:ascii="Tahoma" w:hAnsi="Tahoma" w:cs="Tahoma"/>
          <w:rtl/>
        </w:rPr>
        <w:t xml:space="preserve"> تنها تغ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عق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دهٔ</w:t>
      </w:r>
      <w:r w:rsidRPr="0038630C">
        <w:rPr>
          <w:rFonts w:ascii="Tahoma" w:hAnsi="Tahoma" w:cs="Tahoma"/>
          <w:rtl/>
        </w:rPr>
        <w:t xml:space="preserve">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فرد نبود.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رو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نکاران</w:t>
      </w:r>
      <w:r w:rsidRPr="0038630C">
        <w:rPr>
          <w:rFonts w:ascii="Tahoma" w:hAnsi="Tahoma" w:cs="Tahoma"/>
          <w:rtl/>
        </w:rPr>
        <w:t xml:space="preserve"> تازه‌ا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به دستگاه قدرت نزد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ک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کرد،</w:t>
      </w:r>
      <w:r w:rsidRPr="0038630C">
        <w:rPr>
          <w:rFonts w:ascii="Tahoma" w:hAnsi="Tahoma" w:cs="Tahoma"/>
          <w:rtl/>
        </w:rPr>
        <w:t xml:space="preserve"> در سکه و خطبه اثر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گذاشت،</w:t>
      </w:r>
      <w:r w:rsidRPr="0038630C">
        <w:rPr>
          <w:rFonts w:ascii="Tahoma" w:hAnsi="Tahoma" w:cs="Tahoma"/>
          <w:rtl/>
        </w:rPr>
        <w:t xml:space="preserve"> موقع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مذاهب سن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را دگرگون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ساخت</w:t>
      </w:r>
      <w:r w:rsidRPr="0038630C">
        <w:rPr>
          <w:rFonts w:ascii="Tahoma" w:hAnsi="Tahoma" w:cs="Tahoma"/>
          <w:rtl/>
        </w:rPr>
        <w:t xml:space="preserve"> و امکان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داد</w:t>
      </w:r>
      <w:r w:rsidRPr="0038630C">
        <w:rPr>
          <w:rFonts w:ascii="Tahoma" w:hAnsi="Tahoma" w:cs="Tahoma"/>
          <w:rtl/>
        </w:rPr>
        <w:t xml:space="preserve"> که تاج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حقان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/>
          <w:rtl/>
        </w:rPr>
        <w:t xml:space="preserve"> خود را با روا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تازه از ت</w:t>
      </w:r>
      <w:r w:rsidRPr="0038630C">
        <w:rPr>
          <w:rFonts w:ascii="Tahoma" w:hAnsi="Tahoma" w:cs="Tahoma" w:hint="eastAsia"/>
          <w:rtl/>
        </w:rPr>
        <w:t>ار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خ</w:t>
      </w:r>
      <w:r w:rsidRPr="0038630C">
        <w:rPr>
          <w:rFonts w:ascii="Tahoma" w:hAnsi="Tahoma" w:cs="Tahoma"/>
          <w:rtl/>
        </w:rPr>
        <w:t xml:space="preserve"> اسلام پ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وند</w:t>
      </w:r>
      <w:r w:rsidRPr="0038630C">
        <w:rPr>
          <w:rFonts w:ascii="Tahoma" w:hAnsi="Tahoma" w:cs="Tahoma"/>
          <w:rtl/>
        </w:rPr>
        <w:t xml:space="preserve"> زند. اما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انتخاب پرسش مهم‌تر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ز</w:t>
      </w:r>
      <w:r w:rsidRPr="0038630C">
        <w:rPr>
          <w:rFonts w:ascii="Tahoma" w:hAnsi="Tahoma" w:cs="Tahoma"/>
          <w:rtl/>
        </w:rPr>
        <w:t xml:space="preserve"> پد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آورد</w:t>
      </w:r>
      <w:r w:rsidRPr="0038630C">
        <w:rPr>
          <w:rFonts w:ascii="Tahoma" w:hAnsi="Tahoma" w:cs="Tahoma"/>
          <w:rtl/>
        </w:rPr>
        <w:t>: آ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/>
          <w:rtl/>
        </w:rPr>
        <w:t xml:space="preserve">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</w:t>
      </w:r>
      <w:r w:rsidRPr="0038630C">
        <w:rPr>
          <w:rFonts w:ascii="Tahoma" w:hAnsi="Tahoma" w:cs="Tahoma"/>
          <w:rtl/>
        </w:rPr>
        <w:t xml:space="preserve">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توانست</w:t>
      </w:r>
      <w:r w:rsidRPr="0038630C">
        <w:rPr>
          <w:rFonts w:ascii="Tahoma" w:hAnsi="Tahoma" w:cs="Tahoma"/>
          <w:rtl/>
        </w:rPr>
        <w:t xml:space="preserve"> از اعتقاد پادشاه فراتر رود و به بن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ماندگار برا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حکومت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ران</w:t>
      </w:r>
      <w:r w:rsidRPr="0038630C">
        <w:rPr>
          <w:rFonts w:ascii="Tahoma" w:hAnsi="Tahoma" w:cs="Tahoma"/>
          <w:rtl/>
        </w:rPr>
        <w:t xml:space="preserve"> تبد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</w:t>
      </w:r>
      <w:r w:rsidRPr="0038630C">
        <w:rPr>
          <w:rFonts w:ascii="Tahoma" w:hAnsi="Tahoma" w:cs="Tahoma"/>
          <w:rtl/>
        </w:rPr>
        <w:t xml:space="preserve"> شود، 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ا</w:t>
      </w:r>
      <w:r w:rsidRPr="0038630C">
        <w:rPr>
          <w:rFonts w:ascii="Tahoma" w:hAnsi="Tahoma" w:cs="Tahoma"/>
          <w:rtl/>
        </w:rPr>
        <w:t xml:space="preserve"> با مرگ او بار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از دستگاه رسم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کنار گذاشته م</w:t>
      </w:r>
      <w:r w:rsidRPr="0038630C">
        <w:rPr>
          <w:rFonts w:ascii="Tahoma" w:hAnsi="Tahoma" w:cs="Tahoma" w:hint="cs"/>
          <w:rtl/>
        </w:rPr>
        <w:t>ی‌</w:t>
      </w:r>
      <w:r w:rsidRPr="0038630C">
        <w:rPr>
          <w:rFonts w:ascii="Tahoma" w:hAnsi="Tahoma" w:cs="Tahoma" w:hint="eastAsia"/>
          <w:rtl/>
        </w:rPr>
        <w:t>شد؟</w:t>
      </w:r>
    </w:p>
    <w:p w:rsidR="0038630C" w:rsidRPr="0038630C" w:rsidRDefault="0038630C" w:rsidP="0038630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8630C">
        <w:rPr>
          <w:rFonts w:ascii="Tahoma" w:hAnsi="Tahoma" w:cs="Tahoma" w:hint="eastAsia"/>
          <w:rtl/>
        </w:rPr>
        <w:t>پاسخ</w:t>
      </w:r>
      <w:r w:rsidRPr="0038630C">
        <w:rPr>
          <w:rFonts w:ascii="Tahoma" w:hAnsi="Tahoma" w:cs="Tahoma"/>
          <w:rtl/>
        </w:rPr>
        <w:t xml:space="preserve">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</w:t>
      </w:r>
      <w:r w:rsidRPr="0038630C">
        <w:rPr>
          <w:rFonts w:ascii="Tahoma" w:hAnsi="Tahoma" w:cs="Tahoma"/>
          <w:rtl/>
        </w:rPr>
        <w:t xml:space="preserve"> پرسش را با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د</w:t>
      </w:r>
      <w:r w:rsidRPr="0038630C">
        <w:rPr>
          <w:rFonts w:ascii="Tahoma" w:hAnsi="Tahoma" w:cs="Tahoma"/>
          <w:rtl/>
        </w:rPr>
        <w:t xml:space="preserve"> در چگونگ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گرا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ش</w:t>
      </w:r>
      <w:r w:rsidRPr="0038630C">
        <w:rPr>
          <w:rFonts w:ascii="Tahoma" w:hAnsi="Tahoma" w:cs="Tahoma"/>
          <w:rtl/>
        </w:rPr>
        <w:t xml:space="preserve"> اولجا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تو</w:t>
      </w:r>
      <w:r w:rsidRPr="0038630C">
        <w:rPr>
          <w:rFonts w:ascii="Tahoma" w:hAnsi="Tahoma" w:cs="Tahoma"/>
          <w:rtl/>
        </w:rPr>
        <w:t xml:space="preserve"> به تش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ع،</w:t>
      </w:r>
      <w:r w:rsidRPr="0038630C">
        <w:rPr>
          <w:rFonts w:ascii="Tahoma" w:hAnsi="Tahoma" w:cs="Tahoma"/>
          <w:rtl/>
        </w:rPr>
        <w:t xml:space="preserve"> نقش علامه حل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/>
          <w:rtl/>
        </w:rPr>
        <w:t xml:space="preserve"> و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گر</w:t>
      </w:r>
      <w:r w:rsidRPr="0038630C">
        <w:rPr>
          <w:rFonts w:ascii="Tahoma" w:hAnsi="Tahoma" w:cs="Tahoma"/>
          <w:rtl/>
        </w:rPr>
        <w:t xml:space="preserve"> د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نکاران</w:t>
      </w:r>
      <w:r w:rsidRPr="0038630C">
        <w:rPr>
          <w:rFonts w:ascii="Tahoma" w:hAnsi="Tahoma" w:cs="Tahoma"/>
          <w:rtl/>
        </w:rPr>
        <w:t xml:space="preserve"> ش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عه،</w:t>
      </w:r>
      <w:r w:rsidRPr="0038630C">
        <w:rPr>
          <w:rFonts w:ascii="Tahoma" w:hAnsi="Tahoma" w:cs="Tahoma"/>
          <w:rtl/>
        </w:rPr>
        <w:t xml:space="preserve"> واکنش عالمان سن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،</w:t>
      </w:r>
      <w:r w:rsidRPr="0038630C">
        <w:rPr>
          <w:rFonts w:ascii="Tahoma" w:hAnsi="Tahoma" w:cs="Tahoma"/>
          <w:rtl/>
        </w:rPr>
        <w:t xml:space="preserve"> تغ</w:t>
      </w:r>
      <w:r w:rsidRPr="0038630C">
        <w:rPr>
          <w:rFonts w:ascii="Tahoma" w:hAnsi="Tahoma" w:cs="Tahoma" w:hint="cs"/>
          <w:rtl/>
        </w:rPr>
        <w:t>یی</w:t>
      </w:r>
      <w:r w:rsidRPr="0038630C">
        <w:rPr>
          <w:rFonts w:ascii="Tahoma" w:hAnsi="Tahoma" w:cs="Tahoma" w:hint="eastAsia"/>
          <w:rtl/>
        </w:rPr>
        <w:t>ر</w:t>
      </w:r>
      <w:r w:rsidRPr="0038630C">
        <w:rPr>
          <w:rFonts w:ascii="Tahoma" w:hAnsi="Tahoma" w:cs="Tahoma"/>
          <w:rtl/>
        </w:rPr>
        <w:t xml:space="preserve"> خطبه و سکه، و سرانجام آنچه پس از مرگ ا</w:t>
      </w:r>
      <w:r w:rsidRPr="0038630C">
        <w:rPr>
          <w:rFonts w:ascii="Tahoma" w:hAnsi="Tahoma" w:cs="Tahoma" w:hint="cs"/>
          <w:rtl/>
        </w:rPr>
        <w:t>ی</w:t>
      </w:r>
      <w:r w:rsidRPr="0038630C">
        <w:rPr>
          <w:rFonts w:ascii="Tahoma" w:hAnsi="Tahoma" w:cs="Tahoma" w:hint="eastAsia"/>
          <w:rtl/>
        </w:rPr>
        <w:t>لخان</w:t>
      </w:r>
      <w:r w:rsidRPr="0038630C">
        <w:rPr>
          <w:rFonts w:ascii="Tahoma" w:hAnsi="Tahoma" w:cs="Tahoma"/>
          <w:rtl/>
        </w:rPr>
        <w:t xml:space="preserve"> رخ داد جست‌وجو کرد.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/>
          <w:rtl/>
        </w:rPr>
        <w:t>گرا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به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دوازده‌امام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حدود سال </w:t>
      </w:r>
      <w:r w:rsidRPr="007532CC">
        <w:rPr>
          <w:rFonts w:ascii="Tahoma" w:hAnsi="Tahoma" w:cs="Tahoma"/>
          <w:rtl/>
          <w:lang w:bidi="fa-IR"/>
        </w:rPr>
        <w:t>۱۳۰۹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/>
          <w:rtl/>
          <w:lang w:bidi="fa-IR"/>
        </w:rPr>
        <w:t>۱۳۱۰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رخ داد، اما گزارش‌ها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مربوط به چگونگ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دگرگون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کسان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ستند</w:t>
      </w:r>
      <w:r w:rsidRPr="007532CC">
        <w:rPr>
          <w:rFonts w:ascii="Tahoma" w:hAnsi="Tahoma" w:cs="Tahoma"/>
          <w:rtl/>
        </w:rPr>
        <w:t>. منابع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 مناظره‌ها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استدلال‌ها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تأک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کنند؛</w:t>
      </w:r>
      <w:r w:rsidRPr="007532CC">
        <w:rPr>
          <w:rFonts w:ascii="Tahoma" w:hAnsi="Tahoma" w:cs="Tahoma"/>
          <w:rtl/>
        </w:rPr>
        <w:t xml:space="preserve"> برخ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منابع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اختلاف و نزاع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حنف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شافع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عامل دل‌زدگ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از مذاهب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دانند؛</w:t>
      </w:r>
      <w:r w:rsidRPr="007532CC">
        <w:rPr>
          <w:rFonts w:ascii="Tahoma" w:hAnsi="Tahoma" w:cs="Tahoma"/>
          <w:rtl/>
        </w:rPr>
        <w:t xml:space="preserve"> و گروه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نفوذ 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و صاحب‌منصبان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و سفر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به عراق را در تصم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</w:t>
      </w:r>
      <w:r w:rsidRPr="007532CC">
        <w:rPr>
          <w:rFonts w:ascii="Tahoma" w:hAnsi="Tahoma" w:cs="Tahoma"/>
          <w:rtl/>
        </w:rPr>
        <w:t xml:space="preserve"> او مؤثر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شمارند</w:t>
      </w:r>
      <w:r w:rsidRPr="007532CC">
        <w:rPr>
          <w:rFonts w:ascii="Tahoma" w:hAnsi="Tahoma" w:cs="Tahoma"/>
          <w:rtl/>
        </w:rPr>
        <w:t>. احتمالاً 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چ‌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عوامل را نبا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به‌تنها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علت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انتخاب دانست. باور شخص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رقابت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نکاران،</w:t>
      </w:r>
      <w:r w:rsidRPr="007532CC">
        <w:rPr>
          <w:rFonts w:ascii="Tahoma" w:hAnsi="Tahoma" w:cs="Tahoma"/>
          <w:rtl/>
        </w:rPr>
        <w:t xml:space="preserve"> مصالح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تاج و ساختار حقان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حکمران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کنار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قرار گرفتند و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را به سو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بردند.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مهم‌تر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کسان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در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دگرگون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نقش داشت، حسن بن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وسف</w:t>
      </w:r>
      <w:r w:rsidRPr="007532CC">
        <w:rPr>
          <w:rFonts w:ascii="Tahoma" w:hAnsi="Tahoma" w:cs="Tahoma"/>
          <w:rtl/>
        </w:rPr>
        <w:t xml:space="preserve"> بن مطهر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مشهور به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بود. او از برجسته‌تر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فق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هان</w:t>
      </w:r>
      <w:r w:rsidRPr="007532CC">
        <w:rPr>
          <w:rFonts w:ascii="Tahoma" w:hAnsi="Tahoma" w:cs="Tahoma"/>
          <w:rtl/>
        </w:rPr>
        <w:t xml:space="preserve"> و متکلمان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عهٔ</w:t>
      </w:r>
      <w:r w:rsidRPr="007532CC">
        <w:rPr>
          <w:rFonts w:ascii="Tahoma" w:hAnsi="Tahoma" w:cs="Tahoma"/>
          <w:rtl/>
        </w:rPr>
        <w:t xml:space="preserve"> 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زمان خود به شمار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رفت</w:t>
      </w:r>
      <w:r w:rsidRPr="007532CC">
        <w:rPr>
          <w:rFonts w:ascii="Tahoma" w:hAnsi="Tahoma" w:cs="Tahoma"/>
          <w:rtl/>
        </w:rPr>
        <w:t xml:space="preserve"> و در فقه، کلام، فلسفه و منطق آثار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متعدد نوشته بود. حضور او در دربار تنها حضور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پاسخ دادن به مسائل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پادشاه نبود.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دستگاه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منسجم از استدلال‌ها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کلام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فقه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اخت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ار</w:t>
      </w:r>
      <w:r w:rsidRPr="007532CC">
        <w:rPr>
          <w:rFonts w:ascii="Tahoma" w:hAnsi="Tahoma" w:cs="Tahoma"/>
          <w:rtl/>
        </w:rPr>
        <w:t xml:space="preserve"> داشت که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دوازده‌امام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نه به‌صورت مجموعه‌ا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عواطف و آ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ن‌ها،</w:t>
      </w:r>
      <w:r w:rsidRPr="007532CC">
        <w:rPr>
          <w:rFonts w:ascii="Tahoma" w:hAnsi="Tahoma" w:cs="Tahoma"/>
          <w:rtl/>
        </w:rPr>
        <w:t xml:space="preserve"> بلکه همچون نظر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کامل دربارهٔ حق فرمانروا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پس از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امبر</w:t>
      </w:r>
      <w:r w:rsidRPr="007532CC">
        <w:rPr>
          <w:rFonts w:ascii="Tahoma" w:hAnsi="Tahoma" w:cs="Tahoma"/>
          <w:rtl/>
        </w:rPr>
        <w:t xml:space="preserve"> عرضه کند.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بر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هٔ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نظر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ه،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امبر</w:t>
      </w:r>
      <w:r w:rsidRPr="007532CC">
        <w:rPr>
          <w:rFonts w:ascii="Tahoma" w:hAnsi="Tahoma" w:cs="Tahoma"/>
          <w:rtl/>
        </w:rPr>
        <w:t xml:space="preserve">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جامعهٔ مسلمانان را بدون تع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جانش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رها کرده باشد. حق هدا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و فرمانروا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پس از او به عل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سپس به امامان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تعلق داشت که از نسل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امبر</w:t>
      </w:r>
      <w:r w:rsidRPr="007532CC">
        <w:rPr>
          <w:rFonts w:ascii="Tahoma" w:hAnsi="Tahoma" w:cs="Tahoma"/>
          <w:rtl/>
        </w:rPr>
        <w:t xml:space="preserve"> و عل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فاطمه بودند. در 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جه،</w:t>
      </w:r>
      <w:r w:rsidRPr="007532CC">
        <w:rPr>
          <w:rFonts w:ascii="Tahoma" w:hAnsi="Tahoma" w:cs="Tahoma"/>
          <w:rtl/>
        </w:rPr>
        <w:t xml:space="preserve"> مسئلهٔ امامت نه انتخاب آزاد مردم و نه 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جهٔ</w:t>
      </w:r>
      <w:r w:rsidRPr="007532CC">
        <w:rPr>
          <w:rFonts w:ascii="Tahoma" w:hAnsi="Tahoma" w:cs="Tahoma"/>
          <w:rtl/>
        </w:rPr>
        <w:t xml:space="preserve"> برتر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>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نظام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بلکه انتقال حق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اله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درون خاندان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بود.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پادشاه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خود در سنت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پرورش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افته</w:t>
      </w:r>
      <w:r w:rsidRPr="007532CC">
        <w:rPr>
          <w:rFonts w:ascii="Tahoma" w:hAnsi="Tahoma" w:cs="Tahoma"/>
          <w:rtl/>
        </w:rPr>
        <w:t xml:space="preserve"> بود که خون چنگ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را شرط اصل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حق پادشاه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دانست،</w:t>
      </w:r>
      <w:r w:rsidRPr="007532CC">
        <w:rPr>
          <w:rFonts w:ascii="Tahoma" w:hAnsi="Tahoma" w:cs="Tahoma"/>
          <w:rtl/>
        </w:rPr>
        <w:t xml:space="preserve"> چن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استدلال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کاملاً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گانه</w:t>
      </w:r>
      <w:r w:rsidRPr="007532CC">
        <w:rPr>
          <w:rFonts w:ascii="Tahoma" w:hAnsi="Tahoma" w:cs="Tahoma"/>
          <w:rtl/>
        </w:rPr>
        <w:t xml:space="preserve"> نبود. او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تفاوت بن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امامت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پادشاه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چنگ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نب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ند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آن </w:t>
      </w:r>
      <w:r w:rsidRPr="007532CC">
        <w:rPr>
          <w:rFonts w:ascii="Tahoma" w:hAnsi="Tahoma" w:cs="Tahoma" w:hint="eastAsia"/>
          <w:rtl/>
        </w:rPr>
        <w:t>را</w:t>
      </w:r>
      <w:r w:rsidRPr="007532CC">
        <w:rPr>
          <w:rFonts w:ascii="Tahoma" w:hAnsi="Tahoma" w:cs="Tahoma"/>
          <w:rtl/>
        </w:rPr>
        <w:t xml:space="preserve"> به سود خود تفس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کند: در هر دو نظام، نسب ممتاز، مدع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رون</w:t>
      </w:r>
      <w:r w:rsidRPr="007532CC">
        <w:rPr>
          <w:rFonts w:ascii="Tahoma" w:hAnsi="Tahoma" w:cs="Tahoma"/>
          <w:rtl/>
        </w:rPr>
        <w:t xml:space="preserve"> از خاندان را از حق فرمانروا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محروم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ساخت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اما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شباهت تنها بخش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مسئله بود. نظر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هٔ</w:t>
      </w:r>
      <w:r w:rsidRPr="007532CC">
        <w:rPr>
          <w:rFonts w:ascii="Tahoma" w:hAnsi="Tahoma" w:cs="Tahoma"/>
          <w:rtl/>
        </w:rPr>
        <w:t xml:space="preserve"> امامت در اصل، حق فرمانروا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غ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رامام</w:t>
      </w:r>
      <w:r w:rsidRPr="007532CC">
        <w:rPr>
          <w:rFonts w:ascii="Tahoma" w:hAnsi="Tahoma" w:cs="Tahoma"/>
          <w:rtl/>
        </w:rPr>
        <w:t xml:space="preserve"> را با پرسش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جد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روبه‌رو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</w:t>
      </w:r>
      <w:r w:rsidRPr="007532CC">
        <w:rPr>
          <w:rFonts w:ascii="Tahoma" w:hAnsi="Tahoma" w:cs="Tahoma"/>
          <w:rtl/>
        </w:rPr>
        <w:t>.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نه از نسل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امبر</w:t>
      </w:r>
      <w:r w:rsidRPr="007532CC">
        <w:rPr>
          <w:rFonts w:ascii="Tahoma" w:hAnsi="Tahoma" w:cs="Tahoma"/>
          <w:rtl/>
        </w:rPr>
        <w:t xml:space="preserve"> بود و نه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خود را امام بداند. ازا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ن‌رو،</w:t>
      </w:r>
      <w:r w:rsidRPr="007532CC">
        <w:rPr>
          <w:rFonts w:ascii="Tahoma" w:hAnsi="Tahoma" w:cs="Tahoma"/>
          <w:rtl/>
        </w:rPr>
        <w:t xml:space="preserve"> پذ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رش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به‌خود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خود</w:t>
      </w:r>
      <w:r w:rsidRPr="007532CC">
        <w:rPr>
          <w:rFonts w:ascii="Tahoma" w:hAnsi="Tahoma" w:cs="Tahoma"/>
          <w:rtl/>
        </w:rPr>
        <w:t xml:space="preserve"> حق فرمانروا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او را ثابت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</w:t>
      </w:r>
      <w:r w:rsidRPr="007532CC">
        <w:rPr>
          <w:rFonts w:ascii="Tahoma" w:hAnsi="Tahoma" w:cs="Tahoma"/>
          <w:rtl/>
        </w:rPr>
        <w:t>. تاج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پر کردن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فاصله به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از</w:t>
      </w:r>
      <w:r w:rsidRPr="007532CC">
        <w:rPr>
          <w:rFonts w:ascii="Tahoma" w:hAnsi="Tahoma" w:cs="Tahoma"/>
          <w:rtl/>
        </w:rPr>
        <w:t xml:space="preserve"> داشت. آنان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توانستند</w:t>
      </w:r>
      <w:r w:rsidRPr="007532CC">
        <w:rPr>
          <w:rFonts w:ascii="Tahoma" w:hAnsi="Tahoma" w:cs="Tahoma"/>
          <w:rtl/>
        </w:rPr>
        <w:t xml:space="preserve"> حکومت پادشاه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غ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رامام</w:t>
      </w:r>
      <w:r w:rsidRPr="007532CC">
        <w:rPr>
          <w:rFonts w:ascii="Tahoma" w:hAnsi="Tahoma" w:cs="Tahoma"/>
          <w:rtl/>
        </w:rPr>
        <w:t xml:space="preserve"> را در دوران غ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بت،</w:t>
      </w:r>
      <w:r w:rsidRPr="007532CC">
        <w:rPr>
          <w:rFonts w:ascii="Tahoma" w:hAnsi="Tahoma" w:cs="Tahoma"/>
          <w:rtl/>
        </w:rPr>
        <w:t xml:space="preserve"> با 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دها</w:t>
      </w:r>
      <w:r w:rsidRPr="007532CC">
        <w:rPr>
          <w:rFonts w:ascii="Tahoma" w:hAnsi="Tahoma" w:cs="Tahoma"/>
          <w:rtl/>
        </w:rPr>
        <w:t xml:space="preserve"> و توج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هات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تحمل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تأ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کنند و در مقابل از 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حکومت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گسترش مذهب خود بهره ببرند. در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نقطه، تاج و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به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شدند،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آنکه</w:t>
      </w:r>
      <w:r w:rsidRPr="007532CC">
        <w:rPr>
          <w:rFonts w:ascii="Tahoma" w:hAnsi="Tahoma" w:cs="Tahoma"/>
          <w:rtl/>
        </w:rPr>
        <w:t xml:space="preserve"> سرچشمهٔ حق خود را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بدانند.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علامه</w:t>
      </w:r>
      <w:r w:rsidRPr="007532CC">
        <w:rPr>
          <w:rFonts w:ascii="Tahoma" w:hAnsi="Tahoma" w:cs="Tahoma"/>
          <w:rtl/>
        </w:rPr>
        <w:t xml:space="preserve">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کتاب‌ها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را به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تقد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</w:t>
      </w:r>
      <w:r w:rsidRPr="007532CC">
        <w:rPr>
          <w:rFonts w:ascii="Tahoma" w:hAnsi="Tahoma" w:cs="Tahoma"/>
          <w:rtl/>
        </w:rPr>
        <w:t xml:space="preserve"> کرد و در آنها برتر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اعتقادات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حقان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امامت عل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فرزندان او را توض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/>
          <w:rtl/>
        </w:rPr>
        <w:t xml:space="preserve"> داد. آثار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مانند «منهاج‌الکرامه» در چن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فضا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نوشته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به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اهدا شدند.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نوشته‌ها تنها رساله‌ها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آموزش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نبودند؛ وارد کردن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دستگاه فکر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درون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حکومت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شمار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رفتند</w:t>
      </w:r>
      <w:r w:rsidRPr="007532CC">
        <w:rPr>
          <w:rFonts w:ascii="Tahoma" w:hAnsi="Tahoma" w:cs="Tahoma"/>
          <w:rtl/>
        </w:rPr>
        <w:t>. استدلال‌ها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کلام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هنگام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در حضور پادشاه عرضه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شدند،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توانستند</w:t>
      </w:r>
      <w:r w:rsidRPr="007532CC">
        <w:rPr>
          <w:rFonts w:ascii="Tahoma" w:hAnsi="Tahoma" w:cs="Tahoma"/>
          <w:rtl/>
        </w:rPr>
        <w:t xml:space="preserve"> در خطبه، سکه، انتصاب قاض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و تقس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</w:t>
      </w:r>
      <w:r w:rsidRPr="007532CC">
        <w:rPr>
          <w:rFonts w:ascii="Tahoma" w:hAnsi="Tahoma" w:cs="Tahoma"/>
          <w:rtl/>
        </w:rPr>
        <w:t xml:space="preserve"> موقوفات اثر بگذارند.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منابع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مناظره‌ها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سخن گفته‌اند که در آنها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مذاهب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روز</w:t>
      </w:r>
      <w:r w:rsidRPr="007532CC">
        <w:rPr>
          <w:rFonts w:ascii="Tahoma" w:hAnsi="Tahoma" w:cs="Tahoma"/>
          <w:rtl/>
        </w:rPr>
        <w:t xml:space="preserve"> شد و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پس از شن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دن</w:t>
      </w:r>
      <w:r w:rsidRPr="007532CC">
        <w:rPr>
          <w:rFonts w:ascii="Tahoma" w:hAnsi="Tahoma" w:cs="Tahoma"/>
          <w:rtl/>
        </w:rPr>
        <w:t xml:space="preserve"> استدلال‌ها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به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گرو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>. اصل حضور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مح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ط</w:t>
      </w:r>
      <w:r w:rsidRPr="007532CC">
        <w:rPr>
          <w:rFonts w:ascii="Tahoma" w:hAnsi="Tahoma" w:cs="Tahoma"/>
          <w:rtl/>
        </w:rPr>
        <w:t xml:space="preserve"> دربار و نفوذ او ترد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دپذ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ست،</w:t>
      </w:r>
      <w:r w:rsidRPr="007532CC">
        <w:rPr>
          <w:rFonts w:ascii="Tahoma" w:hAnsi="Tahoma" w:cs="Tahoma"/>
          <w:rtl/>
        </w:rPr>
        <w:t xml:space="preserve"> اما جزئ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ات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مناظره‌ها در روا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بعد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گسترش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افته</w:t>
      </w:r>
      <w:r w:rsidRPr="007532CC">
        <w:rPr>
          <w:rFonts w:ascii="Tahoma" w:hAnsi="Tahoma" w:cs="Tahoma"/>
          <w:rtl/>
        </w:rPr>
        <w:t xml:space="preserve"> و گاه به داستان‌ها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شده‌اند که هدفشان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گزارش دق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ق</w:t>
      </w:r>
      <w:r w:rsidRPr="007532CC">
        <w:rPr>
          <w:rFonts w:ascii="Tahoma" w:hAnsi="Tahoma" w:cs="Tahoma"/>
          <w:rtl/>
        </w:rPr>
        <w:t xml:space="preserve"> 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داد،</w:t>
      </w:r>
      <w:r w:rsidRPr="007532CC">
        <w:rPr>
          <w:rFonts w:ascii="Tahoma" w:hAnsi="Tahoma" w:cs="Tahoma"/>
          <w:rtl/>
        </w:rPr>
        <w:t xml:space="preserve"> نشان دادن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بر رق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/>
          <w:rtl/>
        </w:rPr>
        <w:t xml:space="preserve"> بوده است. بنابرا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</w:t>
      </w:r>
      <w:r w:rsidRPr="007532CC">
        <w:rPr>
          <w:rFonts w:ascii="Tahoma" w:hAnsi="Tahoma" w:cs="Tahoma"/>
          <w:rtl/>
        </w:rPr>
        <w:t xml:space="preserve"> نقش فکر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پذ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رفت،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آنکه</w:t>
      </w:r>
      <w:r w:rsidRPr="007532CC">
        <w:rPr>
          <w:rFonts w:ascii="Tahoma" w:hAnsi="Tahoma" w:cs="Tahoma"/>
          <w:rtl/>
        </w:rPr>
        <w:t xml:space="preserve"> همهٔ گفت‌وگوها و حکا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منسوب به او و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را گزارش لفظ‌به‌لفظ تار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خ</w:t>
      </w:r>
      <w:r w:rsidRPr="007532CC">
        <w:rPr>
          <w:rFonts w:ascii="Tahoma" w:hAnsi="Tahoma" w:cs="Tahoma"/>
          <w:rtl/>
        </w:rPr>
        <w:t xml:space="preserve"> دانست.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مشهورتر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حکا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ت‌ها</w:t>
      </w:r>
      <w:r w:rsidRPr="007532CC">
        <w:rPr>
          <w:rFonts w:ascii="Tahoma" w:hAnsi="Tahoma" w:cs="Tahoma"/>
          <w:rtl/>
        </w:rPr>
        <w:t xml:space="preserve"> به مسئلهٔ سه‌طلاقه کردن همسر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مربوط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شود</w:t>
      </w:r>
      <w:r w:rsidRPr="007532CC">
        <w:rPr>
          <w:rFonts w:ascii="Tahoma" w:hAnsi="Tahoma" w:cs="Tahoma"/>
          <w:rtl/>
        </w:rPr>
        <w:t>. در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روا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در حال خشم همسر خود را سه‌طلاقه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کند</w:t>
      </w:r>
      <w:r w:rsidRPr="007532CC">
        <w:rPr>
          <w:rFonts w:ascii="Tahoma" w:hAnsi="Tahoma" w:cs="Tahoma"/>
          <w:rtl/>
        </w:rPr>
        <w:t xml:space="preserve"> و فق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هان</w:t>
      </w:r>
      <w:r w:rsidRPr="007532CC">
        <w:rPr>
          <w:rFonts w:ascii="Tahoma" w:hAnsi="Tahoma" w:cs="Tahoma"/>
          <w:rtl/>
        </w:rPr>
        <w:t xml:space="preserve">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بازگشت او را، جز پس از ازدواج زن با مرد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و جدا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از او، ناممکن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دانند</w:t>
      </w:r>
      <w:r w:rsidRPr="007532CC">
        <w:rPr>
          <w:rFonts w:ascii="Tahoma" w:hAnsi="Tahoma" w:cs="Tahoma"/>
          <w:rtl/>
        </w:rPr>
        <w:t>.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وارد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شود</w:t>
      </w:r>
      <w:r w:rsidRPr="007532CC">
        <w:rPr>
          <w:rFonts w:ascii="Tahoma" w:hAnsi="Tahoma" w:cs="Tahoma"/>
          <w:rtl/>
        </w:rPr>
        <w:t xml:space="preserve"> و استدلال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کند</w:t>
      </w:r>
      <w:r w:rsidRPr="007532CC">
        <w:rPr>
          <w:rFonts w:ascii="Tahoma" w:hAnsi="Tahoma" w:cs="Tahoma"/>
          <w:rtl/>
        </w:rPr>
        <w:t xml:space="preserve"> که طلاق به سبب رعا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نشدن شرا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ط</w:t>
      </w:r>
      <w:r w:rsidRPr="007532CC">
        <w:rPr>
          <w:rFonts w:ascii="Tahoma" w:hAnsi="Tahoma" w:cs="Tahoma"/>
          <w:rtl/>
        </w:rPr>
        <w:t xml:space="preserve"> شرع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معتبر نبوده است.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ز،</w:t>
      </w:r>
      <w:r w:rsidRPr="007532CC">
        <w:rPr>
          <w:rFonts w:ascii="Tahoma" w:hAnsi="Tahoma" w:cs="Tahoma"/>
          <w:rtl/>
        </w:rPr>
        <w:t xml:space="preserve"> خشنود از راه‌حل او، به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گرود</w:t>
      </w:r>
      <w:r w:rsidRPr="007532CC">
        <w:rPr>
          <w:rFonts w:ascii="Tahoma" w:hAnsi="Tahoma" w:cs="Tahoma"/>
          <w:rtl/>
        </w:rPr>
        <w:t>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داستان در حافظهٔ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شناخته‌شده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افته</w:t>
      </w:r>
      <w:r w:rsidRPr="007532CC">
        <w:rPr>
          <w:rFonts w:ascii="Tahoma" w:hAnsi="Tahoma" w:cs="Tahoma"/>
          <w:rtl/>
        </w:rPr>
        <w:t xml:space="preserve"> است، اما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</w:t>
      </w:r>
      <w:r w:rsidRPr="007532CC">
        <w:rPr>
          <w:rFonts w:ascii="Tahoma" w:hAnsi="Tahoma" w:cs="Tahoma"/>
          <w:rtl/>
        </w:rPr>
        <w:t xml:space="preserve"> با اطم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نان</w:t>
      </w:r>
      <w:r w:rsidRPr="007532CC">
        <w:rPr>
          <w:rFonts w:ascii="Tahoma" w:hAnsi="Tahoma" w:cs="Tahoma"/>
          <w:rtl/>
        </w:rPr>
        <w:t xml:space="preserve"> آن را علت تار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مذهب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دانست. اهم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داستان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واقع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جزئ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آن، در تصو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است که از رابطهٔ تاج و فق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ارائه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کند</w:t>
      </w:r>
      <w:r w:rsidRPr="007532CC">
        <w:rPr>
          <w:rFonts w:ascii="Tahoma" w:hAnsi="Tahoma" w:cs="Tahoma"/>
          <w:rtl/>
        </w:rPr>
        <w:t>: پادشاه به مشکل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شخص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گرفتار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شود،</w:t>
      </w:r>
      <w:r w:rsidRPr="007532CC">
        <w:rPr>
          <w:rFonts w:ascii="Tahoma" w:hAnsi="Tahoma" w:cs="Tahoma"/>
          <w:rtl/>
        </w:rPr>
        <w:t xml:space="preserve"> فق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هان</w:t>
      </w:r>
      <w:r w:rsidRPr="007532CC">
        <w:rPr>
          <w:rFonts w:ascii="Tahoma" w:hAnsi="Tahoma" w:cs="Tahoma"/>
          <w:rtl/>
        </w:rPr>
        <w:t xml:space="preserve"> مذهب حاکم راه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برابر او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گذارند</w:t>
      </w:r>
      <w:r w:rsidRPr="007532CC">
        <w:rPr>
          <w:rFonts w:ascii="Tahoma" w:hAnsi="Tahoma" w:cs="Tahoma"/>
          <w:rtl/>
        </w:rPr>
        <w:t xml:space="preserve"> و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مذهب رق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ب،</w:t>
      </w:r>
      <w:r w:rsidRPr="007532CC">
        <w:rPr>
          <w:rFonts w:ascii="Tahoma" w:hAnsi="Tahoma" w:cs="Tahoma"/>
          <w:rtl/>
        </w:rPr>
        <w:t xml:space="preserve"> با تفس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متفاوت، گره از کار تاج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گشا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هم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روا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نشان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دهد</w:t>
      </w:r>
      <w:r w:rsidRPr="007532CC">
        <w:rPr>
          <w:rFonts w:ascii="Tahoma" w:hAnsi="Tahoma" w:cs="Tahoma"/>
          <w:rtl/>
        </w:rPr>
        <w:t xml:space="preserve"> که فقه چگونه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به دربار راه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ابد</w:t>
      </w:r>
      <w:r w:rsidRPr="007532CC">
        <w:rPr>
          <w:rFonts w:ascii="Tahoma" w:hAnsi="Tahoma" w:cs="Tahoma"/>
          <w:rtl/>
        </w:rPr>
        <w:t>. تاج از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تنها دعا و تأ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خواست؛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حل مسائل حقوق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خانوادگ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مال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به آنان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از</w:t>
      </w:r>
      <w:r w:rsidRPr="007532CC">
        <w:rPr>
          <w:rFonts w:ascii="Tahoma" w:hAnsi="Tahoma" w:cs="Tahoma"/>
          <w:rtl/>
        </w:rPr>
        <w:t xml:space="preserve"> داشت. در مقابل،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راه‌حل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مورد پسند پادشاه ارائه کند، فرصت م</w:t>
      </w:r>
      <w:r w:rsidRPr="007532CC">
        <w:rPr>
          <w:rFonts w:ascii="Tahoma" w:hAnsi="Tahoma" w:cs="Tahoma" w:hint="cs"/>
          <w:rtl/>
        </w:rPr>
        <w:t>ی‌ی</w:t>
      </w:r>
      <w:r w:rsidRPr="007532CC">
        <w:rPr>
          <w:rFonts w:ascii="Tahoma" w:hAnsi="Tahoma" w:cs="Tahoma" w:hint="eastAsia"/>
          <w:rtl/>
        </w:rPr>
        <w:t>افت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eastAsia"/>
          <w:rtl/>
        </w:rPr>
        <w:t>مذهب</w:t>
      </w:r>
      <w:r w:rsidRPr="007532CC">
        <w:rPr>
          <w:rFonts w:ascii="Tahoma" w:hAnsi="Tahoma" w:cs="Tahoma"/>
          <w:rtl/>
        </w:rPr>
        <w:t xml:space="preserve"> و شبکهٔ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روان</w:t>
      </w:r>
      <w:r w:rsidRPr="007532CC">
        <w:rPr>
          <w:rFonts w:ascii="Tahoma" w:hAnsi="Tahoma" w:cs="Tahoma"/>
          <w:rtl/>
        </w:rPr>
        <w:t xml:space="preserve"> خود را به دستگاه حکومت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سازد. ازا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ن‌رو،</w:t>
      </w:r>
      <w:r w:rsidRPr="007532CC">
        <w:rPr>
          <w:rFonts w:ascii="Tahoma" w:hAnsi="Tahoma" w:cs="Tahoma"/>
          <w:rtl/>
        </w:rPr>
        <w:t xml:space="preserve"> مناظرهٔ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دربار هرگز صرفاً جست‌وجو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طرفانه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کشف حق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قت</w:t>
      </w:r>
      <w:r w:rsidRPr="007532CC">
        <w:rPr>
          <w:rFonts w:ascii="Tahoma" w:hAnsi="Tahoma" w:cs="Tahoma"/>
          <w:rtl/>
        </w:rPr>
        <w:t xml:space="preserve"> نبود؛ هر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فکر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به جابه‌جا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قدرت و منابع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نجامد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پس</w:t>
      </w:r>
      <w:r w:rsidRPr="007532CC">
        <w:rPr>
          <w:rFonts w:ascii="Tahoma" w:hAnsi="Tahoma" w:cs="Tahoma"/>
          <w:rtl/>
        </w:rPr>
        <w:t xml:space="preserve"> از گرا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به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ع،</w:t>
      </w:r>
      <w:r w:rsidRPr="007532CC">
        <w:rPr>
          <w:rFonts w:ascii="Tahoma" w:hAnsi="Tahoma" w:cs="Tahoma"/>
          <w:rtl/>
        </w:rPr>
        <w:t xml:space="preserve"> نشانه‌ها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در ابزارها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عموم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حکومت ظاهر شدند. نام خلفا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نخست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از برخ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سکه‌ها کنار گذاشته شد و نام عل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امامان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بر آنها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گرفت. عبارت‌ها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وابسته به اعتقاد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بر شمار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سکه‌ها نقش بست. دستور داده شد خطب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به نام امامان خوانده شود و صورت اذان در جهت سنت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کند.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اقدامات نشان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دادند</w:t>
      </w:r>
      <w:r w:rsidRPr="007532CC">
        <w:rPr>
          <w:rFonts w:ascii="Tahoma" w:hAnsi="Tahoma" w:cs="Tahoma"/>
          <w:rtl/>
        </w:rPr>
        <w:t xml:space="preserve"> که مذهب پادشاه از حوزهٔ خصوص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فراتر رفته است و تاج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خواهد</w:t>
      </w:r>
      <w:r w:rsidRPr="007532CC">
        <w:rPr>
          <w:rFonts w:ascii="Tahoma" w:hAnsi="Tahoma" w:cs="Tahoma"/>
          <w:rtl/>
        </w:rPr>
        <w:t xml:space="preserve"> آن را در فضا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عموم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قلمرو خود آشکار سازد.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سکه</w:t>
      </w:r>
      <w:r w:rsidRPr="007532CC">
        <w:rPr>
          <w:rFonts w:ascii="Tahoma" w:hAnsi="Tahoma" w:cs="Tahoma"/>
          <w:rtl/>
        </w:rPr>
        <w:t xml:space="preserve"> و خطبه دو وس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لهٔ</w:t>
      </w:r>
      <w:r w:rsidRPr="007532CC">
        <w:rPr>
          <w:rFonts w:ascii="Tahoma" w:hAnsi="Tahoma" w:cs="Tahoma"/>
          <w:rtl/>
        </w:rPr>
        <w:t xml:space="preserve"> اصل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اعلام حاکم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بودند. سکه در دست مردم از شهر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شهر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رفت</w:t>
      </w:r>
      <w:r w:rsidRPr="007532CC">
        <w:rPr>
          <w:rFonts w:ascii="Tahoma" w:hAnsi="Tahoma" w:cs="Tahoma"/>
          <w:rtl/>
        </w:rPr>
        <w:t xml:space="preserve"> و نام و عنوان پادشاه را با خود حمل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</w:t>
      </w:r>
      <w:r w:rsidRPr="007532CC">
        <w:rPr>
          <w:rFonts w:ascii="Tahoma" w:hAnsi="Tahoma" w:cs="Tahoma"/>
          <w:rtl/>
        </w:rPr>
        <w:t>. خطبه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هر هفته در مسجد جامع خوانده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شد</w:t>
      </w:r>
      <w:r w:rsidRPr="007532CC">
        <w:rPr>
          <w:rFonts w:ascii="Tahoma" w:hAnsi="Tahoma" w:cs="Tahoma"/>
          <w:rtl/>
        </w:rPr>
        <w:t xml:space="preserve"> و نام بردن از فرمانروا در آن، پذ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رش</w:t>
      </w:r>
      <w:r w:rsidRPr="007532CC">
        <w:rPr>
          <w:rFonts w:ascii="Tahoma" w:hAnsi="Tahoma" w:cs="Tahoma"/>
          <w:rtl/>
        </w:rPr>
        <w:t xml:space="preserve"> حاکم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او را نشان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داد</w:t>
      </w:r>
      <w:r w:rsidRPr="007532CC">
        <w:rPr>
          <w:rFonts w:ascii="Tahoma" w:hAnsi="Tahoma" w:cs="Tahoma"/>
          <w:rtl/>
        </w:rPr>
        <w:t>. هنگام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نام اماما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دوازده‌گانه بر سکه نقش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بست</w:t>
      </w:r>
      <w:r w:rsidRPr="007532CC">
        <w:rPr>
          <w:rFonts w:ascii="Tahoma" w:hAnsi="Tahoma" w:cs="Tahoma"/>
          <w:rtl/>
        </w:rPr>
        <w:t xml:space="preserve"> و در خطبه خوانده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شد،</w:t>
      </w:r>
      <w:r w:rsidRPr="007532CC">
        <w:rPr>
          <w:rFonts w:ascii="Tahoma" w:hAnsi="Tahoma" w:cs="Tahoma"/>
          <w:rtl/>
        </w:rPr>
        <w:t xml:space="preserve"> تاج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اعلام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</w:t>
      </w:r>
      <w:r w:rsidRPr="007532CC">
        <w:rPr>
          <w:rFonts w:ascii="Tahoma" w:hAnsi="Tahoma" w:cs="Tahoma"/>
          <w:rtl/>
        </w:rPr>
        <w:t xml:space="preserve"> که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پس خود را با روا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تار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خ</w:t>
      </w:r>
      <w:r w:rsidRPr="007532CC">
        <w:rPr>
          <w:rFonts w:ascii="Tahoma" w:hAnsi="Tahoma" w:cs="Tahoma"/>
          <w:rtl/>
        </w:rPr>
        <w:t xml:space="preserve"> اسلام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وند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دهد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اما</w:t>
      </w:r>
      <w:r w:rsidRPr="007532CC">
        <w:rPr>
          <w:rFonts w:ascii="Tahoma" w:hAnsi="Tahoma" w:cs="Tahoma"/>
          <w:rtl/>
        </w:rPr>
        <w:t xml:space="preserve">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شواهد نبا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جه</w:t>
      </w:r>
      <w:r w:rsidRPr="007532CC">
        <w:rPr>
          <w:rFonts w:ascii="Tahoma" w:hAnsi="Tahoma" w:cs="Tahoma"/>
          <w:rtl/>
        </w:rPr>
        <w:t xml:space="preserve"> گرفت که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دوازده‌امام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سراسر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ران،</w:t>
      </w:r>
      <w:r w:rsidRPr="007532CC">
        <w:rPr>
          <w:rFonts w:ascii="Tahoma" w:hAnsi="Tahoma" w:cs="Tahoma"/>
          <w:rtl/>
        </w:rPr>
        <w:t xml:space="preserve"> به همان معنا و استوار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دورهٔ صفو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مذهب رسم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اجبار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کشور شد. حکومت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نه دستگاه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کپارچه‌ا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عق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دهٔ</w:t>
      </w:r>
      <w:r w:rsidRPr="007532CC">
        <w:rPr>
          <w:rFonts w:ascii="Tahoma" w:hAnsi="Tahoma" w:cs="Tahoma"/>
          <w:rtl/>
        </w:rPr>
        <w:t xml:space="preserve"> مردم داشت و نه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شتر</w:t>
      </w:r>
      <w:r w:rsidRPr="007532CC">
        <w:rPr>
          <w:rFonts w:ascii="Tahoma" w:hAnsi="Tahoma" w:cs="Tahoma"/>
          <w:rtl/>
        </w:rPr>
        <w:t xml:space="preserve"> جمع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قلمرو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آمادهٔ پذ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رش</w:t>
      </w:r>
      <w:r w:rsidRPr="007532CC">
        <w:rPr>
          <w:rFonts w:ascii="Tahoma" w:hAnsi="Tahoma" w:cs="Tahoma"/>
          <w:rtl/>
        </w:rPr>
        <w:t xml:space="preserve"> فرمان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eastAsia"/>
          <w:rtl/>
        </w:rPr>
        <w:t>اگهان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زم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نه</w:t>
      </w:r>
      <w:r w:rsidRPr="007532CC">
        <w:rPr>
          <w:rFonts w:ascii="Tahoma" w:hAnsi="Tahoma" w:cs="Tahoma"/>
          <w:rtl/>
        </w:rPr>
        <w:t xml:space="preserve"> بودند. اکثر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مردم بس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شهرها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بودند، قاض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و مدرسان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نهادها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آموزش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قضا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نفوذ داشتند و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وانسالاران</w:t>
      </w:r>
      <w:r w:rsidRPr="007532CC">
        <w:rPr>
          <w:rFonts w:ascii="Tahoma" w:hAnsi="Tahoma" w:cs="Tahoma"/>
          <w:rtl/>
        </w:rPr>
        <w:t xml:space="preserve"> بلندپا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چون رش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از سنت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کردند</w:t>
      </w:r>
      <w:r w:rsidRPr="007532CC">
        <w:rPr>
          <w:rFonts w:ascii="Tahoma" w:hAnsi="Tahoma" w:cs="Tahoma"/>
          <w:rtl/>
        </w:rPr>
        <w:t>.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پادشاه در مرکز دربار و در نشانه‌ها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رسم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حکوم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آشکار شد، اما اجرا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آن در سراسر قلمرو ناهمگون و ناپا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دار</w:t>
      </w:r>
      <w:r w:rsidRPr="007532CC">
        <w:rPr>
          <w:rFonts w:ascii="Tahoma" w:hAnsi="Tahoma" w:cs="Tahoma"/>
          <w:rtl/>
        </w:rPr>
        <w:t xml:space="preserve"> باق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ماند.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گزارش‌ها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از مقاومت مردم و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در شهرها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مانند بغداد،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راز</w:t>
      </w:r>
      <w:r w:rsidRPr="007532CC">
        <w:rPr>
          <w:rFonts w:ascii="Tahoma" w:hAnsi="Tahoma" w:cs="Tahoma"/>
          <w:rtl/>
        </w:rPr>
        <w:t xml:space="preserve"> و اصفهان در برابر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خطبه وجود دارد.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گزارش‌ها در جزئ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ات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کسان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ستند،</w:t>
      </w:r>
      <w:r w:rsidRPr="007532CC">
        <w:rPr>
          <w:rFonts w:ascii="Tahoma" w:hAnsi="Tahoma" w:cs="Tahoma"/>
          <w:rtl/>
        </w:rPr>
        <w:t xml:space="preserve"> اما اصل مقاومت با ساختار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جامعهٔ آن روزگار سازگار است.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مردم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نسل‌ها آ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خود را دنبال کرده بو</w:t>
      </w:r>
      <w:r w:rsidRPr="007532CC">
        <w:rPr>
          <w:rFonts w:ascii="Tahoma" w:hAnsi="Tahoma" w:cs="Tahoma" w:hint="eastAsia"/>
          <w:rtl/>
        </w:rPr>
        <w:t>دند،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عق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دهٔ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به‌خود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خود</w:t>
      </w:r>
      <w:r w:rsidRPr="007532CC">
        <w:rPr>
          <w:rFonts w:ascii="Tahoma" w:hAnsi="Tahoma" w:cs="Tahoma"/>
          <w:rtl/>
        </w:rPr>
        <w:t xml:space="preserve"> حق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قت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تازه بسازد. حکومت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فرمان صادر کند، قاض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منصوب کند و نام‌ها را بر سکه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دهد، اما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با همان سرعت باورها، شبکه‌ها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آموزش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وندها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اجتماع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مردم را دگرگون سازد.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نخست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بار نبود که فرمانروا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بر بخش‌ها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بزرگ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و عراق حکومت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</w:t>
      </w:r>
      <w:r w:rsidRPr="007532CC">
        <w:rPr>
          <w:rFonts w:ascii="Tahoma" w:hAnsi="Tahoma" w:cs="Tahoma"/>
          <w:rtl/>
        </w:rPr>
        <w:t>. آل‌بو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چند قرن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قدرت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آورده بودند و حکومت‌ها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در بخش‌ها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گوناگون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وجود داشتند. اهم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اقدام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در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بود: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</w:t>
      </w:r>
      <w:r w:rsidRPr="007532CC">
        <w:rPr>
          <w:rFonts w:ascii="Tahoma" w:hAnsi="Tahoma" w:cs="Tahoma" w:hint="eastAsia"/>
          <w:rtl/>
        </w:rPr>
        <w:t>جانش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نان</w:t>
      </w:r>
      <w:r w:rsidRPr="007532CC">
        <w:rPr>
          <w:rFonts w:ascii="Tahoma" w:hAnsi="Tahoma" w:cs="Tahoma"/>
          <w:rtl/>
        </w:rPr>
        <w:t xml:space="preserve"> چنگ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ز،</w:t>
      </w:r>
      <w:r w:rsidRPr="007532CC">
        <w:rPr>
          <w:rFonts w:ascii="Tahoma" w:hAnsi="Tahoma" w:cs="Tahoma"/>
          <w:rtl/>
        </w:rPr>
        <w:t xml:space="preserve"> که بر قلمرو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پهناور و دستگاه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برخاسته از فتح مغول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فرمان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راند،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دوازده‌امام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به مرکز دربار آورد و نشانه‌ها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آن را وارد زبان رسم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تاج کرد.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تجربه کوتاه بود، اما نشان داد که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تواند</w:t>
      </w:r>
      <w:r w:rsidRPr="007532CC">
        <w:rPr>
          <w:rFonts w:ascii="Tahoma" w:hAnsi="Tahoma" w:cs="Tahoma"/>
          <w:rtl/>
        </w:rPr>
        <w:t xml:space="preserve"> از محدودهٔ جماعت‌ها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حوزه‌ه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فقه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فراتر رود و به مذهب مورد حما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حکومت بزرگ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شود.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گاه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را تقو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کرد. آنان امکان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افتند</w:t>
      </w:r>
      <w:r w:rsidRPr="007532CC">
        <w:rPr>
          <w:rFonts w:ascii="Tahoma" w:hAnsi="Tahoma" w:cs="Tahoma"/>
          <w:rtl/>
        </w:rPr>
        <w:t xml:space="preserve"> در مناظره‌ها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دربار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حضور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ابند،</w:t>
      </w:r>
      <w:r w:rsidRPr="007532CC">
        <w:rPr>
          <w:rFonts w:ascii="Tahoma" w:hAnsi="Tahoma" w:cs="Tahoma"/>
          <w:rtl/>
        </w:rPr>
        <w:t xml:space="preserve"> کتاب‌ها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خود را به پادشاه تقد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</w:t>
      </w:r>
      <w:r w:rsidRPr="007532CC">
        <w:rPr>
          <w:rFonts w:ascii="Tahoma" w:hAnsi="Tahoma" w:cs="Tahoma"/>
          <w:rtl/>
        </w:rPr>
        <w:t xml:space="preserve"> کنند، از موقوفات و حما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حکومت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بهره بگ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رند</w:t>
      </w:r>
      <w:r w:rsidRPr="007532CC">
        <w:rPr>
          <w:rFonts w:ascii="Tahoma" w:hAnsi="Tahoma" w:cs="Tahoma"/>
          <w:rtl/>
        </w:rPr>
        <w:t xml:space="preserve"> و شبکه‌ها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آموزش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خود را گسترش دهند. همراه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گروه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شاگردان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با اردو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سلطان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سبب شد دانش و آموزش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تنها به مدرسه‌ا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ثابت محدود نماند. دربار متحرک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خود به مجلس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ار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بحث و تدر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</w:t>
      </w:r>
      <w:r w:rsidRPr="007532CC">
        <w:rPr>
          <w:rFonts w:ascii="Tahoma" w:hAnsi="Tahoma" w:cs="Tahoma"/>
          <w:rtl/>
        </w:rPr>
        <w:t xml:space="preserve">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شود و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را همراه تاج از نقطه‌ا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نقطهٔ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ببرد.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حال خطرها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داشت.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با 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پادشاه بالا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آمد،</w:t>
      </w:r>
      <w:r w:rsidRPr="007532CC">
        <w:rPr>
          <w:rFonts w:ascii="Tahoma" w:hAnsi="Tahoma" w:cs="Tahoma"/>
          <w:rtl/>
        </w:rPr>
        <w:t xml:space="preserve"> با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نظر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مرگ همان پادشاه ممکن بود موقع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خود را از دست بدهد.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قدرت و امن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تشان</w:t>
      </w:r>
      <w:r w:rsidRPr="007532CC">
        <w:rPr>
          <w:rFonts w:ascii="Tahoma" w:hAnsi="Tahoma" w:cs="Tahoma"/>
          <w:rtl/>
        </w:rPr>
        <w:t xml:space="preserve"> به دربار وابسته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شد،</w:t>
      </w:r>
      <w:r w:rsidRPr="007532CC">
        <w:rPr>
          <w:rFonts w:ascii="Tahoma" w:hAnsi="Tahoma" w:cs="Tahoma"/>
          <w:rtl/>
        </w:rPr>
        <w:t xml:space="preserve"> ناچار بودند در رقابت‌ها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آن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وارد شوند. آن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حفظ نفوذ خود به وز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ران،</w:t>
      </w:r>
      <w:r w:rsidRPr="007532CC">
        <w:rPr>
          <w:rFonts w:ascii="Tahoma" w:hAnsi="Tahoma" w:cs="Tahoma"/>
          <w:rtl/>
        </w:rPr>
        <w:t xml:space="preserve"> 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و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کان</w:t>
      </w:r>
      <w:r w:rsidRPr="007532CC">
        <w:rPr>
          <w:rFonts w:ascii="Tahoma" w:hAnsi="Tahoma" w:cs="Tahoma"/>
          <w:rtl/>
        </w:rPr>
        <w:t xml:space="preserve"> سلطان تک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کردند</w:t>
      </w:r>
      <w:r w:rsidRPr="007532CC">
        <w:rPr>
          <w:rFonts w:ascii="Tahoma" w:hAnsi="Tahoma" w:cs="Tahoma"/>
          <w:rtl/>
        </w:rPr>
        <w:t xml:space="preserve"> و شکست هر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گروه‌ها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گاه</w:t>
      </w:r>
      <w:r w:rsidRPr="007532CC">
        <w:rPr>
          <w:rFonts w:ascii="Tahoma" w:hAnsi="Tahoma" w:cs="Tahoma"/>
          <w:rtl/>
        </w:rPr>
        <w:t xml:space="preserve"> مذهب مورد حما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آنان را تضع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ف</w:t>
      </w:r>
      <w:r w:rsidRPr="007532CC">
        <w:rPr>
          <w:rFonts w:ascii="Tahoma" w:hAnsi="Tahoma" w:cs="Tahoma"/>
          <w:rtl/>
        </w:rPr>
        <w:t xml:space="preserve"> کند.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تاج‌الد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آوج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جمله صاحب‌منصبان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به دربار بود که در گسترش نفوذ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نقش داشت. اما او و فرزندش در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سقوط سعدالد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ساوج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گرفتار شدند و کشته شدند. سعدالد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ن،</w:t>
      </w:r>
      <w:r w:rsidRPr="007532CC">
        <w:rPr>
          <w:rFonts w:ascii="Tahoma" w:hAnsi="Tahoma" w:cs="Tahoma"/>
          <w:rtl/>
        </w:rPr>
        <w:t xml:space="preserve"> که همراه رش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در رأس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وان</w:t>
      </w:r>
      <w:r w:rsidRPr="007532CC">
        <w:rPr>
          <w:rFonts w:ascii="Tahoma" w:hAnsi="Tahoma" w:cs="Tahoma"/>
          <w:rtl/>
        </w:rPr>
        <w:t xml:space="preserve"> قرار داشت، در سال </w:t>
      </w:r>
      <w:r w:rsidRPr="007532CC">
        <w:rPr>
          <w:rFonts w:ascii="Tahoma" w:hAnsi="Tahoma" w:cs="Tahoma"/>
          <w:rtl/>
          <w:lang w:bidi="fa-IR"/>
        </w:rPr>
        <w:t>۱۳۱۲</w:t>
      </w:r>
      <w:r w:rsidRPr="007532CC">
        <w:rPr>
          <w:rFonts w:ascii="Tahoma" w:hAnsi="Tahoma" w:cs="Tahoma"/>
          <w:rtl/>
        </w:rPr>
        <w:t xml:space="preserve"> به اتهام فساد و 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انت</w:t>
      </w:r>
      <w:r w:rsidRPr="007532CC">
        <w:rPr>
          <w:rFonts w:ascii="Tahoma" w:hAnsi="Tahoma" w:cs="Tahoma"/>
          <w:rtl/>
        </w:rPr>
        <w:t xml:space="preserve"> از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برد</w:t>
      </w:r>
      <w:r w:rsidRPr="007532CC">
        <w:rPr>
          <w:rFonts w:ascii="Tahoma" w:hAnsi="Tahoma" w:cs="Tahoma" w:hint="eastAsia"/>
          <w:rtl/>
        </w:rPr>
        <w:t>اشته</w:t>
      </w:r>
      <w:r w:rsidRPr="007532CC">
        <w:rPr>
          <w:rFonts w:ascii="Tahoma" w:hAnsi="Tahoma" w:cs="Tahoma"/>
          <w:rtl/>
        </w:rPr>
        <w:t xml:space="preserve"> شد.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نکه</w:t>
      </w:r>
      <w:r w:rsidRPr="007532CC">
        <w:rPr>
          <w:rFonts w:ascii="Tahoma" w:hAnsi="Tahoma" w:cs="Tahoma"/>
          <w:rtl/>
        </w:rPr>
        <w:t xml:space="preserve"> اتهامات تا چه اندازه واقع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تا چه اندازه 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جهٔ</w:t>
      </w:r>
      <w:r w:rsidRPr="007532CC">
        <w:rPr>
          <w:rFonts w:ascii="Tahoma" w:hAnsi="Tahoma" w:cs="Tahoma"/>
          <w:rtl/>
        </w:rPr>
        <w:t xml:space="preserve"> رقابت‌ها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دربار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بود، به‌آسان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روشن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شود؛</w:t>
      </w:r>
      <w:r w:rsidRPr="007532CC">
        <w:rPr>
          <w:rFonts w:ascii="Tahoma" w:hAnsi="Tahoma" w:cs="Tahoma"/>
          <w:rtl/>
        </w:rPr>
        <w:t xml:space="preserve"> 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</w:t>
      </w:r>
      <w:r w:rsidRPr="007532CC">
        <w:rPr>
          <w:rFonts w:ascii="Tahoma" w:hAnsi="Tahoma" w:cs="Tahoma"/>
          <w:rtl/>
        </w:rPr>
        <w:t xml:space="preserve"> در حکومت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برکنار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غالباً با نسبت دادن 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انت</w:t>
      </w:r>
      <w:r w:rsidRPr="007532CC">
        <w:rPr>
          <w:rFonts w:ascii="Tahoma" w:hAnsi="Tahoma" w:cs="Tahoma"/>
          <w:rtl/>
        </w:rPr>
        <w:t xml:space="preserve"> و مصادرهٔ اموال او همراه بود.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سقوط</w:t>
      </w:r>
      <w:r w:rsidRPr="007532CC">
        <w:rPr>
          <w:rFonts w:ascii="Tahoma" w:hAnsi="Tahoma" w:cs="Tahoma"/>
          <w:rtl/>
        </w:rPr>
        <w:t xml:space="preserve"> سعدالد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تنها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ادار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نبود. شبکه‌ا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وابستگان، حام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و همکاران او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آس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و بخش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در دربار تضع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ف</w:t>
      </w:r>
      <w:r w:rsidRPr="007532CC">
        <w:rPr>
          <w:rFonts w:ascii="Tahoma" w:hAnsi="Tahoma" w:cs="Tahoma"/>
          <w:rtl/>
        </w:rPr>
        <w:t xml:space="preserve"> شد. تاج‌الد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عل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شاه</w:t>
      </w:r>
      <w:r w:rsidRPr="007532CC">
        <w:rPr>
          <w:rFonts w:ascii="Tahoma" w:hAnsi="Tahoma" w:cs="Tahoma"/>
          <w:rtl/>
        </w:rPr>
        <w:t xml:space="preserve"> 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بالا آمد و در کنار رش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قرار گرفت.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روشن شد که سرنوشت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eastAsia"/>
          <w:rtl/>
        </w:rPr>
        <w:t>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رقابت‌ها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جدا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</w:t>
      </w:r>
      <w:r w:rsidRPr="007532CC">
        <w:rPr>
          <w:rFonts w:ascii="Tahoma" w:hAnsi="Tahoma" w:cs="Tahoma"/>
          <w:rtl/>
        </w:rPr>
        <w:t>.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توانستند</w:t>
      </w:r>
      <w:r w:rsidRPr="007532CC">
        <w:rPr>
          <w:rFonts w:ascii="Tahoma" w:hAnsi="Tahoma" w:cs="Tahoma"/>
          <w:rtl/>
        </w:rPr>
        <w:t xml:space="preserve"> دربارهٔ امامت و حق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قت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مناظره کنند، اما گسترش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محدود شدن نفوذ آنان به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بستگ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داشت که کدام وز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و 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به پادشاه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ک‌تر</w:t>
      </w:r>
      <w:r w:rsidRPr="007532CC">
        <w:rPr>
          <w:rFonts w:ascii="Tahoma" w:hAnsi="Tahoma" w:cs="Tahoma"/>
          <w:rtl/>
        </w:rPr>
        <w:t xml:space="preserve"> باشد.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خود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تا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عمر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کاملاً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کدست</w:t>
      </w:r>
      <w:r w:rsidRPr="007532CC">
        <w:rPr>
          <w:rFonts w:ascii="Tahoma" w:hAnsi="Tahoma" w:cs="Tahoma"/>
          <w:rtl/>
        </w:rPr>
        <w:t xml:space="preserve"> و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رناپذ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در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نگرفت. دربارهٔ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نکه</w:t>
      </w:r>
      <w:r w:rsidRPr="007532CC">
        <w:rPr>
          <w:rFonts w:ascii="Tahoma" w:hAnsi="Tahoma" w:cs="Tahoma"/>
          <w:rtl/>
        </w:rPr>
        <w:t xml:space="preserve"> او در سال‌ها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زندگ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همچنان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ماند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به مذهب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بازگشت، منابع اختلاف دارند. بر برخ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سکه‌ها و در بعض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فرمان‌ها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متأخر، نشانه‌ها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</w:t>
      </w:r>
      <w:r w:rsidRPr="007532CC">
        <w:rPr>
          <w:rFonts w:ascii="Tahoma" w:hAnsi="Tahoma" w:cs="Tahoma"/>
          <w:rtl/>
        </w:rPr>
        <w:t xml:space="preserve"> شده است که از بازگشت نام خلفا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نخست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حکا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کند</w:t>
      </w:r>
      <w:r w:rsidRPr="007532CC">
        <w:rPr>
          <w:rFonts w:ascii="Tahoma" w:hAnsi="Tahoma" w:cs="Tahoma"/>
          <w:rtl/>
        </w:rPr>
        <w:t>. گروه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امر را دل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بازگشت اعتقاد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به تسنن دانسته‌اند و گروه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آن را عقب‌نش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برابر مقاومت عموم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نفوذ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شمرده‌اند.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دو احتمال از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جدا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ستند</w:t>
      </w:r>
      <w:r w:rsidRPr="007532CC">
        <w:rPr>
          <w:rFonts w:ascii="Tahoma" w:hAnsi="Tahoma" w:cs="Tahoma"/>
          <w:rtl/>
        </w:rPr>
        <w:t>. در پادشاه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تو،</w:t>
      </w:r>
      <w:r w:rsidRPr="007532CC">
        <w:rPr>
          <w:rFonts w:ascii="Tahoma" w:hAnsi="Tahoma" w:cs="Tahoma"/>
          <w:rtl/>
        </w:rPr>
        <w:t xml:space="preserve"> باور شخص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عموم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همواره درهم‌تن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</w:t>
      </w:r>
      <w:r w:rsidRPr="007532CC">
        <w:rPr>
          <w:rFonts w:ascii="Tahoma" w:hAnsi="Tahoma" w:cs="Tahoma"/>
          <w:rtl/>
        </w:rPr>
        <w:t xml:space="preserve"> بودند. ممکن است او در اعتقاد خود باق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مانده، اما در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افته</w:t>
      </w:r>
      <w:r w:rsidRPr="007532CC">
        <w:rPr>
          <w:rFonts w:ascii="Tahoma" w:hAnsi="Tahoma" w:cs="Tahoma"/>
          <w:rtl/>
        </w:rPr>
        <w:t xml:space="preserve"> باشد که واداشتن همهٔ قلمرو به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انتخاب شخص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هز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فا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</w:t>
      </w:r>
      <w:r w:rsidRPr="007532CC">
        <w:rPr>
          <w:rFonts w:ascii="Tahoma" w:hAnsi="Tahoma" w:cs="Tahoma"/>
          <w:rtl/>
        </w:rPr>
        <w:t xml:space="preserve"> دارد. همچن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ممکن است جس</w:t>
      </w:r>
      <w:r w:rsidRPr="007532CC">
        <w:rPr>
          <w:rFonts w:ascii="Tahoma" w:hAnsi="Tahoma" w:cs="Tahoma" w:hint="eastAsia"/>
          <w:rtl/>
        </w:rPr>
        <w:t>ت‌وجو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ادامه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افته</w:t>
      </w:r>
      <w:r w:rsidRPr="007532CC">
        <w:rPr>
          <w:rFonts w:ascii="Tahoma" w:hAnsi="Tahoma" w:cs="Tahoma"/>
          <w:rtl/>
        </w:rPr>
        <w:t xml:space="preserve"> و نظرش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کرده باشد. شواهد موجود اجازه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دهند</w:t>
      </w:r>
      <w:r w:rsidRPr="007532CC">
        <w:rPr>
          <w:rFonts w:ascii="Tahoma" w:hAnsi="Tahoma" w:cs="Tahoma"/>
          <w:rtl/>
        </w:rPr>
        <w:t xml:space="preserve"> با قطع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دو تفس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را برگز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آنچه</w:t>
      </w:r>
      <w:r w:rsidRPr="007532CC">
        <w:rPr>
          <w:rFonts w:ascii="Tahoma" w:hAnsi="Tahoma" w:cs="Tahoma"/>
          <w:rtl/>
        </w:rPr>
        <w:t xml:space="preserve"> روشن‌تر به نظر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رسد،</w:t>
      </w:r>
      <w:r w:rsidRPr="007532CC">
        <w:rPr>
          <w:rFonts w:ascii="Tahoma" w:hAnsi="Tahoma" w:cs="Tahoma"/>
          <w:rtl/>
        </w:rPr>
        <w:t xml:space="preserve"> ناتوان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تاج در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تصم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به نظم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ماندگار است.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فاقد دستگاه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بود که بتواند پس از مرگ او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حکومت را ادامه دهد.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هنوز در سراسر کشور شبکه‌ا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برتر از نهادها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نداشتند.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در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مسئله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کپارچه</w:t>
      </w:r>
      <w:r w:rsidRPr="007532CC">
        <w:rPr>
          <w:rFonts w:ascii="Tahoma" w:hAnsi="Tahoma" w:cs="Tahoma"/>
          <w:rtl/>
        </w:rPr>
        <w:t xml:space="preserve"> نبود و قشون مغول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آنکه به اختلافات فقه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بند</w:t>
      </w:r>
      <w:r w:rsidRPr="007532CC">
        <w:rPr>
          <w:rFonts w:ascii="Tahoma" w:hAnsi="Tahoma" w:cs="Tahoma"/>
          <w:rtl/>
        </w:rPr>
        <w:t xml:space="preserve"> باشد، به وفادار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خاندان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منافع 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توجه داشت.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در</w:t>
      </w:r>
      <w:r w:rsidRPr="007532CC">
        <w:rPr>
          <w:rFonts w:ascii="Tahoma" w:hAnsi="Tahoma" w:cs="Tahoma"/>
          <w:rtl/>
        </w:rPr>
        <w:t xml:space="preserve"> هم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دوره، رفتار حکومت با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سخت‌تر شد. مغولان نخست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ن،</w:t>
      </w:r>
      <w:r w:rsidRPr="007532CC">
        <w:rPr>
          <w:rFonts w:ascii="Tahoma" w:hAnsi="Tahoma" w:cs="Tahoma"/>
          <w:rtl/>
        </w:rPr>
        <w:t xml:space="preserve"> به سبب حضور شاهزادگان و خاتون‌ها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خاندان‌ها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خود و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به دل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مدارا با 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گوناگون، غالباً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ساها</w:t>
      </w:r>
      <w:r w:rsidRPr="007532CC">
        <w:rPr>
          <w:rFonts w:ascii="Tahoma" w:hAnsi="Tahoma" w:cs="Tahoma"/>
          <w:rtl/>
        </w:rPr>
        <w:t xml:space="preserve"> و رهبران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امن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و امت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ازها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فراهم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کردند</w:t>
      </w:r>
      <w:r w:rsidRPr="007532CC">
        <w:rPr>
          <w:rFonts w:ascii="Tahoma" w:hAnsi="Tahoma" w:cs="Tahoma"/>
          <w:rtl/>
        </w:rPr>
        <w:t xml:space="preserve">. اما پس از مسلمان </w:t>
      </w:r>
      <w:r w:rsidRPr="007532CC">
        <w:rPr>
          <w:rFonts w:ascii="Tahoma" w:hAnsi="Tahoma" w:cs="Tahoma" w:hint="eastAsia"/>
          <w:rtl/>
        </w:rPr>
        <w:t>شدن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لخانان،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تعادل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کرد. در زمان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تو،</w:t>
      </w:r>
      <w:r w:rsidRPr="007532CC">
        <w:rPr>
          <w:rFonts w:ascii="Tahoma" w:hAnsi="Tahoma" w:cs="Tahoma"/>
          <w:rtl/>
        </w:rPr>
        <w:t xml:space="preserve"> برخوردها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خشونت‌آم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با جماعت‌ها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رخ داد که مهم‌تر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آنها سقوط قلعهٔ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ارب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در سال </w:t>
      </w:r>
      <w:r w:rsidRPr="007532CC">
        <w:rPr>
          <w:rFonts w:ascii="Tahoma" w:hAnsi="Tahoma" w:cs="Tahoma"/>
          <w:rtl/>
          <w:lang w:bidi="fa-IR"/>
        </w:rPr>
        <w:t>۱۳۱۰</w:t>
      </w:r>
      <w:r w:rsidRPr="007532CC">
        <w:rPr>
          <w:rFonts w:ascii="Tahoma" w:hAnsi="Tahoma" w:cs="Tahoma"/>
          <w:rtl/>
        </w:rPr>
        <w:t xml:space="preserve"> بود. پس از محاصره، بس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مدافعان و ساکنان آن کشته شدند.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رو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داد</w:t>
      </w:r>
      <w:r w:rsidRPr="007532CC">
        <w:rPr>
          <w:rFonts w:ascii="Tahoma" w:hAnsi="Tahoma" w:cs="Tahoma"/>
          <w:rtl/>
        </w:rPr>
        <w:t xml:space="preserve"> نشان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داد</w:t>
      </w:r>
      <w:r w:rsidRPr="007532CC">
        <w:rPr>
          <w:rFonts w:ascii="Tahoma" w:hAnsi="Tahoma" w:cs="Tahoma"/>
          <w:rtl/>
        </w:rPr>
        <w:t xml:space="preserve"> که مسلمان شدن تاج تنها به افزا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شمار مسجدها و مدرسه‌ها محدود نمانده است. هنگام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به سرچشمهٔ حقان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حکمران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شود،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روان</w:t>
      </w:r>
      <w:r w:rsidRPr="007532CC">
        <w:rPr>
          <w:rFonts w:ascii="Tahoma" w:hAnsi="Tahoma" w:cs="Tahoma"/>
          <w:rtl/>
        </w:rPr>
        <w:t xml:space="preserve"> 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ممکن است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گاه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خود را از دست بدهند. مدارا در حکومت مغول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هرگز حق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برابر و تضم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ن‌شده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همهٔ مردم نبود؛ امت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بود که پادشاه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اعطا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پس بگ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رد</w:t>
      </w:r>
      <w:r w:rsidRPr="007532CC">
        <w:rPr>
          <w:rFonts w:ascii="Tahoma" w:hAnsi="Tahoma" w:cs="Tahoma"/>
          <w:rtl/>
        </w:rPr>
        <w:t>. همان تاج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که در زمان ارغون از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حما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کرد،</w:t>
      </w:r>
      <w:r w:rsidRPr="007532CC">
        <w:rPr>
          <w:rFonts w:ascii="Tahoma" w:hAnsi="Tahoma" w:cs="Tahoma"/>
          <w:rtl/>
        </w:rPr>
        <w:t xml:space="preserve"> در دوران جانش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نان</w:t>
      </w:r>
      <w:r w:rsidRPr="007532CC">
        <w:rPr>
          <w:rFonts w:ascii="Tahoma" w:hAnsi="Tahoma" w:cs="Tahoma"/>
          <w:rtl/>
        </w:rPr>
        <w:t xml:space="preserve"> مسلمان او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توانست</w:t>
      </w:r>
      <w:r w:rsidRPr="007532CC">
        <w:rPr>
          <w:rFonts w:ascii="Tahoma" w:hAnsi="Tahoma" w:cs="Tahoma"/>
          <w:rtl/>
        </w:rPr>
        <w:t xml:space="preserve"> آنان را از امن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محروم سازد.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در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خارج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نتوانست تضاد با ممال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را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دهد.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او فاصلهٔ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تازه‌ا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 حکومت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مصر پد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آورد، اما دشمن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دو دولت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آغاز شده بود و 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اصل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آن در رقابت بر سر سور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ه،</w:t>
      </w:r>
      <w:r w:rsidRPr="007532CC">
        <w:rPr>
          <w:rFonts w:ascii="Tahoma" w:hAnsi="Tahoma" w:cs="Tahoma"/>
          <w:rtl/>
        </w:rPr>
        <w:t xml:space="preserve"> عراق، راه‌ها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بازرگان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برتر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منطقه‌ا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قرار </w:t>
      </w:r>
      <w:r w:rsidRPr="007532CC">
        <w:rPr>
          <w:rFonts w:ascii="Tahoma" w:hAnsi="Tahoma" w:cs="Tahoma" w:hint="eastAsia"/>
          <w:rtl/>
        </w:rPr>
        <w:t>داشت</w:t>
      </w:r>
      <w:r w:rsidRPr="007532CC">
        <w:rPr>
          <w:rFonts w:ascii="Tahoma" w:hAnsi="Tahoma" w:cs="Tahoma"/>
          <w:rtl/>
        </w:rPr>
        <w:t>.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همچنان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افتن</w:t>
      </w:r>
      <w:r w:rsidRPr="007532CC">
        <w:rPr>
          <w:rFonts w:ascii="Tahoma" w:hAnsi="Tahoma" w:cs="Tahoma"/>
          <w:rtl/>
        </w:rPr>
        <w:t xml:space="preserve"> متحدان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اروپا تلاش کرد و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سودا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حمله به قلمرو ممال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را در سر پروراند، اما ه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چ</w:t>
      </w:r>
      <w:r w:rsidRPr="007532CC">
        <w:rPr>
          <w:rFonts w:ascii="Tahoma" w:hAnsi="Tahoma" w:cs="Tahoma"/>
          <w:rtl/>
        </w:rPr>
        <w:t xml:space="preserve"> اتحاد مؤثر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شکل نگرفت و عمل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ات</w:t>
      </w:r>
      <w:r w:rsidRPr="007532CC">
        <w:rPr>
          <w:rFonts w:ascii="Tahoma" w:hAnsi="Tahoma" w:cs="Tahoma"/>
          <w:rtl/>
        </w:rPr>
        <w:t xml:space="preserve"> نظام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جه‌ا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دار</w:t>
      </w:r>
      <w:r w:rsidRPr="007532CC">
        <w:rPr>
          <w:rFonts w:ascii="Tahoma" w:hAnsi="Tahoma" w:cs="Tahoma"/>
          <w:rtl/>
        </w:rPr>
        <w:t xml:space="preserve"> نداشت.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واقع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نشان داد که مذهب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تواند</w:t>
      </w:r>
      <w:r w:rsidRPr="007532CC">
        <w:rPr>
          <w:rFonts w:ascii="Tahoma" w:hAnsi="Tahoma" w:cs="Tahoma"/>
          <w:rtl/>
        </w:rPr>
        <w:t xml:space="preserve"> زبان توج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است</w:t>
      </w:r>
      <w:r w:rsidRPr="007532CC">
        <w:rPr>
          <w:rFonts w:ascii="Tahoma" w:hAnsi="Tahoma" w:cs="Tahoma"/>
          <w:rtl/>
        </w:rPr>
        <w:t xml:space="preserve"> باشد، اما الزاماً جهت آن را تع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کند</w:t>
      </w:r>
      <w:r w:rsidRPr="007532CC">
        <w:rPr>
          <w:rFonts w:ascii="Tahoma" w:hAnsi="Tahoma" w:cs="Tahoma"/>
          <w:rtl/>
        </w:rPr>
        <w:t>. غازان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 ممال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جنگ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</w:t>
      </w:r>
      <w:r w:rsidRPr="007532CC">
        <w:rPr>
          <w:rFonts w:ascii="Tahoma" w:hAnsi="Tahoma" w:cs="Tahoma"/>
          <w:rtl/>
        </w:rPr>
        <w:t xml:space="preserve"> بود و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همان جنگ را ادامه داد. در مقابل، هر دو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مسلمان آماده بودند با پادشاهان مس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ح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عل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ممال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همکار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کنند. حکومت‌ها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آنکه بر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هٔ</w:t>
      </w:r>
      <w:r w:rsidRPr="007532CC">
        <w:rPr>
          <w:rFonts w:ascii="Tahoma" w:hAnsi="Tahoma" w:cs="Tahoma"/>
          <w:rtl/>
        </w:rPr>
        <w:t xml:space="preserve"> اشتراک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دوست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/>
          <w:rtl/>
        </w:rPr>
        <w:t xml:space="preserve"> دشمن شوند، به امن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ت،</w:t>
      </w:r>
      <w:r w:rsidRPr="007532CC">
        <w:rPr>
          <w:rFonts w:ascii="Tahoma" w:hAnsi="Tahoma" w:cs="Tahoma"/>
          <w:rtl/>
        </w:rPr>
        <w:t xml:space="preserve"> راه‌ها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تجار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مرزها و موازنهٔ قدرت خود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اند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دند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در دسامبر </w:t>
      </w:r>
      <w:r w:rsidRPr="007532CC">
        <w:rPr>
          <w:rFonts w:ascii="Tahoma" w:hAnsi="Tahoma" w:cs="Tahoma"/>
          <w:rtl/>
          <w:lang w:bidi="fa-IR"/>
        </w:rPr>
        <w:t>۱۳۱۶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در سلطان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درگذشت و در همان بنا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بزرگ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خاک سپرده شد که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جاودانه کردن نام خود ساخته بود. او هنگام مرگ حدود س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وچهار</w:t>
      </w:r>
      <w:r w:rsidRPr="007532CC">
        <w:rPr>
          <w:rFonts w:ascii="Tahoma" w:hAnsi="Tahoma" w:cs="Tahoma"/>
          <w:rtl/>
        </w:rPr>
        <w:t xml:space="preserve"> سال داشت و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به دوازده سال فرمان رانده بود. مرگ زودهنگام او، مانند مرگ غازان،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حکومت را به </w:t>
      </w:r>
      <w:r w:rsidRPr="007532CC">
        <w:rPr>
          <w:rFonts w:ascii="Tahoma" w:hAnsi="Tahoma" w:cs="Tahoma" w:hint="eastAsia"/>
          <w:rtl/>
        </w:rPr>
        <w:t>جانش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کم‌سن‌وسال سپرد. پسرش ابوسع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بهادرخان، که هنوز نوجوان بود، بر تخت نشست.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با</w:t>
      </w:r>
      <w:r w:rsidRPr="007532CC">
        <w:rPr>
          <w:rFonts w:ascii="Tahoma" w:hAnsi="Tahoma" w:cs="Tahoma"/>
          <w:rtl/>
        </w:rPr>
        <w:t xml:space="preserve"> مرگ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تو،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/>
          <w:rtl/>
        </w:rPr>
        <w:t xml:space="preserve"> اصل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خود را در رأس تاج از دست داد. حکومت ابوسع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به سنت سن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بازگشت و نام خلفا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نخست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بار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در نشانه‌ها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رسم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گرفت. علامه حل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از مرکز قدرت فاصله گرفت و به حله بازگشت. تجربهٔ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حکومت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آنکه به نهاد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دار</w:t>
      </w:r>
      <w:r w:rsidRPr="007532CC">
        <w:rPr>
          <w:rFonts w:ascii="Tahoma" w:hAnsi="Tahoma" w:cs="Tahoma"/>
          <w:rtl/>
        </w:rPr>
        <w:t xml:space="preserve">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شود،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</w:t>
      </w:r>
      <w:r w:rsidRPr="007532CC">
        <w:rPr>
          <w:rFonts w:ascii="Tahoma" w:hAnsi="Tahoma" w:cs="Tahoma"/>
          <w:rtl/>
        </w:rPr>
        <w:t>. باا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ن‌همه،</w:t>
      </w:r>
      <w:r w:rsidRPr="007532CC">
        <w:rPr>
          <w:rFonts w:ascii="Tahoma" w:hAnsi="Tahoma" w:cs="Tahoma"/>
          <w:rtl/>
        </w:rPr>
        <w:t xml:space="preserve"> آثار آن به‌کل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نرفت. کتاب‌ها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نوشته شده بودند، مناظره‌ها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صورت گرفته بود،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عه</w:t>
      </w:r>
      <w:r w:rsidRPr="007532CC">
        <w:rPr>
          <w:rFonts w:ascii="Tahoma" w:hAnsi="Tahoma" w:cs="Tahoma"/>
          <w:rtl/>
        </w:rPr>
        <w:t xml:space="preserve"> به شبکه‌ها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حکومت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افته</w:t>
      </w:r>
      <w:r w:rsidRPr="007532CC">
        <w:rPr>
          <w:rFonts w:ascii="Tahoma" w:hAnsi="Tahoma" w:cs="Tahoma"/>
          <w:rtl/>
        </w:rPr>
        <w:t xml:space="preserve"> بودند و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چند سال نام امامان دوازده‌گانه بر سکه‌ها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دولت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نقش بسته بود.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تجربه الگو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را آشکار کرد که دو قرن بعد در دورهٔ صفو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</w:t>
      </w:r>
      <w:r w:rsidRPr="007532CC">
        <w:rPr>
          <w:rFonts w:ascii="Tahoma" w:hAnsi="Tahoma" w:cs="Tahoma"/>
          <w:rtl/>
        </w:rPr>
        <w:t xml:space="preserve"> با دامنه و شدت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ار</w:t>
      </w:r>
      <w:r w:rsidRPr="007532CC">
        <w:rPr>
          <w:rFonts w:ascii="Tahoma" w:hAnsi="Tahoma" w:cs="Tahoma"/>
          <w:rtl/>
        </w:rPr>
        <w:t xml:space="preserve"> 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شتر</w:t>
      </w:r>
      <w:r w:rsidRPr="007532CC">
        <w:rPr>
          <w:rFonts w:ascii="Tahoma" w:hAnsi="Tahoma" w:cs="Tahoma"/>
          <w:rtl/>
        </w:rPr>
        <w:t xml:space="preserve"> تکرار شد: تاج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جاد</w:t>
      </w:r>
      <w:r w:rsidRPr="007532CC">
        <w:rPr>
          <w:rFonts w:ascii="Tahoma" w:hAnsi="Tahoma" w:cs="Tahoma"/>
          <w:rtl/>
        </w:rPr>
        <w:t xml:space="preserve"> تما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و ساختن حقان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تازه،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برم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گز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ند؛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آن مذهب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تعر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ف</w:t>
      </w:r>
      <w:r w:rsidRPr="007532CC">
        <w:rPr>
          <w:rFonts w:ascii="Tahoma" w:hAnsi="Tahoma" w:cs="Tahoma"/>
          <w:rtl/>
        </w:rPr>
        <w:t xml:space="preserve"> و گسترش عقا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رسم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به دربار نزد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شوند؛</w:t>
      </w:r>
      <w:r w:rsidRPr="007532CC">
        <w:rPr>
          <w:rFonts w:ascii="Tahoma" w:hAnsi="Tahoma" w:cs="Tahoma"/>
          <w:rtl/>
        </w:rPr>
        <w:t xml:space="preserve"> و حکومت ابزارها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خو</w:t>
      </w:r>
      <w:r w:rsidRPr="007532CC">
        <w:rPr>
          <w:rFonts w:ascii="Tahoma" w:hAnsi="Tahoma" w:cs="Tahoma" w:hint="eastAsia"/>
          <w:rtl/>
        </w:rPr>
        <w:t>د،</w:t>
      </w:r>
      <w:r w:rsidRPr="007532CC">
        <w:rPr>
          <w:rFonts w:ascii="Tahoma" w:hAnsi="Tahoma" w:cs="Tahoma"/>
          <w:rtl/>
        </w:rPr>
        <w:t xml:space="preserve"> از خطبه و سکه تا مدرسه و قضاوت، را در خدمت تثب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آن قرار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دهد</w:t>
      </w:r>
      <w:r w:rsidRPr="007532CC">
        <w:rPr>
          <w:rFonts w:ascii="Tahoma" w:hAnsi="Tahoma" w:cs="Tahoma"/>
          <w:rtl/>
        </w:rPr>
        <w:t>. تفاوت در آن بود که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فرصت، دستگاه و پشت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اجتماع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لازم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ماندگار کردن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انتخاب را نداشت، حال آنکه صفو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تش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ع</w:t>
      </w:r>
      <w:r w:rsidRPr="007532CC">
        <w:rPr>
          <w:rFonts w:ascii="Tahoma" w:hAnsi="Tahoma" w:cs="Tahoma"/>
          <w:rtl/>
        </w:rPr>
        <w:t xml:space="preserve"> دوازده‌امام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را به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ه‌ها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دار</w:t>
      </w:r>
      <w:r w:rsidRPr="007532CC">
        <w:rPr>
          <w:rFonts w:ascii="Tahoma" w:hAnsi="Tahoma" w:cs="Tahoma"/>
          <w:rtl/>
        </w:rPr>
        <w:t xml:space="preserve"> کشور و تاج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کردن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دوران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همچن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نشان داد که مذهب رسم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تنها از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مان</w:t>
      </w:r>
      <w:r w:rsidRPr="007532CC">
        <w:rPr>
          <w:rFonts w:ascii="Tahoma" w:hAnsi="Tahoma" w:cs="Tahoma"/>
          <w:rtl/>
        </w:rPr>
        <w:t xml:space="preserve"> مردم پد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نم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آ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>. گاه انتخاب از بالا و از درون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ازها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تاج آغاز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شود</w:t>
      </w:r>
      <w:r w:rsidRPr="007532CC">
        <w:rPr>
          <w:rFonts w:ascii="Tahoma" w:hAnsi="Tahoma" w:cs="Tahoma"/>
          <w:rtl/>
        </w:rPr>
        <w:t xml:space="preserve"> و سپس حکومت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کوشد</w:t>
      </w:r>
      <w:r w:rsidRPr="007532CC">
        <w:rPr>
          <w:rFonts w:ascii="Tahoma" w:hAnsi="Tahoma" w:cs="Tahoma"/>
          <w:rtl/>
        </w:rPr>
        <w:t xml:space="preserve"> آن را به جامعه منتقل کند. موفق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انتقال به فرمان پادشاه وابسته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ست؛</w:t>
      </w:r>
      <w:r w:rsidRPr="007532CC">
        <w:rPr>
          <w:rFonts w:ascii="Tahoma" w:hAnsi="Tahoma" w:cs="Tahoma"/>
          <w:rtl/>
        </w:rPr>
        <w:t xml:space="preserve"> به وجود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نکاران</w:t>
      </w:r>
      <w:r w:rsidRPr="007532CC">
        <w:rPr>
          <w:rFonts w:ascii="Tahoma" w:hAnsi="Tahoma" w:cs="Tahoma"/>
          <w:rtl/>
        </w:rPr>
        <w:t xml:space="preserve"> آموزش‌د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ده،</w:t>
      </w:r>
      <w:r w:rsidRPr="007532CC">
        <w:rPr>
          <w:rFonts w:ascii="Tahoma" w:hAnsi="Tahoma" w:cs="Tahoma"/>
          <w:rtl/>
        </w:rPr>
        <w:t xml:space="preserve"> نهاد</w:t>
      </w:r>
      <w:r w:rsidRPr="007532CC">
        <w:rPr>
          <w:rFonts w:ascii="Tahoma" w:hAnsi="Tahoma" w:cs="Tahoma" w:hint="eastAsia"/>
          <w:rtl/>
        </w:rPr>
        <w:t>ها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منابع مال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،</w:t>
      </w:r>
      <w:r w:rsidRPr="007532CC">
        <w:rPr>
          <w:rFonts w:ascii="Tahoma" w:hAnsi="Tahoma" w:cs="Tahoma"/>
          <w:rtl/>
        </w:rPr>
        <w:t xml:space="preserve"> مدارس، قضات و زمان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طولان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از</w:t>
      </w:r>
      <w:r w:rsidRPr="007532CC">
        <w:rPr>
          <w:rFonts w:ascii="Tahoma" w:hAnsi="Tahoma" w:cs="Tahoma"/>
          <w:rtl/>
        </w:rPr>
        <w:t xml:space="preserve"> دارد.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نخست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بخش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راه را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مود،</w:t>
      </w:r>
      <w:r w:rsidRPr="007532CC">
        <w:rPr>
          <w:rFonts w:ascii="Tahoma" w:hAnsi="Tahoma" w:cs="Tahoma"/>
          <w:rtl/>
        </w:rPr>
        <w:t xml:space="preserve"> اما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آنکه انتخاب تاج به ساختار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دار</w:t>
      </w:r>
      <w:r w:rsidRPr="007532CC">
        <w:rPr>
          <w:rFonts w:ascii="Tahoma" w:hAnsi="Tahoma" w:cs="Tahoma"/>
          <w:rtl/>
        </w:rPr>
        <w:t xml:space="preserve"> در جامعه تبد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</w:t>
      </w:r>
      <w:r w:rsidRPr="007532CC">
        <w:rPr>
          <w:rFonts w:ascii="Tahoma" w:hAnsi="Tahoma" w:cs="Tahoma"/>
          <w:rtl/>
        </w:rPr>
        <w:t xml:space="preserve"> شود درگذشت.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اگر</w:t>
      </w:r>
      <w:r w:rsidRPr="007532CC">
        <w:rPr>
          <w:rFonts w:ascii="Tahoma" w:hAnsi="Tahoma" w:cs="Tahoma"/>
          <w:rtl/>
        </w:rPr>
        <w:t xml:space="preserve"> غازان آموخته بود که حکومت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ماندن با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کشور را اداره کند،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</w:t>
      </w:r>
      <w:r w:rsidRPr="007532CC">
        <w:rPr>
          <w:rFonts w:ascii="Tahoma" w:hAnsi="Tahoma" w:cs="Tahoma"/>
          <w:rtl/>
        </w:rPr>
        <w:t xml:space="preserve"> کوش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</w:t>
      </w:r>
      <w:r w:rsidRPr="007532CC">
        <w:rPr>
          <w:rFonts w:ascii="Tahoma" w:hAnsi="Tahoma" w:cs="Tahoma"/>
          <w:rtl/>
        </w:rPr>
        <w:t xml:space="preserve"> برا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حکومت صورت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</w:t>
      </w:r>
      <w:r w:rsidRPr="007532CC">
        <w:rPr>
          <w:rFonts w:ascii="Tahoma" w:hAnsi="Tahoma" w:cs="Tahoma"/>
          <w:rtl/>
        </w:rPr>
        <w:t xml:space="preserve"> کند که هم از اسلام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</w:t>
      </w:r>
      <w:r w:rsidRPr="007532CC">
        <w:rPr>
          <w:rFonts w:ascii="Tahoma" w:hAnsi="Tahoma" w:cs="Tahoma"/>
          <w:rtl/>
        </w:rPr>
        <w:t xml:space="preserve"> بگ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رد</w:t>
      </w:r>
      <w:r w:rsidRPr="007532CC">
        <w:rPr>
          <w:rFonts w:ascii="Tahoma" w:hAnsi="Tahoma" w:cs="Tahoma"/>
          <w:rtl/>
        </w:rPr>
        <w:t xml:space="preserve"> و هم از رق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بان</w:t>
      </w:r>
      <w:r w:rsidRPr="007532CC">
        <w:rPr>
          <w:rFonts w:ascii="Tahoma" w:hAnsi="Tahoma" w:cs="Tahoma"/>
          <w:rtl/>
        </w:rPr>
        <w:t xml:space="preserve"> خود متما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ز</w:t>
      </w:r>
      <w:r w:rsidRPr="007532CC">
        <w:rPr>
          <w:rFonts w:ascii="Tahoma" w:hAnsi="Tahoma" w:cs="Tahoma"/>
          <w:rtl/>
        </w:rPr>
        <w:t xml:space="preserve"> شود. اما نت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جه</w:t>
      </w:r>
      <w:r w:rsidRPr="007532CC">
        <w:rPr>
          <w:rFonts w:ascii="Tahoma" w:hAnsi="Tahoma" w:cs="Tahoma"/>
          <w:rtl/>
        </w:rPr>
        <w:t xml:space="preserve"> نشان داد که تاج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تواند</w:t>
      </w:r>
      <w:r w:rsidRPr="007532CC">
        <w:rPr>
          <w:rFonts w:ascii="Tahoma" w:hAnsi="Tahoma" w:cs="Tahoma"/>
          <w:rtl/>
        </w:rPr>
        <w:t xml:space="preserve"> مذهب خود را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دهد، ب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آنکه</w:t>
      </w:r>
      <w:r w:rsidRPr="007532CC">
        <w:rPr>
          <w:rFonts w:ascii="Tahoma" w:hAnsi="Tahoma" w:cs="Tahoma"/>
          <w:rtl/>
        </w:rPr>
        <w:t xml:space="preserve"> کشور به همان سرعت تغ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کند. قدرت فرمان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دهد،</w:t>
      </w:r>
      <w:r w:rsidRPr="007532CC">
        <w:rPr>
          <w:rFonts w:ascii="Tahoma" w:hAnsi="Tahoma" w:cs="Tahoma"/>
          <w:rtl/>
        </w:rPr>
        <w:t xml:space="preserve"> اما باورها، نهادها و روابط اجتماع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با آهنگ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حرکت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کنند</w:t>
      </w:r>
      <w:r w:rsidRPr="007532CC">
        <w:rPr>
          <w:rFonts w:ascii="Tahoma" w:hAnsi="Tahoma" w:cs="Tahoma"/>
          <w:rtl/>
        </w:rPr>
        <w:t>.</w:t>
      </w:r>
    </w:p>
    <w:p w:rsidR="007532CC" w:rsidRPr="007532CC" w:rsidRDefault="007532CC" w:rsidP="007532C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7532CC">
        <w:rPr>
          <w:rFonts w:ascii="Tahoma" w:hAnsi="Tahoma" w:cs="Tahoma" w:hint="eastAsia"/>
          <w:rtl/>
        </w:rPr>
        <w:t>با</w:t>
      </w:r>
      <w:r w:rsidRPr="007532CC">
        <w:rPr>
          <w:rFonts w:ascii="Tahoma" w:hAnsi="Tahoma" w:cs="Tahoma"/>
          <w:rtl/>
        </w:rPr>
        <w:t xml:space="preserve"> جلوس ابوسع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د،</w:t>
      </w:r>
      <w:r w:rsidRPr="007532CC">
        <w:rPr>
          <w:rFonts w:ascii="Tahoma" w:hAnsi="Tahoma" w:cs="Tahoma"/>
          <w:rtl/>
        </w:rPr>
        <w:t xml:space="preserve"> مسئلهٔ اصل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لخانان</w:t>
      </w:r>
      <w:r w:rsidRPr="007532CC">
        <w:rPr>
          <w:rFonts w:ascii="Tahoma" w:hAnsi="Tahoma" w:cs="Tahoma"/>
          <w:rtl/>
        </w:rPr>
        <w:t xml:space="preserve">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گر</w:t>
      </w:r>
      <w:r w:rsidRPr="007532CC">
        <w:rPr>
          <w:rFonts w:ascii="Tahoma" w:hAnsi="Tahoma" w:cs="Tahoma"/>
          <w:rtl/>
        </w:rPr>
        <w:t xml:space="preserve"> انتخاب مذهب نبود، بلکه حفظ توازن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تاج نوجوان، 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رومند</w:t>
      </w:r>
      <w:r w:rsidRPr="007532CC">
        <w:rPr>
          <w:rFonts w:ascii="Tahoma" w:hAnsi="Tahoma" w:cs="Tahoma"/>
          <w:rtl/>
        </w:rPr>
        <w:t xml:space="preserve"> و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وانسالاران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بود که هر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</w:t>
      </w:r>
      <w:r w:rsidRPr="007532CC">
        <w:rPr>
          <w:rFonts w:ascii="Tahoma" w:hAnsi="Tahoma" w:cs="Tahoma"/>
          <w:rtl/>
        </w:rPr>
        <w:t xml:space="preserve"> بخش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از حکومت را در دست داشتند. ام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</w:t>
      </w:r>
      <w:r w:rsidRPr="007532CC">
        <w:rPr>
          <w:rFonts w:ascii="Tahoma" w:hAnsi="Tahoma" w:cs="Tahoma"/>
          <w:rtl/>
        </w:rPr>
        <w:t xml:space="preserve"> چوپان در رأس قشون قرار گرفت، خواجه رش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دالد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همچنان حامل تجربهٔ د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وان</w:t>
      </w:r>
      <w:r w:rsidRPr="007532CC">
        <w:rPr>
          <w:rFonts w:ascii="Tahoma" w:hAnsi="Tahoma" w:cs="Tahoma"/>
          <w:rtl/>
        </w:rPr>
        <w:t xml:space="preserve"> بود و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</w:t>
      </w:r>
      <w:r w:rsidRPr="007532CC">
        <w:rPr>
          <w:rFonts w:ascii="Tahoma" w:hAnsi="Tahoma" w:cs="Tahoma"/>
          <w:rtl/>
        </w:rPr>
        <w:t xml:space="preserve"> جوان م</w:t>
      </w:r>
      <w:r w:rsidRPr="007532CC">
        <w:rPr>
          <w:rFonts w:ascii="Tahoma" w:hAnsi="Tahoma" w:cs="Tahoma" w:hint="cs"/>
          <w:rtl/>
        </w:rPr>
        <w:t>ی‌</w:t>
      </w:r>
      <w:r w:rsidRPr="007532CC">
        <w:rPr>
          <w:rFonts w:ascii="Tahoma" w:hAnsi="Tahoma" w:cs="Tahoma" w:hint="eastAsia"/>
          <w:rtl/>
        </w:rPr>
        <w:t>با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ست</w:t>
      </w:r>
      <w:r w:rsidRPr="007532CC">
        <w:rPr>
          <w:rFonts w:ascii="Tahoma" w:hAnsi="Tahoma" w:cs="Tahoma"/>
          <w:rtl/>
        </w:rPr>
        <w:t xml:space="preserve"> در م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ن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روها</w:t>
      </w:r>
      <w:r w:rsidRPr="007532CC">
        <w:rPr>
          <w:rFonts w:ascii="Tahoma" w:hAnsi="Tahoma" w:cs="Tahoma" w:hint="cs"/>
          <w:rtl/>
        </w:rPr>
        <w:t>یی</w:t>
      </w:r>
      <w:r w:rsidRPr="007532CC">
        <w:rPr>
          <w:rFonts w:ascii="Tahoma" w:hAnsi="Tahoma" w:cs="Tahoma"/>
          <w:rtl/>
        </w:rPr>
        <w:t xml:space="preserve"> فرمان براند که پ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ش</w:t>
      </w:r>
      <w:r w:rsidRPr="007532CC">
        <w:rPr>
          <w:rFonts w:ascii="Tahoma" w:hAnsi="Tahoma" w:cs="Tahoma"/>
          <w:rtl/>
        </w:rPr>
        <w:t xml:space="preserve"> از بلوغ 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اس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 قدرت گرفته بودند. پا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ان</w:t>
      </w:r>
      <w:r w:rsidRPr="007532CC">
        <w:rPr>
          <w:rFonts w:ascii="Tahoma" w:hAnsi="Tahoma" w:cs="Tahoma"/>
          <w:rtl/>
        </w:rPr>
        <w:t xml:space="preserve"> تجربهٔ مذهب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/>
          <w:rtl/>
        </w:rPr>
        <w:t xml:space="preserve"> اولجا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تو،</w:t>
      </w:r>
      <w:r w:rsidRPr="007532CC">
        <w:rPr>
          <w:rFonts w:ascii="Tahoma" w:hAnsi="Tahoma" w:cs="Tahoma"/>
          <w:rtl/>
        </w:rPr>
        <w:t xml:space="preserve"> آغاز آخر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ن</w:t>
      </w:r>
      <w:r w:rsidRPr="007532CC">
        <w:rPr>
          <w:rFonts w:ascii="Tahoma" w:hAnsi="Tahoma" w:cs="Tahoma"/>
          <w:rtl/>
        </w:rPr>
        <w:t xml:space="preserve"> مرحلهٔ حکومت 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کپارچهٔ</w:t>
      </w:r>
      <w:r w:rsidRPr="007532CC">
        <w:rPr>
          <w:rFonts w:ascii="Tahoma" w:hAnsi="Tahoma" w:cs="Tahoma"/>
          <w:rtl/>
        </w:rPr>
        <w:t xml:space="preserve">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لخانان</w:t>
      </w:r>
      <w:r w:rsidRPr="007532CC">
        <w:rPr>
          <w:rFonts w:ascii="Tahoma" w:hAnsi="Tahoma" w:cs="Tahoma"/>
          <w:rtl/>
        </w:rPr>
        <w:t xml:space="preserve"> در ا</w:t>
      </w:r>
      <w:r w:rsidRPr="007532CC">
        <w:rPr>
          <w:rFonts w:ascii="Tahoma" w:hAnsi="Tahoma" w:cs="Tahoma" w:hint="cs"/>
          <w:rtl/>
        </w:rPr>
        <w:t>ی</w:t>
      </w:r>
      <w:r w:rsidRPr="007532CC">
        <w:rPr>
          <w:rFonts w:ascii="Tahoma" w:hAnsi="Tahoma" w:cs="Tahoma" w:hint="eastAsia"/>
          <w:rtl/>
        </w:rPr>
        <w:t>ران</w:t>
      </w:r>
      <w:r w:rsidRPr="007532CC">
        <w:rPr>
          <w:rFonts w:ascii="Tahoma" w:hAnsi="Tahoma" w:cs="Tahoma"/>
          <w:rtl/>
        </w:rPr>
        <w:t xml:space="preserve"> بود.</w:t>
      </w:r>
    </w:p>
    <w:p w:rsidR="0038630C" w:rsidRPr="00D35A80" w:rsidRDefault="00D804E6" w:rsidP="00D35A80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3" w:name="Vol1Chapter09"/>
      <w:bookmarkEnd w:id="13"/>
      <w:r w:rsidRPr="00D35A80">
        <w:rPr>
          <w:rFonts w:asciiTheme="majorBidi" w:hAnsiTheme="majorBidi" w:cstheme="majorBidi"/>
          <w:b/>
          <w:bCs/>
          <w:sz w:val="36"/>
          <w:szCs w:val="36"/>
          <w:rtl/>
        </w:rPr>
        <w:t>فصل نهم</w:t>
      </w:r>
    </w:p>
    <w:p w:rsidR="00D35A80" w:rsidRPr="00D35A80" w:rsidRDefault="00D35A80" w:rsidP="00D35A80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D35A80">
        <w:rPr>
          <w:rFonts w:asciiTheme="majorBidi" w:hAnsiTheme="majorBidi" w:cstheme="majorBidi"/>
          <w:b/>
          <w:bCs/>
          <w:sz w:val="36"/>
          <w:szCs w:val="36"/>
          <w:rtl/>
        </w:rPr>
        <w:t>ابوسعید؛ آخرین ایلخان و حکومت امیران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با</w:t>
      </w:r>
      <w:r w:rsidRPr="00D35A80">
        <w:rPr>
          <w:rFonts w:ascii="Tahoma" w:hAnsi="Tahoma" w:cs="Tahoma"/>
          <w:rtl/>
        </w:rPr>
        <w:t xml:space="preserve"> مرگ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در سال </w:t>
      </w:r>
      <w:r w:rsidRPr="00D35A80">
        <w:rPr>
          <w:rFonts w:ascii="Tahoma" w:hAnsi="Tahoma" w:cs="Tahoma"/>
          <w:rtl/>
          <w:lang w:bidi="fa-IR"/>
        </w:rPr>
        <w:t>۱۳۱۶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پسر دوازده‌ساله‌اش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بهادرخان بر تخت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نشست. قلمرو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که به او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در ظاهر هنوز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کپارچه</w:t>
      </w:r>
      <w:r w:rsidRPr="00D35A80">
        <w:rPr>
          <w:rFonts w:ascii="Tahoma" w:hAnsi="Tahoma" w:cs="Tahoma"/>
          <w:rtl/>
        </w:rPr>
        <w:t xml:space="preserve"> بود.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کار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کرد،</w:t>
      </w:r>
      <w:r w:rsidRPr="00D35A80">
        <w:rPr>
          <w:rFonts w:ascii="Tahoma" w:hAnsi="Tahoma" w:cs="Tahoma"/>
          <w:rtl/>
        </w:rPr>
        <w:t xml:space="preserve">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گردآور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شد،</w:t>
      </w:r>
      <w:r w:rsidRPr="00D35A80">
        <w:rPr>
          <w:rFonts w:ascii="Tahoma" w:hAnsi="Tahoma" w:cs="Tahoma"/>
          <w:rtl/>
        </w:rPr>
        <w:t xml:space="preserve"> قشون از فرمانده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شناخته‌شده برخوردار بود و شاهزادگان رق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رفته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از مرکز قدرت دور شده بودند. اما در پس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نظم ظاهر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خطر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وجود داشت که از زمان تأس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</w:t>
      </w:r>
      <w:r w:rsidRPr="00D35A80">
        <w:rPr>
          <w:rFonts w:ascii="Tahoma" w:hAnsi="Tahoma" w:cs="Tahoma"/>
          <w:rtl/>
        </w:rPr>
        <w:t xml:space="preserve"> حکومت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هرگز به‌کل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نرفته بود: تاج بدون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مقتدر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وانسالاران</w:t>
      </w:r>
      <w:r w:rsidRPr="00D35A80">
        <w:rPr>
          <w:rFonts w:ascii="Tahoma" w:hAnsi="Tahoma" w:cs="Tahoma"/>
          <w:rtl/>
        </w:rPr>
        <w:t xml:space="preserve"> و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دارا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در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نگه دارد.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هنوز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ادارهٔ چن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دستگاه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آماده نبود. حق او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نشستن بر تخت از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انتخاب پدرش سرچشمه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گرفت،</w:t>
      </w:r>
      <w:r w:rsidRPr="00D35A80">
        <w:rPr>
          <w:rFonts w:ascii="Tahoma" w:hAnsi="Tahoma" w:cs="Tahoma"/>
          <w:rtl/>
        </w:rPr>
        <w:t xml:space="preserve"> اما داشتن حق پادشاه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 برخوردار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قدرت پادشاه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کسان</w:t>
      </w:r>
      <w:r w:rsidRPr="00D35A80">
        <w:rPr>
          <w:rFonts w:ascii="Tahoma" w:hAnsi="Tahoma" w:cs="Tahoma"/>
          <w:rtl/>
        </w:rPr>
        <w:t xml:space="preserve"> نبود. فرمان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اجرا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 xml:space="preserve"> که قشون از آن پشت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کند و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ابزار اجرا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 را فراهم آورد.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نوجوان نه قشون مستقل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اخت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/>
          <w:rtl/>
        </w:rPr>
        <w:t xml:space="preserve"> داشت و نه تجربه‌ا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بتواند با آن بر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سالخورده فرمان براند. ازا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ن‌رو،</w:t>
      </w:r>
      <w:r w:rsidRPr="00D35A80">
        <w:rPr>
          <w:rFonts w:ascii="Tahoma" w:hAnsi="Tahoma" w:cs="Tahoma"/>
          <w:rtl/>
        </w:rPr>
        <w:t xml:space="preserve"> حکومت او در آغاز بر دو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قرار گرفت: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در رأس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خواجه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فضل‌الله همدان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تاج‌ال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عل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شاه</w:t>
      </w:r>
      <w:r w:rsidRPr="00D35A80">
        <w:rPr>
          <w:rFonts w:ascii="Tahoma" w:hAnsi="Tahoma" w:cs="Tahoma"/>
          <w:rtl/>
        </w:rPr>
        <w:t xml:space="preserve"> 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رأس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از خاندان سولدوز و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برجسته‌تر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مغول بود. او در دوران غازان و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در جنگ‌ها و رقابت‌ها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حضور داشت و پس از کشته شدن قتلغ‌شاه در لشکرکش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لان،</w:t>
      </w:r>
      <w:r w:rsidRPr="00D35A80">
        <w:rPr>
          <w:rFonts w:ascii="Tahoma" w:hAnsi="Tahoma" w:cs="Tahoma"/>
          <w:rtl/>
        </w:rPr>
        <w:t xml:space="preserve">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برتر در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فرماندهان به دست آورده بود. ازدواج او با دختر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وندش</w:t>
      </w:r>
      <w:r w:rsidRPr="00D35A80">
        <w:rPr>
          <w:rFonts w:ascii="Tahoma" w:hAnsi="Tahoma" w:cs="Tahoma"/>
          <w:rtl/>
        </w:rPr>
        <w:t xml:space="preserve"> را با خاندان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استوارتر کرده بود. با جلوس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چوپان تنها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سردار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</w:t>
      </w:r>
      <w:r w:rsidRPr="00D35A80">
        <w:rPr>
          <w:rFonts w:ascii="Tahoma" w:hAnsi="Tahoma" w:cs="Tahoma"/>
          <w:rtl/>
        </w:rPr>
        <w:t xml:space="preserve"> نبود؛ نگهبان عمل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تاج نوجوان و واسطهٔ اصل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و قشون به شمار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رفت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وضع تناقض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در قلب حکومت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آورد</w:t>
      </w:r>
      <w:r w:rsidRPr="00D35A80">
        <w:rPr>
          <w:rFonts w:ascii="Tahoma" w:hAnsi="Tahoma" w:cs="Tahoma"/>
          <w:rtl/>
        </w:rPr>
        <w:t>. تاج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حفظ خود به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داشت، اما هر اندازه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شتر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شد،</w:t>
      </w:r>
      <w:r w:rsidRPr="00D35A80">
        <w:rPr>
          <w:rFonts w:ascii="Tahoma" w:hAnsi="Tahoma" w:cs="Tahoma"/>
          <w:rtl/>
        </w:rPr>
        <w:t xml:space="preserve"> قدرت واقع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چوپان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افزا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ی‌ی</w:t>
      </w:r>
      <w:r w:rsidRPr="00D35A80">
        <w:rPr>
          <w:rFonts w:ascii="Tahoma" w:hAnsi="Tahoma" w:cs="Tahoma" w:hint="eastAsia"/>
          <w:rtl/>
        </w:rPr>
        <w:t>افت</w:t>
      </w:r>
      <w:r w:rsidRPr="00D35A80">
        <w:rPr>
          <w:rFonts w:ascii="Tahoma" w:hAnsi="Tahoma" w:cs="Tahoma"/>
          <w:rtl/>
        </w:rPr>
        <w:t>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از نظر سلسله‌مراتب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بالاتر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/>
          <w:rtl/>
        </w:rPr>
        <w:t xml:space="preserve"> قرار داشت، اما فرمانده‌ا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سپاه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به او وف</w:t>
      </w:r>
      <w:r w:rsidRPr="00D35A80">
        <w:rPr>
          <w:rFonts w:ascii="Tahoma" w:hAnsi="Tahoma" w:cs="Tahoma" w:hint="eastAsia"/>
          <w:rtl/>
        </w:rPr>
        <w:t>ادار</w:t>
      </w:r>
      <w:r w:rsidRPr="00D35A80">
        <w:rPr>
          <w:rFonts w:ascii="Tahoma" w:hAnsi="Tahoma" w:cs="Tahoma"/>
          <w:rtl/>
        </w:rPr>
        <w:t xml:space="preserve"> بودند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دربارهٔ جنگ، انتصاب حاکمان و سرنوشت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تصم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</w:t>
      </w:r>
      <w:r w:rsidRPr="00D35A80">
        <w:rPr>
          <w:rFonts w:ascii="Tahoma" w:hAnsi="Tahoma" w:cs="Tahoma"/>
          <w:rtl/>
        </w:rPr>
        <w:t>. در نت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جه،</w:t>
      </w:r>
      <w:r w:rsidRPr="00D35A80">
        <w:rPr>
          <w:rFonts w:ascii="Tahoma" w:hAnsi="Tahoma" w:cs="Tahoma"/>
          <w:rtl/>
        </w:rPr>
        <w:t xml:space="preserve"> تاج سرچشمهٔ رسم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فرمان بود و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مهم‌تر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سرچشمه‌ها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اجرا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خواجه</w:t>
      </w:r>
      <w:r w:rsidRPr="00D35A80">
        <w:rPr>
          <w:rFonts w:ascii="Tahoma" w:hAnsi="Tahoma" w:cs="Tahoma"/>
          <w:rtl/>
        </w:rPr>
        <w:t xml:space="preserve">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به دو دهه در مرکز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حضور داشت. او در دوران غازان از طراحان اصلاحات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بود، در حکومت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مقام خود را حفظ کرده و در آغاز پادشاه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همچنان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آگاه‌تر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مردان حکومت به شمار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رفت</w:t>
      </w:r>
      <w:r w:rsidRPr="00D35A80">
        <w:rPr>
          <w:rFonts w:ascii="Tahoma" w:hAnsi="Tahoma" w:cs="Tahoma"/>
          <w:rtl/>
        </w:rPr>
        <w:t>. تجربهٔ او تنها ب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نگارش فرمان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محاسبهٔ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محدود نبود. او شبکه‌ا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گسترده از فرزندان، وابستگان، دب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ران،</w:t>
      </w:r>
      <w:r w:rsidRPr="00D35A80">
        <w:rPr>
          <w:rFonts w:ascii="Tahoma" w:hAnsi="Tahoma" w:cs="Tahoma"/>
          <w:rtl/>
        </w:rPr>
        <w:t xml:space="preserve"> پزشکان، نو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سندگان</w:t>
      </w:r>
      <w:r w:rsidRPr="00D35A80">
        <w:rPr>
          <w:rFonts w:ascii="Tahoma" w:hAnsi="Tahoma" w:cs="Tahoma"/>
          <w:rtl/>
        </w:rPr>
        <w:t xml:space="preserve"> و مأموران در سراسر قلمرو داشت و از راه آنان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بر بخش‌ها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گوناگون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اثر بگذارد.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گستردگ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نفوذ، همان‌قدر که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سودمند بود،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دشمن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ساخت</w:t>
      </w:r>
      <w:r w:rsidRPr="00D35A80">
        <w:rPr>
          <w:rFonts w:ascii="Tahoma" w:hAnsi="Tahoma" w:cs="Tahoma"/>
          <w:rtl/>
        </w:rPr>
        <w:t>.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ثروت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بزرگ اندوخته و بخش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آن را صرف ساخت ربع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تبر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کرده بود.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مجموعه، آرامگاه، مسجد، مدرسه، کتابخانه،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مارستان،</w:t>
      </w:r>
      <w:r w:rsidRPr="00D35A80">
        <w:rPr>
          <w:rFonts w:ascii="Tahoma" w:hAnsi="Tahoma" w:cs="Tahoma"/>
          <w:rtl/>
        </w:rPr>
        <w:t xml:space="preserve"> کارگاه‌ها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نسخه‌بردار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محل اقامت دانشمندان و دانشجو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را در بر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</w:t>
      </w:r>
      <w:r w:rsidRPr="00D35A80">
        <w:rPr>
          <w:rFonts w:ascii="Tahoma" w:hAnsi="Tahoma" w:cs="Tahoma"/>
          <w:rtl/>
        </w:rPr>
        <w:t>. موقوفات گسترده‌ا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ادارهٔ آن تع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شده بود. قرار بود نسخه‌ها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از قرآن، حد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ث</w:t>
      </w:r>
      <w:r w:rsidRPr="00D35A80">
        <w:rPr>
          <w:rFonts w:ascii="Tahoma" w:hAnsi="Tahoma" w:cs="Tahoma"/>
          <w:rtl/>
        </w:rPr>
        <w:t xml:space="preserve"> و نوشته‌ها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به زبان‌ها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فارس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عرب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و به شهرها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مختلف فرستاده شوند. 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ترت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ب،</w:t>
      </w:r>
      <w:r w:rsidRPr="00D35A80">
        <w:rPr>
          <w:rFonts w:ascii="Tahoma" w:hAnsi="Tahoma" w:cs="Tahoma"/>
          <w:rtl/>
        </w:rPr>
        <w:t xml:space="preserve">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نه‌تنها اداره‌کنندهٔ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وان،</w:t>
      </w:r>
      <w:r w:rsidRPr="00D35A80">
        <w:rPr>
          <w:rFonts w:ascii="Tahoma" w:hAnsi="Tahoma" w:cs="Tahoma"/>
          <w:rtl/>
        </w:rPr>
        <w:t xml:space="preserve"> بلکه سازندهٔ مرکز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علم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فرهنگ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شده بود که نام او را از عمر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اش</w:t>
      </w:r>
      <w:r w:rsidRPr="00D35A80">
        <w:rPr>
          <w:rFonts w:ascii="Tahoma" w:hAnsi="Tahoma" w:cs="Tahoma"/>
          <w:rtl/>
        </w:rPr>
        <w:t xml:space="preserve"> فراتر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برد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اما</w:t>
      </w:r>
      <w:r w:rsidRPr="00D35A80">
        <w:rPr>
          <w:rFonts w:ascii="Tahoma" w:hAnsi="Tahoma" w:cs="Tahoma"/>
          <w:rtl/>
        </w:rPr>
        <w:t xml:space="preserve"> در حکومت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مرز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دارا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دولت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ثروت صاحب‌منصب روشن نبود، بزرگ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ثروت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همواره سوءظن برم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خت</w:t>
      </w:r>
      <w:r w:rsidRPr="00D35A80">
        <w:rPr>
          <w:rFonts w:ascii="Tahoma" w:hAnsi="Tahoma" w:cs="Tahoma"/>
          <w:rtl/>
        </w:rPr>
        <w:t>. دشمنان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توانستند</w:t>
      </w:r>
      <w:r w:rsidRPr="00D35A80">
        <w:rPr>
          <w:rFonts w:ascii="Tahoma" w:hAnsi="Tahoma" w:cs="Tahoma"/>
          <w:rtl/>
        </w:rPr>
        <w:t xml:space="preserve"> هر بنا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باشکوه و هر موقوفهٔ گسترده را شاهد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 سوءاستفاده از خزانه معرف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کنند. از سو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گر،</w:t>
      </w:r>
      <w:r w:rsidRPr="00D35A80">
        <w:rPr>
          <w:rFonts w:ascii="Tahoma" w:hAnsi="Tahoma" w:cs="Tahoma"/>
          <w:rtl/>
        </w:rPr>
        <w:t xml:space="preserve"> خود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غالباً از مقامشان </w:t>
      </w:r>
      <w:r w:rsidRPr="00D35A80">
        <w:rPr>
          <w:rFonts w:ascii="Tahoma" w:hAnsi="Tahoma" w:cs="Tahoma" w:hint="eastAsia"/>
          <w:rtl/>
        </w:rPr>
        <w:t>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افزودن بر دارا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و گسترش شبکهٔ خو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شاوندان</w:t>
      </w:r>
      <w:r w:rsidRPr="00D35A80">
        <w:rPr>
          <w:rFonts w:ascii="Tahoma" w:hAnsi="Tahoma" w:cs="Tahoma"/>
          <w:rtl/>
        </w:rPr>
        <w:t xml:space="preserve"> بهره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گرفتند</w:t>
      </w:r>
      <w:r w:rsidRPr="00D35A80">
        <w:rPr>
          <w:rFonts w:ascii="Tahoma" w:hAnsi="Tahoma" w:cs="Tahoma"/>
          <w:rtl/>
        </w:rPr>
        <w:t>. دربار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نبود که بتوان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را تنها دانشمند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علاقه</w:t>
      </w:r>
      <w:r w:rsidRPr="00D35A80">
        <w:rPr>
          <w:rFonts w:ascii="Tahoma" w:hAnsi="Tahoma" w:cs="Tahoma"/>
          <w:rtl/>
        </w:rPr>
        <w:t xml:space="preserve"> به قدرت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تنها کارگزار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فاسد دانست. او هم‌زمان تار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خ‌نگار،</w:t>
      </w:r>
      <w:r w:rsidRPr="00D35A80">
        <w:rPr>
          <w:rFonts w:ascii="Tahoma" w:hAnsi="Tahoma" w:cs="Tahoma"/>
          <w:rtl/>
        </w:rPr>
        <w:t xml:space="preserve"> پزشک،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ر،</w:t>
      </w:r>
      <w:r w:rsidRPr="00D35A80">
        <w:rPr>
          <w:rFonts w:ascii="Tahoma" w:hAnsi="Tahoma" w:cs="Tahoma"/>
          <w:rtl/>
        </w:rPr>
        <w:t xml:space="preserve"> مالک بزرگ، حام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دانش و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باز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گران</w:t>
      </w:r>
      <w:r w:rsidRPr="00D35A80">
        <w:rPr>
          <w:rFonts w:ascii="Tahoma" w:hAnsi="Tahoma" w:cs="Tahoma"/>
          <w:rtl/>
        </w:rPr>
        <w:t xml:space="preserve"> اصل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رقابت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برابر او، تاج‌الد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عل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شاه</w:t>
      </w:r>
      <w:r w:rsidRPr="00D35A80">
        <w:rPr>
          <w:rFonts w:ascii="Tahoma" w:hAnsi="Tahoma" w:cs="Tahoma"/>
          <w:rtl/>
        </w:rPr>
        <w:t xml:space="preserve"> 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قرار داشت. او پس از سقوط سعدالد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ساوج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دوران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به وزارت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و ناچار شده بود قدرت را با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تقس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کند. وزارت مشترک، به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آنکه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دو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تعادل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دار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جاد</w:t>
      </w:r>
      <w:r w:rsidRPr="00D35A80">
        <w:rPr>
          <w:rFonts w:ascii="Tahoma" w:hAnsi="Tahoma" w:cs="Tahoma"/>
          <w:rtl/>
        </w:rPr>
        <w:t xml:space="preserve"> کند،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را به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دان</w:t>
      </w:r>
      <w:r w:rsidRPr="00D35A80">
        <w:rPr>
          <w:rFonts w:ascii="Tahoma" w:hAnsi="Tahoma" w:cs="Tahoma"/>
          <w:rtl/>
        </w:rPr>
        <w:t xml:space="preserve"> رقابت دو شبکه تب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کرده بود. هر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مأموران خود را در مناصب مهم قرار دهد، اطلاعات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دست آورد و اعتماد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و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را جلب کند. اختلاف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به‌تدر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</w:t>
      </w:r>
      <w:r w:rsidRPr="00D35A80">
        <w:rPr>
          <w:rFonts w:ascii="Tahoma" w:hAnsi="Tahoma" w:cs="Tahoma"/>
          <w:rtl/>
        </w:rPr>
        <w:t xml:space="preserve"> به دشمن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شد که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آن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تنها کنار رفتن آرام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دو طرف باشد.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پس</w:t>
      </w:r>
      <w:r w:rsidRPr="00D35A80">
        <w:rPr>
          <w:rFonts w:ascii="Tahoma" w:hAnsi="Tahoma" w:cs="Tahoma"/>
          <w:rtl/>
        </w:rPr>
        <w:t xml:space="preserve"> از مرگ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تو،</w:t>
      </w:r>
      <w:r w:rsidRPr="00D35A80">
        <w:rPr>
          <w:rFonts w:ascii="Tahoma" w:hAnsi="Tahoma" w:cs="Tahoma"/>
          <w:rtl/>
        </w:rPr>
        <w:t xml:space="preserve"> موقع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آس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ب‌پذ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رتر</w:t>
      </w:r>
      <w:r w:rsidRPr="00D35A80">
        <w:rPr>
          <w:rFonts w:ascii="Tahoma" w:hAnsi="Tahoma" w:cs="Tahoma"/>
          <w:rtl/>
        </w:rPr>
        <w:t xml:space="preserve"> شد. او پشت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بان</w:t>
      </w:r>
      <w:r w:rsidRPr="00D35A80">
        <w:rPr>
          <w:rFonts w:ascii="Tahoma" w:hAnsi="Tahoma" w:cs="Tahoma"/>
          <w:rtl/>
        </w:rPr>
        <w:t xml:space="preserve"> اصل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را از دست داده بود و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تازه آن اندازه جوان بود که بتوان بر ذهنش اثر گذاشت. عل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شاه</w:t>
      </w:r>
      <w:r w:rsidRPr="00D35A80">
        <w:rPr>
          <w:rFonts w:ascii="Tahoma" w:hAnsi="Tahoma" w:cs="Tahoma"/>
          <w:rtl/>
        </w:rPr>
        <w:t xml:space="preserve"> و دشمنان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اتهام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مطرح کردند که در دربار مغول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هر سابقه‌ا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ب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اثر</w:t>
      </w:r>
      <w:r w:rsidRPr="00D35A80">
        <w:rPr>
          <w:rFonts w:ascii="Tahoma" w:hAnsi="Tahoma" w:cs="Tahoma"/>
          <w:rtl/>
        </w:rPr>
        <w:t xml:space="preserve"> کند: </w:t>
      </w:r>
      <w:r w:rsidRPr="00D35A80">
        <w:rPr>
          <w:rFonts w:ascii="Tahoma" w:hAnsi="Tahoma" w:cs="Tahoma" w:hint="eastAsia"/>
          <w:rtl/>
        </w:rPr>
        <w:t>آنان</w:t>
      </w:r>
      <w:r w:rsidRPr="00D35A80">
        <w:rPr>
          <w:rFonts w:ascii="Tahoma" w:hAnsi="Tahoma" w:cs="Tahoma"/>
          <w:rtl/>
        </w:rPr>
        <w:t xml:space="preserve">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شدند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به دستور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بر اثر اقدام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مسموم شده است.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پسران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که پزشک دربار بود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در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اتهام گرفتار شد.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مرگ پادشاه، که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علل طب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داشته باشد، به توطئه‌ا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شد و طب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/>
          <w:rtl/>
        </w:rPr>
        <w:t xml:space="preserve"> و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ر،</w:t>
      </w:r>
      <w:r w:rsidRPr="00D35A80">
        <w:rPr>
          <w:rFonts w:ascii="Tahoma" w:hAnsi="Tahoma" w:cs="Tahoma"/>
          <w:rtl/>
        </w:rPr>
        <w:t xml:space="preserve"> به سبب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بدن سلطان، آسان‌تر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متهمان بودند.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مدت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کار کنار رفت، اما کناره‌گ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دشمنانش را راض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نکرد. در سال </w:t>
      </w:r>
      <w:r w:rsidRPr="00D35A80">
        <w:rPr>
          <w:rFonts w:ascii="Tahoma" w:hAnsi="Tahoma" w:cs="Tahoma"/>
          <w:rtl/>
          <w:lang w:bidi="fa-IR"/>
        </w:rPr>
        <w:t>۱۳۱۸</w:t>
      </w:r>
      <w:r w:rsidRPr="00D35A80">
        <w:rPr>
          <w:rFonts w:ascii="Tahoma" w:hAnsi="Tahoma" w:cs="Tahoma"/>
          <w:rtl/>
        </w:rPr>
        <w:t xml:space="preserve"> محاکمه شد و همراه با پسرش به قتل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 او هنگام مرگ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به هفتاد سال داشت. بنا بر گزارش‌ها، بدنش را قطعه‌قطعه کردند و سر او را در تبر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گرداندند. در اعلام قتل، بر اصل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هود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خاندانش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تأک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شد؛ گو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چند دهه مسلمان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وزارت و خدمت به سه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برچسب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که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تحق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و ب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اعتبار</w:t>
      </w:r>
      <w:r w:rsidRPr="00D35A80">
        <w:rPr>
          <w:rFonts w:ascii="Tahoma" w:hAnsi="Tahoma" w:cs="Tahoma"/>
          <w:rtl/>
        </w:rPr>
        <w:t xml:space="preserve"> کردن او لازم بود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ببرد.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سرنوشت</w:t>
      </w:r>
      <w:r w:rsidRPr="00D35A80">
        <w:rPr>
          <w:rFonts w:ascii="Tahoma" w:hAnsi="Tahoma" w:cs="Tahoma"/>
          <w:rtl/>
        </w:rPr>
        <w:t xml:space="preserve">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روشن‌تر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نمونه‌ها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ناامن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</w:t>
      </w:r>
      <w:r w:rsidRPr="00D35A80">
        <w:rPr>
          <w:rFonts w:ascii="Tahoma" w:hAnsi="Tahoma" w:cs="Tahoma"/>
          <w:rtl/>
        </w:rPr>
        <w:t xml:space="preserve"> در حکومت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بود. او به بالاتر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مقام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ده،</w:t>
      </w:r>
      <w:r w:rsidRPr="00D35A80">
        <w:rPr>
          <w:rFonts w:ascii="Tahoma" w:hAnsi="Tahoma" w:cs="Tahoma"/>
          <w:rtl/>
        </w:rPr>
        <w:t xml:space="preserve"> نظام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سامان داده، تار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جهان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نوشته و شبکه‌ا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مؤسسات علم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ساخته بود، اما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چ‌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از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نها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حفظ جانش کفا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نکرد.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>وان به دانش او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داشت، 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تاج خود را به شخص او متعهد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دانست</w:t>
      </w:r>
      <w:r w:rsidRPr="00D35A80">
        <w:rPr>
          <w:rFonts w:ascii="Tahoma" w:hAnsi="Tahoma" w:cs="Tahoma"/>
          <w:rtl/>
        </w:rPr>
        <w:t>.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توازن قدرت تغ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کرد، تجربهٔ انباشتهٔ او نه سرما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هٔ</w:t>
      </w:r>
      <w:r w:rsidRPr="00D35A80">
        <w:rPr>
          <w:rFonts w:ascii="Tahoma" w:hAnsi="Tahoma" w:cs="Tahoma"/>
          <w:rtl/>
        </w:rPr>
        <w:t xml:space="preserve"> کشور، بلکه قدرت رق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خطرناک تلق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پس</w:t>
      </w:r>
      <w:r w:rsidRPr="00D35A80">
        <w:rPr>
          <w:rFonts w:ascii="Tahoma" w:hAnsi="Tahoma" w:cs="Tahoma"/>
          <w:rtl/>
        </w:rPr>
        <w:t xml:space="preserve"> از قتل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ر،</w:t>
      </w:r>
      <w:r w:rsidRPr="00D35A80">
        <w:rPr>
          <w:rFonts w:ascii="Tahoma" w:hAnsi="Tahoma" w:cs="Tahoma"/>
          <w:rtl/>
        </w:rPr>
        <w:t xml:space="preserve"> اموال و تأس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سات</w:t>
      </w:r>
      <w:r w:rsidRPr="00D35A80">
        <w:rPr>
          <w:rFonts w:ascii="Tahoma" w:hAnsi="Tahoma" w:cs="Tahoma"/>
          <w:rtl/>
        </w:rPr>
        <w:t xml:space="preserve"> او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از تعرض مصون نماندند. ربع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غارت شد و بخش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شبکه‌ا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و گسترش دانش ساخته شده بود از هم پاش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داد</w:t>
      </w:r>
      <w:r w:rsidRPr="00D35A80">
        <w:rPr>
          <w:rFonts w:ascii="Tahoma" w:hAnsi="Tahoma" w:cs="Tahoma"/>
          <w:rtl/>
        </w:rPr>
        <w:t xml:space="preserve"> تفاوت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نهاد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دار</w:t>
      </w:r>
      <w:r w:rsidRPr="00D35A80">
        <w:rPr>
          <w:rFonts w:ascii="Tahoma" w:hAnsi="Tahoma" w:cs="Tahoma"/>
          <w:rtl/>
        </w:rPr>
        <w:t xml:space="preserve"> و موقوفه‌ا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وابسته به قدرت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آشکار کرد.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بود با و</w:t>
      </w:r>
      <w:r w:rsidRPr="00D35A80">
        <w:rPr>
          <w:rFonts w:ascii="Tahoma" w:hAnsi="Tahoma" w:cs="Tahoma" w:hint="eastAsia"/>
          <w:rtl/>
        </w:rPr>
        <w:t>قف،</w:t>
      </w:r>
      <w:r w:rsidRPr="00D35A80">
        <w:rPr>
          <w:rFonts w:ascii="Tahoma" w:hAnsi="Tahoma" w:cs="Tahoma"/>
          <w:rtl/>
        </w:rPr>
        <w:t xml:space="preserve"> دارا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و مؤسسات خود را از دگرگون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محفوظ نگه دارد، اما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خود او دشمن حکومت شناخته شد، نوشتهٔ وقف‌نامه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نتوانست بنا و اموالش را از دست متجاوزان نجات دهد.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با</w:t>
      </w:r>
      <w:r w:rsidRPr="00D35A80">
        <w:rPr>
          <w:rFonts w:ascii="Tahoma" w:hAnsi="Tahoma" w:cs="Tahoma"/>
          <w:rtl/>
        </w:rPr>
        <w:t xml:space="preserve"> مرگ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تاج‌الد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عل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شاه</w:t>
      </w:r>
      <w:r w:rsidRPr="00D35A80">
        <w:rPr>
          <w:rFonts w:ascii="Tahoma" w:hAnsi="Tahoma" w:cs="Tahoma"/>
          <w:rtl/>
        </w:rPr>
        <w:t xml:space="preserve"> 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رأس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تنها ماند. او از معدود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بزرگ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 که برخلاف بس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خود، بر اثر اعدام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قتل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نرفت و تا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زندگ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مقامش را حفظ کرد. اما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به معنا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استقلال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از قشون نبود. </w:t>
      </w: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سال‌ها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نخست پادشاه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اصل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همچنان در دست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قرار داشت.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وابستگ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آشکار شد که قلمرو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رون</w:t>
      </w:r>
      <w:r w:rsidRPr="00D35A80">
        <w:rPr>
          <w:rFonts w:ascii="Tahoma" w:hAnsi="Tahoma" w:cs="Tahoma"/>
          <w:rtl/>
        </w:rPr>
        <w:t xml:space="preserve"> و درون با خطر روبه‌رو گرد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. در سال </w:t>
      </w:r>
      <w:r w:rsidRPr="00D35A80">
        <w:rPr>
          <w:rFonts w:ascii="Tahoma" w:hAnsi="Tahoma" w:cs="Tahoma"/>
          <w:rtl/>
          <w:lang w:bidi="fa-IR"/>
        </w:rPr>
        <w:t>۱۳۱۹</w:t>
      </w:r>
      <w:r w:rsidRPr="00D35A80">
        <w:rPr>
          <w:rFonts w:ascii="Tahoma" w:hAnsi="Tahoma" w:cs="Tahoma"/>
          <w:rtl/>
        </w:rPr>
        <w:t>،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اردو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زر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به مرزها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شدند و از سو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شورش‌ها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در خراسان و مناطق شرق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آمد.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ناراض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توانستند</w:t>
      </w:r>
      <w:r w:rsidRPr="00D35A80">
        <w:rPr>
          <w:rFonts w:ascii="Tahoma" w:hAnsi="Tahoma" w:cs="Tahoma"/>
          <w:rtl/>
        </w:rPr>
        <w:t xml:space="preserve"> از کم‌سال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بهره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رند</w:t>
      </w:r>
      <w:r w:rsidRPr="00D35A80">
        <w:rPr>
          <w:rFonts w:ascii="Tahoma" w:hAnsi="Tahoma" w:cs="Tahoma"/>
          <w:rtl/>
        </w:rPr>
        <w:t xml:space="preserve"> و هر شکست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نشانهٔ ناتوان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معرف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کنند. تاج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هنوز اقتدار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افته</w:t>
      </w:r>
      <w:r w:rsidRPr="00D35A80">
        <w:rPr>
          <w:rFonts w:ascii="Tahoma" w:hAnsi="Tahoma" w:cs="Tahoma"/>
          <w:rtl/>
        </w:rPr>
        <w:t xml:space="preserve"> بود، در برابر دو خطر هم‌زمان قرار گرفت: حملهٔ خارج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انت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سرپ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داخل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در 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ارو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با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بحران، برخلاف انتظار کسان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او را کودک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فرمان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دانستند،</w:t>
      </w:r>
      <w:r w:rsidRPr="00D35A80">
        <w:rPr>
          <w:rFonts w:ascii="Tahoma" w:hAnsi="Tahoma" w:cs="Tahoma"/>
          <w:rtl/>
        </w:rPr>
        <w:t xml:space="preserve"> شجاعت نشان داد. حضور او در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دان</w:t>
      </w:r>
      <w:r w:rsidRPr="00D35A80">
        <w:rPr>
          <w:rFonts w:ascii="Tahoma" w:hAnsi="Tahoma" w:cs="Tahoma"/>
          <w:rtl/>
        </w:rPr>
        <w:t xml:space="preserve"> و مقاومتش در برابر دشمن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گاهش</w:t>
      </w:r>
      <w:r w:rsidRPr="00D35A80">
        <w:rPr>
          <w:rFonts w:ascii="Tahoma" w:hAnsi="Tahoma" w:cs="Tahoma"/>
          <w:rtl/>
        </w:rPr>
        <w:t xml:space="preserve"> را در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قشون بالا برد و عنوان «بهادر»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دلاور را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استوارتر ساخت.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تجربه نخست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eastAsia"/>
          <w:rtl/>
        </w:rPr>
        <w:t>فرصت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 که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نوجوان توانست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اعتبار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جدا از نسب و مقام موروث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دست آورد. در جامعهٔ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مغول، فرمانروا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که در جنگ توانا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نشان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داد،</w:t>
      </w:r>
      <w:r w:rsidRPr="00D35A80">
        <w:rPr>
          <w:rFonts w:ascii="Tahoma" w:hAnsi="Tahoma" w:cs="Tahoma"/>
          <w:rtl/>
        </w:rPr>
        <w:t xml:space="preserve"> هر اندازه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داشت، در برابر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جنگ‌آزموده ضع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ف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ماند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اما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هنوز قدرت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را کاهش نداد. او نقش خود را در حفظ مرزها و سرکوب شورش‌ها برجسته‌تر کرد و اعتماد بخش بزرگ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قشون را در دست داشت.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نوجوان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تا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دستگاه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مستقل از چوپان نساخته بود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او را کنار بگذارد. در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مر</w:t>
      </w:r>
      <w:r w:rsidRPr="00D35A80">
        <w:rPr>
          <w:rFonts w:ascii="Tahoma" w:hAnsi="Tahoma" w:cs="Tahoma" w:hint="eastAsia"/>
          <w:rtl/>
        </w:rPr>
        <w:t>حله،</w:t>
      </w:r>
      <w:r w:rsidRPr="00D35A80">
        <w:rPr>
          <w:rFonts w:ascii="Tahoma" w:hAnsi="Tahoma" w:cs="Tahoma"/>
          <w:rtl/>
        </w:rPr>
        <w:t xml:space="preserve"> همکار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تاج و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هر دو سودمند بود: چوپان فرمان خود را به نام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اجرا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</w:t>
      </w:r>
      <w:r w:rsidRPr="00D35A80">
        <w:rPr>
          <w:rFonts w:ascii="Tahoma" w:hAnsi="Tahoma" w:cs="Tahoma"/>
          <w:rtl/>
        </w:rPr>
        <w:t xml:space="preserve"> و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از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چوپان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حفظ تاج بهره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چوپان</w:t>
      </w:r>
      <w:r w:rsidRPr="00D35A80">
        <w:rPr>
          <w:rFonts w:ascii="Tahoma" w:hAnsi="Tahoma" w:cs="Tahoma"/>
          <w:rtl/>
        </w:rPr>
        <w:t xml:space="preserve"> به‌تدر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</w:t>
      </w:r>
      <w:r w:rsidRPr="00D35A80">
        <w:rPr>
          <w:rFonts w:ascii="Tahoma" w:hAnsi="Tahoma" w:cs="Tahoma"/>
          <w:rtl/>
        </w:rPr>
        <w:t xml:space="preserve"> فرزندان و وابستگان خود را در بخش‌ها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گوناگون قلمرو به قدرت رساند. پسران او حکومت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فرمانده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نواح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چون خراسان، آذربا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جان،</w:t>
      </w:r>
      <w:r w:rsidRPr="00D35A80">
        <w:rPr>
          <w:rFonts w:ascii="Tahoma" w:hAnsi="Tahoma" w:cs="Tahoma"/>
          <w:rtl/>
        </w:rPr>
        <w:t xml:space="preserve"> گرجستان و آناتول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به دست آوردند و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پسرانش، دمشق‌خواجه، در مرکز دربار نفوذ فراوان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</w:t>
      </w:r>
      <w:r w:rsidRPr="00D35A80">
        <w:rPr>
          <w:rFonts w:ascii="Tahoma" w:hAnsi="Tahoma" w:cs="Tahoma"/>
          <w:rtl/>
        </w:rPr>
        <w:t>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انتصاب‌ها در ظ</w:t>
      </w:r>
      <w:r w:rsidRPr="00D35A80">
        <w:rPr>
          <w:rFonts w:ascii="Tahoma" w:hAnsi="Tahoma" w:cs="Tahoma" w:hint="eastAsia"/>
          <w:rtl/>
        </w:rPr>
        <w:t>اهر</w:t>
      </w:r>
      <w:r w:rsidRPr="00D35A80">
        <w:rPr>
          <w:rFonts w:ascii="Tahoma" w:hAnsi="Tahoma" w:cs="Tahoma"/>
          <w:rtl/>
        </w:rPr>
        <w:t xml:space="preserve"> راه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ادارهٔ کشور به دست کسان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مورد اعتماد بود، اما در عمل حکومت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درون حکومت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آورد</w:t>
      </w:r>
      <w:r w:rsidRPr="00D35A80">
        <w:rPr>
          <w:rFonts w:ascii="Tahoma" w:hAnsi="Tahoma" w:cs="Tahoma"/>
          <w:rtl/>
        </w:rPr>
        <w:t>. بخش بزرگ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اعضا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خاندان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تقس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 xml:space="preserve"> و تاج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به همان خاندان وابسته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ساختار</w:t>
      </w:r>
      <w:r w:rsidRPr="00D35A80">
        <w:rPr>
          <w:rFonts w:ascii="Tahoma" w:hAnsi="Tahoma" w:cs="Tahoma"/>
          <w:rtl/>
        </w:rPr>
        <w:t xml:space="preserve"> قدرت چوپان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با ساختار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تفاوت داشت.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</w:t>
      </w:r>
      <w:r w:rsidRPr="00D35A80">
        <w:rPr>
          <w:rFonts w:ascii="Tahoma" w:hAnsi="Tahoma" w:cs="Tahoma"/>
          <w:rtl/>
        </w:rPr>
        <w:t xml:space="preserve"> مقام خود را از فرمان پادشاه و مهارت در ادارهٔ امور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گرفت؛</w:t>
      </w:r>
      <w:r w:rsidRPr="00D35A80">
        <w:rPr>
          <w:rFonts w:ascii="Tahoma" w:hAnsi="Tahoma" w:cs="Tahoma"/>
          <w:rtl/>
        </w:rPr>
        <w:t xml:space="preserve"> اما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مغول علاوه بر فرمان رسم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قشون، خو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شاوندان</w:t>
      </w:r>
      <w:r w:rsidRPr="00D35A80">
        <w:rPr>
          <w:rFonts w:ascii="Tahoma" w:hAnsi="Tahoma" w:cs="Tahoma"/>
          <w:rtl/>
        </w:rPr>
        <w:t xml:space="preserve"> و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داشت که وفادار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شان</w:t>
      </w:r>
      <w:r w:rsidRPr="00D35A80">
        <w:rPr>
          <w:rFonts w:ascii="Tahoma" w:hAnsi="Tahoma" w:cs="Tahoma"/>
          <w:rtl/>
        </w:rPr>
        <w:t xml:space="preserve"> مستق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ماً</w:t>
      </w:r>
      <w:r w:rsidRPr="00D35A80">
        <w:rPr>
          <w:rFonts w:ascii="Tahoma" w:hAnsi="Tahoma" w:cs="Tahoma"/>
          <w:rtl/>
        </w:rPr>
        <w:t xml:space="preserve"> متوجه شخص او بود.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با برکنار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مقام، بخش بزرگ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قدرتش را از دست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داد،</w:t>
      </w:r>
      <w:r w:rsidRPr="00D35A80">
        <w:rPr>
          <w:rFonts w:ascii="Tahoma" w:hAnsi="Tahoma" w:cs="Tahoma"/>
          <w:rtl/>
        </w:rPr>
        <w:t xml:space="preserve"> 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از حکومت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برکنار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 xml:space="preserve"> ممکن بود همچنان هزاران سوار وفادار در اخت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/>
          <w:rtl/>
        </w:rPr>
        <w:t xml:space="preserve"> داشته باشد. به 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سبب، مهار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تاج دشوارتر از برکنار کردن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سال‌ها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که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به بلوغ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وضع تحمل‌ناپذ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رتر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>. کودک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حضور سرپرست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</w:t>
      </w:r>
      <w:r w:rsidRPr="00D35A80">
        <w:rPr>
          <w:rFonts w:ascii="Tahoma" w:hAnsi="Tahoma" w:cs="Tahoma"/>
          <w:rtl/>
        </w:rPr>
        <w:t xml:space="preserve"> را بپذ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رد،</w:t>
      </w:r>
      <w:r w:rsidRPr="00D35A80">
        <w:rPr>
          <w:rFonts w:ascii="Tahoma" w:hAnsi="Tahoma" w:cs="Tahoma"/>
          <w:rtl/>
        </w:rPr>
        <w:t xml:space="preserve"> اما پادشاه جوان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خود را وارث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و فرمانروا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دانست</w:t>
      </w:r>
      <w:r w:rsidRPr="00D35A80">
        <w:rPr>
          <w:rFonts w:ascii="Tahoma" w:hAnsi="Tahoma" w:cs="Tahoma"/>
          <w:rtl/>
        </w:rPr>
        <w:t xml:space="preserve">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شه</w:t>
      </w:r>
      <w:r w:rsidRPr="00D35A80">
        <w:rPr>
          <w:rFonts w:ascii="Tahoma" w:hAnsi="Tahoma" w:cs="Tahoma"/>
          <w:rtl/>
        </w:rPr>
        <w:t xml:space="preserve">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سا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هٔ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بماند که فرزندانش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کشور و دربار مرکز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در اخت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/>
          <w:rtl/>
        </w:rPr>
        <w:t xml:space="preserve"> گرفته بودند. آنچه در آغاز پشت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بان</w:t>
      </w:r>
      <w:r w:rsidRPr="00D35A80">
        <w:rPr>
          <w:rFonts w:ascii="Tahoma" w:hAnsi="Tahoma" w:cs="Tahoma"/>
          <w:rtl/>
        </w:rPr>
        <w:t xml:space="preserve"> تاج بود، اکنون به مانع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برابر اعمال مستق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قدرت پادشاه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دمشق‌خواجه،</w:t>
      </w:r>
      <w:r w:rsidRPr="00D35A80">
        <w:rPr>
          <w:rFonts w:ascii="Tahoma" w:hAnsi="Tahoma" w:cs="Tahoma"/>
          <w:rtl/>
        </w:rPr>
        <w:t xml:space="preserve"> پسر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چوپان، در دربار چنان نفوذ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</w:t>
      </w:r>
      <w:r w:rsidRPr="00D35A80">
        <w:rPr>
          <w:rFonts w:ascii="Tahoma" w:hAnsi="Tahoma" w:cs="Tahoma"/>
          <w:rtl/>
        </w:rPr>
        <w:t xml:space="preserve"> که مراجعه‌کنندگان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شبرد</w:t>
      </w:r>
      <w:r w:rsidRPr="00D35A80">
        <w:rPr>
          <w:rFonts w:ascii="Tahoma" w:hAnsi="Tahoma" w:cs="Tahoma"/>
          <w:rtl/>
        </w:rPr>
        <w:t xml:space="preserve"> کار خود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آنکه به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چشم داشته باشند، به او 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آوردند</w:t>
      </w:r>
      <w:r w:rsidRPr="00D35A80">
        <w:rPr>
          <w:rFonts w:ascii="Tahoma" w:hAnsi="Tahoma" w:cs="Tahoma"/>
          <w:rtl/>
        </w:rPr>
        <w:t>. ثروت، بخشش‌ها و شبکهٔ وابستگان او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وسته</w:t>
      </w:r>
      <w:r w:rsidRPr="00D35A80">
        <w:rPr>
          <w:rFonts w:ascii="Tahoma" w:hAnsi="Tahoma" w:cs="Tahoma"/>
          <w:rtl/>
        </w:rPr>
        <w:t xml:space="preserve"> افزا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ی‌ی</w:t>
      </w:r>
      <w:r w:rsidRPr="00D35A80">
        <w:rPr>
          <w:rFonts w:ascii="Tahoma" w:hAnsi="Tahoma" w:cs="Tahoma" w:hint="eastAsia"/>
          <w:rtl/>
        </w:rPr>
        <w:t>افت</w:t>
      </w:r>
      <w:r w:rsidRPr="00D35A80">
        <w:rPr>
          <w:rFonts w:ascii="Tahoma" w:hAnsi="Tahoma" w:cs="Tahoma"/>
          <w:rtl/>
        </w:rPr>
        <w:t>. چن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قدرت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تنها مسئله‌ا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eastAsia"/>
          <w:rtl/>
        </w:rPr>
        <w:t>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نبود؛ اقتدار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را در برابر چشم دربار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کاهش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داد</w:t>
      </w:r>
      <w:r w:rsidRPr="00D35A80">
        <w:rPr>
          <w:rFonts w:ascii="Tahoma" w:hAnsi="Tahoma" w:cs="Tahoma"/>
          <w:rtl/>
        </w:rPr>
        <w:t>. اگر فرمان‌ها، مناصب و امت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ازها</w:t>
      </w:r>
      <w:r w:rsidRPr="00D35A80">
        <w:rPr>
          <w:rFonts w:ascii="Tahoma" w:hAnsi="Tahoma" w:cs="Tahoma"/>
          <w:rtl/>
        </w:rPr>
        <w:t xml:space="preserve"> عملاً از خانهٔ دمشق‌خواجه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گذشتند،</w:t>
      </w:r>
      <w:r w:rsidRPr="00D35A80">
        <w:rPr>
          <w:rFonts w:ascii="Tahoma" w:hAnsi="Tahoma" w:cs="Tahoma"/>
          <w:rtl/>
        </w:rPr>
        <w:t xml:space="preserve"> تاج به نشانه‌ا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تشر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فات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اختلاف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و خاندان چوپان با مسئله‌ا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درآم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خت</w:t>
      </w:r>
      <w:r w:rsidRPr="00D35A80">
        <w:rPr>
          <w:rFonts w:ascii="Tahoma" w:hAnsi="Tahoma" w:cs="Tahoma"/>
          <w:rtl/>
        </w:rPr>
        <w:t>. بغدادخاتون، دختر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چوپان، با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حسن جلا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ــ که بعدها به حسن بزرگ شهرت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</w:t>
      </w:r>
      <w:r w:rsidRPr="00D35A80">
        <w:rPr>
          <w:rFonts w:ascii="Tahoma" w:hAnsi="Tahoma" w:cs="Tahoma"/>
          <w:rtl/>
        </w:rPr>
        <w:t xml:space="preserve"> ــ ازدواج کرده بود.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به او دل بست و خواستار ازدواج با او شد. بر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هٔ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سنت‌ها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مغول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خان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زن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که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خواست</w:t>
      </w:r>
      <w:r w:rsidRPr="00D35A80">
        <w:rPr>
          <w:rFonts w:ascii="Tahoma" w:hAnsi="Tahoma" w:cs="Tahoma"/>
          <w:rtl/>
        </w:rPr>
        <w:t xml:space="preserve"> از شوهرش جدا سازد و به همسر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درآورد. اما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در برابر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خواست مقاومت کرد و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دختر و دامادش را از دربار دور نگه دارد.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</w:t>
      </w:r>
      <w:r w:rsidRPr="00D35A80">
        <w:rPr>
          <w:rFonts w:ascii="Tahoma" w:hAnsi="Tahoma" w:cs="Tahoma"/>
          <w:rtl/>
        </w:rPr>
        <w:t xml:space="preserve"> سقوط خاندان چوپان را تنها نت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جهٔ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دلبستگ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دانست. کشمکش اصل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 سر تقس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قدرت بود و ماجرا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بغدادخاتون آن را شد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دتر</w:t>
      </w:r>
      <w:r w:rsidRPr="00D35A80">
        <w:rPr>
          <w:rFonts w:ascii="Tahoma" w:hAnsi="Tahoma" w:cs="Tahoma"/>
          <w:rtl/>
        </w:rPr>
        <w:t xml:space="preserve"> کرد.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خواست</w:t>
      </w:r>
      <w:r w:rsidRPr="00D35A80">
        <w:rPr>
          <w:rFonts w:ascii="Tahoma" w:hAnsi="Tahoma" w:cs="Tahoma"/>
          <w:rtl/>
        </w:rPr>
        <w:t xml:space="preserve"> نشان دهد که ارادهٔ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از خواست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 w:hint="eastAsia"/>
          <w:rtl/>
        </w:rPr>
        <w:t>ن‌تر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ست</w:t>
      </w:r>
      <w:r w:rsidRPr="00D35A80">
        <w:rPr>
          <w:rFonts w:ascii="Tahoma" w:hAnsi="Tahoma" w:cs="Tahoma"/>
          <w:rtl/>
        </w:rPr>
        <w:t>. چوپان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خواست</w:t>
      </w:r>
      <w:r w:rsidRPr="00D35A80">
        <w:rPr>
          <w:rFonts w:ascii="Tahoma" w:hAnsi="Tahoma" w:cs="Tahoma"/>
          <w:rtl/>
        </w:rPr>
        <w:t xml:space="preserve"> با تسل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دخترش بپذ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</w:t>
      </w:r>
      <w:r w:rsidRPr="00D35A80">
        <w:rPr>
          <w:rFonts w:ascii="Tahoma" w:hAnsi="Tahoma" w:cs="Tahoma"/>
          <w:rtl/>
        </w:rPr>
        <w:t xml:space="preserve"> که همهٔ قدر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و افتخار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به دست آورده، در برابر خواست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پادشاه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</w:t>
      </w:r>
      <w:r w:rsidRPr="00D35A80">
        <w:rPr>
          <w:rFonts w:ascii="Tahoma" w:hAnsi="Tahoma" w:cs="Tahoma"/>
          <w:rtl/>
        </w:rPr>
        <w:t xml:space="preserve"> ارزش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ندارد. مسئله‌ا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خانوادگ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نماد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نبرد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تاج و خاندان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سال </w:t>
      </w:r>
      <w:r w:rsidRPr="00D35A80">
        <w:rPr>
          <w:rFonts w:ascii="Tahoma" w:hAnsi="Tahoma" w:cs="Tahoma"/>
          <w:rtl/>
          <w:lang w:bidi="fa-IR"/>
        </w:rPr>
        <w:t>۱۳۲۷</w:t>
      </w:r>
      <w:r w:rsidRPr="00D35A80">
        <w:rPr>
          <w:rFonts w:ascii="Tahoma" w:hAnsi="Tahoma" w:cs="Tahoma"/>
          <w:rtl/>
        </w:rPr>
        <w:t>،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تصم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خود را گرفت. دمشق‌خواجه در دربار به فرمان او کشته شد. اتهام‌ها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دربارهٔ رفتار و روابط او مطرح شد، اما علت بن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قتل را 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در قدرت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جست‌وجو کرد که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تاج قابل تحمل نبود. با کشته شدن دمشق‌خواجه، شبکهٔ چوپان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در مرکز ضر</w:t>
      </w:r>
      <w:r w:rsidRPr="00D35A80">
        <w:rPr>
          <w:rFonts w:ascii="Tahoma" w:hAnsi="Tahoma" w:cs="Tahoma" w:hint="eastAsia"/>
          <w:rtl/>
        </w:rPr>
        <w:t>به‌ا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ناگهان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خورد.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که در خراسان به سر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برد،</w:t>
      </w:r>
      <w:r w:rsidRPr="00D35A80">
        <w:rPr>
          <w:rFonts w:ascii="Tahoma" w:hAnsi="Tahoma" w:cs="Tahoma"/>
          <w:rtl/>
        </w:rPr>
        <w:t xml:space="preserve"> 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</w:t>
      </w:r>
      <w:r w:rsidRPr="00D35A80">
        <w:rPr>
          <w:rFonts w:ascii="Tahoma" w:hAnsi="Tahoma" w:cs="Tahoma"/>
          <w:rtl/>
        </w:rPr>
        <w:t xml:space="preserve"> رابطهٔ طولان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با تاج به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است.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چوپان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/>
          <w:rtl/>
        </w:rPr>
        <w:t xml:space="preserve"> گرد آورد و موقع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خود را نجات دهد، اما بس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تا آن زمان از او فرمان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بردند،</w:t>
      </w:r>
      <w:r w:rsidRPr="00D35A80">
        <w:rPr>
          <w:rFonts w:ascii="Tahoma" w:hAnsi="Tahoma" w:cs="Tahoma"/>
          <w:rtl/>
        </w:rPr>
        <w:t xml:space="preserve">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ارادهٔ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را در برابرش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دند</w:t>
      </w:r>
      <w:r w:rsidRPr="00D35A80">
        <w:rPr>
          <w:rFonts w:ascii="Tahoma" w:hAnsi="Tahoma" w:cs="Tahoma"/>
          <w:rtl/>
        </w:rPr>
        <w:t xml:space="preserve"> از او جدا شدند. قدرت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بزرگ، با همهٔ گستردگ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خود، هنوز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حقان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حکمران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نام تاج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داشت. تا </w:t>
      </w:r>
      <w:r w:rsidRPr="00D35A80">
        <w:rPr>
          <w:rFonts w:ascii="Tahoma" w:hAnsi="Tahoma" w:cs="Tahoma" w:hint="eastAsia"/>
          <w:rtl/>
        </w:rPr>
        <w:t>زمان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چوپان نگهبان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شناخته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شد،</w:t>
      </w:r>
      <w:r w:rsidRPr="00D35A80">
        <w:rPr>
          <w:rFonts w:ascii="Tahoma" w:hAnsi="Tahoma" w:cs="Tahoma"/>
          <w:rtl/>
        </w:rPr>
        <w:t xml:space="preserve"> فرمانده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بود؛ اما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در برابر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قرار گرفت، همان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ناچار شدند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خاندان چوپان و خان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برگز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نند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سرانجام به هرات پناه برد. غ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اث‌الد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کرت، فرمانروا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آنجا،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ش‌تر</w:t>
      </w:r>
      <w:r w:rsidRPr="00D35A80">
        <w:rPr>
          <w:rFonts w:ascii="Tahoma" w:hAnsi="Tahoma" w:cs="Tahoma"/>
          <w:rtl/>
        </w:rPr>
        <w:t xml:space="preserve"> از دوستان و مد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</w:t>
      </w:r>
      <w:r w:rsidRPr="00D35A80">
        <w:rPr>
          <w:rFonts w:ascii="Tahoma" w:hAnsi="Tahoma" w:cs="Tahoma"/>
          <w:rtl/>
        </w:rPr>
        <w:t xml:space="preserve"> او بود، اما فرمان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و محاسبهٔ بقا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وفادار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رومندتر</w:t>
      </w:r>
      <w:r w:rsidRPr="00D35A80">
        <w:rPr>
          <w:rFonts w:ascii="Tahoma" w:hAnsi="Tahoma" w:cs="Tahoma"/>
          <w:rtl/>
        </w:rPr>
        <w:t xml:space="preserve"> شد. چوپان در هرات کشته شد و سرش را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فرستادند. مرد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ده سال ستون </w:t>
      </w:r>
      <w:r w:rsidRPr="00D35A80">
        <w:rPr>
          <w:rFonts w:ascii="Tahoma" w:hAnsi="Tahoma" w:cs="Tahoma" w:hint="eastAsia"/>
          <w:rtl/>
        </w:rPr>
        <w:t>اصل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قشون و نگهبان تاج بود،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خود در برابر تاج قرار گرفت، از همان حقان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محروم شد که قدرتش را بر آن بنا کرده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پس</w:t>
      </w:r>
      <w:r w:rsidRPr="00D35A80">
        <w:rPr>
          <w:rFonts w:ascii="Tahoma" w:hAnsi="Tahoma" w:cs="Tahoma"/>
          <w:rtl/>
        </w:rPr>
        <w:t xml:space="preserve"> از مرگ چوپان، بغدادخاتون از حسن بزرگ جدا شد و به همسر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درآمد. او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به‌سرعت در دربار قدرت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بزرگ به دست آورد. به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ترت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بر خاندان چوپان به حذف کامل نفوذ آن خاندان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نجام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د؛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اعضا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همان خاندان،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بار نه در مقام دختر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بزرگ بلکه در مقام همسر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لخان،</w:t>
      </w:r>
      <w:r w:rsidRPr="00D35A80">
        <w:rPr>
          <w:rFonts w:ascii="Tahoma" w:hAnsi="Tahoma" w:cs="Tahoma"/>
          <w:rtl/>
        </w:rPr>
        <w:t xml:space="preserve"> به مرکز قدرت بازگشت.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سقوط</w:t>
      </w:r>
      <w:r w:rsidRPr="00D35A80">
        <w:rPr>
          <w:rFonts w:ascii="Tahoma" w:hAnsi="Tahoma" w:cs="Tahoma"/>
          <w:rtl/>
        </w:rPr>
        <w:t xml:space="preserve"> چوپان نخست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بزرگ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در راه استقلال از سرپرستان دوران کودک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بود. او در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ست‌ودوسالگ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توانسته بود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قلمرو را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بردارد و اقتدار مستق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تاج را بازساز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کند. اما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مسئله‌ا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حل نکرد: دستگاه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</w:t>
      </w:r>
      <w:r w:rsidRPr="00D35A80">
        <w:rPr>
          <w:rFonts w:ascii="Tahoma" w:hAnsi="Tahoma" w:cs="Tahoma" w:hint="eastAsia"/>
          <w:rtl/>
        </w:rPr>
        <w:t>ارهٔ</w:t>
      </w:r>
      <w:r w:rsidRPr="00D35A80">
        <w:rPr>
          <w:rFonts w:ascii="Tahoma" w:hAnsi="Tahoma" w:cs="Tahoma"/>
          <w:rtl/>
        </w:rPr>
        <w:t xml:space="preserve">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ت‌ها</w:t>
      </w:r>
      <w:r w:rsidRPr="00D35A80">
        <w:rPr>
          <w:rFonts w:ascii="Tahoma" w:hAnsi="Tahoma" w:cs="Tahoma"/>
          <w:rtl/>
        </w:rPr>
        <w:t xml:space="preserve"> و فرمانده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قشون همچنان به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داشت. کنار رفتن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خاندان، خلائ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آورد</w:t>
      </w:r>
      <w:r w:rsidRPr="00D35A80">
        <w:rPr>
          <w:rFonts w:ascii="Tahoma" w:hAnsi="Tahoma" w:cs="Tahoma"/>
          <w:rtl/>
        </w:rPr>
        <w:t xml:space="preserve"> که خاندان‌ها و فرماندهان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پر کردن آن به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آمدند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اکنون آزادتر فرمان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راند،</w:t>
      </w:r>
      <w:r w:rsidRPr="00D35A80">
        <w:rPr>
          <w:rFonts w:ascii="Tahoma" w:hAnsi="Tahoma" w:cs="Tahoma"/>
          <w:rtl/>
        </w:rPr>
        <w:t xml:space="preserve"> اما وارث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نداشت و رشتهٔ مستق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هولاکو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در وجود او 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شده بود. تا زمان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زنده و مقتدر بود، نام و خون او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را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تاج نگاه دارد. پرسش سرنوشت‌ساز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بود که اگر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آخر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بالغ و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رفته‌شده</w:t>
      </w:r>
      <w:r w:rsidRPr="00D35A80">
        <w:rPr>
          <w:rFonts w:ascii="Tahoma" w:hAnsi="Tahoma" w:cs="Tahoma"/>
          <w:rtl/>
        </w:rPr>
        <w:t xml:space="preserve">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برود، کدام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/>
          <w:rtl/>
        </w:rPr>
        <w:t xml:space="preserve"> خواهد توانست قشون،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و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پراکنده را در کنار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نگه دارد.</w:t>
      </w:r>
    </w:p>
    <w:p w:rsidR="00D804E6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D35A80">
        <w:rPr>
          <w:rFonts w:ascii="Tahoma" w:hAnsi="Tahoma" w:cs="Tahoma" w:hint="eastAsia"/>
          <w:rtl/>
        </w:rPr>
        <w:t>اطلاعات</w:t>
      </w:r>
      <w:r w:rsidRPr="00D35A80">
        <w:rPr>
          <w:rFonts w:ascii="Tahoma" w:hAnsi="Tahoma" w:cs="Tahoma"/>
          <w:rtl/>
        </w:rPr>
        <w:t xml:space="preserve"> تار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بخش با مدخل‌ها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</w:t>
      </w:r>
      <w:r w:rsidRPr="00D35A80">
        <w:rPr>
          <w:rFonts w:ascii="Tahoma" w:hAnsi="Tahoma" w:cs="Tahoma"/>
          <w:rtl/>
        </w:rPr>
        <w:t xml:space="preserve"> دودمان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لخانان،</w:t>
      </w:r>
      <w:r w:rsidRPr="00D35A80">
        <w:rPr>
          <w:rFonts w:ascii="Tahoma" w:hAnsi="Tahoma" w:cs="Tahoma"/>
          <w:rtl/>
        </w:rPr>
        <w:t xml:space="preserve"> جامع‌التوار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</w:t>
      </w:r>
      <w:r w:rsidRPr="00D35A80">
        <w:rPr>
          <w:rFonts w:ascii="Tahoma" w:hAnsi="Tahoma" w:cs="Tahoma"/>
          <w:rtl/>
        </w:rPr>
        <w:t xml:space="preserve"> و گزارش دانشنامهٔ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کا</w:t>
      </w:r>
      <w:r w:rsidRPr="00D35A80">
        <w:rPr>
          <w:rFonts w:ascii="Tahoma" w:hAnsi="Tahoma" w:cs="Tahoma"/>
          <w:rtl/>
        </w:rPr>
        <w:t xml:space="preserve"> دربارهٔ خواجه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 اعدام او مقابله شده است.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/>
          <w:rtl/>
        </w:rPr>
        <w:t>سقوط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در سال </w:t>
      </w:r>
      <w:r w:rsidRPr="00D35A80">
        <w:rPr>
          <w:rFonts w:ascii="Tahoma" w:hAnsi="Tahoma" w:cs="Tahoma"/>
          <w:rtl/>
          <w:lang w:bidi="fa-IR"/>
        </w:rPr>
        <w:t>۱۳۲۷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را از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سا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هٔ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فرماندهٔ دوران نوجوان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اش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رون</w:t>
      </w:r>
      <w:r w:rsidRPr="00D35A80">
        <w:rPr>
          <w:rFonts w:ascii="Tahoma" w:hAnsi="Tahoma" w:cs="Tahoma"/>
          <w:rtl/>
        </w:rPr>
        <w:t xml:space="preserve"> آورد. او اکنون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ست‌ودو</w:t>
      </w:r>
      <w:r w:rsidRPr="00D35A80">
        <w:rPr>
          <w:rFonts w:ascii="Tahoma" w:hAnsi="Tahoma" w:cs="Tahoma"/>
          <w:rtl/>
        </w:rPr>
        <w:t xml:space="preserve"> ساله بود، تجربهٔ جنگ و حکومت داشت و نشان داده بود که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تواند</w:t>
      </w:r>
      <w:r w:rsidRPr="00D35A80">
        <w:rPr>
          <w:rFonts w:ascii="Tahoma" w:hAnsi="Tahoma" w:cs="Tahoma"/>
          <w:rtl/>
        </w:rPr>
        <w:t xml:space="preserve"> در لحظهٔ لازم عل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کس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زد</w:t>
      </w:r>
      <w:r w:rsidRPr="00D35A80">
        <w:rPr>
          <w:rFonts w:ascii="Tahoma" w:hAnsi="Tahoma" w:cs="Tahoma"/>
          <w:rtl/>
        </w:rPr>
        <w:t xml:space="preserve"> که خود زمان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نگهبان تاج او بود. اما 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برداشتن چوپان به معنا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</w:t>
      </w:r>
      <w:r w:rsidRPr="00D35A80">
        <w:rPr>
          <w:rFonts w:ascii="Tahoma" w:hAnsi="Tahoma" w:cs="Tahoma"/>
          <w:rtl/>
        </w:rPr>
        <w:t xml:space="preserve"> قدرت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نبود. حکومت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بدون قشون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بماند و قشون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همچنان از واحدها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تشک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 xml:space="preserve"> که فرماندهانشان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خاندان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 سپاه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داشتند.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توانسته بود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خاندان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از مرکز قدرت ب</w:t>
      </w:r>
      <w:r w:rsidRPr="00D35A80">
        <w:rPr>
          <w:rFonts w:ascii="Tahoma" w:hAnsi="Tahoma" w:cs="Tahoma" w:hint="eastAsia"/>
          <w:rtl/>
        </w:rPr>
        <w:t>راند،</w:t>
      </w:r>
      <w:r w:rsidRPr="00D35A80">
        <w:rPr>
          <w:rFonts w:ascii="Tahoma" w:hAnsi="Tahoma" w:cs="Tahoma"/>
          <w:rtl/>
        </w:rPr>
        <w:t xml:space="preserve"> 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ساختار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که آن خاندان در آن پرورش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افته</w:t>
      </w:r>
      <w:r w:rsidRPr="00D35A80">
        <w:rPr>
          <w:rFonts w:ascii="Tahoma" w:hAnsi="Tahoma" w:cs="Tahoma"/>
          <w:rtl/>
        </w:rPr>
        <w:t xml:space="preserve"> بود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کباره</w:t>
      </w:r>
      <w:r w:rsidRPr="00D35A80">
        <w:rPr>
          <w:rFonts w:ascii="Tahoma" w:hAnsi="Tahoma" w:cs="Tahoma"/>
          <w:rtl/>
        </w:rPr>
        <w:t xml:space="preserve"> دگرگون کند.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پس</w:t>
      </w:r>
      <w:r w:rsidRPr="00D35A80">
        <w:rPr>
          <w:rFonts w:ascii="Tahoma" w:hAnsi="Tahoma" w:cs="Tahoma"/>
          <w:rtl/>
        </w:rPr>
        <w:t xml:space="preserve"> از کشته شدن چوپان، فرزندان و وابستگان او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گرفتار شدند.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کشته شدند،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ختند</w:t>
      </w:r>
      <w:r w:rsidRPr="00D35A80">
        <w:rPr>
          <w:rFonts w:ascii="Tahoma" w:hAnsi="Tahoma" w:cs="Tahoma"/>
          <w:rtl/>
        </w:rPr>
        <w:t xml:space="preserve"> و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دند</w:t>
      </w:r>
      <w:r w:rsidRPr="00D35A80">
        <w:rPr>
          <w:rFonts w:ascii="Tahoma" w:hAnsi="Tahoma" w:cs="Tahoma"/>
          <w:rtl/>
        </w:rPr>
        <w:t xml:space="preserve"> در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که در اخت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/>
          <w:rtl/>
        </w:rPr>
        <w:t xml:space="preserve"> داشتند مقاومت کنند. 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مورتاش،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پسران چوپان و حاکم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</w:t>
      </w:r>
      <w:r w:rsidRPr="00D35A80">
        <w:rPr>
          <w:rFonts w:ascii="Tahoma" w:hAnsi="Tahoma" w:cs="Tahoma"/>
          <w:rtl/>
        </w:rPr>
        <w:t xml:space="preserve"> آناتول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سقوط نها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خاندان به مصر پناه برده بود. او د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آغاز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دوار</w:t>
      </w:r>
      <w:r w:rsidRPr="00D35A80">
        <w:rPr>
          <w:rFonts w:ascii="Tahoma" w:hAnsi="Tahoma" w:cs="Tahoma"/>
          <w:rtl/>
        </w:rPr>
        <w:t xml:space="preserve"> بود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از او در برابر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پشت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کنند، اما حضور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مغول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قاهره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در روابط تازهٔ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و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اختلال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جاد</w:t>
      </w:r>
      <w:r w:rsidRPr="00D35A80">
        <w:rPr>
          <w:rFonts w:ascii="Tahoma" w:hAnsi="Tahoma" w:cs="Tahoma"/>
          <w:rtl/>
        </w:rPr>
        <w:t xml:space="preserve"> کند. سرانجام او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به فرمان حکومت مصر کشته شد.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سرنوشت</w:t>
      </w:r>
      <w:r w:rsidRPr="00D35A80">
        <w:rPr>
          <w:rFonts w:ascii="Tahoma" w:hAnsi="Tahoma" w:cs="Tahoma"/>
          <w:rtl/>
        </w:rPr>
        <w:t xml:space="preserve"> 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مورتاش</w:t>
      </w:r>
      <w:r w:rsidRPr="00D35A80">
        <w:rPr>
          <w:rFonts w:ascii="Tahoma" w:hAnsi="Tahoma" w:cs="Tahoma"/>
          <w:rtl/>
        </w:rPr>
        <w:t xml:space="preserve"> نشان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داد</w:t>
      </w:r>
      <w:r w:rsidRPr="00D35A80">
        <w:rPr>
          <w:rFonts w:ascii="Tahoma" w:hAnsi="Tahoma" w:cs="Tahoma"/>
          <w:rtl/>
        </w:rPr>
        <w:t xml:space="preserve"> که پناه بردن از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تاج به تاج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تنها تا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سودمند بود که پناهنده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زبان</w:t>
      </w:r>
      <w:r w:rsidRPr="00D35A80">
        <w:rPr>
          <w:rFonts w:ascii="Tahoma" w:hAnsi="Tahoma" w:cs="Tahoma"/>
          <w:rtl/>
        </w:rPr>
        <w:t xml:space="preserve"> فا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داشته باشد.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ممکن بود از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مغول عل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بهره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رند،</w:t>
      </w:r>
      <w:r w:rsidRPr="00D35A80">
        <w:rPr>
          <w:rFonts w:ascii="Tahoma" w:hAnsi="Tahoma" w:cs="Tahoma"/>
          <w:rtl/>
        </w:rPr>
        <w:t xml:space="preserve"> اما اگر حفظ او مانع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برابر صلح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خطر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امن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خودشان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شد،</w:t>
      </w:r>
      <w:r w:rsidRPr="00D35A80">
        <w:rPr>
          <w:rFonts w:ascii="Tahoma" w:hAnsi="Tahoma" w:cs="Tahoma"/>
          <w:rtl/>
        </w:rPr>
        <w:t xml:space="preserve"> دل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نگهدار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اش</w:t>
      </w:r>
      <w:r w:rsidRPr="00D35A80">
        <w:rPr>
          <w:rFonts w:ascii="Tahoma" w:hAnsi="Tahoma" w:cs="Tahoma"/>
          <w:rtl/>
        </w:rPr>
        <w:t xml:space="preserve"> نداشتند. در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است</w:t>
      </w:r>
      <w:r w:rsidRPr="00D35A80">
        <w:rPr>
          <w:rFonts w:ascii="Tahoma" w:hAnsi="Tahoma" w:cs="Tahoma"/>
          <w:rtl/>
        </w:rPr>
        <w:t xml:space="preserve"> دولت‌ها، حما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از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غالباً نه بر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هٔ</w:t>
      </w:r>
      <w:r w:rsidRPr="00D35A80">
        <w:rPr>
          <w:rFonts w:ascii="Tahoma" w:hAnsi="Tahoma" w:cs="Tahoma"/>
          <w:rtl/>
        </w:rPr>
        <w:t xml:space="preserve"> دوست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بلکه بر اساس ارزش موقت آنان در موازنهٔ قدرت صورت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مهم‌تر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دگرگون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دوران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</w:t>
      </w:r>
      <w:r w:rsidRPr="00D35A80">
        <w:rPr>
          <w:rFonts w:ascii="Tahoma" w:hAnsi="Tahoma" w:cs="Tahoma"/>
          <w:rtl/>
        </w:rPr>
        <w:t xml:space="preserve"> جنگ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طولان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بود. از زمان هولاکو،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بارها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بودند سور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را تصرف کنند و شکست در 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جالوت را جبران سازند. اباقا، ارغون، غازان و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هر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به شکل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است</w:t>
      </w:r>
      <w:r w:rsidRPr="00D35A80">
        <w:rPr>
          <w:rFonts w:ascii="Tahoma" w:hAnsi="Tahoma" w:cs="Tahoma"/>
          <w:rtl/>
        </w:rPr>
        <w:t xml:space="preserve"> را ادامه داده بودند.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دن</w:t>
      </w:r>
      <w:r w:rsidRPr="00D35A80">
        <w:rPr>
          <w:rFonts w:ascii="Tahoma" w:hAnsi="Tahoma" w:cs="Tahoma"/>
          <w:rtl/>
        </w:rPr>
        <w:t xml:space="preserve"> به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هدف حت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بودند پادشاهان مس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ح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اروپا را با خود همراه سازند. اما پس از چند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دهه جنگ، سفارت و لشکرکش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نه اتحاد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 اروپا به دست آمد و نه سور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در اخت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قرار گرفت.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سال </w:t>
      </w:r>
      <w:r w:rsidRPr="00D35A80">
        <w:rPr>
          <w:rFonts w:ascii="Tahoma" w:hAnsi="Tahoma" w:cs="Tahoma"/>
          <w:rtl/>
          <w:lang w:bidi="fa-IR"/>
        </w:rPr>
        <w:t>۱۳۲۳</w:t>
      </w:r>
      <w:r w:rsidRPr="00D35A80">
        <w:rPr>
          <w:rFonts w:ascii="Tahoma" w:hAnsi="Tahoma" w:cs="Tahoma"/>
          <w:rtl/>
        </w:rPr>
        <w:t>، حکومت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با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به صلح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توافق تنها توقف موقت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لشکرکش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نبود؛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عمل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رقابت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 که بخش بزرگ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است</w:t>
      </w:r>
      <w:r w:rsidRPr="00D35A80">
        <w:rPr>
          <w:rFonts w:ascii="Tahoma" w:hAnsi="Tahoma" w:cs="Tahoma"/>
          <w:rtl/>
        </w:rPr>
        <w:t xml:space="preserve"> خارج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را از آغاز شکل داده بود.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چ‌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از دو حکومت نتوانسته بود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بردارد.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بر مصر و سور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eastAsia"/>
          <w:rtl/>
        </w:rPr>
        <w:t>اق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مانده بودند و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حاکم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خود را بر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عراق حفظ کرده بودند. سرانجام، هر دو طرف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رفتند</w:t>
      </w:r>
      <w:r w:rsidRPr="00D35A80">
        <w:rPr>
          <w:rFonts w:ascii="Tahoma" w:hAnsi="Tahoma" w:cs="Tahoma"/>
          <w:rtl/>
        </w:rPr>
        <w:t xml:space="preserve"> که ادامهٔ جنگ سود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متناسب با هز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 ندارد.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برقرار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صلح به حکومت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امکان داد بخش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را از مرزها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غرب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مسائل داخل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تهد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شمال و شرق معطوف سازد. راه‌ها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بازرگان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عراق و سور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از امن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برخوردار شدند و مبادلهٔ کالا و رفت‌وآمد مسافران آسان‌تر شد.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جنگ نشان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>‌داد که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است</w:t>
      </w:r>
      <w:r w:rsidRPr="00D35A80">
        <w:rPr>
          <w:rFonts w:ascii="Tahoma" w:hAnsi="Tahoma" w:cs="Tahoma"/>
          <w:rtl/>
        </w:rPr>
        <w:t xml:space="preserve"> خارج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از منطق فتح فاصله گرفته است. حکومت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زمان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ادامهٔ زندگ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به سرزم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تازه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اند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اکنون حفظ مرزها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موجود و درآمد حاصل از تجارت را سودمندتر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دگرگون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</w:t>
      </w:r>
      <w:r w:rsidRPr="00D35A80">
        <w:rPr>
          <w:rFonts w:ascii="Tahoma" w:hAnsi="Tahoma" w:cs="Tahoma"/>
          <w:rtl/>
        </w:rPr>
        <w:t xml:space="preserve"> تنها نت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جهٔ</w:t>
      </w:r>
      <w:r w:rsidRPr="00D35A80">
        <w:rPr>
          <w:rFonts w:ascii="Tahoma" w:hAnsi="Tahoma" w:cs="Tahoma"/>
          <w:rtl/>
        </w:rPr>
        <w:t xml:space="preserve"> صلح‌دوست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دانست. ساختار اقتصاد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توان ادامهٔ فتوحات بزرگ را نداشت. قشون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حفظ قلمرو پهناور خود با دشوار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روبه‌رو بود و رقابت با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شاخه‌ها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خاندان مغول در شمال و شرق ادامه داشت. افز</w:t>
      </w:r>
      <w:r w:rsidRPr="00D35A80">
        <w:rPr>
          <w:rFonts w:ascii="Tahoma" w:hAnsi="Tahoma" w:cs="Tahoma" w:hint="eastAsia"/>
          <w:rtl/>
        </w:rPr>
        <w:t>ون</w:t>
      </w:r>
      <w:r w:rsidRPr="00D35A80">
        <w:rPr>
          <w:rFonts w:ascii="Tahoma" w:hAnsi="Tahoma" w:cs="Tahoma"/>
          <w:rtl/>
        </w:rPr>
        <w:t xml:space="preserve"> بر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عراق پس از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قرن جنگ و ب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ثبات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فرصت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بازساز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داشتند. صلح با ممال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ک،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آنکه کنار گذاشتن آرمان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مذهب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اخلاق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باشد،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رفتن</w:t>
      </w:r>
      <w:r w:rsidRPr="00D35A80">
        <w:rPr>
          <w:rFonts w:ascii="Tahoma" w:hAnsi="Tahoma" w:cs="Tahoma"/>
          <w:rtl/>
        </w:rPr>
        <w:t xml:space="preserve"> واقع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موازنهٔ قدرت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داخل کشور،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را پس از آشفتگ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ناش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رقابت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دوباره سامان دهد. تاج‌الد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عل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شاه</w:t>
      </w:r>
      <w:r w:rsidRPr="00D35A80">
        <w:rPr>
          <w:rFonts w:ascii="Tahoma" w:hAnsi="Tahoma" w:cs="Tahoma"/>
          <w:rtl/>
        </w:rPr>
        <w:t xml:space="preserve"> 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پس از اعدام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به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رق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/>
          <w:rtl/>
        </w:rPr>
        <w:t xml:space="preserve">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شده بود، در سال </w:t>
      </w:r>
      <w:r w:rsidRPr="00D35A80">
        <w:rPr>
          <w:rFonts w:ascii="Tahoma" w:hAnsi="Tahoma" w:cs="Tahoma"/>
          <w:rtl/>
          <w:lang w:bidi="fa-IR"/>
        </w:rPr>
        <w:t>۱۳۲۴</w:t>
      </w:r>
      <w:r w:rsidRPr="00D35A80">
        <w:rPr>
          <w:rFonts w:ascii="Tahoma" w:hAnsi="Tahoma" w:cs="Tahoma"/>
          <w:rtl/>
        </w:rPr>
        <w:t xml:space="preserve"> درگذشت. مرگ طب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در مقام وزارت، در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بس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آنان با قتل، شکنجه و مصادره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رفته بودند، حادثه‌ا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کم‌سابقه بود. اما با مرگ او،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به دست کسان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افتاد که ثبات و تجربهٔ کاف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نگاه داشتن همهٔ بخش‌ها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 نداشتند.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پس</w:t>
      </w:r>
      <w:r w:rsidRPr="00D35A80">
        <w:rPr>
          <w:rFonts w:ascii="Tahoma" w:hAnsi="Tahoma" w:cs="Tahoma"/>
          <w:rtl/>
        </w:rPr>
        <w:t xml:space="preserve"> از سقوط خاندان چوپان،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غ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اث‌الد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محمد، پسر خواجه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را به وزارت رساند.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انتصاب تنها انتخاب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کارآزموده نبود؛ به‌گونه‌ا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بازگشت خاندان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مرکز حکومت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 که کمتر از ده سال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پدر خانواده را به اتهام کشتن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اعدام کرده و اموالش را غارت کرده بود. تاج اکنون به فرزند همان مرد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 که زمان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دشمن حکومت شناخته شده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غ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اث‌الد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از تجربهٔ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خاندان و شبکهٔ بازماندهٔ پدرش بهره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</w:t>
      </w:r>
      <w:r w:rsidRPr="00D35A80">
        <w:rPr>
          <w:rFonts w:ascii="Tahoma" w:hAnsi="Tahoma" w:cs="Tahoma"/>
          <w:rtl/>
        </w:rPr>
        <w:t>. او کوش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را از نو منظم کند، حساب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ت‌ها</w:t>
      </w:r>
      <w:r w:rsidRPr="00D35A80">
        <w:rPr>
          <w:rFonts w:ascii="Tahoma" w:hAnsi="Tahoma" w:cs="Tahoma"/>
          <w:rtl/>
        </w:rPr>
        <w:t xml:space="preserve"> را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نظر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</w:t>
      </w:r>
      <w:r w:rsidRPr="00D35A80">
        <w:rPr>
          <w:rFonts w:ascii="Tahoma" w:hAnsi="Tahoma" w:cs="Tahoma"/>
          <w:rtl/>
        </w:rPr>
        <w:t xml:space="preserve"> و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خواسته‌ها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خزانه،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حاکمان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تعادل برقرار سازد. حمدالله مستوف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که خود با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و خاندان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</w:t>
      </w:r>
      <w:r w:rsidRPr="00D35A80">
        <w:rPr>
          <w:rFonts w:ascii="Tahoma" w:hAnsi="Tahoma" w:cs="Tahoma"/>
          <w:rtl/>
        </w:rPr>
        <w:t xml:space="preserve"> داشت، از وزارت او با ستا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اد</w:t>
      </w:r>
      <w:r w:rsidRPr="00D35A80">
        <w:rPr>
          <w:rFonts w:ascii="Tahoma" w:hAnsi="Tahoma" w:cs="Tahoma"/>
          <w:rtl/>
        </w:rPr>
        <w:t xml:space="preserve"> کرده است. باا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ن‌حال،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ستا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با توجه به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سنده</w:t>
      </w:r>
      <w:r w:rsidRPr="00D35A80">
        <w:rPr>
          <w:rFonts w:ascii="Tahoma" w:hAnsi="Tahoma" w:cs="Tahoma"/>
          <w:rtl/>
        </w:rPr>
        <w:t xml:space="preserve"> به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و فضا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زمان خوانده شود.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بازگشت</w:t>
      </w:r>
      <w:r w:rsidRPr="00D35A80">
        <w:rPr>
          <w:rFonts w:ascii="Tahoma" w:hAnsi="Tahoma" w:cs="Tahoma"/>
          <w:rtl/>
        </w:rPr>
        <w:t xml:space="preserve"> پسر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معنا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مهم‌تر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داشت. حکومت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بکشد، اما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دانش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که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در خود انباشته بود با فرمان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آورد. ادارهٔ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ات،</w:t>
      </w:r>
      <w:r w:rsidRPr="00D35A80">
        <w:rPr>
          <w:rFonts w:ascii="Tahoma" w:hAnsi="Tahoma" w:cs="Tahoma"/>
          <w:rtl/>
        </w:rPr>
        <w:t xml:space="preserve"> ثبت زم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ن‌ها،</w:t>
      </w:r>
      <w:r w:rsidRPr="00D35A80">
        <w:rPr>
          <w:rFonts w:ascii="Tahoma" w:hAnsi="Tahoma" w:cs="Tahoma"/>
          <w:rtl/>
        </w:rPr>
        <w:t xml:space="preserve"> نظارت بر راه‌ها، مکاتبه با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ت‌ها</w:t>
      </w:r>
      <w:r w:rsidRPr="00D35A80">
        <w:rPr>
          <w:rFonts w:ascii="Tahoma" w:hAnsi="Tahoma" w:cs="Tahoma"/>
          <w:rtl/>
        </w:rPr>
        <w:t xml:space="preserve"> و تأم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هز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نهٔ</w:t>
      </w:r>
      <w:r w:rsidRPr="00D35A80">
        <w:rPr>
          <w:rFonts w:ascii="Tahoma" w:hAnsi="Tahoma" w:cs="Tahoma"/>
          <w:rtl/>
        </w:rPr>
        <w:t xml:space="preserve"> قشون به خانواده‌ها و گر</w:t>
      </w:r>
      <w:r w:rsidRPr="00D35A80">
        <w:rPr>
          <w:rFonts w:ascii="Tahoma" w:hAnsi="Tahoma" w:cs="Tahoma" w:hint="eastAsia"/>
          <w:rtl/>
        </w:rPr>
        <w:t>وه‌ها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 که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کارها را آموخته و تجربه کرده بودند. تاج ناچار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 xml:space="preserve">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به همان شبکه‌ها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آورد که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ش‌تر</w:t>
      </w:r>
      <w:r w:rsidRPr="00D35A80">
        <w:rPr>
          <w:rFonts w:ascii="Tahoma" w:hAnsi="Tahoma" w:cs="Tahoma"/>
          <w:rtl/>
        </w:rPr>
        <w:t xml:space="preserve"> از آنها ترس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و نابودشان کرده بود.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وابستگ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نشانهٔ قدرت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در مقام نهاد و هم‌زمان نشانهٔ ضعف آن در برابر ارادهٔ پادشاه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دوران وزارت غ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اث‌الد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کشور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چند سال از آرامش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نسب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برخوردار شد.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آرامش به معنا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رفتن فشار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رقابت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قدرت حاکمان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نبود. در بخش‌ها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مختلف قلمرو، خاندان‌ها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وجود داشتند که به نام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حکومت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کردند،</w:t>
      </w:r>
      <w:r w:rsidRPr="00D35A80">
        <w:rPr>
          <w:rFonts w:ascii="Tahoma" w:hAnsi="Tahoma" w:cs="Tahoma"/>
          <w:rtl/>
        </w:rPr>
        <w:t xml:space="preserve"> اما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قدرت مستقل خود را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ساختند</w:t>
      </w:r>
      <w:r w:rsidRPr="00D35A80">
        <w:rPr>
          <w:rFonts w:ascii="Tahoma" w:hAnsi="Tahoma" w:cs="Tahoma"/>
          <w:rtl/>
        </w:rPr>
        <w:t>. خاندان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نجو</w:t>
      </w:r>
      <w:r w:rsidRPr="00D35A80">
        <w:rPr>
          <w:rFonts w:ascii="Tahoma" w:hAnsi="Tahoma" w:cs="Tahoma"/>
          <w:rtl/>
        </w:rPr>
        <w:t xml:space="preserve"> در فارس نمونه‌ا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روشن از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روند بود. شرف‌الد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محمود، که ادارهٔ املاک خاصهٔ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«ا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نجو»</w:t>
      </w:r>
      <w:r w:rsidRPr="00D35A80">
        <w:rPr>
          <w:rFonts w:ascii="Tahoma" w:hAnsi="Tahoma" w:cs="Tahoma"/>
          <w:rtl/>
        </w:rPr>
        <w:t xml:space="preserve"> را در فارس بر عهده داشت، از مقام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گرد آوردن ثروت و نفوذ بهره گرفت و فرزندانش را بر بخش‌ها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مهم جنوب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گماشت.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آغاز، قدرت خاندان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نجو</w:t>
      </w:r>
      <w:r w:rsidRPr="00D35A80">
        <w:rPr>
          <w:rFonts w:ascii="Tahoma" w:hAnsi="Tahoma" w:cs="Tahoma"/>
          <w:rtl/>
        </w:rPr>
        <w:t xml:space="preserve"> از فرمان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سرچشمه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گرفت</w:t>
      </w:r>
      <w:r w:rsidRPr="00D35A80">
        <w:rPr>
          <w:rFonts w:ascii="Tahoma" w:hAnsi="Tahoma" w:cs="Tahoma"/>
          <w:rtl/>
        </w:rPr>
        <w:t>. آنان مأموران تاج بودند و وظ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فه</w:t>
      </w:r>
      <w:r w:rsidRPr="00D35A80">
        <w:rPr>
          <w:rFonts w:ascii="Tahoma" w:hAnsi="Tahoma" w:cs="Tahoma"/>
          <w:rtl/>
        </w:rPr>
        <w:t xml:space="preserve"> داشتند درآمد املاک دولت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گردآور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کنند. اما هرچه حضورشان در فارس طولان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تر</w:t>
      </w:r>
      <w:r w:rsidRPr="00D35A80">
        <w:rPr>
          <w:rFonts w:ascii="Tahoma" w:hAnsi="Tahoma" w:cs="Tahoma"/>
          <w:rtl/>
        </w:rPr>
        <w:t xml:space="preserve"> شد، مرز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ادارهٔ املاک حکومت و تصاحب قدرت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ک‌تر</w:t>
      </w:r>
      <w:r w:rsidRPr="00D35A80">
        <w:rPr>
          <w:rFonts w:ascii="Tahoma" w:hAnsi="Tahoma" w:cs="Tahoma"/>
          <w:rtl/>
        </w:rPr>
        <w:t xml:space="preserve"> گرد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 مأمور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درآمد زم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eastAsia"/>
          <w:rtl/>
        </w:rPr>
        <w:t>نتصاب</w:t>
      </w:r>
      <w:r w:rsidRPr="00D35A80">
        <w:rPr>
          <w:rFonts w:ascii="Tahoma" w:hAnsi="Tahoma" w:cs="Tahoma"/>
          <w:rtl/>
        </w:rPr>
        <w:t xml:space="preserve"> کارگزاران و ارتباط با گروه‌ها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در دست داشت،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به‌تدر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</w:t>
      </w:r>
      <w:r w:rsidRPr="00D35A80">
        <w:rPr>
          <w:rFonts w:ascii="Tahoma" w:hAnsi="Tahoma" w:cs="Tahoma"/>
          <w:rtl/>
        </w:rPr>
        <w:t xml:space="preserve"> خود را صاحب آن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بداند. تا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مقتدر بود، چن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خانواده‌ها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ناچار بودند فرمان او را رعا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کنند؛ اما اگر تاج ضع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ف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شد،</w:t>
      </w:r>
      <w:r w:rsidRPr="00D35A80">
        <w:rPr>
          <w:rFonts w:ascii="Tahoma" w:hAnsi="Tahoma" w:cs="Tahoma"/>
          <w:rtl/>
        </w:rPr>
        <w:t xml:space="preserve"> شبکهٔ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آنان آماده بود تا به حکومت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وضع در بخش‌ها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کشور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وجود داشت. حسن بزرگ جلا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ر،</w:t>
      </w:r>
      <w:r w:rsidRPr="00D35A80">
        <w:rPr>
          <w:rFonts w:ascii="Tahoma" w:hAnsi="Tahoma" w:cs="Tahoma"/>
          <w:rtl/>
        </w:rPr>
        <w:t xml:space="preserve"> که ناچار شده بود بغدادخاتون را طلاق دهد، همچنان از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مهم حکومت بود. خاندان چوپان با وجود ضربه‌ا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بود به‌کل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نابود نشده بود و نسل بعد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قدرت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زد</w:t>
      </w:r>
      <w:r w:rsidRPr="00D35A80">
        <w:rPr>
          <w:rFonts w:ascii="Tahoma" w:hAnsi="Tahoma" w:cs="Tahoma"/>
          <w:rtl/>
        </w:rPr>
        <w:t>. خاندان ک</w:t>
      </w:r>
      <w:r w:rsidRPr="00D35A80">
        <w:rPr>
          <w:rFonts w:ascii="Tahoma" w:hAnsi="Tahoma" w:cs="Tahoma" w:hint="eastAsia"/>
          <w:rtl/>
        </w:rPr>
        <w:t>رت</w:t>
      </w:r>
      <w:r w:rsidRPr="00D35A80">
        <w:rPr>
          <w:rFonts w:ascii="Tahoma" w:hAnsi="Tahoma" w:cs="Tahoma"/>
          <w:rtl/>
        </w:rPr>
        <w:t xml:space="preserve"> در هرات، فرمانروا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مازندران،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خراسان و گروه‌ها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مستقر در عراق و آذربا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جان</w:t>
      </w:r>
      <w:r w:rsidRPr="00D35A80">
        <w:rPr>
          <w:rFonts w:ascii="Tahoma" w:hAnsi="Tahoma" w:cs="Tahoma"/>
          <w:rtl/>
        </w:rPr>
        <w:t xml:space="preserve"> هر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منابع و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اخت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/>
          <w:rtl/>
        </w:rPr>
        <w:t xml:space="preserve"> داشتند. وحدت کشور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آنکه بر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رفتن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قدرت‌ها استوار باشد، به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رفتن</w:t>
      </w:r>
      <w:r w:rsidRPr="00D35A80">
        <w:rPr>
          <w:rFonts w:ascii="Tahoma" w:hAnsi="Tahoma" w:cs="Tahoma"/>
          <w:rtl/>
        </w:rPr>
        <w:t xml:space="preserve"> برتر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شخص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وابسته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هنگام، بغدادخاتون در دربار به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چشمگ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 ازدواج با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لخان،</w:t>
      </w:r>
      <w:r w:rsidRPr="00D35A80">
        <w:rPr>
          <w:rFonts w:ascii="Tahoma" w:hAnsi="Tahoma" w:cs="Tahoma"/>
          <w:rtl/>
        </w:rPr>
        <w:t xml:space="preserve"> او را از دختر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مغلوب به خاتون بزرگ دربار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کرد. او در انتصاب‌ها، ارتباط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دسترس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افراد به پادشاه نفوذ داشت و ثروت فراوان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گرد آورد.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که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از سل</w:t>
      </w:r>
      <w:r w:rsidRPr="00D35A80">
        <w:rPr>
          <w:rFonts w:ascii="Tahoma" w:hAnsi="Tahoma" w:cs="Tahoma" w:hint="eastAsia"/>
          <w:rtl/>
        </w:rPr>
        <w:t>طهٔ</w:t>
      </w:r>
      <w:r w:rsidRPr="00D35A80">
        <w:rPr>
          <w:rFonts w:ascii="Tahoma" w:hAnsi="Tahoma" w:cs="Tahoma"/>
          <w:rtl/>
        </w:rPr>
        <w:t xml:space="preserve"> خاندان چوپان پدر و برادران او را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برده بود، اکنون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اعضا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همان خاندان را در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/>
          <w:rtl/>
        </w:rPr>
        <w:t xml:space="preserve"> به خود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نفوذ</w:t>
      </w:r>
      <w:r w:rsidRPr="00D35A80">
        <w:rPr>
          <w:rFonts w:ascii="Tahoma" w:hAnsi="Tahoma" w:cs="Tahoma"/>
          <w:rtl/>
        </w:rPr>
        <w:t xml:space="preserve"> زنان در دربار مغول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تازه نبود. خاتون‌ها اردو، دارا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خدمه و گاه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وابستهٔ خود را داشتند و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توانستند</w:t>
      </w:r>
      <w:r w:rsidRPr="00D35A80">
        <w:rPr>
          <w:rFonts w:ascii="Tahoma" w:hAnsi="Tahoma" w:cs="Tahoma"/>
          <w:rtl/>
        </w:rPr>
        <w:t xml:space="preserve"> در انتخاب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جاد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خاندان‌ها و حما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از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نکاران</w:t>
      </w:r>
      <w:r w:rsidRPr="00D35A80">
        <w:rPr>
          <w:rFonts w:ascii="Tahoma" w:hAnsi="Tahoma" w:cs="Tahoma"/>
          <w:rtl/>
        </w:rPr>
        <w:t xml:space="preserve"> نقش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فا</w:t>
      </w:r>
      <w:r w:rsidRPr="00D35A80">
        <w:rPr>
          <w:rFonts w:ascii="Tahoma" w:hAnsi="Tahoma" w:cs="Tahoma"/>
          <w:rtl/>
        </w:rPr>
        <w:t xml:space="preserve"> کنند. بغدادخاتون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از 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سنت بهره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برد</w:t>
      </w:r>
      <w:r w:rsidRPr="00D35A80">
        <w:rPr>
          <w:rFonts w:ascii="Tahoma" w:hAnsi="Tahoma" w:cs="Tahoma"/>
          <w:rtl/>
        </w:rPr>
        <w:t xml:space="preserve">. اما </w:t>
      </w:r>
      <w:r w:rsidRPr="00D35A80">
        <w:rPr>
          <w:rFonts w:ascii="Tahoma" w:hAnsi="Tahoma" w:cs="Tahoma" w:hint="eastAsia"/>
          <w:rtl/>
        </w:rPr>
        <w:t>قدرت</w:t>
      </w:r>
      <w:r w:rsidRPr="00D35A80">
        <w:rPr>
          <w:rFonts w:ascii="Tahoma" w:hAnsi="Tahoma" w:cs="Tahoma"/>
          <w:rtl/>
        </w:rPr>
        <w:t xml:space="preserve"> او، مانند قدرت هر دربار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گر،</w:t>
      </w:r>
      <w:r w:rsidRPr="00D35A80">
        <w:rPr>
          <w:rFonts w:ascii="Tahoma" w:hAnsi="Tahoma" w:cs="Tahoma"/>
          <w:rtl/>
        </w:rPr>
        <w:t xml:space="preserve"> به علاقه و اعتماد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وابسته بود.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رابطهٔ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دگرگون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شد،</w:t>
      </w:r>
      <w:r w:rsidRPr="00D35A80">
        <w:rPr>
          <w:rFonts w:ascii="Tahoma" w:hAnsi="Tahoma" w:cs="Tahoma"/>
          <w:rtl/>
        </w:rPr>
        <w:t xml:space="preserve">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/>
          <w:rtl/>
        </w:rPr>
        <w:t xml:space="preserve">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در زمان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کوتاه فرو 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بعدها به دلشادخاتون،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از زنان خاندان چوپان، علاقه‌مند شد و با او ازدواج کرد. دلشادخاتون دختر دمشق‌خواجه و در نت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جه</w:t>
      </w:r>
      <w:r w:rsidRPr="00D35A80">
        <w:rPr>
          <w:rFonts w:ascii="Tahoma" w:hAnsi="Tahoma" w:cs="Tahoma"/>
          <w:rtl/>
        </w:rPr>
        <w:t xml:space="preserve"> برادرزادهٔ بغدادخاتون بود. ورود او به زندگ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از نفوذ بغدادخاتون کاست و رقابت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دربار پد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آورد.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روابط خانواد</w:t>
      </w:r>
      <w:r w:rsidRPr="00D35A80">
        <w:rPr>
          <w:rFonts w:ascii="Tahoma" w:hAnsi="Tahoma" w:cs="Tahoma" w:hint="eastAsia"/>
          <w:rtl/>
        </w:rPr>
        <w:t>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عاطف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چنان در هم آم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ختند</w:t>
      </w:r>
      <w:r w:rsidRPr="00D35A80">
        <w:rPr>
          <w:rFonts w:ascii="Tahoma" w:hAnsi="Tahoma" w:cs="Tahoma"/>
          <w:rtl/>
        </w:rPr>
        <w:t xml:space="preserve"> که جدا کردن آنها ممکن نبود. ازدواج‌ها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دربار تنها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نبودند؛ هر ازدواج گروه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خو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شاوندان</w:t>
      </w:r>
      <w:r w:rsidRPr="00D35A80">
        <w:rPr>
          <w:rFonts w:ascii="Tahoma" w:hAnsi="Tahoma" w:cs="Tahoma"/>
          <w:rtl/>
        </w:rPr>
        <w:t xml:space="preserve"> و وابستگان را به مرکز قدرت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از آن دور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با</w:t>
      </w:r>
      <w:r w:rsidRPr="00D35A80">
        <w:rPr>
          <w:rFonts w:ascii="Tahoma" w:hAnsi="Tahoma" w:cs="Tahoma"/>
          <w:rtl/>
        </w:rPr>
        <w:t xml:space="preserve"> وجود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رقابت‌ها،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در سال‌ها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خود توانسته بود اقتدار تاج را تا اندازه‌ا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بازساز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کند. او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نوجوان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 که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چوپان به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تصم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</w:t>
      </w:r>
      <w:r w:rsidRPr="00D35A80">
        <w:rPr>
          <w:rFonts w:ascii="Tahoma" w:hAnsi="Tahoma" w:cs="Tahoma"/>
          <w:rtl/>
        </w:rPr>
        <w:t>. شخصاً در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است،</w:t>
      </w:r>
      <w:r w:rsidRPr="00D35A80">
        <w:rPr>
          <w:rFonts w:ascii="Tahoma" w:hAnsi="Tahoma" w:cs="Tahoma"/>
          <w:rtl/>
        </w:rPr>
        <w:t xml:space="preserve"> انتصاب‌ها و امور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دخالت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</w:t>
      </w:r>
      <w:r w:rsidRPr="00D35A80">
        <w:rPr>
          <w:rFonts w:ascii="Tahoma" w:hAnsi="Tahoma" w:cs="Tahoma"/>
          <w:rtl/>
        </w:rPr>
        <w:t xml:space="preserve"> و توانسته بود شورش چند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را سرکوب کند. ادب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و هنر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در دربار او مورد حما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قرار گرفتند و تار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خ‌نگاران</w:t>
      </w:r>
      <w:r w:rsidRPr="00D35A80">
        <w:rPr>
          <w:rFonts w:ascii="Tahoma" w:hAnsi="Tahoma" w:cs="Tahoma"/>
          <w:rtl/>
        </w:rPr>
        <w:t xml:space="preserve"> و شاعران آثار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ستا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فرمانروا</w:t>
      </w:r>
      <w:r w:rsidRPr="00D35A80">
        <w:rPr>
          <w:rFonts w:ascii="Tahoma" w:hAnsi="Tahoma" w:cs="Tahoma" w:hint="cs"/>
          <w:rtl/>
        </w:rPr>
        <w:t>یی‌</w:t>
      </w:r>
      <w:r w:rsidRPr="00D35A80">
        <w:rPr>
          <w:rFonts w:ascii="Tahoma" w:hAnsi="Tahoma" w:cs="Tahoma" w:hint="eastAsia"/>
          <w:rtl/>
        </w:rPr>
        <w:t>اش</w:t>
      </w:r>
      <w:r w:rsidRPr="00D35A80">
        <w:rPr>
          <w:rFonts w:ascii="Tahoma" w:hAnsi="Tahoma" w:cs="Tahoma"/>
          <w:rtl/>
        </w:rPr>
        <w:t xml:space="preserve"> نوشتند. اما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شکوفا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دربار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ما را از شکنندگ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ساختمان حکومت غافل کند.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بزرگ‌تر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ضعف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آن بود که وارث پسر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نداشت. حکومت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انتقال قدرت به وجود شاهزاده‌ا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خاندان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داشت، اما تنها داشتن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کاف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نبود.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شناخته‌شده، در دسترس و برخوردار از پشت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بود</w:t>
      </w:r>
      <w:r w:rsidRPr="00D35A80">
        <w:rPr>
          <w:rFonts w:ascii="Tahoma" w:hAnsi="Tahoma" w:cs="Tahoma"/>
          <w:rtl/>
        </w:rPr>
        <w:t>. غازان توانسته بود براد</w:t>
      </w:r>
      <w:r w:rsidRPr="00D35A80">
        <w:rPr>
          <w:rFonts w:ascii="Tahoma" w:hAnsi="Tahoma" w:cs="Tahoma" w:hint="eastAsia"/>
          <w:rtl/>
        </w:rPr>
        <w:t>رش</w:t>
      </w:r>
      <w:r w:rsidRPr="00D35A80">
        <w:rPr>
          <w:rFonts w:ascii="Tahoma" w:hAnsi="Tahoma" w:cs="Tahoma"/>
          <w:rtl/>
        </w:rPr>
        <w:t xml:space="preserve">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را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آماده کند و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پسرش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را بر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گذاشته بود.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چن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نداشت.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وارث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مسئله‌ا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نبود؛ خطر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سراسر کشور به شمار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رفت</w:t>
      </w:r>
      <w:r w:rsidRPr="00D35A80">
        <w:rPr>
          <w:rFonts w:ascii="Tahoma" w:hAnsi="Tahoma" w:cs="Tahoma"/>
          <w:rtl/>
        </w:rPr>
        <w:t>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فرد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که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نداشت بر تخت بنشاند،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مغول حق فرمانروا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او را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رفتند</w:t>
      </w:r>
      <w:r w:rsidRPr="00D35A80">
        <w:rPr>
          <w:rFonts w:ascii="Tahoma" w:hAnsi="Tahoma" w:cs="Tahoma"/>
          <w:rtl/>
        </w:rPr>
        <w:t>. از سو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گر،</w:t>
      </w:r>
      <w:r w:rsidRPr="00D35A80">
        <w:rPr>
          <w:rFonts w:ascii="Tahoma" w:hAnsi="Tahoma" w:cs="Tahoma"/>
          <w:rtl/>
        </w:rPr>
        <w:t xml:space="preserve"> در شاخه‌ها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دورتر خاندان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شاهزادگان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وجود داشتند که هر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توانستند</w:t>
      </w:r>
      <w:r w:rsidRPr="00D35A80">
        <w:rPr>
          <w:rFonts w:ascii="Tahoma" w:hAnsi="Tahoma" w:cs="Tahoma"/>
          <w:rtl/>
        </w:rPr>
        <w:t xml:space="preserve"> به دست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</w:t>
      </w:r>
      <w:r w:rsidRPr="00D35A80">
        <w:rPr>
          <w:rFonts w:ascii="Tahoma" w:hAnsi="Tahoma" w:cs="Tahoma"/>
          <w:rtl/>
        </w:rPr>
        <w:t xml:space="preserve"> به عنوان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معرف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شوند. در نت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جه،</w:t>
      </w:r>
      <w:r w:rsidRPr="00D35A80">
        <w:rPr>
          <w:rFonts w:ascii="Tahoma" w:hAnsi="Tahoma" w:cs="Tahoma"/>
          <w:rtl/>
        </w:rPr>
        <w:t xml:space="preserve"> نبود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مستق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به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معنا بود که پس از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رقابت واقع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نه تنها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شاهزادگان، بلکه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درخواهد گرفت که هر کدام شاهزاده‌ا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ابزار ادعا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خود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کردند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در</w:t>
      </w:r>
      <w:r w:rsidRPr="00D35A80">
        <w:rPr>
          <w:rFonts w:ascii="Tahoma" w:hAnsi="Tahoma" w:cs="Tahoma"/>
          <w:rtl/>
        </w:rPr>
        <w:t xml:space="preserve"> سال </w:t>
      </w:r>
      <w:r w:rsidRPr="00D35A80">
        <w:rPr>
          <w:rFonts w:ascii="Tahoma" w:hAnsi="Tahoma" w:cs="Tahoma"/>
          <w:rtl/>
          <w:lang w:bidi="fa-IR"/>
        </w:rPr>
        <w:t>۱۳۳۵</w:t>
      </w:r>
      <w:r w:rsidRPr="00D35A80">
        <w:rPr>
          <w:rFonts w:ascii="Tahoma" w:hAnsi="Tahoma" w:cs="Tahoma"/>
          <w:rtl/>
        </w:rPr>
        <w:t>، اوزبک‌خان، فرمانروا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اردو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زر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ن،</w:t>
      </w:r>
      <w:r w:rsidRPr="00D35A80">
        <w:rPr>
          <w:rFonts w:ascii="Tahoma" w:hAnsi="Tahoma" w:cs="Tahoma"/>
          <w:rtl/>
        </w:rPr>
        <w:t xml:space="preserve">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از شمال به قلمرو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فشار آورد. اختلاف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نه</w:t>
      </w:r>
      <w:r w:rsidRPr="00D35A80">
        <w:rPr>
          <w:rFonts w:ascii="Tahoma" w:hAnsi="Tahoma" w:cs="Tahoma"/>
          <w:rtl/>
        </w:rPr>
        <w:t xml:space="preserve"> بر سر قفقاز و آذربا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جان</w:t>
      </w:r>
      <w:r w:rsidRPr="00D35A80">
        <w:rPr>
          <w:rFonts w:ascii="Tahoma" w:hAnsi="Tahoma" w:cs="Tahoma"/>
          <w:rtl/>
        </w:rPr>
        <w:t xml:space="preserve"> همچنان ادامه داشت.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مقابله با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خطر به سو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مرز حرکت کرد، اما در راه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مار</w:t>
      </w:r>
      <w:r w:rsidRPr="00D35A80">
        <w:rPr>
          <w:rFonts w:ascii="Tahoma" w:hAnsi="Tahoma" w:cs="Tahoma"/>
          <w:rtl/>
        </w:rPr>
        <w:t xml:space="preserve"> شد و در ناح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هٔ</w:t>
      </w:r>
      <w:r w:rsidRPr="00D35A80">
        <w:rPr>
          <w:rFonts w:ascii="Tahoma" w:hAnsi="Tahoma" w:cs="Tahoma"/>
          <w:rtl/>
        </w:rPr>
        <w:t xml:space="preserve"> قره‌باغ درگذشت. او هنگام مرگ حدود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سال داشت و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به نوزده سال سلطنت کرده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علت</w:t>
      </w:r>
      <w:r w:rsidRPr="00D35A80">
        <w:rPr>
          <w:rFonts w:ascii="Tahoma" w:hAnsi="Tahoma" w:cs="Tahoma"/>
          <w:rtl/>
        </w:rPr>
        <w:t xml:space="preserve">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با قطع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روشن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ست</w:t>
      </w:r>
      <w:r w:rsidRPr="00D35A80">
        <w:rPr>
          <w:rFonts w:ascii="Tahoma" w:hAnsi="Tahoma" w:cs="Tahoma"/>
          <w:rtl/>
        </w:rPr>
        <w:t>.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منابع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را طب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احتمالاً مرتبط با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همه‌گ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دانسته‌اند و برخ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بغدادخاتون را متهم کرده‌اند که از 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حسادت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انتقام خاندان خود او را مسموم کرده است. اتهام مسموم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در مرگ پادشاهان و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eastAsia"/>
          <w:rtl/>
        </w:rPr>
        <w:t>وره</w:t>
      </w:r>
      <w:r w:rsidRPr="00D35A80">
        <w:rPr>
          <w:rFonts w:ascii="Tahoma" w:hAnsi="Tahoma" w:cs="Tahoma"/>
          <w:rtl/>
        </w:rPr>
        <w:t xml:space="preserve"> بارها تکرار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شود</w:t>
      </w:r>
      <w:r w:rsidRPr="00D35A80">
        <w:rPr>
          <w:rFonts w:ascii="Tahoma" w:hAnsi="Tahoma" w:cs="Tahoma"/>
          <w:rtl/>
        </w:rPr>
        <w:t xml:space="preserve"> و هم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شه</w:t>
      </w:r>
      <w:r w:rsidRPr="00D35A80">
        <w:rPr>
          <w:rFonts w:ascii="Tahoma" w:hAnsi="Tahoma" w:cs="Tahoma"/>
          <w:rtl/>
        </w:rPr>
        <w:t xml:space="preserve">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</w:t>
      </w:r>
      <w:r w:rsidRPr="00D35A80">
        <w:rPr>
          <w:rFonts w:ascii="Tahoma" w:hAnsi="Tahoma" w:cs="Tahoma"/>
          <w:rtl/>
        </w:rPr>
        <w:t xml:space="preserve"> آن را گزارش واقع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دانست. در دربار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مرگ ناگهان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فرمانروا توازن قدرت و تقس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ثروت را دگرگون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کرد،</w:t>
      </w:r>
      <w:r w:rsidRPr="00D35A80">
        <w:rPr>
          <w:rFonts w:ascii="Tahoma" w:hAnsi="Tahoma" w:cs="Tahoma"/>
          <w:rtl/>
        </w:rPr>
        <w:t xml:space="preserve"> نسبت دادن مرگ به توطئه راه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حذف رق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/>
          <w:rtl/>
        </w:rPr>
        <w:t xml:space="preserve"> و تصاحب دارا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او بود.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بغدادخاتون</w:t>
      </w:r>
      <w:r w:rsidRPr="00D35A80">
        <w:rPr>
          <w:rFonts w:ascii="Tahoma" w:hAnsi="Tahoma" w:cs="Tahoma"/>
          <w:rtl/>
        </w:rPr>
        <w:t xml:space="preserve"> پس از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به اتهام ارتباط با دشمن و دست داشتن در مرگ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کشته شد. اموال او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به تصرف درآمد.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نکه</w:t>
      </w:r>
      <w:r w:rsidRPr="00D35A80">
        <w:rPr>
          <w:rFonts w:ascii="Tahoma" w:hAnsi="Tahoma" w:cs="Tahoma"/>
          <w:rtl/>
        </w:rPr>
        <w:t xml:space="preserve"> او واقعاً در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نقش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داشت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/>
          <w:rtl/>
        </w:rPr>
        <w:t xml:space="preserve"> قربان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حکومت تازه به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</w:t>
      </w:r>
      <w:r w:rsidRPr="00D35A80">
        <w:rPr>
          <w:rFonts w:ascii="Tahoma" w:hAnsi="Tahoma" w:cs="Tahoma"/>
          <w:rtl/>
        </w:rPr>
        <w:t xml:space="preserve"> مقصر شد روشن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ست</w:t>
      </w:r>
      <w:r w:rsidRPr="00D35A80">
        <w:rPr>
          <w:rFonts w:ascii="Tahoma" w:hAnsi="Tahoma" w:cs="Tahoma"/>
          <w:rtl/>
        </w:rPr>
        <w:t xml:space="preserve">. اما سرنوشت او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ادآور</w:t>
      </w:r>
      <w:r w:rsidRPr="00D35A80">
        <w:rPr>
          <w:rFonts w:ascii="Tahoma" w:hAnsi="Tahoma" w:cs="Tahoma"/>
          <w:rtl/>
        </w:rPr>
        <w:t xml:space="preserve"> سرنوشت رش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بود: نز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جسم و زندگ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خصوص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پادشاه، پس از مرگ او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به اتهام مسموم کردنش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شود.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مرگ</w:t>
      </w:r>
      <w:r w:rsidRPr="00D35A80">
        <w:rPr>
          <w:rFonts w:ascii="Tahoma" w:hAnsi="Tahoma" w:cs="Tahoma"/>
          <w:rtl/>
        </w:rPr>
        <w:t xml:space="preserve">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بدون وارث، رشته‌ا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که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ولا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ت‌ها</w:t>
      </w:r>
      <w:r w:rsidRPr="00D35A80">
        <w:rPr>
          <w:rFonts w:ascii="Tahoma" w:hAnsi="Tahoma" w:cs="Tahoma"/>
          <w:rtl/>
        </w:rPr>
        <w:t xml:space="preserve"> را به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مرکز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داد</w:t>
      </w:r>
      <w:r w:rsidRPr="00D35A80">
        <w:rPr>
          <w:rFonts w:ascii="Tahoma" w:hAnsi="Tahoma" w:cs="Tahoma"/>
          <w:rtl/>
        </w:rPr>
        <w:t xml:space="preserve"> پاره کرد. غ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اث‌الد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محمد،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او، و گروه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دند</w:t>
      </w:r>
      <w:r w:rsidRPr="00D35A80">
        <w:rPr>
          <w:rFonts w:ascii="Tahoma" w:hAnsi="Tahoma" w:cs="Tahoma"/>
          <w:rtl/>
        </w:rPr>
        <w:t xml:space="preserve"> با انتخاب شاهزاده‌ا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مانع فروپاش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شوند. آرپاخان، از بازماندگان شاخه‌ا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از خاندان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ز،</w:t>
      </w:r>
      <w:r w:rsidRPr="00D35A80">
        <w:rPr>
          <w:rFonts w:ascii="Tahoma" w:hAnsi="Tahoma" w:cs="Tahoma"/>
          <w:rtl/>
        </w:rPr>
        <w:t xml:space="preserve"> بر تخت نشاند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شد. او از نسل مستق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هولاکو نبود و در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همهٔ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/>
          <w:rtl/>
        </w:rPr>
        <w:t xml:space="preserve">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رفته‌شده‌ا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نداشت. حقان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حکمران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او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آنکه از 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گاه</w:t>
      </w:r>
      <w:r w:rsidRPr="00D35A80">
        <w:rPr>
          <w:rFonts w:ascii="Tahoma" w:hAnsi="Tahoma" w:cs="Tahoma"/>
          <w:rtl/>
        </w:rPr>
        <w:t xml:space="preserve"> شخص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اش</w:t>
      </w:r>
      <w:r w:rsidRPr="00D35A80">
        <w:rPr>
          <w:rFonts w:ascii="Tahoma" w:hAnsi="Tahoma" w:cs="Tahoma"/>
          <w:rtl/>
        </w:rPr>
        <w:t xml:space="preserve"> سرچشمه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رد،</w:t>
      </w:r>
      <w:r w:rsidRPr="00D35A80">
        <w:rPr>
          <w:rFonts w:ascii="Tahoma" w:hAnsi="Tahoma" w:cs="Tahoma"/>
          <w:rtl/>
        </w:rPr>
        <w:t xml:space="preserve"> به حما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کسان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وابسته بود که او را انتخاب کرده بودند.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انتخاب نتوانست مسئله را حل کند،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توانستند</w:t>
      </w:r>
      <w:r w:rsidRPr="00D35A80">
        <w:rPr>
          <w:rFonts w:ascii="Tahoma" w:hAnsi="Tahoma" w:cs="Tahoma"/>
          <w:rtl/>
        </w:rPr>
        <w:t xml:space="preserve"> شاهزادگان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</w:t>
      </w:r>
      <w:r w:rsidRPr="00D35A80">
        <w:rPr>
          <w:rFonts w:ascii="Tahoma" w:hAnsi="Tahoma" w:cs="Tahoma"/>
          <w:rtl/>
        </w:rPr>
        <w:t xml:space="preserve"> کنند و به نام آنان به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دان</w:t>
      </w:r>
      <w:r w:rsidRPr="00D35A80">
        <w:rPr>
          <w:rFonts w:ascii="Tahoma" w:hAnsi="Tahoma" w:cs="Tahoma"/>
          <w:rtl/>
        </w:rPr>
        <w:t xml:space="preserve"> آ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ند</w:t>
      </w:r>
      <w:r w:rsidRPr="00D35A80">
        <w:rPr>
          <w:rFonts w:ascii="Tahoma" w:hAnsi="Tahoma" w:cs="Tahoma"/>
          <w:rtl/>
        </w:rPr>
        <w:t>. از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پس، عنوان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همچنان ارزش داشت، اما دارندهٔ عنوان غالباً ابزار دست خاندان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پشت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بان</w:t>
      </w:r>
      <w:r w:rsidRPr="00D35A80">
        <w:rPr>
          <w:rFonts w:ascii="Tahoma" w:hAnsi="Tahoma" w:cs="Tahoma"/>
          <w:rtl/>
        </w:rPr>
        <w:t xml:space="preserve"> خود بود. هر گروه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شاهزاده‌ا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بر تخت بنشاند، سکه و خطبه را به نام او کند و قدرت واقع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خود در دست بگ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رد</w:t>
      </w:r>
      <w:r w:rsidRPr="00D35A80">
        <w:rPr>
          <w:rFonts w:ascii="Tahoma" w:hAnsi="Tahoma" w:cs="Tahoma"/>
          <w:rtl/>
        </w:rPr>
        <w:t>. در مدت کوتاه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چند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 نام‌ها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گوناگون ظاهر شدند و هر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تنها بر بخش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قلمرو سابق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فرمان راندند.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تاج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در دوران غازان،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و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بر قشون و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تک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داشت، اکنون به پوشش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رقابت قشون‌ها تبد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شده بود.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هنوز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توج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حکومت خود به شاهزاده‌ا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داشتند، اما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شاهزاده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توان مهار آنان را نداشت. نسبت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وارونه شده بو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: در گذشته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را منصوب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کرد؛</w:t>
      </w:r>
      <w:r w:rsidRPr="00D35A80">
        <w:rPr>
          <w:rFonts w:ascii="Tahoma" w:hAnsi="Tahoma" w:cs="Tahoma"/>
          <w:rtl/>
        </w:rPr>
        <w:t xml:space="preserve"> اکنون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ساختند</w:t>
      </w:r>
      <w:r w:rsidRPr="00D35A80">
        <w:rPr>
          <w:rFonts w:ascii="Tahoma" w:hAnsi="Tahoma" w:cs="Tahoma"/>
          <w:rtl/>
        </w:rPr>
        <w:t>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غ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اث‌الد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محمد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اندک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پس از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درگذشت. با رفتن او،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آخر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کسان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از دست داد که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</w:t>
      </w:r>
      <w:r w:rsidRPr="00D35A80">
        <w:rPr>
          <w:rFonts w:ascii="Tahoma" w:hAnsi="Tahoma" w:cs="Tahoma"/>
          <w:rtl/>
        </w:rPr>
        <w:t xml:space="preserve"> تجربه و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وستگ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دوران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بزرگ را نما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کند.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به‌کل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نابود نشد،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</w:t>
      </w:r>
      <w:r w:rsidRPr="00D35A80">
        <w:rPr>
          <w:rFonts w:ascii="Tahoma" w:hAnsi="Tahoma" w:cs="Tahoma"/>
          <w:rtl/>
        </w:rPr>
        <w:t xml:space="preserve"> هر حکومت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گردآور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و ادارهٔ شهرها به </w:t>
      </w:r>
      <w:r w:rsidRPr="00D35A80">
        <w:rPr>
          <w:rFonts w:ascii="Tahoma" w:hAnsi="Tahoma" w:cs="Tahoma" w:hint="eastAsia"/>
          <w:rtl/>
        </w:rPr>
        <w:t>دب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ران،</w:t>
      </w:r>
      <w:r w:rsidRPr="00D35A80">
        <w:rPr>
          <w:rFonts w:ascii="Tahoma" w:hAnsi="Tahoma" w:cs="Tahoma"/>
          <w:rtl/>
        </w:rPr>
        <w:t xml:space="preserve"> حسابداران و وز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از</w:t>
      </w:r>
      <w:r w:rsidRPr="00D35A80">
        <w:rPr>
          <w:rFonts w:ascii="Tahoma" w:hAnsi="Tahoma" w:cs="Tahoma"/>
          <w:rtl/>
        </w:rPr>
        <w:t xml:space="preserve"> داشت؛ اما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واحد وجود نداشت که درآمد سراسر قلمرو را به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خزانه و فرمان‌ها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 را به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تاج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وند</w:t>
      </w:r>
      <w:r w:rsidRPr="00D35A80">
        <w:rPr>
          <w:rFonts w:ascii="Tahoma" w:hAnsi="Tahoma" w:cs="Tahoma"/>
          <w:rtl/>
        </w:rPr>
        <w:t xml:space="preserve"> دهد.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نکته تفاوت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بقا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کشوردار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بقا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را آشکار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کند</w:t>
      </w:r>
      <w:r w:rsidRPr="00D35A80">
        <w:rPr>
          <w:rFonts w:ascii="Tahoma" w:hAnsi="Tahoma" w:cs="Tahoma"/>
          <w:rtl/>
        </w:rPr>
        <w:t>. سقوط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به معنا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رفتن همهٔ دفترها،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ات‌ها،</w:t>
      </w:r>
      <w:r w:rsidRPr="00D35A80">
        <w:rPr>
          <w:rFonts w:ascii="Tahoma" w:hAnsi="Tahoma" w:cs="Tahoma"/>
          <w:rtl/>
        </w:rPr>
        <w:t xml:space="preserve"> راه‌ها، سکه‌ها و مأموران نبود. بس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در دورهٔ غازان و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نانش</w:t>
      </w:r>
      <w:r w:rsidRPr="00D35A80">
        <w:rPr>
          <w:rFonts w:ascii="Tahoma" w:hAnsi="Tahoma" w:cs="Tahoma"/>
          <w:rtl/>
        </w:rPr>
        <w:t xml:space="preserve"> سامان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افته</w:t>
      </w:r>
      <w:r w:rsidRPr="00D35A80">
        <w:rPr>
          <w:rFonts w:ascii="Tahoma" w:hAnsi="Tahoma" w:cs="Tahoma"/>
          <w:rtl/>
        </w:rPr>
        <w:t xml:space="preserve"> بودند در حکومت‌ها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بعد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ادامه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افتند</w:t>
      </w:r>
      <w:r w:rsidRPr="00D35A80">
        <w:rPr>
          <w:rFonts w:ascii="Tahoma" w:hAnsi="Tahoma" w:cs="Tahoma"/>
          <w:rtl/>
        </w:rPr>
        <w:t>. آنچه از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رفت، مرکز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واحد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 که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اجزا را در امتداد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قرار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داد</w:t>
      </w:r>
      <w:r w:rsidRPr="00D35A80">
        <w:rPr>
          <w:rFonts w:ascii="Tahoma" w:hAnsi="Tahoma" w:cs="Tahoma"/>
          <w:rtl/>
        </w:rPr>
        <w:t>. ابزارها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کشوردار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باق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ماندند، اما هر بخش در خدمت قدرت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جداگانه قرار گرفت.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پس</w:t>
      </w:r>
      <w:r w:rsidRPr="00D35A80">
        <w:rPr>
          <w:rFonts w:ascii="Tahoma" w:hAnsi="Tahoma" w:cs="Tahoma"/>
          <w:rtl/>
        </w:rPr>
        <w:t xml:space="preserve"> از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و عراق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چند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ب</w:t>
      </w:r>
      <w:r w:rsidRPr="00D35A80">
        <w:rPr>
          <w:rFonts w:ascii="Tahoma" w:hAnsi="Tahoma" w:cs="Tahoma"/>
          <w:rtl/>
        </w:rPr>
        <w:t xml:space="preserve"> تقس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/>
          <w:rtl/>
        </w:rPr>
        <w:t xml:space="preserve"> شدند. حسن بزرگ جلا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در عراق و بغداد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حکومت جلا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را گذاشت. بازماندگان خاندان چوپان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در آذربا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جان</w:t>
      </w:r>
      <w:r w:rsidRPr="00D35A80">
        <w:rPr>
          <w:rFonts w:ascii="Tahoma" w:hAnsi="Tahoma" w:cs="Tahoma"/>
          <w:rtl/>
        </w:rPr>
        <w:t xml:space="preserve"> قدرت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افتند</w:t>
      </w:r>
      <w:r w:rsidRPr="00D35A80">
        <w:rPr>
          <w:rFonts w:ascii="Tahoma" w:hAnsi="Tahoma" w:cs="Tahoma"/>
          <w:rtl/>
        </w:rPr>
        <w:t>. خاندان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نجو</w:t>
      </w:r>
      <w:r w:rsidRPr="00D35A80">
        <w:rPr>
          <w:rFonts w:ascii="Tahoma" w:hAnsi="Tahoma" w:cs="Tahoma"/>
          <w:rtl/>
        </w:rPr>
        <w:t xml:space="preserve"> در فارس و اصفهان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استقلال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>. مظفر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از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زد</w:t>
      </w:r>
      <w:r w:rsidRPr="00D35A80">
        <w:rPr>
          <w:rFonts w:ascii="Tahoma" w:hAnsi="Tahoma" w:cs="Tahoma"/>
          <w:rtl/>
        </w:rPr>
        <w:t xml:space="preserve"> و ک</w:t>
      </w:r>
      <w:r w:rsidRPr="00D35A80">
        <w:rPr>
          <w:rFonts w:ascii="Tahoma" w:hAnsi="Tahoma" w:cs="Tahoma" w:hint="eastAsia"/>
          <w:rtl/>
        </w:rPr>
        <w:t>رمان</w:t>
      </w:r>
      <w:r w:rsidRPr="00D35A80">
        <w:rPr>
          <w:rFonts w:ascii="Tahoma" w:hAnsi="Tahoma" w:cs="Tahoma"/>
          <w:rtl/>
        </w:rPr>
        <w:t xml:space="preserve"> به سو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فارس گسترش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افتند</w:t>
      </w:r>
      <w:r w:rsidRPr="00D35A80">
        <w:rPr>
          <w:rFonts w:ascii="Tahoma" w:hAnsi="Tahoma" w:cs="Tahoma"/>
          <w:rtl/>
        </w:rPr>
        <w:t>. خاندان کرت در هرات استقلال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</w:t>
      </w:r>
      <w:r w:rsidRPr="00D35A80">
        <w:rPr>
          <w:rFonts w:ascii="Tahoma" w:hAnsi="Tahoma" w:cs="Tahoma"/>
          <w:rtl/>
        </w:rPr>
        <w:t xml:space="preserve"> کرد و سربداران در بخش‌ها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از خراسان به قدرت رس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دند</w:t>
      </w:r>
      <w:r w:rsidRPr="00D35A80">
        <w:rPr>
          <w:rFonts w:ascii="Tahoma" w:hAnsi="Tahoma" w:cs="Tahoma"/>
          <w:rtl/>
        </w:rPr>
        <w:t xml:space="preserve">. هر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از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حکومت‌ها بخش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دستگاه 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سنت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نظام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را به ارث بردند، اما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چ‌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نتوانستند بلافاصله سراسر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را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فرمان خود درآورند.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فروپاش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</w:t>
      </w:r>
      <w:r w:rsidRPr="00D35A80">
        <w:rPr>
          <w:rFonts w:ascii="Tahoma" w:hAnsi="Tahoma" w:cs="Tahoma"/>
          <w:rtl/>
        </w:rPr>
        <w:t xml:space="preserve"> نشان داد که وحدت قلمرو هنوز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اندازه به شخص پادشاه و خون خاندان فرمانروا وابسته است. غازان اصلاحات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کرده بود، اولجا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تو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تخت</w:t>
      </w:r>
      <w:r w:rsidRPr="00D35A80">
        <w:rPr>
          <w:rFonts w:ascii="Tahoma" w:hAnsi="Tahoma" w:cs="Tahoma"/>
          <w:rtl/>
        </w:rPr>
        <w:t xml:space="preserve"> ساخته بود و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کوش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بود تاج را از سلطهٔ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ب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رون</w:t>
      </w:r>
      <w:r w:rsidRPr="00D35A80">
        <w:rPr>
          <w:rFonts w:ascii="Tahoma" w:hAnsi="Tahoma" w:cs="Tahoma"/>
          <w:rtl/>
        </w:rPr>
        <w:t xml:space="preserve"> آورد؛ اما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چ‌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نتوانسته بودند سازوکار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</w:t>
      </w:r>
      <w:r w:rsidRPr="00D35A80">
        <w:rPr>
          <w:rFonts w:ascii="Tahoma" w:hAnsi="Tahoma" w:cs="Tahoma" w:hint="eastAsia"/>
          <w:rtl/>
        </w:rPr>
        <w:t>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انتقال قدرت بسازند که بدون وجود وارث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</w:t>
      </w:r>
      <w:r w:rsidRPr="00D35A80">
        <w:rPr>
          <w:rFonts w:ascii="Tahoma" w:hAnsi="Tahoma" w:cs="Tahoma"/>
          <w:rtl/>
        </w:rPr>
        <w:t xml:space="preserve"> عمل کند. قانون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روشن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وجود نداشت و نهاد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نبود که بتواند پس از مرگ پادشاه،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را به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رش</w:t>
      </w:r>
      <w:r w:rsidRPr="00D35A80">
        <w:rPr>
          <w:rFonts w:ascii="Tahoma" w:hAnsi="Tahoma" w:cs="Tahoma"/>
          <w:rtl/>
        </w:rPr>
        <w:t xml:space="preserve"> تصم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مشترک وادارد.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قشون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خود را خدمتگزار کشور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مستقل از خاندان‌ها نم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دانست</w:t>
      </w:r>
      <w:r w:rsidRPr="00D35A80">
        <w:rPr>
          <w:rFonts w:ascii="Tahoma" w:hAnsi="Tahoma" w:cs="Tahoma"/>
          <w:rtl/>
        </w:rPr>
        <w:t>. وفادار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سپاه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به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ر،</w:t>
      </w:r>
      <w:r w:rsidRPr="00D35A80">
        <w:rPr>
          <w:rFonts w:ascii="Tahoma" w:hAnsi="Tahoma" w:cs="Tahoma"/>
          <w:rtl/>
        </w:rPr>
        <w:t xml:space="preserve"> طا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فه</w:t>
      </w:r>
      <w:r w:rsidRPr="00D35A80">
        <w:rPr>
          <w:rFonts w:ascii="Tahoma" w:hAnsi="Tahoma" w:cs="Tahoma"/>
          <w:rtl/>
        </w:rPr>
        <w:t xml:space="preserve"> و شبکهٔ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آنان بود.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توانستند</w:t>
      </w:r>
      <w:r w:rsidRPr="00D35A80">
        <w:rPr>
          <w:rFonts w:ascii="Tahoma" w:hAnsi="Tahoma" w:cs="Tahoma"/>
          <w:rtl/>
        </w:rPr>
        <w:t xml:space="preserve"> دفترها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حفظ کنند، اما ارتش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نداشتند که فرمان‌ها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شان</w:t>
      </w:r>
      <w:r w:rsidRPr="00D35A80">
        <w:rPr>
          <w:rFonts w:ascii="Tahoma" w:hAnsi="Tahoma" w:cs="Tahoma"/>
          <w:rtl/>
        </w:rPr>
        <w:t xml:space="preserve"> را اجرا کند.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نکاران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قادر نبودند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مدع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حکم نه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بدهند،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</w:t>
      </w:r>
      <w:r w:rsidRPr="00D35A80">
        <w:rPr>
          <w:rFonts w:ascii="Tahoma" w:hAnsi="Tahoma" w:cs="Tahoma"/>
          <w:rtl/>
        </w:rPr>
        <w:t xml:space="preserve"> حق فرمانروا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هنوز پ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ش</w:t>
      </w:r>
      <w:r w:rsidRPr="00D35A80">
        <w:rPr>
          <w:rFonts w:ascii="Tahoma" w:hAnsi="Tahoma" w:cs="Tahoma"/>
          <w:rtl/>
        </w:rPr>
        <w:t xml:space="preserve"> از هر 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با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سنج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ده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</w:t>
      </w:r>
      <w:r w:rsidRPr="00D35A80">
        <w:rPr>
          <w:rFonts w:ascii="Tahoma" w:hAnsi="Tahoma" w:cs="Tahoma"/>
          <w:rtl/>
        </w:rPr>
        <w:t>. چهار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تاج، قشون،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و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نکاران</w:t>
      </w:r>
      <w:r w:rsidRPr="00D35A80">
        <w:rPr>
          <w:rFonts w:ascii="Tahoma" w:hAnsi="Tahoma" w:cs="Tahoma"/>
          <w:rtl/>
        </w:rPr>
        <w:t xml:space="preserve"> حضور داشتند، اما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</w:t>
      </w:r>
      <w:r w:rsidRPr="00D35A80">
        <w:rPr>
          <w:rFonts w:ascii="Tahoma" w:hAnsi="Tahoma" w:cs="Tahoma"/>
          <w:rtl/>
        </w:rPr>
        <w:t xml:space="preserve"> قاعدهٔ برتر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وجود نداشت که هنگام فقدان تاج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رومند</w:t>
      </w:r>
      <w:r w:rsidRPr="00D35A80">
        <w:rPr>
          <w:rFonts w:ascii="Tahoma" w:hAnsi="Tahoma" w:cs="Tahoma"/>
          <w:rtl/>
        </w:rPr>
        <w:t xml:space="preserve"> آنها را در نظم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مشترک نگاه دارد.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ازا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ن‌رو،</w:t>
      </w:r>
      <w:r w:rsidRPr="00D35A80">
        <w:rPr>
          <w:rFonts w:ascii="Tahoma" w:hAnsi="Tahoma" w:cs="Tahoma"/>
          <w:rtl/>
        </w:rPr>
        <w:t xml:space="preserve"> مرگ ابوسع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را نبا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</w:t>
      </w:r>
      <w:r w:rsidRPr="00D35A80">
        <w:rPr>
          <w:rFonts w:ascii="Tahoma" w:hAnsi="Tahoma" w:cs="Tahoma"/>
          <w:rtl/>
        </w:rPr>
        <w:t xml:space="preserve"> فقط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زندگ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آخر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بزرگ دانست.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مرگ لحظه‌ا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بود که ضعف پنهان ساختمان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آشکار شد. تا هنگام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پادشاه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رفته‌شده</w:t>
      </w:r>
      <w:r w:rsidRPr="00D35A80">
        <w:rPr>
          <w:rFonts w:ascii="Tahoma" w:hAnsi="Tahoma" w:cs="Tahoma"/>
          <w:rtl/>
        </w:rPr>
        <w:t xml:space="preserve"> در رأس حکومت قرار داشت، رقابت‌ها در 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سقف واحد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مهار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شدند؛</w:t>
      </w:r>
      <w:r w:rsidRPr="00D35A80">
        <w:rPr>
          <w:rFonts w:ascii="Tahoma" w:hAnsi="Tahoma" w:cs="Tahoma"/>
          <w:rtl/>
        </w:rPr>
        <w:t xml:space="preserve"> اما با برداشته شدن آن سقف، ه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ستون به سو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متما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</w:t>
      </w:r>
      <w:r w:rsidRPr="00D35A80">
        <w:rPr>
          <w:rFonts w:ascii="Tahoma" w:hAnsi="Tahoma" w:cs="Tahoma"/>
          <w:rtl/>
        </w:rPr>
        <w:t xml:space="preserve"> شد.</w:t>
      </w:r>
    </w:p>
    <w:p w:rsidR="00D35A80" w:rsidRP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D35A80">
        <w:rPr>
          <w:rFonts w:ascii="Tahoma" w:hAnsi="Tahoma" w:cs="Tahoma" w:hint="eastAsia"/>
          <w:rtl/>
        </w:rPr>
        <w:t>حکومت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ورش</w:t>
      </w:r>
      <w:r w:rsidRPr="00D35A80">
        <w:rPr>
          <w:rFonts w:ascii="Tahoma" w:hAnsi="Tahoma" w:cs="Tahoma"/>
          <w:rtl/>
        </w:rPr>
        <w:t xml:space="preserve">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و تصرف هولاکو آغاز شده بود، اما در دوران غازان به کشوردار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نزد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ک</w:t>
      </w:r>
      <w:r w:rsidRPr="00D35A80">
        <w:rPr>
          <w:rFonts w:ascii="Tahoma" w:hAnsi="Tahoma" w:cs="Tahoma"/>
          <w:rtl/>
        </w:rPr>
        <w:t xml:space="preserve"> شد. مغولان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ماندن، اسلام را پذ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رفتند،</w:t>
      </w:r>
      <w:r w:rsidRPr="00D35A80">
        <w:rPr>
          <w:rFonts w:ascii="Tahoma" w:hAnsi="Tahoma" w:cs="Tahoma"/>
          <w:rtl/>
        </w:rPr>
        <w:t xml:space="preserve">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را به کار گرفتند، شهر و مدرسه و آرامگاه ساختند و در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افتند</w:t>
      </w:r>
      <w:r w:rsidRPr="00D35A80">
        <w:rPr>
          <w:rFonts w:ascii="Tahoma" w:hAnsi="Tahoma" w:cs="Tahoma"/>
          <w:rtl/>
        </w:rPr>
        <w:t xml:space="preserve"> که بقا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تاج به آباد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زم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و نظم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/>
          <w:rtl/>
        </w:rPr>
        <w:t xml:space="preserve"> وابست</w:t>
      </w:r>
      <w:r w:rsidRPr="00D35A80">
        <w:rPr>
          <w:rFonts w:ascii="Tahoma" w:hAnsi="Tahoma" w:cs="Tahoma" w:hint="eastAsia"/>
          <w:rtl/>
        </w:rPr>
        <w:t>ه</w:t>
      </w:r>
      <w:r w:rsidRPr="00D35A80">
        <w:rPr>
          <w:rFonts w:ascii="Tahoma" w:hAnsi="Tahoma" w:cs="Tahoma"/>
          <w:rtl/>
        </w:rPr>
        <w:t xml:space="preserve"> است. باا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ن‌همه،</w:t>
      </w:r>
      <w:r w:rsidRPr="00D35A80">
        <w:rPr>
          <w:rFonts w:ascii="Tahoma" w:hAnsi="Tahoma" w:cs="Tahoma"/>
          <w:rtl/>
        </w:rPr>
        <w:t xml:space="preserve"> نتوانستند فرمانروا</w:t>
      </w:r>
      <w:r w:rsidRPr="00D35A80">
        <w:rPr>
          <w:rFonts w:ascii="Tahoma" w:hAnsi="Tahoma" w:cs="Tahoma" w:hint="cs"/>
          <w:rtl/>
        </w:rPr>
        <w:t>یی</w:t>
      </w:r>
      <w:r w:rsidRPr="00D35A80">
        <w:rPr>
          <w:rFonts w:ascii="Tahoma" w:hAnsi="Tahoma" w:cs="Tahoma"/>
          <w:rtl/>
        </w:rPr>
        <w:t xml:space="preserve"> را از وابستگ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خون، شمش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</w:t>
      </w:r>
      <w:r w:rsidRPr="00D35A80">
        <w:rPr>
          <w:rFonts w:ascii="Tahoma" w:hAnsi="Tahoma" w:cs="Tahoma"/>
          <w:rtl/>
        </w:rPr>
        <w:t xml:space="preserve"> و شخص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ت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</w:t>
      </w:r>
      <w:r w:rsidRPr="00D35A80">
        <w:rPr>
          <w:rFonts w:ascii="Tahoma" w:hAnsi="Tahoma" w:cs="Tahoma"/>
          <w:rtl/>
        </w:rPr>
        <w:t xml:space="preserve"> جدا کنند. آنان دستگاه کشور را بازساختند، اما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انتقال آرام قدرت در رأس آن راه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دار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افتند</w:t>
      </w:r>
      <w:r w:rsidRPr="00D35A80">
        <w:rPr>
          <w:rFonts w:ascii="Tahoma" w:hAnsi="Tahoma" w:cs="Tahoma"/>
          <w:rtl/>
        </w:rPr>
        <w:t>.</w:t>
      </w:r>
    </w:p>
    <w:p w:rsidR="00D35A80" w:rsidRDefault="00D35A80" w:rsidP="00D35A80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D35A80">
        <w:rPr>
          <w:rFonts w:ascii="Tahoma" w:hAnsi="Tahoma" w:cs="Tahoma" w:hint="eastAsia"/>
          <w:rtl/>
        </w:rPr>
        <w:t>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لخانان،</w:t>
      </w:r>
      <w:r w:rsidRPr="00D35A80">
        <w:rPr>
          <w:rFonts w:ascii="Tahoma" w:hAnsi="Tahoma" w:cs="Tahoma"/>
          <w:rtl/>
        </w:rPr>
        <w:t xml:space="preserve"> پا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راث</w:t>
      </w:r>
      <w:r w:rsidRPr="00D35A80">
        <w:rPr>
          <w:rFonts w:ascii="Tahoma" w:hAnsi="Tahoma" w:cs="Tahoma"/>
          <w:rtl/>
        </w:rPr>
        <w:t xml:space="preserve"> مغول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در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</w:t>
      </w:r>
      <w:r w:rsidRPr="00D35A80">
        <w:rPr>
          <w:rFonts w:ascii="Tahoma" w:hAnsi="Tahoma" w:cs="Tahoma"/>
          <w:rtl/>
        </w:rPr>
        <w:t xml:space="preserve"> نبود. خاندان‌ها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جانش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با همان ام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ران،</w:t>
      </w:r>
      <w:r w:rsidRPr="00D35A80">
        <w:rPr>
          <w:rFonts w:ascii="Tahoma" w:hAnsi="Tahoma" w:cs="Tahoma"/>
          <w:rtl/>
        </w:rPr>
        <w:t xml:space="preserve"> همان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وانسالاران،</w:t>
      </w:r>
      <w:r w:rsidRPr="00D35A80">
        <w:rPr>
          <w:rFonts w:ascii="Tahoma" w:hAnsi="Tahoma" w:cs="Tahoma"/>
          <w:rtl/>
        </w:rPr>
        <w:t xml:space="preserve"> همان 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وه‌ها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 بخش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از همان زبان 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حکومت ادامه دادند. حت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عنوان‌ها و ادعا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وابستگ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به سنت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</w:t>
      </w:r>
      <w:r w:rsidRPr="00D35A80">
        <w:rPr>
          <w:rFonts w:ascii="Tahoma" w:hAnsi="Tahoma" w:cs="Tahoma"/>
          <w:rtl/>
        </w:rPr>
        <w:t xml:space="preserve"> باق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ماند. اما کشور بار 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گر</w:t>
      </w:r>
      <w:r w:rsidRPr="00D35A80">
        <w:rPr>
          <w:rFonts w:ascii="Tahoma" w:hAnsi="Tahoma" w:cs="Tahoma"/>
          <w:rtl/>
        </w:rPr>
        <w:t xml:space="preserve"> وارد دور</w:t>
      </w:r>
      <w:r w:rsidRPr="00D35A80">
        <w:rPr>
          <w:rFonts w:ascii="Tahoma" w:hAnsi="Tahoma" w:cs="Tahoma" w:hint="eastAsia"/>
          <w:rtl/>
        </w:rPr>
        <w:t>ه‌ا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شد که در آن ه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چ</w:t>
      </w:r>
      <w:r w:rsidRPr="00D35A80">
        <w:rPr>
          <w:rFonts w:ascii="Tahoma" w:hAnsi="Tahoma" w:cs="Tahoma"/>
          <w:rtl/>
        </w:rPr>
        <w:t xml:space="preserve"> تاج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توان جمع کردن همهٔ ن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روها</w:t>
      </w:r>
      <w:r w:rsidRPr="00D35A80">
        <w:rPr>
          <w:rFonts w:ascii="Tahoma" w:hAnsi="Tahoma" w:cs="Tahoma"/>
          <w:rtl/>
        </w:rPr>
        <w:t xml:space="preserve"> را نداشت. از دل 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ن</w:t>
      </w:r>
      <w:r w:rsidRPr="00D35A80">
        <w:rPr>
          <w:rFonts w:ascii="Tahoma" w:hAnsi="Tahoma" w:cs="Tahoma"/>
          <w:rtl/>
        </w:rPr>
        <w:t xml:space="preserve"> پراکندگ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،</w:t>
      </w:r>
      <w:r w:rsidRPr="00D35A80">
        <w:rPr>
          <w:rFonts w:ascii="Tahoma" w:hAnsi="Tahoma" w:cs="Tahoma"/>
          <w:rtl/>
        </w:rPr>
        <w:t xml:space="preserve"> حکومت‌ها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محل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برخاستند و در م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ان</w:t>
      </w:r>
      <w:r w:rsidRPr="00D35A80">
        <w:rPr>
          <w:rFonts w:ascii="Tahoma" w:hAnsi="Tahoma" w:cs="Tahoma"/>
          <w:rtl/>
        </w:rPr>
        <w:t xml:space="preserve"> رقابت آنان، راه برا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ظهور فاتح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تازه از آس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ا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مرکز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گشوده شد؛ فاتح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که م</w:t>
      </w:r>
      <w:r w:rsidRPr="00D35A80">
        <w:rPr>
          <w:rFonts w:ascii="Tahoma" w:hAnsi="Tahoma" w:cs="Tahoma" w:hint="cs"/>
          <w:rtl/>
        </w:rPr>
        <w:t>ی‌</w:t>
      </w:r>
      <w:r w:rsidRPr="00D35A80">
        <w:rPr>
          <w:rFonts w:ascii="Tahoma" w:hAnsi="Tahoma" w:cs="Tahoma" w:hint="eastAsia"/>
          <w:rtl/>
        </w:rPr>
        <w:t>خواست</w:t>
      </w:r>
      <w:r w:rsidRPr="00D35A80">
        <w:rPr>
          <w:rFonts w:ascii="Tahoma" w:hAnsi="Tahoma" w:cs="Tahoma"/>
          <w:rtl/>
        </w:rPr>
        <w:t xml:space="preserve"> بدون داشتن خون چنگ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 w:hint="eastAsia"/>
          <w:rtl/>
        </w:rPr>
        <w:t>ز،</w:t>
      </w:r>
      <w:r w:rsidRPr="00D35A80">
        <w:rPr>
          <w:rFonts w:ascii="Tahoma" w:hAnsi="Tahoma" w:cs="Tahoma"/>
          <w:rtl/>
        </w:rPr>
        <w:t xml:space="preserve"> قدرت</w:t>
      </w:r>
      <w:r w:rsidRPr="00D35A80">
        <w:rPr>
          <w:rFonts w:ascii="Tahoma" w:hAnsi="Tahoma" w:cs="Tahoma" w:hint="cs"/>
          <w:rtl/>
        </w:rPr>
        <w:t>ی</w:t>
      </w:r>
      <w:r w:rsidRPr="00D35A80">
        <w:rPr>
          <w:rFonts w:ascii="Tahoma" w:hAnsi="Tahoma" w:cs="Tahoma"/>
          <w:rtl/>
        </w:rPr>
        <w:t xml:space="preserve"> هم‌سنگ او به دست آورد.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/>
          <w:rtl/>
        </w:rPr>
        <w:t>در جنوب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ران،</w:t>
      </w:r>
      <w:r w:rsidRPr="0080591C">
        <w:rPr>
          <w:rFonts w:ascii="Tahoma" w:hAnsi="Tahoma" w:cs="Tahoma"/>
          <w:rtl/>
        </w:rPr>
        <w:t xml:space="preserve"> 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از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اقتدار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بهره گرفت، از دل قشون مغول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امد؛</w:t>
      </w:r>
      <w:r w:rsidRPr="0080591C">
        <w:rPr>
          <w:rFonts w:ascii="Tahoma" w:hAnsi="Tahoma" w:cs="Tahoma"/>
          <w:rtl/>
        </w:rPr>
        <w:t xml:space="preserve"> از درون دستگاه ادارهٔ املاک دولت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برخاست. خاندان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/>
          <w:rtl/>
        </w:rPr>
        <w:t xml:space="preserve"> نام خود را از «ا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نجو»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املاک خاصهٔ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گرفته بود.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املاک مستق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ماً</w:t>
      </w:r>
      <w:r w:rsidRPr="0080591C">
        <w:rPr>
          <w:rFonts w:ascii="Tahoma" w:hAnsi="Tahoma" w:cs="Tahoma"/>
          <w:rtl/>
        </w:rPr>
        <w:t xml:space="preserve"> به خاندان فرمانروا تعلق داش</w:t>
      </w:r>
      <w:r w:rsidRPr="0080591C">
        <w:rPr>
          <w:rFonts w:ascii="Tahoma" w:hAnsi="Tahoma" w:cs="Tahoma" w:hint="eastAsia"/>
          <w:rtl/>
        </w:rPr>
        <w:t>تند</w:t>
      </w:r>
      <w:r w:rsidRPr="0080591C">
        <w:rPr>
          <w:rFonts w:ascii="Tahoma" w:hAnsi="Tahoma" w:cs="Tahoma"/>
          <w:rtl/>
        </w:rPr>
        <w:t xml:space="preserve"> و درآمدشان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</w:t>
      </w:r>
      <w:r w:rsidRPr="0080591C">
        <w:rPr>
          <w:rFonts w:ascii="Tahoma" w:hAnsi="Tahoma" w:cs="Tahoma"/>
          <w:rtl/>
        </w:rPr>
        <w:t xml:space="preserve"> هز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دربار، خاندان سلطنت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دستگاه حکومت را تأم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کند. ادارهٔ آنها به مأموران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 که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ن‌ها،</w:t>
      </w:r>
      <w:r w:rsidRPr="0080591C">
        <w:rPr>
          <w:rFonts w:ascii="Tahoma" w:hAnsi="Tahoma" w:cs="Tahoma"/>
          <w:rtl/>
        </w:rPr>
        <w:t xml:space="preserve"> آب، محصول، روستاها و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زان</w:t>
      </w:r>
      <w:r w:rsidRPr="0080591C">
        <w:rPr>
          <w:rFonts w:ascii="Tahoma" w:hAnsi="Tahoma" w:cs="Tahoma"/>
          <w:rtl/>
        </w:rPr>
        <w:t xml:space="preserve"> درآمد هر ناح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را بشناسند.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شرف‌الد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محمود،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قدرت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ان،</w:t>
      </w:r>
      <w:r w:rsidRPr="0080591C">
        <w:rPr>
          <w:rFonts w:ascii="Tahoma" w:hAnsi="Tahoma" w:cs="Tahoma"/>
          <w:rtl/>
        </w:rPr>
        <w:t xml:space="preserve"> در دوران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ادارهٔ املاک خاصهٔ فارس را در دست گرفت. مقام او در آغاز منصب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بود، اما چن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منصب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منابع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شتر</w:t>
      </w:r>
      <w:r w:rsidRPr="0080591C">
        <w:rPr>
          <w:rFonts w:ascii="Tahoma" w:hAnsi="Tahoma" w:cs="Tahoma"/>
          <w:rtl/>
        </w:rPr>
        <w:t xml:space="preserve"> از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عنوان ادار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صاحبش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گذاشت</w:t>
      </w:r>
      <w:r w:rsidRPr="0080591C">
        <w:rPr>
          <w:rFonts w:ascii="Tahoma" w:hAnsi="Tahoma" w:cs="Tahoma"/>
          <w:rtl/>
        </w:rPr>
        <w:t>. مأمور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دانست</w:t>
      </w:r>
      <w:r w:rsidRPr="0080591C">
        <w:rPr>
          <w:rFonts w:ascii="Tahoma" w:hAnsi="Tahoma" w:cs="Tahoma"/>
          <w:rtl/>
        </w:rPr>
        <w:t xml:space="preserve"> کدام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حاصلخ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زتر</w:t>
      </w:r>
      <w:r w:rsidRPr="0080591C">
        <w:rPr>
          <w:rFonts w:ascii="Tahoma" w:hAnsi="Tahoma" w:cs="Tahoma"/>
          <w:rtl/>
        </w:rPr>
        <w:t xml:space="preserve"> است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چه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پردازد،</w:t>
      </w:r>
      <w:r w:rsidRPr="0080591C">
        <w:rPr>
          <w:rFonts w:ascii="Tahoma" w:hAnsi="Tahoma" w:cs="Tahoma"/>
          <w:rtl/>
        </w:rPr>
        <w:t xml:space="preserve"> کدام خانواده در شهر نفوذ دارد و چه مقدار از درآمد 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به خزانه فرستاده شود. او همچن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انتصاب کارگزاران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دخالت در اختلاف‌ها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مربوط به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 درآمد را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>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تا</w:t>
      </w:r>
      <w:r w:rsidRPr="0080591C">
        <w:rPr>
          <w:rFonts w:ascii="Tahoma" w:hAnsi="Tahoma" w:cs="Tahoma"/>
          <w:rtl/>
        </w:rPr>
        <w:t xml:space="preserve">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مقتدر بود، شرف‌الد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محمود مأمور تاج به شمار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رفت</w:t>
      </w:r>
      <w:r w:rsidRPr="0080591C">
        <w:rPr>
          <w:rFonts w:ascii="Tahoma" w:hAnsi="Tahoma" w:cs="Tahoma"/>
          <w:rtl/>
        </w:rPr>
        <w:t>. اما با ضع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ف</w:t>
      </w:r>
      <w:r w:rsidRPr="0080591C">
        <w:rPr>
          <w:rFonts w:ascii="Tahoma" w:hAnsi="Tahoma" w:cs="Tahoma"/>
          <w:rtl/>
        </w:rPr>
        <w:t xml:space="preserve"> شدن مرکز،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املاک تاج را اداره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خود را صاحب قدرت آن ناح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بداند. ثروت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به خزانهٔ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رفت،</w:t>
      </w:r>
      <w:r w:rsidRPr="0080591C">
        <w:rPr>
          <w:rFonts w:ascii="Tahoma" w:hAnsi="Tahoma" w:cs="Tahoma"/>
          <w:rtl/>
        </w:rPr>
        <w:t xml:space="preserve"> امکان گردآور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سپاه و خر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وفادار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فراهم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‌آورد. شبکه‌ا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ادارهٔ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ن‌ها</w:t>
      </w:r>
      <w:r w:rsidRPr="0080591C">
        <w:rPr>
          <w:rFonts w:ascii="Tahoma" w:hAnsi="Tahoma" w:cs="Tahoma"/>
          <w:rtl/>
        </w:rPr>
        <w:t xml:space="preserve"> ساخته شده بود، به شبکه‌ا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تصاحب حکومت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شد. به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ب،</w:t>
      </w:r>
      <w:r w:rsidRPr="0080591C">
        <w:rPr>
          <w:rFonts w:ascii="Tahoma" w:hAnsi="Tahoma" w:cs="Tahoma"/>
          <w:rtl/>
        </w:rPr>
        <w:t xml:space="preserve"> قدرت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نمونه‌ا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روشن از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منصب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فرزندان</w:t>
      </w:r>
      <w:r w:rsidRPr="0080591C">
        <w:rPr>
          <w:rFonts w:ascii="Tahoma" w:hAnsi="Tahoma" w:cs="Tahoma"/>
          <w:rtl/>
        </w:rPr>
        <w:t xml:space="preserve"> شرف‌الد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محمود در فارس، اصفهان و نواح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رامون</w:t>
      </w:r>
      <w:r w:rsidRPr="0080591C">
        <w:rPr>
          <w:rFonts w:ascii="Tahoma" w:hAnsi="Tahoma" w:cs="Tahoma"/>
          <w:rtl/>
        </w:rPr>
        <w:t xml:space="preserve"> به قدرت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دند،</w:t>
      </w:r>
      <w:r w:rsidRPr="0080591C">
        <w:rPr>
          <w:rFonts w:ascii="Tahoma" w:hAnsi="Tahoma" w:cs="Tahoma"/>
          <w:rtl/>
        </w:rPr>
        <w:t xml:space="preserve"> اما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مرکز آنان را تنها در برابر دشمنان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قرار نداد؛ رقابت درون خاندان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آغاز شد.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از پسران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بر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ثروت و کارگزاران پدر تک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کند و خود را شا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ستهٔ</w:t>
      </w:r>
      <w:r w:rsidRPr="0080591C">
        <w:rPr>
          <w:rFonts w:ascii="Tahoma" w:hAnsi="Tahoma" w:cs="Tahoma"/>
          <w:rtl/>
        </w:rPr>
        <w:t xml:space="preserve"> فرمانر</w:t>
      </w:r>
      <w:r w:rsidRPr="0080591C">
        <w:rPr>
          <w:rFonts w:ascii="Tahoma" w:hAnsi="Tahoma" w:cs="Tahoma" w:hint="eastAsia"/>
          <w:rtl/>
        </w:rPr>
        <w:t>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بداند.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ان،</w:t>
      </w:r>
      <w:r w:rsidRPr="0080591C">
        <w:rPr>
          <w:rFonts w:ascii="Tahoma" w:hAnsi="Tahoma" w:cs="Tahoma"/>
          <w:rtl/>
        </w:rPr>
        <w:t xml:space="preserve">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اختلاف‌ها مداخله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 xml:space="preserve"> و با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از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برادران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</w:t>
      </w:r>
      <w:r w:rsidRPr="0080591C">
        <w:rPr>
          <w:rFonts w:ascii="Tahoma" w:hAnsi="Tahoma" w:cs="Tahoma"/>
          <w:rtl/>
        </w:rPr>
        <w:t xml:space="preserve"> سهم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جنوب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به دست آورند.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جه،</w:t>
      </w:r>
      <w:r w:rsidRPr="0080591C">
        <w:rPr>
          <w:rFonts w:ascii="Tahoma" w:hAnsi="Tahoma" w:cs="Tahoma"/>
          <w:rtl/>
        </w:rPr>
        <w:t xml:space="preserve"> تار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سال‌ها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با اتحادها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کوتاه، 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انت،</w:t>
      </w:r>
      <w:r w:rsidRPr="0080591C">
        <w:rPr>
          <w:rFonts w:ascii="Tahoma" w:hAnsi="Tahoma" w:cs="Tahoma"/>
          <w:rtl/>
        </w:rPr>
        <w:t xml:space="preserve"> جنگ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برادران و دخالت قدرت‌ها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همراه شد.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به خاندان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/>
          <w:rtl/>
        </w:rPr>
        <w:t xml:space="preserve"> فرصت استقلال داده بود، اما همان فقدان مرکز داور 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را مهار کند، نزاع درون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آنان را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تشد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>. خاندان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تاج را در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ولا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بگ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رد،</w:t>
      </w:r>
      <w:r w:rsidRPr="0080591C">
        <w:rPr>
          <w:rFonts w:ascii="Tahoma" w:hAnsi="Tahoma" w:cs="Tahoma"/>
          <w:rtl/>
        </w:rPr>
        <w:t xml:space="preserve"> 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قاعده‌ا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انتقال قدرت در درون خود نداشت.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پس</w:t>
      </w:r>
      <w:r w:rsidRPr="0080591C">
        <w:rPr>
          <w:rFonts w:ascii="Tahoma" w:hAnsi="Tahoma" w:cs="Tahoma"/>
          <w:rtl/>
        </w:rPr>
        <w:t xml:space="preserve"> از کشته شدن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کنار رفتن برادران، ابواسحاق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/>
          <w:rtl/>
        </w:rPr>
        <w:t xml:space="preserve"> توانست از حدود سال </w:t>
      </w:r>
      <w:r w:rsidRPr="0080591C">
        <w:rPr>
          <w:rFonts w:ascii="Tahoma" w:hAnsi="Tahoma" w:cs="Tahoma"/>
          <w:rtl/>
          <w:lang w:bidi="fa-IR"/>
        </w:rPr>
        <w:t>۱۳۴۳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خود را بر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راز،</w:t>
      </w:r>
      <w:r w:rsidRPr="0080591C">
        <w:rPr>
          <w:rFonts w:ascii="Tahoma" w:hAnsi="Tahoma" w:cs="Tahoma"/>
          <w:rtl/>
        </w:rPr>
        <w:t xml:space="preserve"> اصفهان و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لرستان استوار کند. او جوان، اهل معاشرت و علاقه‌مند به ادب و هنر بود.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در دوران او از آرامش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نسب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برخوردار شد و شاعران و نو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سندگان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چون خواجو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کرمان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عب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زاکان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حافظ در فضا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فرهنگ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شهر حضور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افتند</w:t>
      </w:r>
      <w:r w:rsidRPr="0080591C">
        <w:rPr>
          <w:rFonts w:ascii="Tahoma" w:hAnsi="Tahoma" w:cs="Tahoma"/>
          <w:rtl/>
        </w:rPr>
        <w:t>. جهان‌ملک خاتون، شاعر و شاهزادهٔ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از زنان برجستهٔ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ط</w:t>
      </w:r>
      <w:r w:rsidRPr="0080591C">
        <w:rPr>
          <w:rFonts w:ascii="Tahoma" w:hAnsi="Tahoma" w:cs="Tahoma"/>
          <w:rtl/>
        </w:rPr>
        <w:t xml:space="preserve"> فرهنگ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شکوفا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ادب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در آن سال‌ها نبا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ما را به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</w:t>
      </w:r>
      <w:r w:rsidRPr="0080591C">
        <w:rPr>
          <w:rFonts w:ascii="Tahoma" w:hAnsi="Tahoma" w:cs="Tahoma"/>
          <w:rtl/>
        </w:rPr>
        <w:t xml:space="preserve"> برساند که حکومت ابواسحاق از ثبات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کامل برخوردار بود. در دوره‌ها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ناامن،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شهر ممکن بود درون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وارها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مرکز شعر، دانش و تجارت باشد، در حال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از آن جنگ بر سر روستاها، راه‌ها و قلعه‌ها ادامه داشت. دربار با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از شاعران و ساخت بناها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صورت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نظم و فره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ارائه کند، اما نگهدار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 نظم به درآمد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 قدرت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وابسته بود.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ابواسحاق</w:t>
      </w:r>
      <w:r w:rsidRPr="0080591C">
        <w:rPr>
          <w:rFonts w:ascii="Tahoma" w:hAnsi="Tahoma" w:cs="Tahoma"/>
          <w:rtl/>
        </w:rPr>
        <w:t xml:space="preserve"> در بهره‌گ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فرهنگ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جلب محبت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مردم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موفق بود، اما در ساختن قشون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منظم و مهار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/>
          <w:rtl/>
        </w:rPr>
        <w:t xml:space="preserve"> همان اندازه توف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ق</w:t>
      </w:r>
      <w:r w:rsidRPr="0080591C">
        <w:rPr>
          <w:rFonts w:ascii="Tahoma" w:hAnsi="Tahoma" w:cs="Tahoma"/>
          <w:rtl/>
        </w:rPr>
        <w:t xml:space="preserve"> نداشت. در شرق قلمرو او، خاندان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قدرت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</w:t>
      </w:r>
      <w:r w:rsidRPr="0080591C">
        <w:rPr>
          <w:rFonts w:ascii="Tahoma" w:hAnsi="Tahoma" w:cs="Tahoma"/>
          <w:rtl/>
        </w:rPr>
        <w:t>. رقابت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تنها جنگ دو خانواده نبود؛ برخورد دو راه متف</w:t>
      </w:r>
      <w:r w:rsidRPr="0080591C">
        <w:rPr>
          <w:rFonts w:ascii="Tahoma" w:hAnsi="Tahoma" w:cs="Tahoma" w:hint="eastAsia"/>
          <w:rtl/>
        </w:rPr>
        <w:t>اوت</w:t>
      </w:r>
      <w:r w:rsidRPr="0080591C">
        <w:rPr>
          <w:rFonts w:ascii="Tahoma" w:hAnsi="Tahoma" w:cs="Tahoma"/>
          <w:rtl/>
        </w:rPr>
        <w:t xml:space="preserve">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</w:t>
      </w:r>
      <w:r w:rsidRPr="0080591C">
        <w:rPr>
          <w:rFonts w:ascii="Tahoma" w:hAnsi="Tahoma" w:cs="Tahoma"/>
          <w:rtl/>
        </w:rPr>
        <w:t xml:space="preserve"> به حکومت بود.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از ادارهٔ املاک و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برخاسته بودند، حال آنکه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هٔ</w:t>
      </w:r>
      <w:r w:rsidRPr="0080591C">
        <w:rPr>
          <w:rFonts w:ascii="Tahoma" w:hAnsi="Tahoma" w:cs="Tahoma"/>
          <w:rtl/>
        </w:rPr>
        <w:t xml:space="preserve"> اصل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قدرت خود را در فرمانده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نگهبان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راه‌ها 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افته</w:t>
      </w:r>
      <w:r w:rsidRPr="0080591C">
        <w:rPr>
          <w:rFonts w:ascii="Tahoma" w:hAnsi="Tahoma" w:cs="Tahoma"/>
          <w:rtl/>
        </w:rPr>
        <w:t xml:space="preserve"> بودند.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خاندان</w:t>
      </w:r>
      <w:r w:rsidRPr="0080591C">
        <w:rPr>
          <w:rFonts w:ascii="Tahoma" w:hAnsi="Tahoma" w:cs="Tahoma"/>
          <w:rtl/>
        </w:rPr>
        <w:t xml:space="preserve">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در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زد</w:t>
      </w:r>
      <w:r w:rsidRPr="0080591C">
        <w:rPr>
          <w:rFonts w:ascii="Tahoma" w:hAnsi="Tahoma" w:cs="Tahoma"/>
          <w:rtl/>
        </w:rPr>
        <w:t xml:space="preserve">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دست آورده بود. شرف‌الد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مظفر و سپس پسرش 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محمد در خدمت دستگاه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حاکمان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قرار داشتند. آنان در مقابله با راهزنان و نگهدار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زد</w:t>
      </w:r>
      <w:r w:rsidRPr="0080591C">
        <w:rPr>
          <w:rFonts w:ascii="Tahoma" w:hAnsi="Tahoma" w:cs="Tahoma"/>
          <w:rtl/>
        </w:rPr>
        <w:t xml:space="preserve"> و کرمان نقش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فا</w:t>
      </w:r>
      <w:r w:rsidRPr="0080591C">
        <w:rPr>
          <w:rFonts w:ascii="Tahoma" w:hAnsi="Tahoma" w:cs="Tahoma"/>
          <w:rtl/>
        </w:rPr>
        <w:t xml:space="preserve"> کردند. 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راه در سرزم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تجارت و جابه‌جا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به آن وابسته بود، تنها کار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انتظام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نبود؛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راه‌ها، قلعه‌ها 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مسلح منطقه را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داشت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به باز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شود.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محمد قدرت خود را به‌تدر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</w:t>
      </w:r>
      <w:r w:rsidRPr="0080591C">
        <w:rPr>
          <w:rFonts w:ascii="Tahoma" w:hAnsi="Tahoma" w:cs="Tahoma"/>
          <w:rtl/>
        </w:rPr>
        <w:t xml:space="preserve"> گسترش داد و کرمان را به قلمرو خو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افزود. او برخلاف ابواسحاق،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سختگ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و جنگجو بود و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حکمران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با تأک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بر اجرا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عت</w:t>
      </w:r>
      <w:r w:rsidRPr="0080591C">
        <w:rPr>
          <w:rFonts w:ascii="Tahoma" w:hAnsi="Tahoma" w:cs="Tahoma"/>
          <w:rtl/>
        </w:rPr>
        <w:t xml:space="preserve"> و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از سنت سن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همراه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>. سختگ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او در منابع 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شعر حافظ با</w:t>
      </w:r>
      <w:r w:rsidRPr="0080591C">
        <w:rPr>
          <w:rFonts w:ascii="Tahoma" w:hAnsi="Tahoma" w:cs="Tahoma" w:hint="eastAsia"/>
          <w:rtl/>
        </w:rPr>
        <w:t>زتاب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افته</w:t>
      </w:r>
      <w:r w:rsidRPr="0080591C">
        <w:rPr>
          <w:rFonts w:ascii="Tahoma" w:hAnsi="Tahoma" w:cs="Tahoma"/>
          <w:rtl/>
        </w:rPr>
        <w:t xml:space="preserve"> است. اما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اجرا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ظاهر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عت</w:t>
      </w:r>
      <w:r w:rsidRPr="0080591C">
        <w:rPr>
          <w:rFonts w:ascii="Tahoma" w:hAnsi="Tahoma" w:cs="Tahoma"/>
          <w:rtl/>
        </w:rPr>
        <w:t xml:space="preserve"> در حکومت او از خشونت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جدا نبود. او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به نام امر به معروف و برقرار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نظم محدود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وضع کند و در همان حال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با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رحم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بردارد.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ترک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در تار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حکومت‌ها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بارها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ده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شود</w:t>
      </w:r>
      <w:r w:rsidRPr="0080591C">
        <w:rPr>
          <w:rFonts w:ascii="Tahoma" w:hAnsi="Tahoma" w:cs="Tahoma"/>
          <w:rtl/>
        </w:rPr>
        <w:t>. فرمانروا اجرا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عت</w:t>
      </w:r>
      <w:r w:rsidRPr="0080591C">
        <w:rPr>
          <w:rFonts w:ascii="Tahoma" w:hAnsi="Tahoma" w:cs="Tahoma"/>
          <w:rtl/>
        </w:rPr>
        <w:t xml:space="preserve"> را دل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خود معرف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کند،</w:t>
      </w:r>
      <w:r w:rsidRPr="0080591C">
        <w:rPr>
          <w:rFonts w:ascii="Tahoma" w:hAnsi="Tahoma" w:cs="Tahoma"/>
          <w:rtl/>
        </w:rPr>
        <w:t xml:space="preserve"> اما تشخ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ص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نکه</w:t>
      </w:r>
      <w:r w:rsidRPr="0080591C">
        <w:rPr>
          <w:rFonts w:ascii="Tahoma" w:hAnsi="Tahoma" w:cs="Tahoma"/>
          <w:rtl/>
        </w:rPr>
        <w:t xml:space="preserve"> چه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مخالف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 چه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دشمن حکومت است در دست خود او باق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ماند</w:t>
      </w:r>
      <w:r w:rsidRPr="0080591C">
        <w:rPr>
          <w:rFonts w:ascii="Tahoma" w:hAnsi="Tahoma" w:cs="Tahoma"/>
          <w:rtl/>
        </w:rPr>
        <w:t>. در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جه،</w:t>
      </w:r>
      <w:r w:rsidRPr="0080591C">
        <w:rPr>
          <w:rFonts w:ascii="Tahoma" w:hAnsi="Tahoma" w:cs="Tahoma"/>
          <w:rtl/>
        </w:rPr>
        <w:t xml:space="preserve"> مخالفت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تواند</w:t>
      </w:r>
      <w:r w:rsidRPr="0080591C">
        <w:rPr>
          <w:rFonts w:ascii="Tahoma" w:hAnsi="Tahoma" w:cs="Tahoma"/>
          <w:rtl/>
        </w:rPr>
        <w:t xml:space="preserve"> به سرپ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شود و خشونت تاج لباس دفاع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مان</w:t>
      </w:r>
      <w:r w:rsidRPr="0080591C">
        <w:rPr>
          <w:rFonts w:ascii="Tahoma" w:hAnsi="Tahoma" w:cs="Tahoma"/>
          <w:rtl/>
        </w:rPr>
        <w:t xml:space="preserve"> بپوشد.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نکاران</w:t>
      </w:r>
      <w:r w:rsidRPr="0080591C">
        <w:rPr>
          <w:rFonts w:ascii="Tahoma" w:hAnsi="Tahoma" w:cs="Tahoma"/>
          <w:rtl/>
        </w:rPr>
        <w:t xml:space="preserve">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به حکومت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برابر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انتخاب قرار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رند</w:t>
      </w:r>
      <w:r w:rsidRPr="0080591C">
        <w:rPr>
          <w:rFonts w:ascii="Tahoma" w:hAnsi="Tahoma" w:cs="Tahoma"/>
          <w:rtl/>
        </w:rPr>
        <w:t xml:space="preserve"> که رفتار فرمانروا را تأ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کنند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او را از دست بدهند.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ابواسحاق</w:t>
      </w:r>
      <w:r w:rsidRPr="0080591C">
        <w:rPr>
          <w:rFonts w:ascii="Tahoma" w:hAnsi="Tahoma" w:cs="Tahoma"/>
          <w:rtl/>
        </w:rPr>
        <w:t xml:space="preserve"> بارها 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قدرت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را در کرمان در هم بشکند، اما لشکرکش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به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نرس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نه‌تنها از حملات او جان به در برد، بلکه به سو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فارس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رفت و در سال </w:t>
      </w:r>
      <w:r w:rsidRPr="0080591C">
        <w:rPr>
          <w:rFonts w:ascii="Tahoma" w:hAnsi="Tahoma" w:cs="Tahoma"/>
          <w:rtl/>
          <w:lang w:bidi="fa-IR"/>
        </w:rPr>
        <w:t>۱۳۵۳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را تصرف کرد. ابواسحاق 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خت</w:t>
      </w:r>
      <w:r w:rsidRPr="0080591C">
        <w:rPr>
          <w:rFonts w:ascii="Tahoma" w:hAnsi="Tahoma" w:cs="Tahoma"/>
          <w:rtl/>
        </w:rPr>
        <w:t xml:space="preserve"> و مدت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اصفهان مقاومت کرد، اما سر</w:t>
      </w:r>
      <w:r w:rsidRPr="0080591C">
        <w:rPr>
          <w:rFonts w:ascii="Tahoma" w:hAnsi="Tahoma" w:cs="Tahoma" w:hint="eastAsia"/>
          <w:rtl/>
        </w:rPr>
        <w:t>انجام</w:t>
      </w:r>
      <w:r w:rsidRPr="0080591C">
        <w:rPr>
          <w:rFonts w:ascii="Tahoma" w:hAnsi="Tahoma" w:cs="Tahoma"/>
          <w:rtl/>
        </w:rPr>
        <w:t xml:space="preserve"> گرفتار شد و چند سال بعد به قتل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با مرگ او، حکومت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</w:t>
      </w:r>
      <w:r w:rsidRPr="0080591C">
        <w:rPr>
          <w:rFonts w:ascii="Tahoma" w:hAnsi="Tahoma" w:cs="Tahoma"/>
          <w:rtl/>
        </w:rPr>
        <w:t xml:space="preserve"> و فارس، که از ثروتمندتر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بخش‌ها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بود، به دست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افتاد.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سقوط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نشان داد که کنترل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و ثروت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ولا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ت،</w:t>
      </w:r>
      <w:r w:rsidRPr="0080591C">
        <w:rPr>
          <w:rFonts w:ascii="Tahoma" w:hAnsi="Tahoma" w:cs="Tahoma"/>
          <w:rtl/>
        </w:rPr>
        <w:t xml:space="preserve"> اگر با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قاعده‌ا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حفظ وفادار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همراه نشود،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دوام حکومت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</w:t>
      </w:r>
      <w:r w:rsidRPr="0080591C">
        <w:rPr>
          <w:rFonts w:ascii="Tahoma" w:hAnsi="Tahoma" w:cs="Tahoma"/>
          <w:rtl/>
        </w:rPr>
        <w:t>. ابواسحاق توانسته بود محبوب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و اعتبار فرهنگ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دست آورد، اما در برابر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قشون منظم‌تر و اراده‌ا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سخت‌تر داشت شکست خورد. باا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ن‌همه،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نتوانست مشکل انتقال قدرت و رقابت خانوادگ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حل کند.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پس از تصرف فارس به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لشکر کش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مدت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کوتاه تبر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را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گرفت، اما نتوانست در برابر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آنجا بماند. گسترش سر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/>
          <w:rtl/>
        </w:rPr>
        <w:t xml:space="preserve"> قلمرو،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توان اداره و تأم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قشون او بود. او ناچار شد به جنوب بازگردد.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تجربه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نشان د</w:t>
      </w:r>
      <w:r w:rsidRPr="0080591C">
        <w:rPr>
          <w:rFonts w:ascii="Tahoma" w:hAnsi="Tahoma" w:cs="Tahoma" w:hint="eastAsia"/>
          <w:rtl/>
        </w:rPr>
        <w:t>اد</w:t>
      </w:r>
      <w:r w:rsidRPr="0080591C">
        <w:rPr>
          <w:rFonts w:ascii="Tahoma" w:hAnsi="Tahoma" w:cs="Tahoma"/>
          <w:rtl/>
        </w:rPr>
        <w:t xml:space="preserve"> که تصرف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بزرگ با نگهدار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دادن درآمدها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به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مرکز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تفاوت دارد.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سختگ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سرانجام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ک‌تر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افراد خاندانش را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عل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او برانگ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خت</w:t>
      </w:r>
      <w:r w:rsidRPr="0080591C">
        <w:rPr>
          <w:rFonts w:ascii="Tahoma" w:hAnsi="Tahoma" w:cs="Tahoma"/>
          <w:rtl/>
        </w:rPr>
        <w:t xml:space="preserve">. پسرش شاه شجاع و برادران او در سال </w:t>
      </w:r>
      <w:r w:rsidRPr="0080591C">
        <w:rPr>
          <w:rFonts w:ascii="Tahoma" w:hAnsi="Tahoma" w:cs="Tahoma"/>
          <w:rtl/>
          <w:lang w:bidi="fa-IR"/>
        </w:rPr>
        <w:t>۱۳۵۸</w:t>
      </w:r>
      <w:r w:rsidRPr="0080591C">
        <w:rPr>
          <w:rFonts w:ascii="Tahoma" w:hAnsi="Tahoma" w:cs="Tahoma"/>
          <w:rtl/>
        </w:rPr>
        <w:t xml:space="preserve"> پدر را دستگ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و ناب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نا</w:t>
      </w:r>
      <w:r w:rsidRPr="0080591C">
        <w:rPr>
          <w:rFonts w:ascii="Tahoma" w:hAnsi="Tahoma" w:cs="Tahoma"/>
          <w:rtl/>
        </w:rPr>
        <w:t xml:space="preserve"> کردند. 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که با زور و خشونت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/>
          <w:rtl/>
        </w:rPr>
        <w:t xml:space="preserve"> را کنار زده بود، درون خاندان خود با همان منطق روبه‌رو شد. خون مشترک نه‌تنه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مانع جنگ بر سر تاج نشد، بلکه دسترس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شاهزادگان به قشون و دربار را آسان‌تر کرد.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شاه</w:t>
      </w:r>
      <w:r w:rsidRPr="0080591C">
        <w:rPr>
          <w:rFonts w:ascii="Tahoma" w:hAnsi="Tahoma" w:cs="Tahoma"/>
          <w:rtl/>
        </w:rPr>
        <w:t xml:space="preserve"> شجاع در مقا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سه</w:t>
      </w:r>
      <w:r w:rsidRPr="0080591C">
        <w:rPr>
          <w:rFonts w:ascii="Tahoma" w:hAnsi="Tahoma" w:cs="Tahoma"/>
          <w:rtl/>
        </w:rPr>
        <w:t xml:space="preserve"> با پدر نرم‌خوتر، ادب‌دوست‌تر و در برخوردها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کم‌سختگ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رتر</w:t>
      </w:r>
      <w:r w:rsidRPr="0080591C">
        <w:rPr>
          <w:rFonts w:ascii="Tahoma" w:hAnsi="Tahoma" w:cs="Tahoma"/>
          <w:rtl/>
        </w:rPr>
        <w:t xml:space="preserve"> بود. دوران او با نام حافظ و شکوفا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فرهنگ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افته</w:t>
      </w:r>
      <w:r w:rsidRPr="0080591C">
        <w:rPr>
          <w:rFonts w:ascii="Tahoma" w:hAnsi="Tahoma" w:cs="Tahoma"/>
          <w:rtl/>
        </w:rPr>
        <w:t xml:space="preserve"> است. اما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تفاوت شخص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نتوانست رقابت درون خاندان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دهد. شاه شجاع، شاه محمود و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شاهزادگان بارها ب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سر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راز،</w:t>
      </w:r>
      <w:r w:rsidRPr="0080591C">
        <w:rPr>
          <w:rFonts w:ascii="Tahoma" w:hAnsi="Tahoma" w:cs="Tahoma"/>
          <w:rtl/>
        </w:rPr>
        <w:t xml:space="preserve"> اصفهان،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زد</w:t>
      </w:r>
      <w:r w:rsidRPr="0080591C">
        <w:rPr>
          <w:rFonts w:ascii="Tahoma" w:hAnsi="Tahoma" w:cs="Tahoma"/>
          <w:rtl/>
        </w:rPr>
        <w:t xml:space="preserve"> و کرمان با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</w:t>
      </w:r>
      <w:r w:rsidRPr="0080591C">
        <w:rPr>
          <w:rFonts w:ascii="Tahoma" w:hAnsi="Tahoma" w:cs="Tahoma"/>
          <w:rtl/>
        </w:rPr>
        <w:t>. شهرها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آنان دست‌به‌دست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شدند</w:t>
      </w:r>
      <w:r w:rsidRPr="0080591C">
        <w:rPr>
          <w:rFonts w:ascii="Tahoma" w:hAnsi="Tahoma" w:cs="Tahoma"/>
          <w:rtl/>
        </w:rPr>
        <w:t xml:space="preserve"> و هر صلح خانوادگ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دوام داشت که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طرف‌ها فرصت تازه‌ا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حمله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/>
          <w:rtl/>
        </w:rPr>
        <w:t xml:space="preserve"> کند.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در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دوره هم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دان</w:t>
      </w:r>
      <w:r w:rsidRPr="0080591C">
        <w:rPr>
          <w:rFonts w:ascii="Tahoma" w:hAnsi="Tahoma" w:cs="Tahoma"/>
          <w:rtl/>
        </w:rPr>
        <w:t xml:space="preserve"> جنگ بود و هم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درخشان‌تر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مراکز شعر فارس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هم‌زمان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تناقض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ظاهر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است. ناامن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الزاماً همهٔ زندگ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فرهنگ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متوقف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کند</w:t>
      </w:r>
      <w:r w:rsidRPr="0080591C">
        <w:rPr>
          <w:rFonts w:ascii="Tahoma" w:hAnsi="Tahoma" w:cs="Tahoma"/>
          <w:rtl/>
        </w:rPr>
        <w:t>. گاه دربارها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برتر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شاعران و دانشمندان را جذب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کنند</w:t>
      </w:r>
      <w:r w:rsidRPr="0080591C">
        <w:rPr>
          <w:rFonts w:ascii="Tahoma" w:hAnsi="Tahoma" w:cs="Tahoma"/>
          <w:rtl/>
        </w:rPr>
        <w:t xml:space="preserve"> و شهروندان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ثبات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شعر، موس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تصوف پناه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برند</w:t>
      </w:r>
      <w:r w:rsidRPr="0080591C">
        <w:rPr>
          <w:rFonts w:ascii="Tahoma" w:hAnsi="Tahoma" w:cs="Tahoma"/>
          <w:rtl/>
        </w:rPr>
        <w:t>. شعر حافظ از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جهان نوشته نشده است؛ زبان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هام،</w:t>
      </w:r>
      <w:r w:rsidRPr="0080591C">
        <w:rPr>
          <w:rFonts w:ascii="Tahoma" w:hAnsi="Tahoma" w:cs="Tahoma"/>
          <w:rtl/>
        </w:rPr>
        <w:t xml:space="preserve"> انتقاد از زاهدان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اعتماد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وعدهٔ قدرتمندان و آگاه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ناپا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روزگار، با تجربهٔ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شهر و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حکومت‌ها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داشت.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شرق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ران،</w:t>
      </w:r>
      <w:r w:rsidRPr="0080591C">
        <w:rPr>
          <w:rFonts w:ascii="Tahoma" w:hAnsi="Tahoma" w:cs="Tahoma"/>
          <w:rtl/>
        </w:rPr>
        <w:t xml:space="preserve"> خاندان آل‌کرت راه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متفاوت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مود</w:t>
      </w:r>
      <w:r w:rsidRPr="0080591C">
        <w:rPr>
          <w:rFonts w:ascii="Tahoma" w:hAnsi="Tahoma" w:cs="Tahoma"/>
          <w:rtl/>
        </w:rPr>
        <w:t>. آنان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سقوط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در هرات و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خراسان قدرت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داشتند و گاه فرمان هولاکو و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نان</w:t>
      </w:r>
      <w:r w:rsidRPr="0080591C">
        <w:rPr>
          <w:rFonts w:ascii="Tahoma" w:hAnsi="Tahoma" w:cs="Tahoma"/>
          <w:rtl/>
        </w:rPr>
        <w:t xml:space="preserve"> او را پذ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رفته</w:t>
      </w:r>
      <w:r w:rsidRPr="0080591C">
        <w:rPr>
          <w:rFonts w:ascii="Tahoma" w:hAnsi="Tahoma" w:cs="Tahoma"/>
          <w:rtl/>
        </w:rPr>
        <w:t xml:space="preserve"> بودند. حکومت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ادارهٔ سرزم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دوردست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چون هرات ناچار بود از خاندان‌ها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شه‌دار</w:t>
      </w:r>
      <w:r w:rsidRPr="0080591C">
        <w:rPr>
          <w:rFonts w:ascii="Tahoma" w:hAnsi="Tahoma" w:cs="Tahoma"/>
          <w:rtl/>
        </w:rPr>
        <w:t xml:space="preserve"> در منطقه استفاده کند. آل‌کرت خراج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پرداختند</w:t>
      </w:r>
      <w:r w:rsidRPr="0080591C">
        <w:rPr>
          <w:rFonts w:ascii="Tahoma" w:hAnsi="Tahoma" w:cs="Tahoma"/>
          <w:rtl/>
        </w:rPr>
        <w:t xml:space="preserve"> و برتر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را به رسم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شناختند،</w:t>
      </w:r>
      <w:r w:rsidRPr="0080591C">
        <w:rPr>
          <w:rFonts w:ascii="Tahoma" w:hAnsi="Tahoma" w:cs="Tahoma"/>
          <w:rtl/>
        </w:rPr>
        <w:t xml:space="preserve"> اما دستگاه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قشون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منطقه‌ا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حفظ کرده بودند.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با</w:t>
      </w:r>
      <w:r w:rsidRPr="0080591C">
        <w:rPr>
          <w:rFonts w:ascii="Tahoma" w:hAnsi="Tahoma" w:cs="Tahoma"/>
          <w:rtl/>
        </w:rPr>
        <w:t xml:space="preserve"> مرگ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د،</w:t>
      </w:r>
      <w:r w:rsidRPr="0080591C">
        <w:rPr>
          <w:rFonts w:ascii="Tahoma" w:hAnsi="Tahoma" w:cs="Tahoma"/>
          <w:rtl/>
        </w:rPr>
        <w:t xml:space="preserve"> آل‌کرت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کمتر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پنهان کردن استقلال خود داشتند. هرات به مرکز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شد که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خراسان، افغانستان کنون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ماوراءالنهر و راه‌ها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هند قرار داشت.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موقع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هم فرصت بازرگان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و هم شهر را در معرض فشار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گوناگون قرار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‌داد. حاکمان هرات ناچار بودند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خراسان، خان‌ها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جغتا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و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غرب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تعادل برقرار کنند.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آل‌کرت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حکمران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تنها به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>. آنان از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نکاران،</w:t>
      </w:r>
      <w:r w:rsidRPr="0080591C">
        <w:rPr>
          <w:rFonts w:ascii="Tahoma" w:hAnsi="Tahoma" w:cs="Tahoma"/>
          <w:rtl/>
        </w:rPr>
        <w:t xml:space="preserve"> خانقاه‌ها و مراکز علم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 xml:space="preserve"> 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</w:t>
      </w:r>
      <w:r w:rsidRPr="0080591C">
        <w:rPr>
          <w:rFonts w:ascii="Tahoma" w:hAnsi="Tahoma" w:cs="Tahoma"/>
          <w:rtl/>
        </w:rPr>
        <w:t xml:space="preserve"> هرات را به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برخوردار از نظم و منزلت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کنند.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با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نکاران</w:t>
      </w:r>
      <w:r w:rsidRPr="0080591C">
        <w:rPr>
          <w:rFonts w:ascii="Tahoma" w:hAnsi="Tahoma" w:cs="Tahoma"/>
          <w:rtl/>
        </w:rPr>
        <w:t xml:space="preserve"> و مشا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خون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نداشت ام</w:t>
      </w:r>
      <w:r w:rsidRPr="0080591C">
        <w:rPr>
          <w:rFonts w:ascii="Tahoma" w:hAnsi="Tahoma" w:cs="Tahoma" w:hint="eastAsia"/>
          <w:rtl/>
        </w:rPr>
        <w:t>کان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</w:t>
      </w:r>
      <w:r w:rsidRPr="0080591C">
        <w:rPr>
          <w:rFonts w:ascii="Tahoma" w:hAnsi="Tahoma" w:cs="Tahoma"/>
          <w:rtl/>
        </w:rPr>
        <w:t xml:space="preserve"> سرچشمه‌ا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پذ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رفته</w:t>
      </w:r>
      <w:r w:rsidRPr="0080591C">
        <w:rPr>
          <w:rFonts w:ascii="Tahoma" w:hAnsi="Tahoma" w:cs="Tahoma"/>
          <w:rtl/>
        </w:rPr>
        <w:t xml:space="preserve"> شدن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/>
          <w:rtl/>
        </w:rPr>
        <w:t xml:space="preserve"> کند. در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نجا</w:t>
      </w:r>
      <w:r w:rsidRPr="0080591C">
        <w:rPr>
          <w:rFonts w:ascii="Tahoma" w:hAnsi="Tahoma" w:cs="Tahoma"/>
          <w:rtl/>
        </w:rPr>
        <w:t xml:space="preserve">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و قشون در کنار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خاندان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قرار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گرفتند</w:t>
      </w:r>
      <w:r w:rsidRPr="0080591C">
        <w:rPr>
          <w:rFonts w:ascii="Tahoma" w:hAnsi="Tahoma" w:cs="Tahoma"/>
          <w:rtl/>
        </w:rPr>
        <w:t xml:space="preserve"> تا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تاج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پر کنند.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اما</w:t>
      </w:r>
      <w:r w:rsidRPr="0080591C">
        <w:rPr>
          <w:rFonts w:ascii="Tahoma" w:hAnsi="Tahoma" w:cs="Tahoma"/>
          <w:rtl/>
        </w:rPr>
        <w:t xml:space="preserve">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اصل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آل‌کرت در بخش غرب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خراسان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که نه از خاندان‌ها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نه از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بزرگ مغول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آمد. سربداران از دل اعتراض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شبکه‌ها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نارضا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مأموران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برخاستند.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خاستگاه متفاوت، حکومت آنان را به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مهم‌تر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تجربه‌ها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دورهٔ پس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کرد.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دربارهٔ</w:t>
      </w:r>
      <w:r w:rsidRPr="0080591C">
        <w:rPr>
          <w:rFonts w:ascii="Tahoma" w:hAnsi="Tahoma" w:cs="Tahoma"/>
          <w:rtl/>
        </w:rPr>
        <w:t xml:space="preserve"> آغاز سربداران 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گوناگون وجود دارد و منابع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تار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آنان را نوشته‌اند غالباً چند دهه پس از حوادث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آمده‌اند. ازا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ن‌رو،</w:t>
      </w:r>
      <w:r w:rsidRPr="0080591C">
        <w:rPr>
          <w:rFonts w:ascii="Tahoma" w:hAnsi="Tahoma" w:cs="Tahoma"/>
          <w:rtl/>
        </w:rPr>
        <w:t xml:space="preserve"> جزئ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برخ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داستان‌ها را 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با احت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اط</w:t>
      </w:r>
      <w:r w:rsidRPr="0080591C">
        <w:rPr>
          <w:rFonts w:ascii="Tahoma" w:hAnsi="Tahoma" w:cs="Tahoma"/>
          <w:rtl/>
        </w:rPr>
        <w:t xml:space="preserve"> خواند. باا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ن‌همه،</w:t>
      </w:r>
      <w:r w:rsidRPr="0080591C">
        <w:rPr>
          <w:rFonts w:ascii="Tahoma" w:hAnsi="Tahoma" w:cs="Tahoma"/>
          <w:rtl/>
        </w:rPr>
        <w:t xml:space="preserve"> روشن است که فشار مأموران، ناامن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روستاها و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قدرت مرکز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نهٔ</w:t>
      </w:r>
      <w:r w:rsidRPr="0080591C">
        <w:rPr>
          <w:rFonts w:ascii="Tahoma" w:hAnsi="Tahoma" w:cs="Tahoma"/>
          <w:rtl/>
        </w:rPr>
        <w:t xml:space="preserve"> شورش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در ناح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هٔ</w:t>
      </w:r>
      <w:r w:rsidRPr="0080591C">
        <w:rPr>
          <w:rFonts w:ascii="Tahoma" w:hAnsi="Tahoma" w:cs="Tahoma"/>
          <w:rtl/>
        </w:rPr>
        <w:t xml:space="preserve"> باشت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 سبزوار فراهم آورد. گروه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مردم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تصم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گرفتند در برابر تحق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و تعد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مأموران مقاومت کنند، 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اگر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مقاومت آنان را به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دار بکشاند. نام «سربدار»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با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آمادگ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 دار شدن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</w:t>
      </w:r>
      <w:r w:rsidRPr="0080591C">
        <w:rPr>
          <w:rFonts w:ascii="Tahoma" w:hAnsi="Tahoma" w:cs="Tahoma"/>
          <w:rtl/>
        </w:rPr>
        <w:t>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عبدالرزاق</w:t>
      </w:r>
      <w:r w:rsidRPr="0080591C">
        <w:rPr>
          <w:rFonts w:ascii="Tahoma" w:hAnsi="Tahoma" w:cs="Tahoma"/>
          <w:rtl/>
        </w:rPr>
        <w:t xml:space="preserve"> باشت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رهبران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شورش بود. او و همراهانش توانستند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گرد آورند و از آشفتگ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خراسان بهره بگ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رند</w:t>
      </w:r>
      <w:r w:rsidRPr="0080591C">
        <w:rPr>
          <w:rFonts w:ascii="Tahoma" w:hAnsi="Tahoma" w:cs="Tahoma"/>
          <w:rtl/>
        </w:rPr>
        <w:t>. پس از او، برادرش وج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مسعود رهبر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در دست گرفت. سربداران سبزوار را به مرکز خود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کردند و 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</w:t>
      </w:r>
      <w:r w:rsidRPr="0080591C">
        <w:rPr>
          <w:rFonts w:ascii="Tahoma" w:hAnsi="Tahoma" w:cs="Tahoma"/>
          <w:rtl/>
        </w:rPr>
        <w:t xml:space="preserve"> قلمروشان را </w:t>
      </w: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خراسان گسترش دهند.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اما</w:t>
      </w:r>
      <w:r w:rsidRPr="0080591C">
        <w:rPr>
          <w:rFonts w:ascii="Tahoma" w:hAnsi="Tahoma" w:cs="Tahoma"/>
          <w:rtl/>
        </w:rPr>
        <w:t xml:space="preserve"> جنبش سربداران تنها 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عل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مغول نبود. در کنار رهبران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جر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آن حضور داشت.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خل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فه،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 گرا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صوف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انه،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شکل‌گ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سربداران در سبزوار به تبل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غ</w:t>
      </w:r>
      <w:r w:rsidRPr="0080591C">
        <w:rPr>
          <w:rFonts w:ascii="Tahoma" w:hAnsi="Tahoma" w:cs="Tahoma"/>
          <w:rtl/>
        </w:rPr>
        <w:t xml:space="preserve"> پرداخته بود. نفوذ او مخالفت 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نکاران</w:t>
      </w:r>
      <w:r w:rsidRPr="0080591C">
        <w:rPr>
          <w:rFonts w:ascii="Tahoma" w:hAnsi="Tahoma" w:cs="Tahoma"/>
          <w:rtl/>
        </w:rPr>
        <w:t xml:space="preserve"> سن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برانگ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خت</w:t>
      </w:r>
      <w:r w:rsidRPr="0080591C">
        <w:rPr>
          <w:rFonts w:ascii="Tahoma" w:hAnsi="Tahoma" w:cs="Tahoma"/>
          <w:rtl/>
        </w:rPr>
        <w:t xml:space="preserve"> و سرانجام در مسجد کشته شد. مرگ او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روانش</w:t>
      </w:r>
      <w:r w:rsidRPr="0080591C">
        <w:rPr>
          <w:rFonts w:ascii="Tahoma" w:hAnsi="Tahoma" w:cs="Tahoma"/>
          <w:rtl/>
        </w:rPr>
        <w:t xml:space="preserve"> را پراکنده نکرد. شاگردش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شبکهٔ مر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دان</w:t>
      </w:r>
      <w:r w:rsidRPr="0080591C">
        <w:rPr>
          <w:rFonts w:ascii="Tahoma" w:hAnsi="Tahoma" w:cs="Tahoma"/>
          <w:rtl/>
        </w:rPr>
        <w:t xml:space="preserve"> را گسترش داد 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آنان را وارد جنبش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اتحاد</w:t>
      </w:r>
      <w:r w:rsidRPr="0080591C">
        <w:rPr>
          <w:rFonts w:ascii="Tahoma" w:hAnsi="Tahoma" w:cs="Tahoma"/>
          <w:rtl/>
        </w:rPr>
        <w:t xml:space="preserve"> وج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مسعود و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دو بخش متفاوت را در کنار هم قرار داد. مسعود به ساخت قشون، ادارهٔ شهر،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و گسترش قلمرو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اند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د؛</w:t>
      </w:r>
      <w:r w:rsidRPr="0080591C">
        <w:rPr>
          <w:rFonts w:ascii="Tahoma" w:hAnsi="Tahoma" w:cs="Tahoma"/>
          <w:rtl/>
        </w:rPr>
        <w:t xml:space="preserve">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روانش</w:t>
      </w:r>
      <w:r w:rsidRPr="0080591C">
        <w:rPr>
          <w:rFonts w:ascii="Tahoma" w:hAnsi="Tahoma" w:cs="Tahoma"/>
          <w:rtl/>
        </w:rPr>
        <w:t xml:space="preserve"> خواهان دگرگون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اجتماع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بودند و اطاعت از مرشد را مهم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شمردند</w:t>
      </w:r>
      <w:r w:rsidRPr="0080591C">
        <w:rPr>
          <w:rFonts w:ascii="Tahoma" w:hAnsi="Tahoma" w:cs="Tahoma"/>
          <w:rtl/>
        </w:rPr>
        <w:t>. گروه نخست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خواست</w:t>
      </w:r>
      <w:r w:rsidRPr="0080591C">
        <w:rPr>
          <w:rFonts w:ascii="Tahoma" w:hAnsi="Tahoma" w:cs="Tahoma"/>
          <w:rtl/>
        </w:rPr>
        <w:t xml:space="preserve">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</w:t>
      </w:r>
      <w:r w:rsidRPr="0080591C">
        <w:rPr>
          <w:rFonts w:ascii="Tahoma" w:hAnsi="Tahoma" w:cs="Tahoma" w:hint="eastAsia"/>
          <w:rtl/>
        </w:rPr>
        <w:t>ابل</w:t>
      </w:r>
      <w:r w:rsidRPr="0080591C">
        <w:rPr>
          <w:rFonts w:ascii="Tahoma" w:hAnsi="Tahoma" w:cs="Tahoma"/>
          <w:rtl/>
        </w:rPr>
        <w:t xml:space="preserve"> اداره بسازد و گروه دوم جنبش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آرمان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زنده نگه دارد. هر دو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غلبه بر دشمنان به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داشتند، اما هدف‌ها و سرچشمهٔ فرمانشان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کسان</w:t>
      </w:r>
      <w:r w:rsidRPr="0080591C">
        <w:rPr>
          <w:rFonts w:ascii="Tahoma" w:hAnsi="Tahoma" w:cs="Tahoma"/>
          <w:rtl/>
        </w:rPr>
        <w:t xml:space="preserve"> نبود.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تش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/>
          <w:rtl/>
        </w:rPr>
        <w:t xml:space="preserve"> سربداران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کدست</w:t>
      </w:r>
      <w:r w:rsidRPr="0080591C">
        <w:rPr>
          <w:rFonts w:ascii="Tahoma" w:hAnsi="Tahoma" w:cs="Tahoma"/>
          <w:rtl/>
        </w:rPr>
        <w:t xml:space="preserve"> و کاملاً تعر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ف‌شده</w:t>
      </w:r>
      <w:r w:rsidRPr="0080591C">
        <w:rPr>
          <w:rFonts w:ascii="Tahoma" w:hAnsi="Tahoma" w:cs="Tahoma"/>
          <w:rtl/>
        </w:rPr>
        <w:t xml:space="preserve"> نبود. سبزوار و نواح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رامون</w:t>
      </w:r>
      <w:r w:rsidRPr="0080591C">
        <w:rPr>
          <w:rFonts w:ascii="Tahoma" w:hAnsi="Tahoma" w:cs="Tahoma"/>
          <w:rtl/>
        </w:rPr>
        <w:t xml:space="preserve"> از گذشته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داشتند، اما درون جنبش، گرا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مختلف امام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صوف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انه</w:t>
      </w:r>
      <w:r w:rsidRPr="0080591C">
        <w:rPr>
          <w:rFonts w:ascii="Tahoma" w:hAnsi="Tahoma" w:cs="Tahoma"/>
          <w:rtl/>
        </w:rPr>
        <w:t xml:space="preserve"> و مهدو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حضور داشتند. همهٔ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سربدار به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اندازه به درو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شان</w:t>
      </w:r>
      <w:r w:rsidRPr="0080591C">
        <w:rPr>
          <w:rFonts w:ascii="Tahoma" w:hAnsi="Tahoma" w:cs="Tahoma"/>
          <w:rtl/>
        </w:rPr>
        <w:t xml:space="preserve"> و برنامهٔ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آنان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نبودند. برخ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جلب پشت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مردم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روان</w:t>
      </w:r>
      <w:r w:rsidRPr="0080591C">
        <w:rPr>
          <w:rFonts w:ascii="Tahoma" w:hAnsi="Tahoma" w:cs="Tahoma"/>
          <w:rtl/>
        </w:rPr>
        <w:t xml:space="preserve">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نمادها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بهره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گرفتند</w:t>
      </w:r>
      <w:r w:rsidRPr="0080591C">
        <w:rPr>
          <w:rFonts w:ascii="Tahoma" w:hAnsi="Tahoma" w:cs="Tahoma"/>
          <w:rtl/>
        </w:rPr>
        <w:t xml:space="preserve"> و برخ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</w:t>
      </w:r>
      <w:r w:rsidRPr="0080591C">
        <w:rPr>
          <w:rFonts w:ascii="Tahoma" w:hAnsi="Tahoma" w:cs="Tahoma"/>
          <w:rtl/>
        </w:rPr>
        <w:t xml:space="preserve"> قدرت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نکاران</w:t>
      </w:r>
      <w:r w:rsidRPr="0080591C">
        <w:rPr>
          <w:rFonts w:ascii="Tahoma" w:hAnsi="Tahoma" w:cs="Tahoma"/>
          <w:rtl/>
        </w:rPr>
        <w:t xml:space="preserve"> و درو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شان</w:t>
      </w:r>
      <w:r w:rsidRPr="0080591C">
        <w:rPr>
          <w:rFonts w:ascii="Tahoma" w:hAnsi="Tahoma" w:cs="Tahoma"/>
          <w:rtl/>
        </w:rPr>
        <w:t xml:space="preserve"> را محدود سازند.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اختلاف در نبرد سربداران با آل‌کرت آشکار شد. در سال </w:t>
      </w:r>
      <w:r w:rsidRPr="0080591C">
        <w:rPr>
          <w:rFonts w:ascii="Tahoma" w:hAnsi="Tahoma" w:cs="Tahoma"/>
          <w:rtl/>
          <w:lang w:bidi="fa-IR"/>
        </w:rPr>
        <w:t>۱۳۴۲</w:t>
      </w:r>
      <w:r w:rsidRPr="0080591C">
        <w:rPr>
          <w:rFonts w:ascii="Tahoma" w:hAnsi="Tahoma" w:cs="Tahoma"/>
          <w:rtl/>
        </w:rPr>
        <w:t>،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سربدار به سو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هرات حرکت کردند و در زاوه با سپاه آل‌کرت روبه‌رو شدند. در آغاز، شمار و شور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روان</w:t>
      </w:r>
      <w:r w:rsidRPr="0080591C">
        <w:rPr>
          <w:rFonts w:ascii="Tahoma" w:hAnsi="Tahoma" w:cs="Tahoma"/>
          <w:rtl/>
        </w:rPr>
        <w:t xml:space="preserve">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بزرگ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سربداران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آورده بود، اما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جر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نبرد کشته شد. دربا</w:t>
      </w:r>
      <w:r w:rsidRPr="0080591C">
        <w:rPr>
          <w:rFonts w:ascii="Tahoma" w:hAnsi="Tahoma" w:cs="Tahoma" w:hint="eastAsia"/>
          <w:rtl/>
        </w:rPr>
        <w:t>رهٔ</w:t>
      </w:r>
      <w:r w:rsidRPr="0080591C">
        <w:rPr>
          <w:rFonts w:ascii="Tahoma" w:hAnsi="Tahoma" w:cs="Tahoma"/>
          <w:rtl/>
        </w:rPr>
        <w:t xml:space="preserve"> چگونگ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مرگ او 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متفاوت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وجود دارد و 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احتمال داده شده است که رقابت درون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سربداران در آن نقش داشته باشد. با مرگ او، نظم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روانش</w:t>
      </w:r>
      <w:r w:rsidRPr="0080591C">
        <w:rPr>
          <w:rFonts w:ascii="Tahoma" w:hAnsi="Tahoma" w:cs="Tahoma"/>
          <w:rtl/>
        </w:rPr>
        <w:t xml:space="preserve"> به هم خورد و سپاه سربدار شکست خورد.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نبرد</w:t>
      </w:r>
      <w:r w:rsidRPr="0080591C">
        <w:rPr>
          <w:rFonts w:ascii="Tahoma" w:hAnsi="Tahoma" w:cs="Tahoma"/>
          <w:rtl/>
        </w:rPr>
        <w:t xml:space="preserve"> زاوه نشان داد که اتحاد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فرمانده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رهبر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 چه اندازه شکننده است. مسعود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بدون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شان</w:t>
      </w:r>
      <w:r w:rsidRPr="0080591C">
        <w:rPr>
          <w:rFonts w:ascii="Tahoma" w:hAnsi="Tahoma" w:cs="Tahoma"/>
          <w:rtl/>
        </w:rPr>
        <w:t xml:space="preserve"> 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بزرگ به راه اندازد، اما از قدرت مستقل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حسن جور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روانش</w:t>
      </w:r>
      <w:r w:rsidRPr="0080591C">
        <w:rPr>
          <w:rFonts w:ascii="Tahoma" w:hAnsi="Tahoma" w:cs="Tahoma"/>
          <w:rtl/>
        </w:rPr>
        <w:t xml:space="preserve"> داشت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مناک</w:t>
      </w:r>
      <w:r w:rsidRPr="0080591C">
        <w:rPr>
          <w:rFonts w:ascii="Tahoma" w:hAnsi="Tahoma" w:cs="Tahoma"/>
          <w:rtl/>
        </w:rPr>
        <w:t xml:space="preserve"> بود. مرشد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مردم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</w:t>
      </w:r>
      <w:r w:rsidRPr="0080591C">
        <w:rPr>
          <w:rFonts w:ascii="Tahoma" w:hAnsi="Tahoma" w:cs="Tahoma"/>
          <w:rtl/>
        </w:rPr>
        <w:t xml:space="preserve"> کند که </w:t>
      </w:r>
      <w:r w:rsidRPr="0080591C">
        <w:rPr>
          <w:rFonts w:ascii="Tahoma" w:hAnsi="Tahoma" w:cs="Tahoma" w:hint="eastAsia"/>
          <w:rtl/>
        </w:rPr>
        <w:t>الزاماً</w:t>
      </w:r>
      <w:r w:rsidRPr="0080591C">
        <w:rPr>
          <w:rFonts w:ascii="Tahoma" w:hAnsi="Tahoma" w:cs="Tahoma"/>
          <w:rtl/>
        </w:rPr>
        <w:t xml:space="preserve"> فرمان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را برتر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دانستند</w:t>
      </w:r>
      <w:r w:rsidRPr="0080591C">
        <w:rPr>
          <w:rFonts w:ascii="Tahoma" w:hAnsi="Tahoma" w:cs="Tahoma"/>
          <w:rtl/>
        </w:rPr>
        <w:t>. در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جه،</w:t>
      </w:r>
      <w:r w:rsidRPr="0080591C">
        <w:rPr>
          <w:rFonts w:ascii="Tahoma" w:hAnsi="Tahoma" w:cs="Tahoma"/>
          <w:rtl/>
        </w:rPr>
        <w:t xml:space="preserve">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از اتحاد قشون و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برخاسته بود از رقابت همان دو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/>
          <w:rtl/>
        </w:rPr>
        <w:t xml:space="preserve"> آس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سربداران</w:t>
      </w:r>
      <w:r w:rsidRPr="0080591C">
        <w:rPr>
          <w:rFonts w:ascii="Tahoma" w:hAnsi="Tahoma" w:cs="Tahoma"/>
          <w:rtl/>
        </w:rPr>
        <w:t xml:space="preserve"> پس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شکست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نرفتند، اما وارد دوره‌ا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کودتا، قتل و تغ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سر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شدند.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شه‌وران،</w:t>
      </w:r>
      <w:r w:rsidRPr="0080591C">
        <w:rPr>
          <w:rFonts w:ascii="Tahoma" w:hAnsi="Tahoma" w:cs="Tahoma"/>
          <w:rtl/>
        </w:rPr>
        <w:t xml:space="preserve"> بزرگان شهر و رهبران گروه‌ها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قدرت را در دست داشتند. برخ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تنها مدت کوتاه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ماندند و به دست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کان</w:t>
      </w:r>
      <w:r w:rsidRPr="0080591C">
        <w:rPr>
          <w:rFonts w:ascii="Tahoma" w:hAnsi="Tahoma" w:cs="Tahoma"/>
          <w:rtl/>
        </w:rPr>
        <w:t xml:space="preserve"> خود کشت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شدند. نبود خاندان سلطنت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ثابت، از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سو راه را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بالا آمدن کسان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طبقات و گروه‌ها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متفاوت باز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و از سو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انتقال قدرت را به نبرد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دائم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ساخت</w:t>
      </w:r>
      <w:r w:rsidRPr="0080591C">
        <w:rPr>
          <w:rFonts w:ascii="Tahoma" w:hAnsi="Tahoma" w:cs="Tahoma"/>
          <w:rtl/>
        </w:rPr>
        <w:t>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سربداران</w:t>
      </w:r>
      <w:r w:rsidRPr="0080591C">
        <w:rPr>
          <w:rFonts w:ascii="Tahoma" w:hAnsi="Tahoma" w:cs="Tahoma"/>
          <w:rtl/>
        </w:rPr>
        <w:t xml:space="preserve"> را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حکومت دموکرات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جنبش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 برنامهٔ اجتماع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روشن به معنا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امروز دانست. مردم در انتخاب آزاد و نهادمند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شرکت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 xml:space="preserve"> و خشونت درون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بس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بود. اما آنان نشان دادند که در فضا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پس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لخانان،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لزوماً نبا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از خون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خاندان شاه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امارت بزرگ مغول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سرچشمه بگ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</w:t>
      </w:r>
      <w:r w:rsidRPr="0080591C">
        <w:rPr>
          <w:rFonts w:ascii="Tahoma" w:hAnsi="Tahoma" w:cs="Tahoma"/>
          <w:rtl/>
        </w:rPr>
        <w:t>. گروه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با تک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بر اعتراض اجتماع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شبکهٔ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توانسته بود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آورد و چند دهه آن را حفظ کند.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ادارهٔ</w:t>
      </w:r>
      <w:r w:rsidRPr="0080591C">
        <w:rPr>
          <w:rFonts w:ascii="Tahoma" w:hAnsi="Tahoma" w:cs="Tahoma"/>
          <w:rtl/>
        </w:rPr>
        <w:t xml:space="preserve"> قلمرو، سربداران را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ناچار کرد از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و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بهره بگ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رند</w:t>
      </w:r>
      <w:r w:rsidRPr="0080591C">
        <w:rPr>
          <w:rFonts w:ascii="Tahoma" w:hAnsi="Tahoma" w:cs="Tahoma"/>
          <w:rtl/>
        </w:rPr>
        <w:t>. شورش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با اعتراض به تعد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مأموران آغاز شده بود، پس از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</w:t>
      </w:r>
      <w:r w:rsidRPr="0080591C">
        <w:rPr>
          <w:rFonts w:ascii="Tahoma" w:hAnsi="Tahoma" w:cs="Tahoma"/>
          <w:rtl/>
        </w:rPr>
        <w:t xml:space="preserve"> به قدرت به مأموران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 که درآمد گرد آورند و هز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نهٔ</w:t>
      </w:r>
      <w:r w:rsidRPr="0080591C">
        <w:rPr>
          <w:rFonts w:ascii="Tahoma" w:hAnsi="Tahoma" w:cs="Tahoma"/>
          <w:rtl/>
        </w:rPr>
        <w:t xml:space="preserve"> قشون را بپردازند.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دشوارتر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آزمون‌ها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هر جنبش اعتراض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eastAsia"/>
          <w:rtl/>
        </w:rPr>
        <w:t>ست</w:t>
      </w:r>
      <w:r w:rsidRPr="0080591C">
        <w:rPr>
          <w:rFonts w:ascii="Tahoma" w:hAnsi="Tahoma" w:cs="Tahoma"/>
          <w:rtl/>
        </w:rPr>
        <w:t>: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که با حکومت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ده‌اند،</w:t>
      </w:r>
      <w:r w:rsidRPr="0080591C">
        <w:rPr>
          <w:rFonts w:ascii="Tahoma" w:hAnsi="Tahoma" w:cs="Tahoma"/>
          <w:rtl/>
        </w:rPr>
        <w:t xml:space="preserve"> پس از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ناچار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شوند</w:t>
      </w:r>
      <w:r w:rsidRPr="0080591C">
        <w:rPr>
          <w:rFonts w:ascii="Tahoma" w:hAnsi="Tahoma" w:cs="Tahoma"/>
          <w:rtl/>
        </w:rPr>
        <w:t xml:space="preserve">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همان وظا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ف</w:t>
      </w:r>
      <w:r w:rsidRPr="0080591C">
        <w:rPr>
          <w:rFonts w:ascii="Tahoma" w:hAnsi="Tahoma" w:cs="Tahoma"/>
          <w:rtl/>
        </w:rPr>
        <w:t xml:space="preserve"> را انجام دهند. تفاوت حکومت تازه تنها زمان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شود</w:t>
      </w:r>
      <w:r w:rsidRPr="0080591C">
        <w:rPr>
          <w:rFonts w:ascii="Tahoma" w:hAnsi="Tahoma" w:cs="Tahoma"/>
          <w:rtl/>
        </w:rPr>
        <w:t xml:space="preserve"> که بتواند راه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انجام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وظا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ف</w:t>
      </w:r>
      <w:r w:rsidRPr="0080591C">
        <w:rPr>
          <w:rFonts w:ascii="Tahoma" w:hAnsi="Tahoma" w:cs="Tahoma"/>
          <w:rtl/>
        </w:rPr>
        <w:t xml:space="preserve"> بسازد؛ وگرنه ابزارها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به‌تدر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</w:t>
      </w:r>
      <w:r w:rsidRPr="0080591C">
        <w:rPr>
          <w:rFonts w:ascii="Tahoma" w:hAnsi="Tahoma" w:cs="Tahoma"/>
          <w:rtl/>
        </w:rPr>
        <w:t xml:space="preserve"> منطق خود را بر فاتحان تازه تحم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کنند</w:t>
      </w:r>
      <w:r w:rsidRPr="0080591C">
        <w:rPr>
          <w:rFonts w:ascii="Tahoma" w:hAnsi="Tahoma" w:cs="Tahoma"/>
          <w:rtl/>
        </w:rPr>
        <w:t>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دهه‌ها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بعد، سربداران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فشار آل‌کرت،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مغول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خراسان و اختلاف‌ها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داخل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گرفتار ماندند. باا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ن‌همه،</w:t>
      </w:r>
      <w:r w:rsidRPr="0080591C">
        <w:rPr>
          <w:rFonts w:ascii="Tahoma" w:hAnsi="Tahoma" w:cs="Tahoma"/>
          <w:rtl/>
        </w:rPr>
        <w:t xml:space="preserve"> توانستند سبزوار و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خراسان غرب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حفظ کنند. تش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قلمرو آنان حضور آشکارتر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</w:t>
      </w:r>
      <w:r w:rsidRPr="0080591C">
        <w:rPr>
          <w:rFonts w:ascii="Tahoma" w:hAnsi="Tahoma" w:cs="Tahoma"/>
          <w:rtl/>
        </w:rPr>
        <w:t xml:space="preserve"> و بر سکه‌ها و آ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رسم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اثر گذاشت. تجربهٔ کوتاه اول</w:t>
      </w:r>
      <w:r w:rsidRPr="0080591C">
        <w:rPr>
          <w:rFonts w:ascii="Tahoma" w:hAnsi="Tahoma" w:cs="Tahoma" w:hint="eastAsia"/>
          <w:rtl/>
        </w:rPr>
        <w:t>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تو</w:t>
      </w:r>
      <w:r w:rsidRPr="0080591C">
        <w:rPr>
          <w:rFonts w:ascii="Tahoma" w:hAnsi="Tahoma" w:cs="Tahoma"/>
          <w:rtl/>
        </w:rPr>
        <w:t xml:space="preserve"> نتوانسته بود تش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/>
          <w:rtl/>
        </w:rPr>
        <w:t xml:space="preserve"> دوازده‌امام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در سراسر کشور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کند، اما در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خراسان،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تش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ع،</w:t>
      </w:r>
      <w:r w:rsidRPr="0080591C">
        <w:rPr>
          <w:rFonts w:ascii="Tahoma" w:hAnsi="Tahoma" w:cs="Tahoma"/>
          <w:rtl/>
        </w:rPr>
        <w:t xml:space="preserve"> اعتراض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حکومت سربداران 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شه‌ها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عم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ق‌تر</w:t>
      </w:r>
      <w:r w:rsidRPr="0080591C">
        <w:rPr>
          <w:rFonts w:ascii="Tahoma" w:hAnsi="Tahoma" w:cs="Tahoma"/>
          <w:rtl/>
        </w:rPr>
        <w:t xml:space="preserve">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آورد.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دوره، خواجه عل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مؤ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سربدار شد. او گرا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روشن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داشت، اما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حفظ قدرت خود با گروه‌ها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تندرو درگ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شد.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رفتار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نشان داد که هم‌مذهب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الزاماً رقابت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برد</w:t>
      </w:r>
      <w:r w:rsidRPr="0080591C">
        <w:rPr>
          <w:rFonts w:ascii="Tahoma" w:hAnsi="Tahoma" w:cs="Tahoma"/>
          <w:rtl/>
        </w:rPr>
        <w:t xml:space="preserve">. تاج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امارت، 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eastAsia"/>
          <w:rtl/>
        </w:rPr>
        <w:t>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خود را از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رد،</w:t>
      </w:r>
      <w:r w:rsidRPr="0080591C">
        <w:rPr>
          <w:rFonts w:ascii="Tahoma" w:hAnsi="Tahoma" w:cs="Tahoma"/>
          <w:rtl/>
        </w:rPr>
        <w:t xml:space="preserve"> از وجود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مستقل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بتواند مردم را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از کنترل حکومت بس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</w:t>
      </w:r>
      <w:r w:rsidRPr="0080591C">
        <w:rPr>
          <w:rFonts w:ascii="Tahoma" w:hAnsi="Tahoma" w:cs="Tahoma"/>
          <w:rtl/>
        </w:rPr>
        <w:t xml:space="preserve"> کند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دارد.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چهار</w:t>
      </w:r>
      <w:r w:rsidRPr="0080591C">
        <w:rPr>
          <w:rFonts w:ascii="Tahoma" w:hAnsi="Tahoma" w:cs="Tahoma"/>
          <w:rtl/>
        </w:rPr>
        <w:t xml:space="preserve">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در فارس، کرمان، هرات و سبزوار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آمدند، چهار راه متفاوت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</w:t>
      </w:r>
      <w:r w:rsidRPr="0080591C">
        <w:rPr>
          <w:rFonts w:ascii="Tahoma" w:hAnsi="Tahoma" w:cs="Tahoma"/>
          <w:rtl/>
        </w:rPr>
        <w:t xml:space="preserve"> به قدرت را نشان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دادند</w:t>
      </w:r>
      <w:r w:rsidRPr="0080591C">
        <w:rPr>
          <w:rFonts w:ascii="Tahoma" w:hAnsi="Tahoma" w:cs="Tahoma"/>
          <w:rtl/>
        </w:rPr>
        <w:t>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از ادارهٔ املاک سلطنت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شبکهٔ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برخاستند؛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از فرمانده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تأم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راه‌ها به تاج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دند؛</w:t>
      </w:r>
      <w:r w:rsidRPr="0080591C">
        <w:rPr>
          <w:rFonts w:ascii="Tahoma" w:hAnsi="Tahoma" w:cs="Tahoma"/>
          <w:rtl/>
        </w:rPr>
        <w:t xml:space="preserve"> آل‌کرت خاندان منطقه‌ا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بودند که در سا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هٔ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توانسته بودند دستگاه خود را حفظ کنند؛ و سربداران از شورش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فرماندهان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شبکه‌ها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آمدند.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با</w:t>
      </w:r>
      <w:r w:rsidRPr="0080591C">
        <w:rPr>
          <w:rFonts w:ascii="Tahoma" w:hAnsi="Tahoma" w:cs="Tahoma"/>
          <w:rtl/>
        </w:rPr>
        <w:t xml:space="preserve"> وجود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تفاوت‌ها، همهٔ آنان پس از 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</w:t>
      </w:r>
      <w:r w:rsidRPr="0080591C">
        <w:rPr>
          <w:rFonts w:ascii="Tahoma" w:hAnsi="Tahoma" w:cs="Tahoma"/>
          <w:rtl/>
        </w:rPr>
        <w:t xml:space="preserve"> به قدرت با مسائل مشابه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روبه‌رو شدند: تأم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هز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نهٔ</w:t>
      </w:r>
      <w:r w:rsidRPr="0080591C">
        <w:rPr>
          <w:rFonts w:ascii="Tahoma" w:hAnsi="Tahoma" w:cs="Tahoma"/>
          <w:rtl/>
        </w:rPr>
        <w:t xml:space="preserve"> قشون، گردآور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ات،</w:t>
      </w:r>
      <w:r w:rsidRPr="0080591C">
        <w:rPr>
          <w:rFonts w:ascii="Tahoma" w:hAnsi="Tahoma" w:cs="Tahoma"/>
          <w:rtl/>
        </w:rPr>
        <w:t xml:space="preserve"> مهار فرماندهان، برقرار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راه‌ها،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افتن</w:t>
      </w:r>
      <w:r w:rsidRPr="0080591C">
        <w:rPr>
          <w:rFonts w:ascii="Tahoma" w:hAnsi="Tahoma" w:cs="Tahoma"/>
          <w:rtl/>
        </w:rPr>
        <w:t xml:space="preserve">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 ساختن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حکمران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. 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چ</w:t>
      </w:r>
      <w:r w:rsidRPr="0080591C">
        <w:rPr>
          <w:rFonts w:ascii="Tahoma" w:hAnsi="Tahoma" w:cs="Tahoma"/>
          <w:rtl/>
        </w:rPr>
        <w:t xml:space="preserve">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تنها با شجاعت بن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ان‌گذار،</w:t>
      </w:r>
      <w:r w:rsidRPr="0080591C">
        <w:rPr>
          <w:rFonts w:ascii="Tahoma" w:hAnsi="Tahoma" w:cs="Tahoma"/>
          <w:rtl/>
        </w:rPr>
        <w:t xml:space="preserve"> نسب خانوادگ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eastAsia"/>
          <w:rtl/>
        </w:rPr>
        <w:t>شعار</w:t>
      </w:r>
      <w:r w:rsidRPr="0080591C">
        <w:rPr>
          <w:rFonts w:ascii="Tahoma" w:hAnsi="Tahoma" w:cs="Tahoma"/>
          <w:rtl/>
        </w:rPr>
        <w:t xml:space="preserve">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دوام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اورد</w:t>
      </w:r>
      <w:r w:rsidRPr="0080591C">
        <w:rPr>
          <w:rFonts w:ascii="Tahoma" w:hAnsi="Tahoma" w:cs="Tahoma"/>
          <w:rtl/>
        </w:rPr>
        <w:t>. همگ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درآمد منظم و همکار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همگ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همچن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در انتقال قدرت مشکل داشتند.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جنگ برادران فرسوده شدند؛ پسران مبارزالد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پدر را ناب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نا</w:t>
      </w:r>
      <w:r w:rsidRPr="0080591C">
        <w:rPr>
          <w:rFonts w:ascii="Tahoma" w:hAnsi="Tahoma" w:cs="Tahoma"/>
          <w:rtl/>
        </w:rPr>
        <w:t xml:space="preserve"> کردند و سپس با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دند؛</w:t>
      </w:r>
      <w:r w:rsidRPr="0080591C">
        <w:rPr>
          <w:rFonts w:ascii="Tahoma" w:hAnsi="Tahoma" w:cs="Tahoma"/>
          <w:rtl/>
        </w:rPr>
        <w:t xml:space="preserve"> سربداران بارها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خود را کشتند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برکنار کردند؛ و حکومت‌ها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شاخه‌ها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خانوادگ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تقس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شدند. نبود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قاعده‌ا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پذ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رفته‌شده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مشکل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نبود که با سقوط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ابد</w:t>
      </w:r>
      <w:r w:rsidRPr="0080591C">
        <w:rPr>
          <w:rFonts w:ascii="Tahoma" w:hAnsi="Tahoma" w:cs="Tahoma"/>
          <w:rtl/>
        </w:rPr>
        <w:t>. هر دودمان تازه همان مسئله را با صورت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بازتول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>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پراکندگ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لزوماً به معنا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نابود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کامل زندگ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فرهنگ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نبود.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راز</w:t>
      </w:r>
      <w:r w:rsidRPr="0080591C">
        <w:rPr>
          <w:rFonts w:ascii="Tahoma" w:hAnsi="Tahoma" w:cs="Tahoma"/>
          <w:rtl/>
        </w:rPr>
        <w:t xml:space="preserve"> در دوران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به مرکز شعر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شد؛ هرات اهم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علم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تجار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حفظ کرد؛ بغداد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فرمان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دوباره رونق گرفت؛ و در سبزوار اند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مذهب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تازه مجال گ</w:t>
      </w:r>
      <w:r w:rsidRPr="0080591C">
        <w:rPr>
          <w:rFonts w:ascii="Tahoma" w:hAnsi="Tahoma" w:cs="Tahoma" w:hint="eastAsia"/>
          <w:rtl/>
        </w:rPr>
        <w:t>سترش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افتند</w:t>
      </w:r>
      <w:r w:rsidRPr="0080591C">
        <w:rPr>
          <w:rFonts w:ascii="Tahoma" w:hAnsi="Tahoma" w:cs="Tahoma"/>
          <w:rtl/>
        </w:rPr>
        <w:t>. اما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شکوفا</w:t>
      </w:r>
      <w:r w:rsidRPr="0080591C">
        <w:rPr>
          <w:rFonts w:ascii="Tahoma" w:hAnsi="Tahoma" w:cs="Tahoma" w:hint="cs"/>
          <w:rtl/>
        </w:rPr>
        <w:t>یی‌</w:t>
      </w:r>
      <w:r w:rsidRPr="0080591C">
        <w:rPr>
          <w:rFonts w:ascii="Tahoma" w:hAnsi="Tahoma" w:cs="Tahoma" w:hint="eastAsia"/>
          <w:rtl/>
        </w:rPr>
        <w:t>ها</w:t>
      </w:r>
      <w:r w:rsidRPr="0080591C">
        <w:rPr>
          <w:rFonts w:ascii="Tahoma" w:hAnsi="Tahoma" w:cs="Tahoma"/>
          <w:rtl/>
        </w:rPr>
        <w:t xml:space="preserve"> در جز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ره‌ها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جدا از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صورت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گرفتند</w:t>
      </w:r>
      <w:r w:rsidRPr="0080591C">
        <w:rPr>
          <w:rFonts w:ascii="Tahoma" w:hAnsi="Tahoma" w:cs="Tahoma"/>
          <w:rtl/>
        </w:rPr>
        <w:t xml:space="preserve"> و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در برابر جنگ خاندان‌ها و تغ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ناگهان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فرمانروا آس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ب‌پذ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بودند.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کشور</w:t>
      </w:r>
      <w:r w:rsidRPr="0080591C">
        <w:rPr>
          <w:rFonts w:ascii="Tahoma" w:hAnsi="Tahoma" w:cs="Tahoma"/>
          <w:rtl/>
        </w:rPr>
        <w:t xml:space="preserve"> واحد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غازان و اولجا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تو</w:t>
      </w:r>
      <w:r w:rsidRPr="0080591C">
        <w:rPr>
          <w:rFonts w:ascii="Tahoma" w:hAnsi="Tahoma" w:cs="Tahoma"/>
          <w:rtl/>
        </w:rPr>
        <w:t xml:space="preserve"> 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ده</w:t>
      </w:r>
      <w:r w:rsidRPr="0080591C">
        <w:rPr>
          <w:rFonts w:ascii="Tahoma" w:hAnsi="Tahoma" w:cs="Tahoma"/>
          <w:rtl/>
        </w:rPr>
        <w:t xml:space="preserve"> بودند دستگاهش را سامان دهند، اکنون به حکومت‌ها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تقس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شده بود که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راث</w:t>
      </w:r>
      <w:r w:rsidRPr="0080591C">
        <w:rPr>
          <w:rFonts w:ascii="Tahoma" w:hAnsi="Tahoma" w:cs="Tahoma"/>
          <w:rtl/>
        </w:rPr>
        <w:t xml:space="preserve"> آنان را به کار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بردند</w:t>
      </w:r>
      <w:r w:rsidRPr="0080591C">
        <w:rPr>
          <w:rFonts w:ascii="Tahoma" w:hAnsi="Tahoma" w:cs="Tahoma"/>
          <w:rtl/>
        </w:rPr>
        <w:t>.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دب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ران،</w:t>
      </w:r>
      <w:r w:rsidRPr="0080591C">
        <w:rPr>
          <w:rFonts w:ascii="Tahoma" w:hAnsi="Tahoma" w:cs="Tahoma"/>
          <w:rtl/>
        </w:rPr>
        <w:t xml:space="preserve"> زبان فارس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سکه‌زن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وقف،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از مدرسه و خانقاه و 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عنوان‌ها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مغول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</w:t>
      </w:r>
      <w:r w:rsidRPr="0080591C">
        <w:rPr>
          <w:rFonts w:ascii="Tahoma" w:hAnsi="Tahoma" w:cs="Tahoma" w:hint="eastAsia"/>
          <w:rtl/>
        </w:rPr>
        <w:t>دولت‌ها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تازه ادامه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افتند</w:t>
      </w:r>
      <w:r w:rsidRPr="0080591C">
        <w:rPr>
          <w:rFonts w:ascii="Tahoma" w:hAnsi="Tahoma" w:cs="Tahoma"/>
          <w:rtl/>
        </w:rPr>
        <w:t xml:space="preserve">. مغولان در مقام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سلسلهٔ واحد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رفته بودند، اما نظم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در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ساخته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آموخته بودند در حکومت‌ها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باق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ماند.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ضعف</w:t>
      </w:r>
      <w:r w:rsidRPr="0080591C">
        <w:rPr>
          <w:rFonts w:ascii="Tahoma" w:hAnsi="Tahoma" w:cs="Tahoma"/>
          <w:rtl/>
        </w:rPr>
        <w:t xml:space="preserve"> اصل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حکومت‌ها آن بود که 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چ‌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قدرت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جاد</w:t>
      </w:r>
      <w:r w:rsidRPr="0080591C">
        <w:rPr>
          <w:rFonts w:ascii="Tahoma" w:hAnsi="Tahoma" w:cs="Tahoma"/>
          <w:rtl/>
        </w:rPr>
        <w:t xml:space="preserve"> وحدت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در سراسر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نداشتند.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عراق و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جان،</w:t>
      </w:r>
      <w:r w:rsidRPr="0080591C">
        <w:rPr>
          <w:rFonts w:ascii="Tahoma" w:hAnsi="Tahoma" w:cs="Tahoma"/>
          <w:rtl/>
        </w:rPr>
        <w:t xml:space="preserve">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فارس و کرمان، آل‌کرت در هرات و سربداران در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خراسان فرمان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راندند</w:t>
      </w:r>
      <w:r w:rsidRPr="0080591C">
        <w:rPr>
          <w:rFonts w:ascii="Tahoma" w:hAnsi="Tahoma" w:cs="Tahoma"/>
          <w:rtl/>
        </w:rPr>
        <w:t xml:space="preserve">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وسته</w:t>
      </w:r>
      <w:r w:rsidRPr="0080591C">
        <w:rPr>
          <w:rFonts w:ascii="Tahoma" w:hAnsi="Tahoma" w:cs="Tahoma"/>
          <w:rtl/>
        </w:rPr>
        <w:t xml:space="preserve"> با همسا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گان</w:t>
      </w:r>
      <w:r w:rsidRPr="0080591C">
        <w:rPr>
          <w:rFonts w:ascii="Tahoma" w:hAnsi="Tahoma" w:cs="Tahoma"/>
          <w:rtl/>
        </w:rPr>
        <w:t xml:space="preserve"> و خو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شاوندان</w:t>
      </w:r>
      <w:r w:rsidRPr="0080591C">
        <w:rPr>
          <w:rFonts w:ascii="Tahoma" w:hAnsi="Tahoma" w:cs="Tahoma"/>
          <w:rtl/>
        </w:rPr>
        <w:t xml:space="preserve"> خود در جنگ بودند.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تصرف کند، اما نگهدار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قلمرو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پهناور به منابع و ساختار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 که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ارشان</w:t>
      </w:r>
      <w:r w:rsidRPr="0080591C">
        <w:rPr>
          <w:rFonts w:ascii="Tahoma" w:hAnsi="Tahoma" w:cs="Tahoma"/>
          <w:rtl/>
        </w:rPr>
        <w:t xml:space="preserve"> نبود.</w:t>
      </w:r>
    </w:p>
    <w:p w:rsidR="0080591C" w:rsidRP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پراکندگ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راه را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فاتح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تازه گشود. در ماوراءالنهر،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برخاسته بود که خون مستق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نداشت، اما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خواست</w:t>
      </w:r>
      <w:r w:rsidRPr="0080591C">
        <w:rPr>
          <w:rFonts w:ascii="Tahoma" w:hAnsi="Tahoma" w:cs="Tahoma"/>
          <w:rtl/>
        </w:rPr>
        <w:t xml:space="preserve"> قدرت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بسازد. او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جبران نداشتن نسب خان، شاهزادگان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در کنار خود نگاه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داشت،</w:t>
      </w:r>
      <w:r w:rsidRPr="0080591C">
        <w:rPr>
          <w:rFonts w:ascii="Tahoma" w:hAnsi="Tahoma" w:cs="Tahoma"/>
          <w:rtl/>
        </w:rPr>
        <w:t xml:space="preserve"> با خاندان آنان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زناشو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برقرار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و عنوان «گورکان»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داماد خاندان سلطنت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به کار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برد</w:t>
      </w:r>
      <w:r w:rsidRPr="0080591C">
        <w:rPr>
          <w:rFonts w:ascii="Tahoma" w:hAnsi="Tahoma" w:cs="Tahoma"/>
          <w:rtl/>
        </w:rPr>
        <w:t>. همان‌گونه که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پس از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به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دست‌نشانده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داشتند، 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ساختن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خود ناچار بود شمش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رش</w:t>
      </w:r>
      <w:r w:rsidRPr="0080591C">
        <w:rPr>
          <w:rFonts w:ascii="Tahoma" w:hAnsi="Tahoma" w:cs="Tahoma"/>
          <w:rtl/>
        </w:rPr>
        <w:t xml:space="preserve"> را در پوشش سنت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قرار دهد.</w:t>
      </w:r>
    </w:p>
    <w:p w:rsidR="0080591C" w:rsidRDefault="0080591C" w:rsidP="0080591C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80591C">
        <w:rPr>
          <w:rFonts w:ascii="Tahoma" w:hAnsi="Tahoma" w:cs="Tahoma" w:hint="eastAsia"/>
          <w:rtl/>
        </w:rPr>
        <w:t>اما</w:t>
      </w:r>
      <w:r w:rsidRPr="0080591C">
        <w:rPr>
          <w:rFonts w:ascii="Tahoma" w:hAnsi="Tahoma" w:cs="Tahoma"/>
          <w:rtl/>
        </w:rPr>
        <w:t xml:space="preserve"> 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با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تفاوت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مهم داشت. آنان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حفظ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راث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با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دند؛</w:t>
      </w:r>
      <w:r w:rsidRPr="0080591C">
        <w:rPr>
          <w:rFonts w:ascii="Tahoma" w:hAnsi="Tahoma" w:cs="Tahoma"/>
          <w:rtl/>
        </w:rPr>
        <w:t xml:space="preserve"> او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خواست</w:t>
      </w:r>
      <w:r w:rsidRPr="0080591C">
        <w:rPr>
          <w:rFonts w:ascii="Tahoma" w:hAnsi="Tahoma" w:cs="Tahoma"/>
          <w:rtl/>
        </w:rPr>
        <w:t xml:space="preserve"> همهٔ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بخش‌ها را با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تازه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فرمان خود آورد. آل‌کرت، سربداران،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گمان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توانند</w:t>
      </w:r>
      <w:r w:rsidRPr="0080591C">
        <w:rPr>
          <w:rFonts w:ascii="Tahoma" w:hAnsi="Tahoma" w:cs="Tahoma"/>
          <w:rtl/>
        </w:rPr>
        <w:t xml:space="preserve"> با تسل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موقت، ا</w:t>
      </w:r>
      <w:r w:rsidRPr="0080591C">
        <w:rPr>
          <w:rFonts w:ascii="Tahoma" w:hAnsi="Tahoma" w:cs="Tahoma" w:hint="eastAsia"/>
          <w:rtl/>
        </w:rPr>
        <w:t>تحاد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مقاومت محدود موقع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خود را حفظ کنند. هنوز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دانستند</w:t>
      </w:r>
      <w:r w:rsidRPr="0080591C">
        <w:rPr>
          <w:rFonts w:ascii="Tahoma" w:hAnsi="Tahoma" w:cs="Tahoma"/>
          <w:rtl/>
        </w:rPr>
        <w:t xml:space="preserve"> فاتح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از شرق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آ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د،</w:t>
      </w:r>
      <w:r w:rsidRPr="0080591C">
        <w:rPr>
          <w:rFonts w:ascii="Tahoma" w:hAnsi="Tahoma" w:cs="Tahoma"/>
          <w:rtl/>
        </w:rPr>
        <w:t xml:space="preserve"> نه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گرفتن خراج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گذرا، بلکه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ساختن امپراتور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تازه وارد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خواهد شد.</w:t>
      </w:r>
    </w:p>
    <w:p w:rsidR="00496747" w:rsidRPr="0080591C" w:rsidRDefault="00496747" w:rsidP="00496747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80591C">
        <w:rPr>
          <w:rFonts w:asciiTheme="majorBidi" w:hAnsiTheme="majorBidi" w:cstheme="majorBidi"/>
          <w:b/>
          <w:bCs/>
          <w:sz w:val="36"/>
          <w:szCs w:val="36"/>
          <w:rtl/>
        </w:rPr>
        <w:t>فصل دهم</w:t>
      </w:r>
    </w:p>
    <w:p w:rsidR="00496747" w:rsidRPr="0080591C" w:rsidRDefault="00496747" w:rsidP="00496747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0591C">
        <w:rPr>
          <w:rFonts w:asciiTheme="majorBidi" w:hAnsiTheme="majorBidi" w:cstheme="majorBidi"/>
          <w:b/>
          <w:bCs/>
          <w:sz w:val="36"/>
          <w:szCs w:val="36"/>
          <w:rtl/>
        </w:rPr>
        <w:t>ایران بی‌ایلخان؛ جنگ بر سر میراث مغول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مرگ</w:t>
      </w:r>
      <w:r w:rsidRPr="0080591C">
        <w:rPr>
          <w:rFonts w:ascii="Tahoma" w:hAnsi="Tahoma" w:cs="Tahoma"/>
          <w:rtl/>
        </w:rPr>
        <w:t xml:space="preserve">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بهادرخان در سال </w:t>
      </w:r>
      <w:r w:rsidRPr="0080591C">
        <w:rPr>
          <w:rFonts w:ascii="Tahoma" w:hAnsi="Tahoma" w:cs="Tahoma"/>
          <w:rtl/>
          <w:lang w:bidi="fa-IR"/>
        </w:rPr>
        <w:t>۱۳۳۵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لاد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تنها سلسله‌ا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از داشتن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محروم نکرد؛ اصل سازمان‌دهندهٔ حکومت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برداشت.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قشون، ولا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/>
          <w:rtl/>
        </w:rPr>
        <w:t xml:space="preserve"> و خاندان‌ها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بزرگ همچنان وجود داشتند، اما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معلوم نبود چه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حق دارد بر فراز آنها قرار 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</w:t>
      </w:r>
      <w:r w:rsidRPr="0080591C">
        <w:rPr>
          <w:rFonts w:ascii="Tahoma" w:hAnsi="Tahoma" w:cs="Tahoma"/>
          <w:rtl/>
        </w:rPr>
        <w:t xml:space="preserve"> و فرمان نها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را صادر کند.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به هشتاد سال، خون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شرط لازم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نشستن بر تخت بود و قدرت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شرط ماندن بر آن. اکنون شاهزادگان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 خون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وجود داشتند، اما 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چ‌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نداشتند؛ و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داشتند، اما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توانستند</w:t>
      </w:r>
      <w:r w:rsidRPr="0080591C">
        <w:rPr>
          <w:rFonts w:ascii="Tahoma" w:hAnsi="Tahoma" w:cs="Tahoma"/>
          <w:rtl/>
        </w:rPr>
        <w:t xml:space="preserve"> بدون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بخوانند.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جه،</w:t>
      </w:r>
      <w:r w:rsidRPr="0080591C">
        <w:rPr>
          <w:rFonts w:ascii="Tahoma" w:hAnsi="Tahoma" w:cs="Tahoma"/>
          <w:rtl/>
        </w:rPr>
        <w:t xml:space="preserve"> 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صورت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نه کنار گذاشتن تاج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بلکه تکث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آن بود. هر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شاخه‌ها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گوناگون خاندان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/>
          <w:rtl/>
        </w:rPr>
        <w:t xml:space="preserve"> کند، او را بر تخت بنشاند و فرمان‌ها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به نام او صادر کند. عنوان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هنوز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اعلام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حکمرا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لازم بود، اما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آن عنوان را داشت، غالباً قدرت واقع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نداشت. سکه به نام شاهزاده زده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شد،</w:t>
      </w:r>
      <w:r w:rsidRPr="0080591C">
        <w:rPr>
          <w:rFonts w:ascii="Tahoma" w:hAnsi="Tahoma" w:cs="Tahoma"/>
          <w:rtl/>
        </w:rPr>
        <w:t xml:space="preserve"> خطبه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او خوانده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</w:t>
      </w:r>
      <w:r w:rsidRPr="0080591C">
        <w:rPr>
          <w:rFonts w:ascii="Tahoma" w:hAnsi="Tahoma" w:cs="Tahoma"/>
          <w:rtl/>
        </w:rPr>
        <w:t xml:space="preserve"> و فرمان با مُهر او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آمد،</w:t>
      </w:r>
      <w:r w:rsidRPr="0080591C">
        <w:rPr>
          <w:rFonts w:ascii="Tahoma" w:hAnsi="Tahoma" w:cs="Tahoma"/>
          <w:rtl/>
        </w:rPr>
        <w:t xml:space="preserve"> حال آنکه تصم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دربارهٔ جنگ،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ات،</w:t>
      </w:r>
      <w:r w:rsidRPr="0080591C">
        <w:rPr>
          <w:rFonts w:ascii="Tahoma" w:hAnsi="Tahoma" w:cs="Tahoma"/>
          <w:rtl/>
        </w:rPr>
        <w:t xml:space="preserve"> انتصاب حاکمان و تقس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ولا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/>
          <w:rtl/>
        </w:rPr>
        <w:t xml:space="preserve"> را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</w:t>
      </w:r>
      <w:r w:rsidRPr="0080591C">
        <w:rPr>
          <w:rFonts w:ascii="Tahoma" w:hAnsi="Tahoma" w:cs="Tahoma"/>
          <w:rtl/>
        </w:rPr>
        <w:t xml:space="preserve"> که </w:t>
      </w:r>
      <w:r w:rsidRPr="0080591C">
        <w:rPr>
          <w:rFonts w:ascii="Tahoma" w:hAnsi="Tahoma" w:cs="Tahoma" w:hint="eastAsia"/>
          <w:rtl/>
        </w:rPr>
        <w:t>قشون</w:t>
      </w:r>
      <w:r w:rsidRPr="0080591C">
        <w:rPr>
          <w:rFonts w:ascii="Tahoma" w:hAnsi="Tahoma" w:cs="Tahoma"/>
          <w:rtl/>
        </w:rPr>
        <w:t xml:space="preserve"> را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داشت.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وضع نشان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</w:t>
      </w:r>
      <w:r w:rsidRPr="0080591C">
        <w:rPr>
          <w:rFonts w:ascii="Tahoma" w:hAnsi="Tahoma" w:cs="Tahoma"/>
          <w:rtl/>
        </w:rPr>
        <w:t xml:space="preserve"> که مفهوم تاج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هنوز زنده است، اما نهاد آن از درون ته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شده است.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توانستند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از تاج را آشکارا اعلام کنند،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</w:t>
      </w:r>
      <w:r w:rsidRPr="0080591C">
        <w:rPr>
          <w:rFonts w:ascii="Tahoma" w:hAnsi="Tahoma" w:cs="Tahoma"/>
          <w:rtl/>
        </w:rPr>
        <w:t xml:space="preserve"> بخش بزرگ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سنت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مغول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را حق خاندان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دانست</w:t>
      </w:r>
      <w:r w:rsidRPr="0080591C">
        <w:rPr>
          <w:rFonts w:ascii="Tahoma" w:hAnsi="Tahoma" w:cs="Tahoma"/>
          <w:rtl/>
        </w:rPr>
        <w:t>. در همان حال، شاهزادگان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ز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توانستند</w:t>
      </w:r>
      <w:r w:rsidRPr="0080591C">
        <w:rPr>
          <w:rFonts w:ascii="Tahoma" w:hAnsi="Tahoma" w:cs="Tahoma"/>
          <w:rtl/>
        </w:rPr>
        <w:t xml:space="preserve"> بدون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حکومت کنند. ازا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ن‌رو،</w:t>
      </w:r>
      <w:r w:rsidRPr="0080591C">
        <w:rPr>
          <w:rFonts w:ascii="Tahoma" w:hAnsi="Tahoma" w:cs="Tahoma"/>
          <w:rtl/>
        </w:rPr>
        <w:t xml:space="preserve"> تاج و قشون همچنان به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داشتند، اما رابطهٔ آنها وارونه شده بود: تاج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قشون را به خدمت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گرفت؛</w:t>
      </w:r>
      <w:r w:rsidRPr="0080591C">
        <w:rPr>
          <w:rFonts w:ascii="Tahoma" w:hAnsi="Tahoma" w:cs="Tahoma"/>
          <w:rtl/>
        </w:rPr>
        <w:t xml:space="preserve"> قشون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تاج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ساخت</w:t>
      </w:r>
      <w:r w:rsidRPr="0080591C">
        <w:rPr>
          <w:rFonts w:ascii="Tahoma" w:hAnsi="Tahoma" w:cs="Tahoma"/>
          <w:rtl/>
        </w:rPr>
        <w:t>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پس از مرگ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بر تخت نشانده شد، آرپاخان بود. او از بازماندگان خاندان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ز،</w:t>
      </w:r>
      <w:r w:rsidRPr="0080591C">
        <w:rPr>
          <w:rFonts w:ascii="Tahoma" w:hAnsi="Tahoma" w:cs="Tahoma"/>
          <w:rtl/>
        </w:rPr>
        <w:t xml:space="preserve"> اما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از نسل مستق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هولاکو بود. غ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اث‌الد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محمد، 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د،</w:t>
      </w:r>
      <w:r w:rsidRPr="0080591C">
        <w:rPr>
          <w:rFonts w:ascii="Tahoma" w:hAnsi="Tahoma" w:cs="Tahoma"/>
          <w:rtl/>
        </w:rPr>
        <w:t xml:space="preserve"> و شمار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دوار</w:t>
      </w:r>
      <w:r w:rsidRPr="0080591C">
        <w:rPr>
          <w:rFonts w:ascii="Tahoma" w:hAnsi="Tahoma" w:cs="Tahoma"/>
          <w:rtl/>
        </w:rPr>
        <w:t xml:space="preserve"> بودند با انتخاب او مانع از هم 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</w:t>
      </w:r>
      <w:r w:rsidRPr="0080591C">
        <w:rPr>
          <w:rFonts w:ascii="Tahoma" w:hAnsi="Tahoma" w:cs="Tahoma"/>
          <w:rtl/>
        </w:rPr>
        <w:t xml:space="preserve"> حکومت شوند. آرپاخان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</w:t>
      </w:r>
      <w:r w:rsidRPr="0080591C">
        <w:rPr>
          <w:rFonts w:ascii="Tahoma" w:hAnsi="Tahoma" w:cs="Tahoma"/>
          <w:rtl/>
        </w:rPr>
        <w:t xml:space="preserve"> در </w:t>
      </w:r>
      <w:r w:rsidRPr="0080591C">
        <w:rPr>
          <w:rFonts w:ascii="Tahoma" w:hAnsi="Tahoma" w:cs="Tahoma" w:hint="eastAsia"/>
          <w:rtl/>
        </w:rPr>
        <w:t>برابر</w:t>
      </w:r>
      <w:r w:rsidRPr="0080591C">
        <w:rPr>
          <w:rFonts w:ascii="Tahoma" w:hAnsi="Tahoma" w:cs="Tahoma"/>
          <w:rtl/>
        </w:rPr>
        <w:t xml:space="preserve"> حملهٔ اوزبک‌خان از شمال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کند و هم‌زمان مخالفان داخل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وادار به پذ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رش</w:t>
      </w:r>
      <w:r w:rsidRPr="0080591C">
        <w:rPr>
          <w:rFonts w:ascii="Tahoma" w:hAnsi="Tahoma" w:cs="Tahoma"/>
          <w:rtl/>
        </w:rPr>
        <w:t xml:space="preserve"> فرمان خود سازد. اما برتر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او از آغاز مورد قبول همهٔ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قرار نگرفت.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عل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پادشاه،</w:t>
      </w:r>
      <w:r w:rsidRPr="0080591C">
        <w:rPr>
          <w:rFonts w:ascii="Tahoma" w:hAnsi="Tahoma" w:cs="Tahoma"/>
          <w:rtl/>
        </w:rPr>
        <w:t xml:space="preserve"> از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</w:t>
      </w:r>
      <w:r w:rsidRPr="0080591C">
        <w:rPr>
          <w:rFonts w:ascii="Tahoma" w:hAnsi="Tahoma" w:cs="Tahoma"/>
          <w:rtl/>
        </w:rPr>
        <w:t xml:space="preserve"> و از خو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شاوندان</w:t>
      </w:r>
      <w:r w:rsidRPr="0080591C">
        <w:rPr>
          <w:rFonts w:ascii="Tahoma" w:hAnsi="Tahoma" w:cs="Tahoma"/>
          <w:rtl/>
        </w:rPr>
        <w:t xml:space="preserve"> مادر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د،</w:t>
      </w:r>
      <w:r w:rsidRPr="0080591C">
        <w:rPr>
          <w:rFonts w:ascii="Tahoma" w:hAnsi="Tahoma" w:cs="Tahoma"/>
          <w:rtl/>
        </w:rPr>
        <w:t xml:space="preserve">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نام موس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خان</w:t>
      </w:r>
      <w:r w:rsidRPr="0080591C">
        <w:rPr>
          <w:rFonts w:ascii="Tahoma" w:hAnsi="Tahoma" w:cs="Tahoma"/>
          <w:rtl/>
        </w:rPr>
        <w:t xml:space="preserve"> را در برابر آرپاخان برکش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هر دو طرف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بودند از تاج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پشت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کنند،</w:t>
      </w:r>
      <w:r w:rsidRPr="0080591C">
        <w:rPr>
          <w:rFonts w:ascii="Tahoma" w:hAnsi="Tahoma" w:cs="Tahoma"/>
          <w:rtl/>
        </w:rPr>
        <w:t xml:space="preserve"> اما نزاع واقع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که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خواستند</w:t>
      </w:r>
      <w:r w:rsidRPr="0080591C">
        <w:rPr>
          <w:rFonts w:ascii="Tahoma" w:hAnsi="Tahoma" w:cs="Tahoma"/>
          <w:rtl/>
        </w:rPr>
        <w:t xml:space="preserve"> حکومت را در دست 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رند</w:t>
      </w:r>
      <w:r w:rsidRPr="0080591C">
        <w:rPr>
          <w:rFonts w:ascii="Tahoma" w:hAnsi="Tahoma" w:cs="Tahoma"/>
          <w:rtl/>
        </w:rPr>
        <w:t xml:space="preserve">. آرپاخان شکست خورد و در سال </w:t>
      </w:r>
      <w:r w:rsidRPr="0080591C">
        <w:rPr>
          <w:rFonts w:ascii="Tahoma" w:hAnsi="Tahoma" w:cs="Tahoma"/>
          <w:rtl/>
          <w:lang w:bidi="fa-IR"/>
        </w:rPr>
        <w:t>۱۳۳۶</w:t>
      </w:r>
      <w:r w:rsidRPr="0080591C">
        <w:rPr>
          <w:rFonts w:ascii="Tahoma" w:hAnsi="Tahoma" w:cs="Tahoma"/>
          <w:rtl/>
        </w:rPr>
        <w:t xml:space="preserve"> کشته شد. وزارت غ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اث‌الد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محمد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با سقوط او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</w:t>
      </w:r>
      <w:r w:rsidRPr="0080591C">
        <w:rPr>
          <w:rFonts w:ascii="Tahoma" w:hAnsi="Tahoma" w:cs="Tahoma"/>
          <w:rtl/>
        </w:rPr>
        <w:t xml:space="preserve"> و 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اندک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بعد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رفت. 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ب،</w:t>
      </w:r>
      <w:r w:rsidRPr="0080591C">
        <w:rPr>
          <w:rFonts w:ascii="Tahoma" w:hAnsi="Tahoma" w:cs="Tahoma"/>
          <w:rtl/>
        </w:rPr>
        <w:t xml:space="preserve"> نخست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کوشش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نگاه داشتن دستگاه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تاج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واحد کمتر از چند ماه دوام آورد.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کشته</w:t>
      </w:r>
      <w:r w:rsidRPr="0080591C">
        <w:rPr>
          <w:rFonts w:ascii="Tahoma" w:hAnsi="Tahoma" w:cs="Tahoma"/>
          <w:rtl/>
        </w:rPr>
        <w:t xml:space="preserve"> شدن آرپاخان مسئلهٔ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حل نکرد. موس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خان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نتوانست بر همهٔ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غلبه کند.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بار حسن بزرگ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وارد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دان</w:t>
      </w:r>
      <w:r w:rsidRPr="0080591C">
        <w:rPr>
          <w:rFonts w:ascii="Tahoma" w:hAnsi="Tahoma" w:cs="Tahoma"/>
          <w:rtl/>
        </w:rPr>
        <w:t xml:space="preserve"> شد. او از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بلندپا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هٔ</w:t>
      </w:r>
      <w:r w:rsidRPr="0080591C">
        <w:rPr>
          <w:rFonts w:ascii="Tahoma" w:hAnsi="Tahoma" w:cs="Tahoma"/>
          <w:rtl/>
        </w:rPr>
        <w:t xml:space="preserve"> دوران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 همان کس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که به فرمان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لخان،</w:t>
      </w:r>
      <w:r w:rsidRPr="0080591C">
        <w:rPr>
          <w:rFonts w:ascii="Tahoma" w:hAnsi="Tahoma" w:cs="Tahoma"/>
          <w:rtl/>
        </w:rPr>
        <w:t xml:space="preserve"> بغدادخاتون را طلاق داده بود. حسن بزرگ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نوجوان </w:t>
      </w:r>
      <w:r w:rsidRPr="0080591C">
        <w:rPr>
          <w:rFonts w:ascii="Tahoma" w:hAnsi="Tahoma" w:cs="Tahoma" w:hint="eastAsia"/>
          <w:rtl/>
        </w:rPr>
        <w:t>را</w:t>
      </w:r>
      <w:r w:rsidRPr="0080591C">
        <w:rPr>
          <w:rFonts w:ascii="Tahoma" w:hAnsi="Tahoma" w:cs="Tahoma"/>
          <w:rtl/>
        </w:rPr>
        <w:t xml:space="preserve"> با عنوان محمدخان بر تخت نشاند و به نام او با عل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پادشاه</w:t>
      </w:r>
      <w:r w:rsidRPr="0080591C">
        <w:rPr>
          <w:rFonts w:ascii="Tahoma" w:hAnsi="Tahoma" w:cs="Tahoma"/>
          <w:rtl/>
        </w:rPr>
        <w:t xml:space="preserve"> و موس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خان</w:t>
      </w:r>
      <w:r w:rsidRPr="0080591C">
        <w:rPr>
          <w:rFonts w:ascii="Tahoma" w:hAnsi="Tahoma" w:cs="Tahoma"/>
          <w:rtl/>
        </w:rPr>
        <w:t xml:space="preserve"> 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عل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پادشاه</w:t>
      </w:r>
      <w:r w:rsidRPr="0080591C">
        <w:rPr>
          <w:rFonts w:ascii="Tahoma" w:hAnsi="Tahoma" w:cs="Tahoma"/>
          <w:rtl/>
        </w:rPr>
        <w:t xml:space="preserve"> کشته شد و موس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خان</w:t>
      </w:r>
      <w:r w:rsidRPr="0080591C">
        <w:rPr>
          <w:rFonts w:ascii="Tahoma" w:hAnsi="Tahoma" w:cs="Tahoma"/>
          <w:rtl/>
        </w:rPr>
        <w:t xml:space="preserve"> 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خت،</w:t>
      </w:r>
      <w:r w:rsidRPr="0080591C">
        <w:rPr>
          <w:rFonts w:ascii="Tahoma" w:hAnsi="Tahoma" w:cs="Tahoma"/>
          <w:rtl/>
        </w:rPr>
        <w:t xml:space="preserve"> اما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حسن بزرگ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نتوانست تاج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آورد.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خراسان، گروه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طغات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را به عنوان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شناختند. او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از تبار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ادعا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با خون خاندان فرمانروا توج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کند. قدرت او بر پشت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خراسان و بخش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شرق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استوار بود. 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ب،</w:t>
      </w:r>
      <w:r w:rsidRPr="0080591C">
        <w:rPr>
          <w:rFonts w:ascii="Tahoma" w:hAnsi="Tahoma" w:cs="Tahoma"/>
          <w:rtl/>
        </w:rPr>
        <w:t xml:space="preserve"> در همان زمان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محمدخان ب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نام حسن بزرگ در غرب بر تخت نشسته بود، طغات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در شرق ادعا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داشت. وحدت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کشور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را به چند مرکز داده بود که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سکه‌ا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نام او و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دفاع از حقوقش داشتند.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طغات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به سو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غرب حرکت کرد و 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و عراق عجم را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فرمان خود آورد. اما سپاه او در نبرد با حسن بزرگ شکست خورد و ناچار به خراسان بازگشت. او پس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شکست همچنان عنوان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را حفظ کرد و در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شرق به نامش سکه زدند، اما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نتوانست حک</w:t>
      </w:r>
      <w:r w:rsidRPr="0080591C">
        <w:rPr>
          <w:rFonts w:ascii="Tahoma" w:hAnsi="Tahoma" w:cs="Tahoma" w:hint="eastAsia"/>
          <w:rtl/>
        </w:rPr>
        <w:t>ومت</w:t>
      </w:r>
      <w:r w:rsidRPr="0080591C">
        <w:rPr>
          <w:rFonts w:ascii="Tahoma" w:hAnsi="Tahoma" w:cs="Tahoma"/>
          <w:rtl/>
        </w:rPr>
        <w:t xml:space="preserve"> سراسر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را به دست 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</w:t>
      </w:r>
      <w:r w:rsidRPr="0080591C">
        <w:rPr>
          <w:rFonts w:ascii="Tahoma" w:hAnsi="Tahoma" w:cs="Tahoma"/>
          <w:rtl/>
        </w:rPr>
        <w:t>. عنوان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ن‌پس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در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منطقه ادامه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ابد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آنکه</w:t>
      </w:r>
      <w:r w:rsidRPr="0080591C">
        <w:rPr>
          <w:rFonts w:ascii="Tahoma" w:hAnsi="Tahoma" w:cs="Tahoma"/>
          <w:rtl/>
        </w:rPr>
        <w:t xml:space="preserve"> دارندهٔ آن بر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تخت‌ها</w:t>
      </w:r>
      <w:r w:rsidRPr="0080591C">
        <w:rPr>
          <w:rFonts w:ascii="Tahoma" w:hAnsi="Tahoma" w:cs="Tahoma"/>
          <w:rtl/>
        </w:rPr>
        <w:t xml:space="preserve"> و ولا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اصل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کند.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چند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هم‌زمان،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جهٔ</w:t>
      </w:r>
      <w:r w:rsidRPr="0080591C">
        <w:rPr>
          <w:rFonts w:ascii="Tahoma" w:hAnsi="Tahoma" w:cs="Tahoma"/>
          <w:rtl/>
        </w:rPr>
        <w:t xml:space="preserve"> نبودن خون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نبود؛ 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جهٔ</w:t>
      </w:r>
      <w:r w:rsidRPr="0080591C">
        <w:rPr>
          <w:rFonts w:ascii="Tahoma" w:hAnsi="Tahoma" w:cs="Tahoma"/>
          <w:rtl/>
        </w:rPr>
        <w:t xml:space="preserve"> فراوان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که 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چ‌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برتر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قطع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نداشتند. سنت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قرار بود حق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را در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خاندان نگاه دارد،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قاعدهٔ روشن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انتخاب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اعضا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 خاندان نداشت، خود سرچشمهٔ پراکند</w:t>
      </w:r>
      <w:r w:rsidRPr="0080591C">
        <w:rPr>
          <w:rFonts w:ascii="Tahoma" w:hAnsi="Tahoma" w:cs="Tahoma" w:hint="eastAsia"/>
          <w:rtl/>
        </w:rPr>
        <w:t>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شد. هر شاهزاده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با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افتن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</w:t>
      </w:r>
      <w:r w:rsidRPr="0080591C">
        <w:rPr>
          <w:rFonts w:ascii="Tahoma" w:hAnsi="Tahoma" w:cs="Tahoma"/>
          <w:rtl/>
        </w:rPr>
        <w:t xml:space="preserve"> به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شود و هر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توج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قدرت خود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/>
          <w:rtl/>
        </w:rPr>
        <w:t xml:space="preserve"> کند.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مردم</w:t>
      </w:r>
      <w:r w:rsidRPr="0080591C">
        <w:rPr>
          <w:rFonts w:ascii="Tahoma" w:hAnsi="Tahoma" w:cs="Tahoma"/>
          <w:rtl/>
        </w:rPr>
        <w:t xml:space="preserve"> شهرها و روستاها در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انتخاب نقش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نداشتند، اما هز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نهٔ</w:t>
      </w:r>
      <w:r w:rsidRPr="0080591C">
        <w:rPr>
          <w:rFonts w:ascii="Tahoma" w:hAnsi="Tahoma" w:cs="Tahoma"/>
          <w:rtl/>
        </w:rPr>
        <w:t xml:space="preserve"> آن را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پرداختند</w:t>
      </w:r>
      <w:r w:rsidRPr="0080591C">
        <w:rPr>
          <w:rFonts w:ascii="Tahoma" w:hAnsi="Tahoma" w:cs="Tahoma"/>
          <w:rtl/>
        </w:rPr>
        <w:t>. گذر هر سپاه به معنا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مطالبهٔ خوراک، علوفه، اسب و پول بود.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امروز به نام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داد،</w:t>
      </w:r>
      <w:r w:rsidRPr="0080591C">
        <w:rPr>
          <w:rFonts w:ascii="Tahoma" w:hAnsi="Tahoma" w:cs="Tahoma"/>
          <w:rtl/>
        </w:rPr>
        <w:t xml:space="preserve"> ممکن بود چند ماه بعد به تصرف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او درآ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مجبور به پرداخت شود. دفاتر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مانده بودند، اما فرمان‌ها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متعارض و تغ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درپ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حاکمان، همان آشفتگ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بازم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گرداند</w:t>
      </w:r>
      <w:r w:rsidRPr="0080591C">
        <w:rPr>
          <w:rFonts w:ascii="Tahoma" w:hAnsi="Tahoma" w:cs="Tahoma"/>
          <w:rtl/>
        </w:rPr>
        <w:t xml:space="preserve"> که اصلاحات غازان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مهار آن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آمده بود.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ان،</w:t>
      </w:r>
      <w:r w:rsidRPr="0080591C">
        <w:rPr>
          <w:rFonts w:ascii="Tahoma" w:hAnsi="Tahoma" w:cs="Tahoma"/>
          <w:rtl/>
        </w:rPr>
        <w:t xml:space="preserve"> حسن بزرگ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غرب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به نظر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او محمدخان را در کنار خود داشت، بخش بزرگ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عراق و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را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گرفته بود 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شود که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خواهد</w:t>
      </w:r>
      <w:r w:rsidRPr="0080591C">
        <w:rPr>
          <w:rFonts w:ascii="Tahoma" w:hAnsi="Tahoma" w:cs="Tahoma"/>
          <w:rtl/>
        </w:rPr>
        <w:t xml:space="preserve"> وحدت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بازساز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کند. اما قدرت او با برآمدن دوبارهٔ خاندان چ</w:t>
      </w:r>
      <w:r w:rsidRPr="0080591C">
        <w:rPr>
          <w:rFonts w:ascii="Tahoma" w:hAnsi="Tahoma" w:cs="Tahoma" w:hint="eastAsia"/>
          <w:rtl/>
        </w:rPr>
        <w:t>وپان</w:t>
      </w:r>
      <w:r w:rsidRPr="0080591C">
        <w:rPr>
          <w:rFonts w:ascii="Tahoma" w:hAnsi="Tahoma" w:cs="Tahoma"/>
          <w:rtl/>
        </w:rPr>
        <w:t xml:space="preserve"> به چالش کش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ده</w:t>
      </w:r>
      <w:r w:rsidRPr="0080591C">
        <w:rPr>
          <w:rFonts w:ascii="Tahoma" w:hAnsi="Tahoma" w:cs="Tahoma"/>
          <w:rtl/>
        </w:rPr>
        <w:t xml:space="preserve"> شد؛ خاندان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گمان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با کشتن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 و پسرانش آن را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دان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رانده است.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کوچک، نوهٔ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چوپان، توانست بازماندگان و هواداران خاندان را گرد آورد. مشکل او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بود که جوان بود و نامش به اندازهٔ پدربزرگ و عموها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در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قشون اعتبار نداشت.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غلبه بر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مشکل، مرد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واداشت خود را 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مورتاش،</w:t>
      </w:r>
      <w:r w:rsidRPr="0080591C">
        <w:rPr>
          <w:rFonts w:ascii="Tahoma" w:hAnsi="Tahoma" w:cs="Tahoma"/>
          <w:rtl/>
        </w:rPr>
        <w:t xml:space="preserve"> پسر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چوپان، معرف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کند. 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مورتاش</w:t>
      </w:r>
      <w:r w:rsidRPr="0080591C">
        <w:rPr>
          <w:rFonts w:ascii="Tahoma" w:hAnsi="Tahoma" w:cs="Tahoma"/>
          <w:rtl/>
        </w:rPr>
        <w:t xml:space="preserve"> واقع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سال‌ها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در مصر کشته شده بود، اما خبر و چگونگ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مرگ او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همهٔ سپاه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روشن نبود. ظهور مرد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خود را فرماندهٔ بازگشته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خواند،</w:t>
      </w:r>
      <w:r w:rsidRPr="0080591C">
        <w:rPr>
          <w:rFonts w:ascii="Tahoma" w:hAnsi="Tahoma" w:cs="Tahoma"/>
          <w:rtl/>
        </w:rPr>
        <w:t xml:space="preserve"> توانست گروه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را به حرکت درآورد.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حادثه تنها نمونه‌ا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نبود؛ نشان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</w:t>
      </w:r>
      <w:r w:rsidRPr="0080591C">
        <w:rPr>
          <w:rFonts w:ascii="Tahoma" w:hAnsi="Tahoma" w:cs="Tahoma"/>
          <w:rtl/>
        </w:rPr>
        <w:t xml:space="preserve"> که حق فرمانده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 چه اندازه به نام، نسب و حافظهٔ قشون وابسته است. حسن کوچک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گردآوردن سپاه به برنامه‌ا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تازه دربارهٔ کشوردار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نداشت.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باور بازگشت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فرزندان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 را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آورد تا کسان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زمان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آن خاندان خدمت کرده بودند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پرچمش جمع شوند. در جامعه‌ا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خبر به کند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حرکت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و گواه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رسم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قابل اعتماد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وجود نداشت، هو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به ابزار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ساختن قدرت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شود.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بزرگ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خطر را در آغاز جد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نگرفت. اما حسن کوچک پس از آنکه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گرد آورد،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به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دروغ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نداشت و رهبر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جنبش را خود در دست گرفت. در سال </w:t>
      </w:r>
      <w:r w:rsidRPr="0080591C">
        <w:rPr>
          <w:rFonts w:ascii="Tahoma" w:hAnsi="Tahoma" w:cs="Tahoma"/>
          <w:rtl/>
          <w:lang w:bidi="fa-IR"/>
        </w:rPr>
        <w:t>۱۳۳۸</w:t>
      </w:r>
      <w:r w:rsidRPr="0080591C">
        <w:rPr>
          <w:rFonts w:ascii="Tahoma" w:hAnsi="Tahoma" w:cs="Tahoma"/>
          <w:rtl/>
        </w:rPr>
        <w:t>، سپاه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حسن بزرگ و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دست‌نشانده‌اش محمدخان روبه‌رو شد. حسن بزرگ شکست خو</w:t>
      </w:r>
      <w:r w:rsidRPr="0080591C">
        <w:rPr>
          <w:rFonts w:ascii="Tahoma" w:hAnsi="Tahoma" w:cs="Tahoma" w:hint="eastAsia"/>
          <w:rtl/>
        </w:rPr>
        <w:t>رد</w:t>
      </w:r>
      <w:r w:rsidRPr="0080591C">
        <w:rPr>
          <w:rFonts w:ascii="Tahoma" w:hAnsi="Tahoma" w:cs="Tahoma"/>
          <w:rtl/>
        </w:rPr>
        <w:t xml:space="preserve"> و به سو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عراق عقب نشست. محمدخان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کشته شد. با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شکست،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و بخش بزرگ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شمال‌غرب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حسن کوچک قرار گرفت.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کوچک، مانند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خود،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واسطه</w:t>
      </w:r>
      <w:r w:rsidRPr="0080591C">
        <w:rPr>
          <w:rFonts w:ascii="Tahoma" w:hAnsi="Tahoma" w:cs="Tahoma"/>
          <w:rtl/>
        </w:rPr>
        <w:t xml:space="preserve"> خود را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بنامد. او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به عضو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خاندان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داشت. در آغاز، سات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بگ،</w:t>
      </w:r>
      <w:r w:rsidRPr="0080591C">
        <w:rPr>
          <w:rFonts w:ascii="Tahoma" w:hAnsi="Tahoma" w:cs="Tahoma"/>
          <w:rtl/>
        </w:rPr>
        <w:t xml:space="preserve"> خواهر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وهٔ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چوپان، را بر تخت نشاند. سات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</w:t>
      </w:r>
      <w:r w:rsidRPr="0080591C">
        <w:rPr>
          <w:rFonts w:ascii="Tahoma" w:hAnsi="Tahoma" w:cs="Tahoma"/>
          <w:rtl/>
        </w:rPr>
        <w:t xml:space="preserve"> هم خون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 و هم با خاندان چوپان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افته</w:t>
      </w:r>
      <w:r w:rsidRPr="0080591C">
        <w:rPr>
          <w:rFonts w:ascii="Tahoma" w:hAnsi="Tahoma" w:cs="Tahoma"/>
          <w:rtl/>
        </w:rPr>
        <w:t xml:space="preserve"> بود. حضور او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ادعا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حسن کوچک را به هر دو سرچشمه متصل کند: خاندان هولاکو و خاندان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بر</w:t>
      </w:r>
      <w:r w:rsidRPr="0080591C">
        <w:rPr>
          <w:rFonts w:ascii="Tahoma" w:hAnsi="Tahoma" w:cs="Tahoma"/>
          <w:rtl/>
        </w:rPr>
        <w:t xml:space="preserve"> تخت نشستن سات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</w:t>
      </w:r>
      <w:r w:rsidRPr="0080591C">
        <w:rPr>
          <w:rFonts w:ascii="Tahoma" w:hAnsi="Tahoma" w:cs="Tahoma"/>
          <w:rtl/>
        </w:rPr>
        <w:t xml:space="preserve"> نشان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دهد</w:t>
      </w:r>
      <w:r w:rsidRPr="0080591C">
        <w:rPr>
          <w:rFonts w:ascii="Tahoma" w:hAnsi="Tahoma" w:cs="Tahoma"/>
          <w:rtl/>
        </w:rPr>
        <w:t xml:space="preserve"> که زنان خاندان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توانستند</w:t>
      </w:r>
      <w:r w:rsidRPr="0080591C">
        <w:rPr>
          <w:rFonts w:ascii="Tahoma" w:hAnsi="Tahoma" w:cs="Tahoma"/>
          <w:rtl/>
        </w:rPr>
        <w:t xml:space="preserve"> در لحظهٔ بحران حامل حق سلسله‌ا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باشند. اما قدرت واقع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او محدود بود. حسن کوچک او را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مستقل انتخاب نکرده بود؛ نام و نسبش را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توج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حکومت خود لازم داشت.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حضور سا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با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او سازگار نبود، 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به ازدواج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به نام سل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مان‌خان</w:t>
      </w:r>
      <w:r w:rsidRPr="0080591C">
        <w:rPr>
          <w:rFonts w:ascii="Tahoma" w:hAnsi="Tahoma" w:cs="Tahoma"/>
          <w:rtl/>
        </w:rPr>
        <w:t xml:space="preserve"> درآورد و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بار سل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مان</w:t>
      </w:r>
      <w:r w:rsidRPr="0080591C">
        <w:rPr>
          <w:rFonts w:ascii="Tahoma" w:hAnsi="Tahoma" w:cs="Tahoma"/>
          <w:rtl/>
        </w:rPr>
        <w:t xml:space="preserve"> را بر تخت نشاند.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تغ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از سات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</w:t>
      </w:r>
      <w:r w:rsidRPr="0080591C">
        <w:rPr>
          <w:rFonts w:ascii="Tahoma" w:hAnsi="Tahoma" w:cs="Tahoma"/>
          <w:rtl/>
        </w:rPr>
        <w:t xml:space="preserve"> به سل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مان‌خان</w:t>
      </w:r>
      <w:r w:rsidRPr="0080591C">
        <w:rPr>
          <w:rFonts w:ascii="Tahoma" w:hAnsi="Tahoma" w:cs="Tahoma"/>
          <w:rtl/>
        </w:rPr>
        <w:t xml:space="preserve"> به روشن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نشان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</w:t>
      </w:r>
      <w:r w:rsidRPr="0080591C">
        <w:rPr>
          <w:rFonts w:ascii="Tahoma" w:hAnsi="Tahoma" w:cs="Tahoma"/>
          <w:rtl/>
        </w:rPr>
        <w:t xml:space="preserve"> که دارندهٔ تاج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تصم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م‌گ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رنده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</w:t>
      </w:r>
      <w:r w:rsidRPr="0080591C">
        <w:rPr>
          <w:rFonts w:ascii="Tahoma" w:hAnsi="Tahoma" w:cs="Tahoma"/>
          <w:rtl/>
        </w:rPr>
        <w:t>. حسن کوچک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شخص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بالا ببرد، او را کنار بگذارد و مدع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کند،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آنکه</w:t>
      </w:r>
      <w:r w:rsidRPr="0080591C">
        <w:rPr>
          <w:rFonts w:ascii="Tahoma" w:hAnsi="Tahoma" w:cs="Tahoma"/>
          <w:rtl/>
        </w:rPr>
        <w:t xml:space="preserve"> بن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اد</w:t>
      </w:r>
      <w:r w:rsidRPr="0080591C">
        <w:rPr>
          <w:rFonts w:ascii="Tahoma" w:hAnsi="Tahoma" w:cs="Tahoma"/>
          <w:rtl/>
        </w:rPr>
        <w:t xml:space="preserve"> قدرتش تغ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کند. قشون به او وابسته بود و درآمد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کارگزارانش قرار داشت.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نام خود را به حکومت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داد،</w:t>
      </w:r>
      <w:r w:rsidRPr="0080591C">
        <w:rPr>
          <w:rFonts w:ascii="Tahoma" w:hAnsi="Tahoma" w:cs="Tahoma"/>
          <w:rtl/>
        </w:rPr>
        <w:t xml:space="preserve"> اما حکومت در دست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بزرگ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پس از عقب‌نش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بغداد از عنوان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دست نکش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او ابتدا 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از طغات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حما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کند، سپس شاهزاده‌ا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به نام جهان‌ت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را بر تخت نشاند. جنگ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درگرفت و حسن بزرگ در سال </w:t>
      </w:r>
      <w:r w:rsidRPr="0080591C">
        <w:rPr>
          <w:rFonts w:ascii="Tahoma" w:hAnsi="Tahoma" w:cs="Tahoma"/>
          <w:rtl/>
          <w:lang w:bidi="fa-IR"/>
        </w:rPr>
        <w:t>۱۳۴۰</w:t>
      </w:r>
      <w:r w:rsidRPr="0080591C">
        <w:rPr>
          <w:rFonts w:ascii="Tahoma" w:hAnsi="Tahoma" w:cs="Tahoma"/>
          <w:rtl/>
        </w:rPr>
        <w:t xml:space="preserve"> شکست خورد. پس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شکست، جه</w:t>
      </w:r>
      <w:r w:rsidRPr="0080591C">
        <w:rPr>
          <w:rFonts w:ascii="Tahoma" w:hAnsi="Tahoma" w:cs="Tahoma" w:hint="eastAsia"/>
          <w:rtl/>
        </w:rPr>
        <w:t>ان‌ت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مور</w:t>
      </w:r>
      <w:r w:rsidRPr="0080591C">
        <w:rPr>
          <w:rFonts w:ascii="Tahoma" w:hAnsi="Tahoma" w:cs="Tahoma"/>
          <w:rtl/>
        </w:rPr>
        <w:t xml:space="preserve"> را کنار گذاشت و به بغداد بازگشت. تکرار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تجربه‌ها نشان داده بود که ساختن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/>
          <w:rtl/>
        </w:rPr>
        <w:t xml:space="preserve"> دست‌نشانده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تواند</w:t>
      </w:r>
      <w:r w:rsidRPr="0080591C">
        <w:rPr>
          <w:rFonts w:ascii="Tahoma" w:hAnsi="Tahoma" w:cs="Tahoma"/>
          <w:rtl/>
        </w:rPr>
        <w:t xml:space="preserve"> وحدت از دست رفته را بازگرداند.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زمان، دو مرکز اصل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غرب قلمرو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شکل گرفت.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بر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جان،</w:t>
      </w:r>
      <w:r w:rsidRPr="0080591C">
        <w:rPr>
          <w:rFonts w:ascii="Tahoma" w:hAnsi="Tahoma" w:cs="Tahoma"/>
          <w:rtl/>
        </w:rPr>
        <w:t xml:space="preserve"> اران و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عراق عجم فرمان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راندند</w:t>
      </w:r>
      <w:r w:rsidRPr="0080591C">
        <w:rPr>
          <w:rFonts w:ascii="Tahoma" w:hAnsi="Tahoma" w:cs="Tahoma"/>
          <w:rtl/>
        </w:rPr>
        <w:t xml:space="preserve"> و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عراق عرب، بغداد و گاه خوزستان و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اربکر</w:t>
      </w:r>
      <w:r w:rsidRPr="0080591C">
        <w:rPr>
          <w:rFonts w:ascii="Tahoma" w:hAnsi="Tahoma" w:cs="Tahoma"/>
          <w:rtl/>
        </w:rPr>
        <w:t xml:space="preserve"> را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داشتند. هر دو خاندان منشأ مغول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داشتند و از دل دستگاه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آمده بودند. اختلاف آنان نزاع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با مغولان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حکومت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 فاتحان خارج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نبود؛ جنگ دو بخش از همان طبقهٔ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 که پس از ناپد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شدن تاج مرکز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راث</w:t>
      </w:r>
      <w:r w:rsidRPr="0080591C">
        <w:rPr>
          <w:rFonts w:ascii="Tahoma" w:hAnsi="Tahoma" w:cs="Tahoma"/>
          <w:rtl/>
        </w:rPr>
        <w:t xml:space="preserve"> آن را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خود تقس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>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بغداد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حسن بزرگ پناهگاه و سپس مرکز حکومت شد.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شهر، با وجود 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حملهٔ هولاکو و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رفتن خلافت عباس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همچنان از موقع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جغراف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بازارها، راه‌ها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ارتباط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سنت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برخوردار بود. حسن بزرگ توانست با تک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بر درآمد عراق و همکار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وانسالاران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بسازد که از عمر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دست‌نشانده فراتر رود. او تا مدت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عنوان «اولوس‌بگ» را به کار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برد</w:t>
      </w:r>
      <w:r w:rsidRPr="0080591C">
        <w:rPr>
          <w:rFonts w:ascii="Tahoma" w:hAnsi="Tahoma" w:cs="Tahoma"/>
          <w:rtl/>
        </w:rPr>
        <w:t xml:space="preserve"> و از آنکه خود را پادشاه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مستقل بنامد پره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کرد،</w:t>
      </w:r>
      <w:r w:rsidRPr="0080591C">
        <w:rPr>
          <w:rFonts w:ascii="Tahoma" w:hAnsi="Tahoma" w:cs="Tahoma"/>
          <w:rtl/>
        </w:rPr>
        <w:t xml:space="preserve"> اما در عمل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ه‌گذار</w:t>
      </w:r>
      <w:r w:rsidRPr="0080591C">
        <w:rPr>
          <w:rFonts w:ascii="Tahoma" w:hAnsi="Tahoma" w:cs="Tahoma"/>
          <w:rtl/>
        </w:rPr>
        <w:t xml:space="preserve"> دولت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پره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از اعلام پادشاه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مستقل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معنا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داشت. خاطرهٔ حکومت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هنوز چنان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</w:t>
      </w:r>
      <w:r w:rsidRPr="0080591C">
        <w:rPr>
          <w:rFonts w:ascii="Tahoma" w:hAnsi="Tahoma" w:cs="Tahoma"/>
          <w:rtl/>
        </w:rPr>
        <w:t xml:space="preserve"> بود که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چون حسن بزرگ ترج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ح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</w:t>
      </w:r>
      <w:r w:rsidRPr="0080591C">
        <w:rPr>
          <w:rFonts w:ascii="Tahoma" w:hAnsi="Tahoma" w:cs="Tahoma"/>
          <w:rtl/>
        </w:rPr>
        <w:t xml:space="preserve"> خود را نگهبان اولوس و ادامه‌دهندهٔ نظم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معرف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کند، نه غاصب تاج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.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حکمران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تازه به‌آسان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ساخته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</w:t>
      </w:r>
      <w:r w:rsidRPr="0080591C">
        <w:rPr>
          <w:rFonts w:ascii="Tahoma" w:hAnsi="Tahoma" w:cs="Tahoma"/>
          <w:rtl/>
        </w:rPr>
        <w:t>. 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قدرت واقع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خاندان هولاکو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/>
          <w:rtl/>
        </w:rPr>
        <w:t xml:space="preserve"> رفته بود، زبان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 خاندان همچنان بر رفتار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نانش</w:t>
      </w:r>
      <w:r w:rsidRPr="0080591C">
        <w:rPr>
          <w:rFonts w:ascii="Tahoma" w:hAnsi="Tahoma" w:cs="Tahoma"/>
          <w:rtl/>
        </w:rPr>
        <w:t xml:space="preserve"> سا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انداخت</w:t>
      </w:r>
      <w:r w:rsidRPr="0080591C">
        <w:rPr>
          <w:rFonts w:ascii="Tahoma" w:hAnsi="Tahoma" w:cs="Tahoma"/>
          <w:rtl/>
        </w:rPr>
        <w:t>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بزرگ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استوار کردن حکومت خود تنها به قشون تک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نکرد. او به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وانسالاران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داشت تا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عراق را گردآور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کنند، آبراهه‌ها و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کشاورز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نظر بگ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رند</w:t>
      </w:r>
      <w:r w:rsidRPr="0080591C">
        <w:rPr>
          <w:rFonts w:ascii="Tahoma" w:hAnsi="Tahoma" w:cs="Tahoma"/>
          <w:rtl/>
        </w:rPr>
        <w:t xml:space="preserve"> و هز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نهٔ</w:t>
      </w:r>
      <w:r w:rsidRPr="0080591C">
        <w:rPr>
          <w:rFonts w:ascii="Tahoma" w:hAnsi="Tahoma" w:cs="Tahoma"/>
          <w:rtl/>
        </w:rPr>
        <w:t xml:space="preserve"> سپاه و دربار را بپردازند. بغداد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بدون حفظ بازرگان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راه‌ها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خزانهٔ او را تأم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کند. به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سبب،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ناچار شدند از الگو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کنند: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مغول در رأس قرار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گرفت،</w:t>
      </w:r>
      <w:r w:rsidRPr="0080591C">
        <w:rPr>
          <w:rFonts w:ascii="Tahoma" w:hAnsi="Tahoma" w:cs="Tahoma"/>
          <w:rtl/>
        </w:rPr>
        <w:t xml:space="preserve"> اما ادارهٔ روزمرهٔ کشور را دب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ران،</w:t>
      </w:r>
      <w:r w:rsidRPr="0080591C">
        <w:rPr>
          <w:rFonts w:ascii="Tahoma" w:hAnsi="Tahoma" w:cs="Tahoma"/>
          <w:rtl/>
        </w:rPr>
        <w:t xml:space="preserve"> حسابداران و 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انجام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دادند</w:t>
      </w:r>
      <w:r w:rsidRPr="0080591C">
        <w:rPr>
          <w:rFonts w:ascii="Tahoma" w:hAnsi="Tahoma" w:cs="Tahoma"/>
          <w:rtl/>
        </w:rPr>
        <w:t>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جان،</w:t>
      </w:r>
      <w:r w:rsidRPr="0080591C">
        <w:rPr>
          <w:rFonts w:ascii="Tahoma" w:hAnsi="Tahoma" w:cs="Tahoma"/>
          <w:rtl/>
        </w:rPr>
        <w:t xml:space="preserve"> حکومت حسن کوچک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حکومت حسن بزرگ بر زور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هراس و رقابت‌ها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خاندان استوار بود. او توانسته بود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/>
          <w:rtl/>
        </w:rPr>
        <w:t xml:space="preserve"> را شکست دهد و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را تصرف کند، اما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جاد</w:t>
      </w:r>
      <w:r w:rsidRPr="0080591C">
        <w:rPr>
          <w:rFonts w:ascii="Tahoma" w:hAnsi="Tahoma" w:cs="Tahoma"/>
          <w:rtl/>
        </w:rPr>
        <w:t xml:space="preserve"> نظم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فرصت و توان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نداشت. عموها، برادران و عموزادگانش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سهم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راث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خواستند</w:t>
      </w:r>
      <w:r w:rsidRPr="0080591C">
        <w:rPr>
          <w:rFonts w:ascii="Tahoma" w:hAnsi="Tahoma" w:cs="Tahoma"/>
          <w:rtl/>
        </w:rPr>
        <w:t>. خاندان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با دشمن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روبه‌رو بود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متحد شود، اما پس از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رقابت بر سر ولا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ت،</w:t>
      </w:r>
      <w:r w:rsidRPr="0080591C">
        <w:rPr>
          <w:rFonts w:ascii="Tahoma" w:hAnsi="Tahoma" w:cs="Tahoma"/>
          <w:rtl/>
        </w:rPr>
        <w:t xml:space="preserve"> خزانه و فرمانده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آغاز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</w:t>
      </w:r>
      <w:r w:rsidRPr="0080591C">
        <w:rPr>
          <w:rFonts w:ascii="Tahoma" w:hAnsi="Tahoma" w:cs="Tahoma"/>
          <w:rtl/>
        </w:rPr>
        <w:t>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کوچک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مهار خو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شاوندان</w:t>
      </w:r>
      <w:r w:rsidRPr="0080591C">
        <w:rPr>
          <w:rFonts w:ascii="Tahoma" w:hAnsi="Tahoma" w:cs="Tahoma"/>
          <w:rtl/>
        </w:rPr>
        <w:t xml:space="preserve"> خود به همان روش‌ها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آورد که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مهار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به کار برده بودند: برکنار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زندان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کردن، تبع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 کشتن. اما او برخلاف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لخان،</w:t>
      </w:r>
      <w:r w:rsidRPr="0080591C">
        <w:rPr>
          <w:rFonts w:ascii="Tahoma" w:hAnsi="Tahoma" w:cs="Tahoma"/>
          <w:rtl/>
        </w:rPr>
        <w:t xml:space="preserve"> حق سلسله‌ا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نداشت که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اعضا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خاندان را به فرمانبردار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وادارد. قدرتش بر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نظا</w:t>
      </w:r>
      <w:r w:rsidRPr="0080591C">
        <w:rPr>
          <w:rFonts w:ascii="Tahoma" w:hAnsi="Tahoma" w:cs="Tahoma" w:hint="eastAsia"/>
          <w:rtl/>
        </w:rPr>
        <w:t>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شبکهٔ شخص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خود او استوار بود. هر شکست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نشانهٔ ضعف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توانست</w:t>
      </w:r>
      <w:r w:rsidRPr="0080591C">
        <w:rPr>
          <w:rFonts w:ascii="Tahoma" w:hAnsi="Tahoma" w:cs="Tahoma"/>
          <w:rtl/>
        </w:rPr>
        <w:t xml:space="preserve">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ک‌تر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خو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شاوندانش</w:t>
      </w:r>
      <w:r w:rsidRPr="0080591C">
        <w:rPr>
          <w:rFonts w:ascii="Tahoma" w:hAnsi="Tahoma" w:cs="Tahoma"/>
          <w:rtl/>
        </w:rPr>
        <w:t xml:space="preserve"> را به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کند.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حسن</w:t>
      </w:r>
      <w:r w:rsidRPr="0080591C">
        <w:rPr>
          <w:rFonts w:ascii="Tahoma" w:hAnsi="Tahoma" w:cs="Tahoma"/>
          <w:rtl/>
        </w:rPr>
        <w:t xml:space="preserve"> کوچک در سال </w:t>
      </w:r>
      <w:r w:rsidRPr="0080591C">
        <w:rPr>
          <w:rFonts w:ascii="Tahoma" w:hAnsi="Tahoma" w:cs="Tahoma"/>
          <w:rtl/>
          <w:lang w:bidi="fa-IR"/>
        </w:rPr>
        <w:t>۱۳۴۳</w:t>
      </w:r>
      <w:r w:rsidRPr="0080591C">
        <w:rPr>
          <w:rFonts w:ascii="Tahoma" w:hAnsi="Tahoma" w:cs="Tahoma"/>
          <w:rtl/>
        </w:rPr>
        <w:t xml:space="preserve"> به دست همسرش کشته شد. منابع دربارهٔ انگ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زه</w:t>
      </w:r>
      <w:r w:rsidRPr="0080591C">
        <w:rPr>
          <w:rFonts w:ascii="Tahoma" w:hAnsi="Tahoma" w:cs="Tahoma"/>
          <w:rtl/>
        </w:rPr>
        <w:t xml:space="preserve"> و جزئ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قتل او 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متفاوت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آورده‌اند و رقابت‌ها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خانوادگ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اتهام‌ها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اخلاق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در آن دخ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دانسته‌اند. آنچه اهم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دارد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است که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بخش بزرگ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نه در جنگ با دشمن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خارج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eastAsia"/>
          <w:rtl/>
        </w:rPr>
        <w:t>بلکه</w:t>
      </w:r>
      <w:r w:rsidRPr="0080591C">
        <w:rPr>
          <w:rFonts w:ascii="Tahoma" w:hAnsi="Tahoma" w:cs="Tahoma"/>
          <w:rtl/>
        </w:rPr>
        <w:t xml:space="preserve"> در درون خانه و شبکهٔ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کان</w:t>
      </w:r>
      <w:r w:rsidRPr="0080591C">
        <w:rPr>
          <w:rFonts w:ascii="Tahoma" w:hAnsi="Tahoma" w:cs="Tahoma"/>
          <w:rtl/>
        </w:rPr>
        <w:t xml:space="preserve"> خود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رفت.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بر وفادار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شخص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بنا شده بود، در همان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ک‌تر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حلقهٔ وفادار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ضربه خورد.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پس</w:t>
      </w:r>
      <w:r w:rsidRPr="0080591C">
        <w:rPr>
          <w:rFonts w:ascii="Tahoma" w:hAnsi="Tahoma" w:cs="Tahoma"/>
          <w:rtl/>
        </w:rPr>
        <w:t xml:space="preserve"> از مرگ او، ملک اشرف،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از نوادگان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چوپان، بر رق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بان</w:t>
      </w:r>
      <w:r w:rsidRPr="0080591C">
        <w:rPr>
          <w:rFonts w:ascii="Tahoma" w:hAnsi="Tahoma" w:cs="Tahoma"/>
          <w:rtl/>
        </w:rPr>
        <w:t xml:space="preserve"> غلبه کرد و قدرت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را در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به دست گرفت. ملک اشرف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حفظ حکومت خود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به خشونت، مصادره و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جاد</w:t>
      </w:r>
      <w:r w:rsidRPr="0080591C">
        <w:rPr>
          <w:rFonts w:ascii="Tahoma" w:hAnsi="Tahoma" w:cs="Tahoma"/>
          <w:rtl/>
        </w:rPr>
        <w:t xml:space="preserve"> هراس متوسل شد. خزانهٔ او از گرفتن اموال صاحبان ثروت و فشار بر شهرها پر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</w:t>
      </w:r>
      <w:r w:rsidRPr="0080591C">
        <w:rPr>
          <w:rFonts w:ascii="Tahoma" w:hAnsi="Tahoma" w:cs="Tahoma"/>
          <w:rtl/>
        </w:rPr>
        <w:t xml:space="preserve"> و امن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صاحب‌منصبان و بازرگانان به ارادهٔ او وابسته بود. حکومت به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آنکه از تول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و تجارت درآمد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به دست آورد،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به منطق تصاحب نزد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شد</w:t>
      </w:r>
      <w:r w:rsidRPr="0080591C">
        <w:rPr>
          <w:rFonts w:ascii="Tahoma" w:hAnsi="Tahoma" w:cs="Tahoma"/>
          <w:rtl/>
        </w:rPr>
        <w:t>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که در دوران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مهم‌تر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مراکز تجارت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ران،</w:t>
      </w:r>
      <w:r w:rsidRPr="0080591C">
        <w:rPr>
          <w:rFonts w:ascii="Tahoma" w:hAnsi="Tahoma" w:cs="Tahoma"/>
          <w:rtl/>
        </w:rPr>
        <w:t xml:space="preserve"> قفقاز، آس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مرکز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آناتول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بود، از ب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ثبات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فشار حکومت آس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بازرگانان و صاحبان سرما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</w:t>
      </w:r>
      <w:r w:rsidRPr="0080591C">
        <w:rPr>
          <w:rFonts w:ascii="Tahoma" w:hAnsi="Tahoma" w:cs="Tahoma"/>
          <w:rtl/>
        </w:rPr>
        <w:t xml:space="preserve">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</w:t>
      </w:r>
      <w:r w:rsidRPr="0080591C">
        <w:rPr>
          <w:rFonts w:ascii="Tahoma" w:hAnsi="Tahoma" w:cs="Tahoma"/>
          <w:rtl/>
        </w:rPr>
        <w:t xml:space="preserve"> دارا</w:t>
      </w:r>
      <w:r w:rsidRPr="0080591C">
        <w:rPr>
          <w:rFonts w:ascii="Tahoma" w:hAnsi="Tahoma" w:cs="Tahoma" w:hint="cs"/>
          <w:rtl/>
        </w:rPr>
        <w:t>یی‌</w:t>
      </w:r>
      <w:r w:rsidRPr="0080591C">
        <w:rPr>
          <w:rFonts w:ascii="Tahoma" w:hAnsi="Tahoma" w:cs="Tahoma" w:hint="eastAsia"/>
          <w:rtl/>
        </w:rPr>
        <w:t>شان</w:t>
      </w:r>
      <w:r w:rsidRPr="0080591C">
        <w:rPr>
          <w:rFonts w:ascii="Tahoma" w:hAnsi="Tahoma" w:cs="Tahoma"/>
          <w:rtl/>
        </w:rPr>
        <w:t xml:space="preserve"> ممکن است به فرمان حاکم مصادره شود،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سرما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هٔ</w:t>
      </w:r>
      <w:r w:rsidRPr="0080591C">
        <w:rPr>
          <w:rFonts w:ascii="Tahoma" w:hAnsi="Tahoma" w:cs="Tahoma"/>
          <w:rtl/>
        </w:rPr>
        <w:t xml:space="preserve"> خود را پنهان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کردند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به مناطق امن‌تر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بردند</w:t>
      </w:r>
      <w:r w:rsidRPr="0080591C">
        <w:rPr>
          <w:rFonts w:ascii="Tahoma" w:hAnsi="Tahoma" w:cs="Tahoma"/>
          <w:rtl/>
        </w:rPr>
        <w:t>. حکومت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جبران کاهش درآمد، فشار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شتر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وارد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و هم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فشار به کاهش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شتر</w:t>
      </w:r>
      <w:r w:rsidRPr="0080591C">
        <w:rPr>
          <w:rFonts w:ascii="Tahoma" w:hAnsi="Tahoma" w:cs="Tahoma"/>
          <w:rtl/>
        </w:rPr>
        <w:t xml:space="preserve"> فعال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اقتصاد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انجام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همان چرخه‌ا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آمد</w:t>
      </w:r>
      <w:r w:rsidRPr="0080591C">
        <w:rPr>
          <w:rFonts w:ascii="Tahoma" w:hAnsi="Tahoma" w:cs="Tahoma"/>
          <w:rtl/>
        </w:rPr>
        <w:t xml:space="preserve"> که غازان کوش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ده</w:t>
      </w:r>
      <w:r w:rsidRPr="0080591C">
        <w:rPr>
          <w:rFonts w:ascii="Tahoma" w:hAnsi="Tahoma" w:cs="Tahoma"/>
          <w:rtl/>
        </w:rPr>
        <w:t xml:space="preserve"> بود متوقف کند.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ملک</w:t>
      </w:r>
      <w:r w:rsidRPr="0080591C">
        <w:rPr>
          <w:rFonts w:ascii="Tahoma" w:hAnsi="Tahoma" w:cs="Tahoma"/>
          <w:rtl/>
        </w:rPr>
        <w:t xml:space="preserve"> اشرف توانست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دهه بر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بماند، اما حکومت او از حقان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گسترده‌ا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برخوردار نبود. شاهزادگان چنگ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به نامشان فرمان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راندند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حت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همان اعتبار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را نداشتند. جامعه 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افته</w:t>
      </w:r>
      <w:r w:rsidRPr="0080591C">
        <w:rPr>
          <w:rFonts w:ascii="Tahoma" w:hAnsi="Tahoma" w:cs="Tahoma"/>
          <w:rtl/>
        </w:rPr>
        <w:t xml:space="preserve"> بود که تاج‌ها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درپ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ساخته و کنار گذاشته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شوند</w:t>
      </w:r>
      <w:r w:rsidRPr="0080591C">
        <w:rPr>
          <w:rFonts w:ascii="Tahoma" w:hAnsi="Tahoma" w:cs="Tahoma"/>
          <w:rtl/>
        </w:rPr>
        <w:t xml:space="preserve"> و قدرت واقع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است. هنگام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پوشش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اعتبار خود را از دست داد، حکومت ملک اشرف 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از هر 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به ترس و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سپاه وابسته ماند.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سال </w:t>
      </w:r>
      <w:r w:rsidRPr="0080591C">
        <w:rPr>
          <w:rFonts w:ascii="Tahoma" w:hAnsi="Tahoma" w:cs="Tahoma"/>
          <w:rtl/>
          <w:lang w:bidi="fa-IR"/>
        </w:rPr>
        <w:t>۱۳۵۷</w:t>
      </w:r>
      <w:r w:rsidRPr="0080591C">
        <w:rPr>
          <w:rFonts w:ascii="Tahoma" w:hAnsi="Tahoma" w:cs="Tahoma"/>
          <w:rtl/>
        </w:rPr>
        <w:t>، جان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بگ،</w:t>
      </w:r>
      <w:r w:rsidRPr="0080591C">
        <w:rPr>
          <w:rFonts w:ascii="Tahoma" w:hAnsi="Tahoma" w:cs="Tahoma"/>
          <w:rtl/>
        </w:rPr>
        <w:t xml:space="preserve"> فرمانروا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اردو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زر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ن،</w:t>
      </w:r>
      <w:r w:rsidRPr="0080591C">
        <w:rPr>
          <w:rFonts w:ascii="Tahoma" w:hAnsi="Tahoma" w:cs="Tahoma"/>
          <w:rtl/>
        </w:rPr>
        <w:t xml:space="preserve"> از شمال به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لشکر کش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>.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داخل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ناراض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کسان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از حکومت ملک اشرف آس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ده</w:t>
      </w:r>
      <w:r w:rsidRPr="0080591C">
        <w:rPr>
          <w:rFonts w:ascii="Tahoma" w:hAnsi="Tahoma" w:cs="Tahoma"/>
          <w:rtl/>
        </w:rPr>
        <w:t xml:space="preserve"> بودند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زم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نهٔ</w:t>
      </w:r>
      <w:r w:rsidRPr="0080591C">
        <w:rPr>
          <w:rFonts w:ascii="Tahoma" w:hAnsi="Tahoma" w:cs="Tahoma"/>
          <w:rtl/>
        </w:rPr>
        <w:t xml:space="preserve"> سقوط او را فراهم کردند. ملک اشرف گرفتار و کشته شد و حکومت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افت</w:t>
      </w:r>
      <w:r w:rsidRPr="0080591C">
        <w:rPr>
          <w:rFonts w:ascii="Tahoma" w:hAnsi="Tahoma" w:cs="Tahoma"/>
          <w:rtl/>
        </w:rPr>
        <w:t>. دودمان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</w:t>
      </w:r>
      <w:r w:rsidRPr="0080591C">
        <w:rPr>
          <w:rFonts w:ascii="Tahoma" w:hAnsi="Tahoma" w:cs="Tahoma" w:hint="eastAsia"/>
          <w:rtl/>
        </w:rPr>
        <w:t>پس</w:t>
      </w:r>
      <w:r w:rsidRPr="0080591C">
        <w:rPr>
          <w:rFonts w:ascii="Tahoma" w:hAnsi="Tahoma" w:cs="Tahoma"/>
          <w:rtl/>
        </w:rPr>
        <w:t xml:space="preserve"> از مرگ ابوسع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گمان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راث</w:t>
      </w:r>
      <w:r w:rsidRPr="0080591C">
        <w:rPr>
          <w:rFonts w:ascii="Tahoma" w:hAnsi="Tahoma" w:cs="Tahoma"/>
          <w:rtl/>
        </w:rPr>
        <w:t xml:space="preserve">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چوپان را زنده کرده است، خود بر اثر همان پراکندگ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خشونت و ناتوان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ساختن نهاد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از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رفت.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اما</w:t>
      </w:r>
      <w:r w:rsidRPr="0080591C">
        <w:rPr>
          <w:rFonts w:ascii="Tahoma" w:hAnsi="Tahoma" w:cs="Tahoma"/>
          <w:rtl/>
        </w:rPr>
        <w:t xml:space="preserve"> جان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بگ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نتوانست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را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مدت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طولان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اخت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خود نگاه دارد. مشکلات داخل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اردو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زر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او را به شمال بازگرداند و خلأ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برجا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گذاشت.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بار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آماده بودند تا از فرصت استفاده کنند. حسن بزرگ در سال </w:t>
      </w:r>
      <w:r w:rsidRPr="0080591C">
        <w:rPr>
          <w:rFonts w:ascii="Tahoma" w:hAnsi="Tahoma" w:cs="Tahoma"/>
          <w:rtl/>
          <w:lang w:bidi="fa-IR"/>
        </w:rPr>
        <w:t>۱۳۵۶</w:t>
      </w:r>
      <w:r w:rsidRPr="0080591C">
        <w:rPr>
          <w:rFonts w:ascii="Tahoma" w:hAnsi="Tahoma" w:cs="Tahoma"/>
          <w:rtl/>
        </w:rPr>
        <w:t xml:space="preserve"> درگذشته و پسرش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او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</w:t>
      </w:r>
      <w:r w:rsidRPr="0080591C">
        <w:rPr>
          <w:rFonts w:ascii="Tahoma" w:hAnsi="Tahoma" w:cs="Tahoma"/>
          <w:rtl/>
        </w:rPr>
        <w:t xml:space="preserve"> جانش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>ن او شده بود. او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</w:t>
      </w:r>
      <w:r w:rsidRPr="0080591C">
        <w:rPr>
          <w:rFonts w:ascii="Tahoma" w:hAnsi="Tahoma" w:cs="Tahoma"/>
          <w:rtl/>
        </w:rPr>
        <w:t xml:space="preserve"> توانست از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که پدرش در بغداد ساخته بود بهره 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</w:t>
      </w:r>
      <w:r w:rsidRPr="0080591C">
        <w:rPr>
          <w:rFonts w:ascii="Tahoma" w:hAnsi="Tahoma" w:cs="Tahoma"/>
          <w:rtl/>
        </w:rPr>
        <w:t xml:space="preserve"> و حکومت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از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قدرت عراق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دولت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گسترده‌تر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کند.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برخلاف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توانسته بودند مرکز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نسبتاً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در بغداد پد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</w:t>
      </w:r>
      <w:r w:rsidRPr="0080591C">
        <w:rPr>
          <w:rFonts w:ascii="Tahoma" w:hAnsi="Tahoma" w:cs="Tahoma"/>
          <w:rtl/>
        </w:rPr>
        <w:t xml:space="preserve"> آورند.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درآمد کشاورز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عراق، تجارت شهر و رابطه با خاندان‌ها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به آنان امکان داده بود پس از هر شکست دوباره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/>
          <w:rtl/>
        </w:rPr>
        <w:t xml:space="preserve"> گرد آورند. آنان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از جنگ داخل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خشونت برکنار نبودند، اما حکو</w:t>
      </w:r>
      <w:r w:rsidRPr="0080591C">
        <w:rPr>
          <w:rFonts w:ascii="Tahoma" w:hAnsi="Tahoma" w:cs="Tahoma" w:hint="eastAsia"/>
          <w:rtl/>
        </w:rPr>
        <w:t>متشان</w:t>
      </w:r>
      <w:r w:rsidRPr="0080591C">
        <w:rPr>
          <w:rFonts w:ascii="Tahoma" w:hAnsi="Tahoma" w:cs="Tahoma"/>
          <w:rtl/>
        </w:rPr>
        <w:t xml:space="preserve"> تنها بر حرکت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قشون 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ار</w:t>
      </w:r>
      <w:r w:rsidRPr="0080591C">
        <w:rPr>
          <w:rFonts w:ascii="Tahoma" w:hAnsi="Tahoma" w:cs="Tahoma"/>
          <w:rtl/>
        </w:rPr>
        <w:t xml:space="preserve"> استوار نمانده بود. بغداد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آنان آن 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فراهم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 xml:space="preserve"> که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نتوانسته بودند به اندازهٔ کاف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تثب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ت</w:t>
      </w:r>
      <w:r w:rsidRPr="0080591C">
        <w:rPr>
          <w:rFonts w:ascii="Tahoma" w:hAnsi="Tahoma" w:cs="Tahoma"/>
          <w:rtl/>
        </w:rPr>
        <w:t xml:space="preserve"> کنند: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تاج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امارت،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شهر و درآمد منظم.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پس</w:t>
      </w:r>
      <w:r w:rsidRPr="0080591C">
        <w:rPr>
          <w:rFonts w:ascii="Tahoma" w:hAnsi="Tahoma" w:cs="Tahoma"/>
          <w:rtl/>
        </w:rPr>
        <w:t xml:space="preserve"> از سقوط ملک اشرف، 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/>
          <w:rtl/>
        </w:rPr>
        <w:t xml:space="preserve"> او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</w:t>
      </w:r>
      <w:r w:rsidRPr="0080591C">
        <w:rPr>
          <w:rFonts w:ascii="Tahoma" w:hAnsi="Tahoma" w:cs="Tahoma"/>
          <w:rtl/>
        </w:rPr>
        <w:t xml:space="preserve">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را تصرف کرد و تبر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را به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مراکز اصل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خود تبد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</w:t>
      </w:r>
      <w:r w:rsidRPr="0080591C">
        <w:rPr>
          <w:rFonts w:ascii="Tahoma" w:hAnsi="Tahoma" w:cs="Tahoma"/>
          <w:rtl/>
        </w:rPr>
        <w:t xml:space="preserve"> ساخت. به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ترت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ب،</w:t>
      </w:r>
      <w:r w:rsidRPr="0080591C">
        <w:rPr>
          <w:rFonts w:ascii="Tahoma" w:hAnsi="Tahoma" w:cs="Tahoma"/>
          <w:rtl/>
        </w:rPr>
        <w:t xml:space="preserve"> بخش‌ها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از عراق و شمال‌غرب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فرمان حکومت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واحد قرار گرفتند. اما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وحدت، بازساز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سراسر قلمرو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نبود. خراسان، ف</w:t>
      </w:r>
      <w:r w:rsidRPr="0080591C">
        <w:rPr>
          <w:rFonts w:ascii="Tahoma" w:hAnsi="Tahoma" w:cs="Tahoma" w:hint="eastAsia"/>
          <w:rtl/>
        </w:rPr>
        <w:t>ارس،</w:t>
      </w:r>
      <w:r w:rsidRPr="0080591C">
        <w:rPr>
          <w:rFonts w:ascii="Tahoma" w:hAnsi="Tahoma" w:cs="Tahoma"/>
          <w:rtl/>
        </w:rPr>
        <w:t xml:space="preserve"> کرمان، هرات و مناطق مرکز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مس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/>
          <w:rtl/>
        </w:rPr>
        <w:t xml:space="preserve"> جداگانه‌ا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موده</w:t>
      </w:r>
      <w:r w:rsidRPr="0080591C">
        <w:rPr>
          <w:rFonts w:ascii="Tahoma" w:hAnsi="Tahoma" w:cs="Tahoma"/>
          <w:rtl/>
        </w:rPr>
        <w:t xml:space="preserve"> بودند و حکومت‌ها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آنها 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شه</w:t>
      </w:r>
      <w:r w:rsidRPr="0080591C">
        <w:rPr>
          <w:rFonts w:ascii="Tahoma" w:hAnsi="Tahoma" w:cs="Tahoma"/>
          <w:rtl/>
        </w:rPr>
        <w:t xml:space="preserve"> گرفته بودند.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رقابت</w:t>
      </w:r>
      <w:r w:rsidRPr="0080591C">
        <w:rPr>
          <w:rFonts w:ascii="Tahoma" w:hAnsi="Tahoma" w:cs="Tahoma"/>
          <w:rtl/>
        </w:rPr>
        <w:t xml:space="preserve">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نشان داد که بقا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تنها به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روز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در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دان</w:t>
      </w:r>
      <w:r w:rsidRPr="0080591C">
        <w:rPr>
          <w:rFonts w:ascii="Tahoma" w:hAnsi="Tahoma" w:cs="Tahoma"/>
          <w:rtl/>
        </w:rPr>
        <w:t xml:space="preserve"> جنگ وابسته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ست</w:t>
      </w:r>
      <w:r w:rsidRPr="0080591C">
        <w:rPr>
          <w:rFonts w:ascii="Tahoma" w:hAnsi="Tahoma" w:cs="Tahoma"/>
          <w:rtl/>
        </w:rPr>
        <w:t>. خاندان چوپان در آغاز قشون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رومندتر</w:t>
      </w:r>
      <w:r w:rsidRPr="0080591C">
        <w:rPr>
          <w:rFonts w:ascii="Tahoma" w:hAnsi="Tahoma" w:cs="Tahoma"/>
          <w:rtl/>
        </w:rPr>
        <w:t xml:space="preserve"> و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وند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مستق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م‌تر</w:t>
      </w:r>
      <w:r w:rsidRPr="0080591C">
        <w:rPr>
          <w:rFonts w:ascii="Tahoma" w:hAnsi="Tahoma" w:cs="Tahoma"/>
          <w:rtl/>
        </w:rPr>
        <w:t xml:space="preserve"> با خاطرهٔ قدرت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لخانان</w:t>
      </w:r>
      <w:r w:rsidRPr="0080591C">
        <w:rPr>
          <w:rFonts w:ascii="Tahoma" w:hAnsi="Tahoma" w:cs="Tahoma"/>
          <w:rtl/>
        </w:rPr>
        <w:t xml:space="preserve"> داشت، اما نتوانست رابطه‌ا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دار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قشون،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و جامعهٔ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برقرار کند.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بارها شکست خوردند، اما با نگاه داشتن بغداد و دستگاه ادار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آن توانستند بمانند و در فرصت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مناسب قلمرو خود را گسترش دهند.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تفاوت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از اصول اساس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کشوردار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بار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/>
          <w:rtl/>
        </w:rPr>
        <w:t xml:space="preserve"> آشکار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کرد</w:t>
      </w:r>
      <w:r w:rsidRPr="0080591C">
        <w:rPr>
          <w:rFonts w:ascii="Tahoma" w:hAnsi="Tahoma" w:cs="Tahoma"/>
          <w:rtl/>
        </w:rPr>
        <w:t>: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نظام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تواند</w:t>
      </w:r>
      <w:r w:rsidRPr="0080591C">
        <w:rPr>
          <w:rFonts w:ascii="Tahoma" w:hAnsi="Tahoma" w:cs="Tahoma"/>
          <w:rtl/>
        </w:rPr>
        <w:t xml:space="preserve"> حکومت را به دست آورد، اما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نگاه داشتن آن به درآمد،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شهر و پذ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رش</w:t>
      </w:r>
      <w:r w:rsidRPr="0080591C">
        <w:rPr>
          <w:rFonts w:ascii="Tahoma" w:hAnsi="Tahoma" w:cs="Tahoma"/>
          <w:rtl/>
        </w:rPr>
        <w:t xml:space="preserve"> نسب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مردم و صاحبان منافع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از</w:t>
      </w:r>
      <w:r w:rsidRPr="0080591C">
        <w:rPr>
          <w:rFonts w:ascii="Tahoma" w:hAnsi="Tahoma" w:cs="Tahoma"/>
          <w:rtl/>
        </w:rPr>
        <w:t xml:space="preserve"> دارد. قشون بدون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ناچار به غارت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شود</w:t>
      </w:r>
      <w:r w:rsidRPr="0080591C">
        <w:rPr>
          <w:rFonts w:ascii="Tahoma" w:hAnsi="Tahoma" w:cs="Tahoma"/>
          <w:rtl/>
        </w:rPr>
        <w:t xml:space="preserve"> و غارت پا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هٔ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حکومت ر</w:t>
      </w:r>
      <w:r w:rsidRPr="0080591C">
        <w:rPr>
          <w:rFonts w:ascii="Tahoma" w:hAnsi="Tahoma" w:cs="Tahoma" w:hint="eastAsia"/>
          <w:rtl/>
        </w:rPr>
        <w:t>ا</w:t>
      </w:r>
      <w:r w:rsidRPr="0080591C">
        <w:rPr>
          <w:rFonts w:ascii="Tahoma" w:hAnsi="Tahoma" w:cs="Tahoma"/>
          <w:rtl/>
        </w:rPr>
        <w:t xml:space="preserve"> 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کند</w:t>
      </w:r>
      <w:r w:rsidRPr="0080591C">
        <w:rPr>
          <w:rFonts w:ascii="Tahoma" w:hAnsi="Tahoma" w:cs="Tahoma"/>
          <w:rtl/>
        </w:rPr>
        <w:t>.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</w:t>
      </w:r>
      <w:r w:rsidRPr="0080591C">
        <w:rPr>
          <w:rFonts w:ascii="Tahoma" w:hAnsi="Tahoma" w:cs="Tahoma"/>
          <w:rtl/>
        </w:rPr>
        <w:t xml:space="preserve"> بدون قشون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نم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تواند</w:t>
      </w:r>
      <w:r w:rsidRPr="0080591C">
        <w:rPr>
          <w:rFonts w:ascii="Tahoma" w:hAnsi="Tahoma" w:cs="Tahoma"/>
          <w:rtl/>
        </w:rPr>
        <w:t xml:space="preserve"> مال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ات</w:t>
      </w:r>
      <w:r w:rsidRPr="0080591C">
        <w:rPr>
          <w:rFonts w:ascii="Tahoma" w:hAnsi="Tahoma" w:cs="Tahoma"/>
          <w:rtl/>
        </w:rPr>
        <w:t xml:space="preserve"> بگ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رد</w:t>
      </w:r>
      <w:r w:rsidRPr="0080591C">
        <w:rPr>
          <w:rFonts w:ascii="Tahoma" w:hAnsi="Tahoma" w:cs="Tahoma"/>
          <w:rtl/>
        </w:rPr>
        <w:t xml:space="preserve"> و فرمان را اجرا کند. دوام حکومت به رابطه‌ا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وابسته است که در آن ه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چ‌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از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روها</w:t>
      </w:r>
      <w:r w:rsidRPr="0080591C">
        <w:rPr>
          <w:rFonts w:ascii="Tahoma" w:hAnsi="Tahoma" w:cs="Tahoma"/>
          <w:rtl/>
        </w:rPr>
        <w:t xml:space="preserve"> نتواند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گر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را به‌کل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کنار بزند.</w:t>
      </w:r>
    </w:p>
    <w:p w:rsidR="00496747" w:rsidRPr="0080591C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80591C">
        <w:rPr>
          <w:rFonts w:ascii="Tahoma" w:hAnsi="Tahoma" w:cs="Tahoma" w:hint="eastAsia"/>
          <w:rtl/>
        </w:rPr>
        <w:t>در</w:t>
      </w:r>
      <w:r w:rsidRPr="0080591C">
        <w:rPr>
          <w:rFonts w:ascii="Tahoma" w:hAnsi="Tahoma" w:cs="Tahoma"/>
          <w:rtl/>
        </w:rPr>
        <w:t xml:space="preserve"> همان زمان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که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بر سر عراق و آذربا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جان</w:t>
      </w:r>
      <w:r w:rsidRPr="0080591C">
        <w:rPr>
          <w:rFonts w:ascii="Tahoma" w:hAnsi="Tahoma" w:cs="Tahoma"/>
          <w:rtl/>
        </w:rPr>
        <w:t xml:space="preserve"> م</w:t>
      </w:r>
      <w:r w:rsidRPr="0080591C">
        <w:rPr>
          <w:rFonts w:ascii="Tahoma" w:hAnsi="Tahoma" w:cs="Tahoma" w:hint="cs"/>
          <w:rtl/>
        </w:rPr>
        <w:t>ی‌</w:t>
      </w:r>
      <w:r w:rsidRPr="0080591C">
        <w:rPr>
          <w:rFonts w:ascii="Tahoma" w:hAnsi="Tahoma" w:cs="Tahoma" w:hint="eastAsia"/>
          <w:rtl/>
        </w:rPr>
        <w:t>جنگ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دند،</w:t>
      </w:r>
      <w:r w:rsidRPr="0080591C">
        <w:rPr>
          <w:rFonts w:ascii="Tahoma" w:hAnsi="Tahoma" w:cs="Tahoma"/>
          <w:rtl/>
        </w:rPr>
        <w:t xml:space="preserve"> جنوب و شرق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</w:t>
      </w:r>
      <w:r w:rsidRPr="0080591C">
        <w:rPr>
          <w:rFonts w:ascii="Tahoma" w:hAnsi="Tahoma" w:cs="Tahoma"/>
          <w:rtl/>
        </w:rPr>
        <w:t xml:space="preserve"> شاهد پ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ش</w:t>
      </w:r>
      <w:r w:rsidRPr="0080591C">
        <w:rPr>
          <w:rFonts w:ascii="Tahoma" w:hAnsi="Tahoma" w:cs="Tahoma"/>
          <w:rtl/>
        </w:rPr>
        <w:t xml:space="preserve"> حکومت‌ها</w:t>
      </w:r>
      <w:r w:rsidRPr="0080591C">
        <w:rPr>
          <w:rFonts w:ascii="Tahoma" w:hAnsi="Tahoma" w:cs="Tahoma" w:hint="cs"/>
          <w:rtl/>
        </w:rPr>
        <w:t>یی</w:t>
      </w:r>
      <w:r w:rsidRPr="0080591C">
        <w:rPr>
          <w:rFonts w:ascii="Tahoma" w:hAnsi="Tahoma" w:cs="Tahoma"/>
          <w:rtl/>
        </w:rPr>
        <w:t xml:space="preserve"> بودند که از درون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وان،</w:t>
      </w:r>
      <w:r w:rsidRPr="0080591C">
        <w:rPr>
          <w:rFonts w:ascii="Tahoma" w:hAnsi="Tahoma" w:cs="Tahoma"/>
          <w:rtl/>
        </w:rPr>
        <w:t xml:space="preserve"> املاک دولت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خاندان‌ها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محل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جنبش‌ها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شهر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و شبکه‌ها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برخاسته بودند.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نجو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فارس،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در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زد</w:t>
      </w:r>
      <w:r w:rsidRPr="0080591C">
        <w:rPr>
          <w:rFonts w:ascii="Tahoma" w:hAnsi="Tahoma" w:cs="Tahoma"/>
          <w:rtl/>
        </w:rPr>
        <w:t xml:space="preserve"> و کرمان، آل‌کرت در هرات و سربداران در خراسان، هر 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ک</w:t>
      </w:r>
      <w:r w:rsidRPr="0080591C">
        <w:rPr>
          <w:rFonts w:ascii="Tahoma" w:hAnsi="Tahoma" w:cs="Tahoma"/>
          <w:rtl/>
        </w:rPr>
        <w:t xml:space="preserve"> پاسخ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متفاوت به خلأ قدرت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لخان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دادند. بررس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حکومت‌ها نشان خواهد داد که پس از فروپاش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تاج مغول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،</w:t>
      </w:r>
      <w:r w:rsidRPr="0080591C">
        <w:rPr>
          <w:rFonts w:ascii="Tahoma" w:hAnsi="Tahoma" w:cs="Tahoma"/>
          <w:rtl/>
        </w:rPr>
        <w:t xml:space="preserve"> تنها ام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ران</w:t>
      </w:r>
      <w:r w:rsidRPr="0080591C">
        <w:rPr>
          <w:rFonts w:ascii="Tahoma" w:hAnsi="Tahoma" w:cs="Tahoma"/>
          <w:rtl/>
        </w:rPr>
        <w:t xml:space="preserve"> مغول نبودند که برا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تصاحب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راث</w:t>
      </w:r>
      <w:r w:rsidRPr="0080591C">
        <w:rPr>
          <w:rFonts w:ascii="Tahoma" w:hAnsi="Tahoma" w:cs="Tahoma"/>
          <w:rtl/>
        </w:rPr>
        <w:t xml:space="preserve"> آن به م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دان</w:t>
      </w:r>
      <w:r w:rsidRPr="0080591C">
        <w:rPr>
          <w:rFonts w:ascii="Tahoma" w:hAnsi="Tahoma" w:cs="Tahoma"/>
          <w:rtl/>
        </w:rPr>
        <w:t xml:space="preserve"> آمدند.</w:t>
      </w:r>
    </w:p>
    <w:p w:rsid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80591C">
        <w:rPr>
          <w:rFonts w:ascii="Tahoma" w:hAnsi="Tahoma" w:cs="Tahoma" w:hint="eastAsia"/>
          <w:rtl/>
        </w:rPr>
        <w:t>اطلاعات</w:t>
      </w:r>
      <w:r w:rsidRPr="0080591C">
        <w:rPr>
          <w:rFonts w:ascii="Tahoma" w:hAnsi="Tahoma" w:cs="Tahoma"/>
          <w:rtl/>
        </w:rPr>
        <w:t xml:space="preserve"> تار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خ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ن</w:t>
      </w:r>
      <w:r w:rsidRPr="0080591C">
        <w:rPr>
          <w:rFonts w:ascii="Tahoma" w:hAnsi="Tahoma" w:cs="Tahoma"/>
          <w:rtl/>
        </w:rPr>
        <w:t xml:space="preserve"> بخش با مدخل‌ها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/>
          <w:rtl/>
        </w:rPr>
        <w:t xml:space="preserve"> چوپان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ان،</w:t>
      </w:r>
      <w:r w:rsidRPr="0080591C">
        <w:rPr>
          <w:rFonts w:ascii="Tahoma" w:hAnsi="Tahoma" w:cs="Tahoma"/>
          <w:rtl/>
        </w:rPr>
        <w:t xml:space="preserve">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پژوهش دانشگاه کمبر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ج</w:t>
      </w:r>
      <w:r w:rsidRPr="0080591C">
        <w:rPr>
          <w:rFonts w:ascii="Tahoma" w:hAnsi="Tahoma" w:cs="Tahoma"/>
          <w:rtl/>
        </w:rPr>
        <w:t xml:space="preserve"> دربارهٔ جلا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ان،</w:t>
      </w:r>
      <w:r w:rsidRPr="0080591C">
        <w:rPr>
          <w:rFonts w:ascii="Tahoma" w:hAnsi="Tahoma" w:cs="Tahoma"/>
          <w:rtl/>
        </w:rPr>
        <w:t xml:space="preserve"> مظفر</w:t>
      </w:r>
      <w:r w:rsidRPr="0080591C">
        <w:rPr>
          <w:rFonts w:ascii="Tahoma" w:hAnsi="Tahoma" w:cs="Tahoma" w:hint="cs"/>
          <w:rtl/>
        </w:rPr>
        <w:t>ی</w:t>
      </w:r>
      <w:r w:rsidRPr="0080591C">
        <w:rPr>
          <w:rFonts w:ascii="Tahoma" w:hAnsi="Tahoma" w:cs="Tahoma" w:hint="eastAsia"/>
          <w:rtl/>
        </w:rPr>
        <w:t>ان</w:t>
      </w:r>
      <w:r w:rsidRPr="0080591C">
        <w:rPr>
          <w:rFonts w:ascii="Tahoma" w:hAnsi="Tahoma" w:cs="Tahoma"/>
          <w:rtl/>
        </w:rPr>
        <w:t xml:space="preserve"> و سربداران مقابله شده است.</w:t>
      </w:r>
    </w:p>
    <w:p w:rsidR="0080591C" w:rsidRPr="00496747" w:rsidRDefault="00496747" w:rsidP="00496747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4" w:name="Vol1Chapter11"/>
      <w:bookmarkEnd w:id="14"/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فصل 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ی</w:t>
      </w:r>
      <w:r w:rsidR="0080591C" w:rsidRPr="00496747">
        <w:rPr>
          <w:rFonts w:asciiTheme="majorBidi" w:hAnsiTheme="majorBidi" w:cstheme="majorBidi"/>
          <w:b/>
          <w:bCs/>
          <w:sz w:val="36"/>
          <w:szCs w:val="36"/>
          <w:rtl/>
        </w:rPr>
        <w:t>ازدهم</w:t>
      </w:r>
    </w:p>
    <w:p w:rsidR="00496747" w:rsidRPr="00496747" w:rsidRDefault="00496747" w:rsidP="00496747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96747">
        <w:rPr>
          <w:rFonts w:asciiTheme="majorBidi" w:hAnsiTheme="majorBidi" w:cstheme="majorBidi"/>
          <w:b/>
          <w:bCs/>
          <w:sz w:val="36"/>
          <w:szCs w:val="36"/>
          <w:rtl/>
        </w:rPr>
        <w:t>تیمور؛ بازسازی فرمانروایی چنگیزی بدون خون چنگیز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ورود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به 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را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ورش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کاملاً جدا از حملهٔ مغول دانست، اما او مغول و از نسل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نبود. نزد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به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سده 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پس از آغاز فتوحات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ز،</w:t>
      </w:r>
      <w:r w:rsidRPr="00496747">
        <w:rPr>
          <w:rFonts w:ascii="Tahoma" w:hAnsi="Tahoma" w:cs="Tahoma"/>
          <w:rtl/>
        </w:rPr>
        <w:t xml:space="preserve"> ساختار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آس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مرکز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پد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آمده بود که در آن نام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همچنان سرچشمهٔ برتر حق فرمانرو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به شمار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رفت</w:t>
      </w:r>
      <w:r w:rsidRPr="00496747">
        <w:rPr>
          <w:rFonts w:ascii="Tahoma" w:hAnsi="Tahoma" w:cs="Tahoma"/>
          <w:rtl/>
        </w:rPr>
        <w:t>.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توانستند</w:t>
      </w:r>
      <w:r w:rsidRPr="00496747">
        <w:rPr>
          <w:rFonts w:ascii="Tahoma" w:hAnsi="Tahoma" w:cs="Tahoma"/>
          <w:rtl/>
        </w:rPr>
        <w:t xml:space="preserve"> قشون گرد آورند، شهرها را تصرف کنند و شاهزادگان را برکنار سازند، اما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نشستن بر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/>
          <w:rtl/>
        </w:rPr>
        <w:t xml:space="preserve"> خان به خون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</w:t>
      </w:r>
      <w:r w:rsidRPr="00496747">
        <w:rPr>
          <w:rFonts w:ascii="Tahoma" w:hAnsi="Tahoma" w:cs="Tahoma"/>
          <w:rtl/>
        </w:rPr>
        <w:t xml:space="preserve"> داشتند.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از دل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تناقض برخاست: قدرت لازم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را به دست آورد، 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نسب لازم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خان شد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را نداشت.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او</w:t>
      </w:r>
      <w:r w:rsidRPr="00496747">
        <w:rPr>
          <w:rFonts w:ascii="Tahoma" w:hAnsi="Tahoma" w:cs="Tahoma"/>
          <w:rtl/>
        </w:rPr>
        <w:t xml:space="preserve"> از خاندان برلاس بود؛ گروه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با 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شهٔ</w:t>
      </w:r>
      <w:r w:rsidRPr="00496747">
        <w:rPr>
          <w:rFonts w:ascii="Tahoma" w:hAnsi="Tahoma" w:cs="Tahoma"/>
          <w:rtl/>
        </w:rPr>
        <w:t xml:space="preserve"> مغول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در ماوراءالنهر مستقر شده، زبان و بخش بزرگ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وهٔ</w:t>
      </w:r>
      <w:r w:rsidRPr="00496747">
        <w:rPr>
          <w:rFonts w:ascii="Tahoma" w:hAnsi="Tahoma" w:cs="Tahoma"/>
          <w:rtl/>
        </w:rPr>
        <w:t xml:space="preserve"> زندگ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ترک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رفته</w:t>
      </w:r>
      <w:r w:rsidRPr="00496747">
        <w:rPr>
          <w:rFonts w:ascii="Tahoma" w:hAnsi="Tahoma" w:cs="Tahoma"/>
          <w:rtl/>
        </w:rPr>
        <w:t xml:space="preserve"> و مسلمان شده بود. برلاس‌ها نه مغولان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دست‌نخورده از روزگار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بودند و نه مردم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رون</w:t>
      </w:r>
      <w:r w:rsidRPr="00496747">
        <w:rPr>
          <w:rFonts w:ascii="Tahoma" w:hAnsi="Tahoma" w:cs="Tahoma"/>
          <w:rtl/>
        </w:rPr>
        <w:t xml:space="preserve"> از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راث</w:t>
      </w:r>
      <w:r w:rsidRPr="00496747">
        <w:rPr>
          <w:rFonts w:ascii="Tahoma" w:hAnsi="Tahoma" w:cs="Tahoma"/>
          <w:rtl/>
        </w:rPr>
        <w:t xml:space="preserve"> مغول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>. آنان محصول درآم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ختن</w:t>
      </w:r>
      <w:r w:rsidRPr="00496747">
        <w:rPr>
          <w:rFonts w:ascii="Tahoma" w:hAnsi="Tahoma" w:cs="Tahoma"/>
          <w:rtl/>
        </w:rPr>
        <w:t xml:space="preserve"> فاتحان با </w:t>
      </w:r>
      <w:r w:rsidRPr="00496747">
        <w:rPr>
          <w:rFonts w:ascii="Tahoma" w:hAnsi="Tahoma" w:cs="Tahoma" w:hint="eastAsia"/>
          <w:rtl/>
        </w:rPr>
        <w:t>جامعهٔ</w:t>
      </w:r>
      <w:r w:rsidRPr="00496747">
        <w:rPr>
          <w:rFonts w:ascii="Tahoma" w:hAnsi="Tahoma" w:cs="Tahoma"/>
          <w:rtl/>
        </w:rPr>
        <w:t xml:space="preserve"> آس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مرکز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شمار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رفتند</w:t>
      </w:r>
      <w:r w:rsidRPr="00496747">
        <w:rPr>
          <w:rFonts w:ascii="Tahoma" w:hAnsi="Tahoma" w:cs="Tahoma"/>
          <w:rtl/>
        </w:rPr>
        <w:t>. زبان،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و بس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روابط روزمره‌شان تغ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کرده بود، اما سازمان قشون، ارزش نسب، خاطرهٔ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و اند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شهٔ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خان هنوز بر جهان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آنان سا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داشت.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</w:t>
      </w:r>
      <w:r w:rsidRPr="00496747">
        <w:rPr>
          <w:rFonts w:ascii="Tahoma" w:hAnsi="Tahoma" w:cs="Tahoma"/>
          <w:rtl/>
        </w:rPr>
        <w:t xml:space="preserve"> تولد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با اطم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نان</w:t>
      </w:r>
      <w:r w:rsidRPr="00496747">
        <w:rPr>
          <w:rFonts w:ascii="Tahoma" w:hAnsi="Tahoma" w:cs="Tahoma"/>
          <w:rtl/>
        </w:rPr>
        <w:t xml:space="preserve"> کامل روشن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</w:t>
      </w:r>
      <w:r w:rsidRPr="00496747">
        <w:rPr>
          <w:rFonts w:ascii="Tahoma" w:hAnsi="Tahoma" w:cs="Tahoma"/>
          <w:rtl/>
        </w:rPr>
        <w:t>. در 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خ‌نگار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رسم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دورهٔ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سال </w:t>
      </w:r>
      <w:r w:rsidRPr="00496747">
        <w:rPr>
          <w:rFonts w:ascii="Tahoma" w:hAnsi="Tahoma" w:cs="Tahoma"/>
          <w:rtl/>
          <w:lang w:bidi="fa-IR"/>
        </w:rPr>
        <w:t>۱۳۳۶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لاد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تولد او ذکر شده است؛ همان سال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پس از مرگ ابوسع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د،</w:t>
      </w:r>
      <w:r w:rsidRPr="00496747">
        <w:rPr>
          <w:rFonts w:ascii="Tahoma" w:hAnsi="Tahoma" w:cs="Tahoma"/>
          <w:rtl/>
        </w:rPr>
        <w:t xml:space="preserve"> فروپاش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حکومت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لخان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آشکار شد. برخ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پژوهشگران احتمال داده‌اند که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هم‌زمان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بعدها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وند</w:t>
      </w:r>
      <w:r w:rsidRPr="00496747">
        <w:rPr>
          <w:rFonts w:ascii="Tahoma" w:hAnsi="Tahoma" w:cs="Tahoma"/>
          <w:rtl/>
        </w:rPr>
        <w:t xml:space="preserve"> دادن ظهو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با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لخانان</w:t>
      </w:r>
      <w:r w:rsidRPr="00496747">
        <w:rPr>
          <w:rFonts w:ascii="Tahoma" w:hAnsi="Tahoma" w:cs="Tahoma"/>
          <w:rtl/>
        </w:rPr>
        <w:t xml:space="preserve"> برجسته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حت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ساخته شده باشد. به هر حال، او در دههٔ </w:t>
      </w:r>
      <w:r w:rsidRPr="00496747">
        <w:rPr>
          <w:rFonts w:ascii="Tahoma" w:hAnsi="Tahoma" w:cs="Tahoma"/>
          <w:rtl/>
          <w:lang w:bidi="fa-IR"/>
        </w:rPr>
        <w:t>۱۳۲۰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/>
          <w:rtl/>
          <w:lang w:bidi="fa-IR"/>
        </w:rPr>
        <w:t>۱۳۳۰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لاد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نزد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کَش، در جنوب سمرقند، زاده شد و جوان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خود را در دوره‌ا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گذراند که حکومت جغتا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در ماوراءالنهر رو به ضعف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رفت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پدرش</w:t>
      </w:r>
      <w:r w:rsidRPr="00496747">
        <w:rPr>
          <w:rFonts w:ascii="Tahoma" w:hAnsi="Tahoma" w:cs="Tahoma"/>
          <w:rtl/>
        </w:rPr>
        <w:t xml:space="preserve"> تراغا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بزرگان متوسط خاندان برلاس بود، اما در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نبود که پادشاه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پسر به ارث بگذارد.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برخلاف شاهزادگان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کودک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وارث تاج شناخته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او ناچار بود هر گام قدرت را با ساختن اتحاد، گردآوردن جنگجو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ان،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نبرد و کنار ز</w:t>
      </w:r>
      <w:r w:rsidRPr="00496747">
        <w:rPr>
          <w:rFonts w:ascii="Tahoma" w:hAnsi="Tahoma" w:cs="Tahoma" w:hint="eastAsia"/>
          <w:rtl/>
        </w:rPr>
        <w:t>دن</w:t>
      </w:r>
      <w:r w:rsidRPr="00496747">
        <w:rPr>
          <w:rFonts w:ascii="Tahoma" w:hAnsi="Tahoma" w:cs="Tahoma"/>
          <w:rtl/>
        </w:rPr>
        <w:t xml:space="preserve"> 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بان</w:t>
      </w:r>
      <w:r w:rsidRPr="00496747">
        <w:rPr>
          <w:rFonts w:ascii="Tahoma" w:hAnsi="Tahoma" w:cs="Tahoma"/>
          <w:rtl/>
        </w:rPr>
        <w:t xml:space="preserve"> به دست آورد.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خاستگاه، 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وهٔ</w:t>
      </w:r>
      <w:r w:rsidRPr="00496747">
        <w:rPr>
          <w:rFonts w:ascii="Tahoma" w:hAnsi="Tahoma" w:cs="Tahoma"/>
          <w:rtl/>
        </w:rPr>
        <w:t xml:space="preserve"> حکومت او را تا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عمر شکل داد. تاج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او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راث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آماده نبود؛ نت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جهٔ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درپ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بود و تنها با ادامهٔ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حفظ شود.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لقب</w:t>
      </w:r>
      <w:r w:rsidRPr="00496747">
        <w:rPr>
          <w:rFonts w:ascii="Tahoma" w:hAnsi="Tahoma" w:cs="Tahoma"/>
          <w:rtl/>
        </w:rPr>
        <w:t xml:space="preserve"> «لنگ»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از آس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جسمان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حکا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داشت که احتمالاً در جوان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پا و دست او وارد شده بود. دربارهٔ چگونگ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جراحت روا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گوناگون، از زخم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شدن در جنگ تا برخورد در جر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غارت، وجود دارد و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با قطع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رفت</w:t>
      </w:r>
      <w:r w:rsidRPr="00496747">
        <w:rPr>
          <w:rFonts w:ascii="Tahoma" w:hAnsi="Tahoma" w:cs="Tahoma"/>
          <w:rtl/>
        </w:rPr>
        <w:t>. دشمنانش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نقص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تحق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او استفاده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کردند</w:t>
      </w:r>
      <w:r w:rsidRPr="00496747">
        <w:rPr>
          <w:rFonts w:ascii="Tahoma" w:hAnsi="Tahoma" w:cs="Tahoma"/>
          <w:rtl/>
        </w:rPr>
        <w:t xml:space="preserve"> و در زبان‌ها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اروپا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نام «تامرلان»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از ترک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نام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و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لقب ساخته شد. اما ناتوان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جسمان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مانع از آن نشد که او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</w:t>
      </w:r>
      <w:r w:rsidRPr="00496747">
        <w:rPr>
          <w:rFonts w:ascii="Tahoma" w:hAnsi="Tahoma" w:cs="Tahoma"/>
          <w:rtl/>
        </w:rPr>
        <w:t xml:space="preserve"> از سه دهه شخصاً لشکرکش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طولان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رهبر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کند و در شرا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ط</w:t>
      </w:r>
      <w:r w:rsidRPr="00496747">
        <w:rPr>
          <w:rFonts w:ascii="Tahoma" w:hAnsi="Tahoma" w:cs="Tahoma"/>
          <w:rtl/>
        </w:rPr>
        <w:t xml:space="preserve"> دشوار جغراف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همراه سپاه خود حرکت کند.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ماوراءالنهر</w:t>
      </w:r>
      <w:r w:rsidRPr="00496747">
        <w:rPr>
          <w:rFonts w:ascii="Tahoma" w:hAnsi="Tahoma" w:cs="Tahoma"/>
          <w:rtl/>
        </w:rPr>
        <w:t xml:space="preserve"> هنگام جوان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از حکومت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متمرکز برخوردار نبود. شاخهٔ غرب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خاندان جغتا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اعتبار گذشته را از دست داده و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قدرت واقع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خود تقس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کرده بودند. خان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هنوز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حقان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فرمان‌ها لازم بود، اما توان فرمانده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همهٔ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را نداشت. </w:t>
      </w:r>
      <w:r w:rsidRPr="00496747">
        <w:rPr>
          <w:rFonts w:ascii="Tahoma" w:hAnsi="Tahoma" w:cs="Tahoma" w:hint="eastAsia"/>
          <w:rtl/>
        </w:rPr>
        <w:t>در</w:t>
      </w:r>
      <w:r w:rsidRPr="00496747">
        <w:rPr>
          <w:rFonts w:ascii="Tahoma" w:hAnsi="Tahoma" w:cs="Tahoma"/>
          <w:rtl/>
        </w:rPr>
        <w:t xml:space="preserve"> شرق، خان‌ها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مغولستان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کوش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دند</w:t>
      </w:r>
      <w:r w:rsidRPr="00496747">
        <w:rPr>
          <w:rFonts w:ascii="Tahoma" w:hAnsi="Tahoma" w:cs="Tahoma"/>
          <w:rtl/>
        </w:rPr>
        <w:t xml:space="preserve"> ماوراءالنهر را دوباره 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فرمان خود آورند؛ در داخل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هر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بر طا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فه،</w:t>
      </w:r>
      <w:r w:rsidRPr="00496747">
        <w:rPr>
          <w:rFonts w:ascii="Tahoma" w:hAnsi="Tahoma" w:cs="Tahoma"/>
          <w:rtl/>
        </w:rPr>
        <w:t xml:space="preserve"> قشون و ناح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هٔ</w:t>
      </w:r>
      <w:r w:rsidRPr="00496747">
        <w:rPr>
          <w:rFonts w:ascii="Tahoma" w:hAnsi="Tahoma" w:cs="Tahoma"/>
          <w:rtl/>
        </w:rPr>
        <w:t xml:space="preserve"> خو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</w:t>
      </w:r>
      <w:r w:rsidRPr="00496747">
        <w:rPr>
          <w:rFonts w:ascii="Tahoma" w:hAnsi="Tahoma" w:cs="Tahoma"/>
          <w:rtl/>
        </w:rPr>
        <w:t xml:space="preserve"> تک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داشت.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همان فضا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بود که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در آن آموخت چگونه از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کوچک، قدرت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 بسازد. او گاه با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مدع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متحد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 xml:space="preserve"> و گاه به 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وست</w:t>
      </w:r>
      <w:r w:rsidRPr="00496747">
        <w:rPr>
          <w:rFonts w:ascii="Tahoma" w:hAnsi="Tahoma" w:cs="Tahoma"/>
          <w:rtl/>
        </w:rPr>
        <w:t>. اتحاد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نبود؛ ابزار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بود که تا زمان تغ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موازنهٔ قدرت اعتبار داشت. توانا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او تنها در فرمانده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دان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eastAsia"/>
          <w:rtl/>
        </w:rPr>
        <w:t>جنگ</w:t>
      </w:r>
      <w:r w:rsidRPr="00496747">
        <w:rPr>
          <w:rFonts w:ascii="Tahoma" w:hAnsi="Tahoma" w:cs="Tahoma"/>
          <w:rtl/>
        </w:rPr>
        <w:t xml:space="preserve"> خلاصه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اختلاف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خاندان‌ها را بشناسد، به گروه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وعدهٔ غن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مت</w:t>
      </w:r>
      <w:r w:rsidRPr="00496747">
        <w:rPr>
          <w:rFonts w:ascii="Tahoma" w:hAnsi="Tahoma" w:cs="Tahoma"/>
          <w:rtl/>
        </w:rPr>
        <w:t xml:space="preserve"> و منصب بدهد، با خانواده‌ا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وند</w:t>
      </w:r>
      <w:r w:rsidRPr="00496747">
        <w:rPr>
          <w:rFonts w:ascii="Tahoma" w:hAnsi="Tahoma" w:cs="Tahoma"/>
          <w:rtl/>
        </w:rPr>
        <w:t xml:space="preserve"> زناشو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برقرار کند و در لحظهٔ مناسب متحد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/>
          <w:rtl/>
        </w:rPr>
        <w:t xml:space="preserve"> را کنار بزند.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در</w:t>
      </w:r>
      <w:r w:rsidRPr="00496747">
        <w:rPr>
          <w:rFonts w:ascii="Tahoma" w:hAnsi="Tahoma" w:cs="Tahoma"/>
          <w:rtl/>
        </w:rPr>
        <w:t xml:space="preserve"> آغاز،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با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حس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ن،</w:t>
      </w:r>
      <w:r w:rsidRPr="00496747">
        <w:rPr>
          <w:rFonts w:ascii="Tahoma" w:hAnsi="Tahoma" w:cs="Tahoma"/>
          <w:rtl/>
        </w:rPr>
        <w:t xml:space="preserve"> نوهٔ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قزغن، متحد شد.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دو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مدت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برابر دشمنان مشترک جنگ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دند،</w:t>
      </w:r>
      <w:r w:rsidRPr="00496747">
        <w:rPr>
          <w:rFonts w:ascii="Tahoma" w:hAnsi="Tahoma" w:cs="Tahoma"/>
          <w:rtl/>
        </w:rPr>
        <w:t xml:space="preserve"> آوارگ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شکست را تجربه کردند و توانستند گروه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جنگجو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را به دور خود گرد آورند.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وند</w:t>
      </w:r>
      <w:r w:rsidRPr="00496747">
        <w:rPr>
          <w:rFonts w:ascii="Tahoma" w:hAnsi="Tahoma" w:cs="Tahoma"/>
          <w:rtl/>
        </w:rPr>
        <w:t xml:space="preserve"> خانوادگ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آنان پد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آمد و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با خواهر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حس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ازدواج کرد. اما هرچه قدرتشان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شتر</w:t>
      </w:r>
      <w:r w:rsidRPr="00496747">
        <w:rPr>
          <w:rFonts w:ascii="Tahoma" w:hAnsi="Tahoma" w:cs="Tahoma"/>
          <w:rtl/>
        </w:rPr>
        <w:t xml:space="preserve"> شد، اتحادشان به رقابت تبد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</w:t>
      </w:r>
      <w:r w:rsidRPr="00496747">
        <w:rPr>
          <w:rFonts w:ascii="Tahoma" w:hAnsi="Tahoma" w:cs="Tahoma"/>
          <w:rtl/>
        </w:rPr>
        <w:t xml:space="preserve"> گرد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دو فرمانده‌ا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هر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</w:t>
      </w:r>
      <w:r w:rsidRPr="00496747">
        <w:rPr>
          <w:rFonts w:ascii="Tahoma" w:hAnsi="Tahoma" w:cs="Tahoma"/>
          <w:rtl/>
        </w:rPr>
        <w:t xml:space="preserve"> مرکز شبکهٔ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باشد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توانستند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شه</w:t>
      </w:r>
      <w:r w:rsidRPr="00496747">
        <w:rPr>
          <w:rFonts w:ascii="Tahoma" w:hAnsi="Tahoma" w:cs="Tahoma"/>
          <w:rtl/>
        </w:rPr>
        <w:t xml:space="preserve"> قدرت را تقس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کنند.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حس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کوش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بلخ را مرکز حکومت خود سازد و از مردم و بزرگان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تقو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دستگاهش مال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ات</w:t>
      </w:r>
      <w:r w:rsidRPr="00496747">
        <w:rPr>
          <w:rFonts w:ascii="Tahoma" w:hAnsi="Tahoma" w:cs="Tahoma"/>
          <w:rtl/>
        </w:rPr>
        <w:t xml:space="preserve"> و منابع گرد آورد.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نارضا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گروه‌ها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از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ران،</w:t>
      </w:r>
      <w:r w:rsidRPr="00496747">
        <w:rPr>
          <w:rFonts w:ascii="Tahoma" w:hAnsi="Tahoma" w:cs="Tahoma"/>
          <w:rtl/>
        </w:rPr>
        <w:t xml:space="preserve"> بازرگانان و مردم را برانگ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خت</w:t>
      </w:r>
      <w:r w:rsidRPr="00496747">
        <w:rPr>
          <w:rFonts w:ascii="Tahoma" w:hAnsi="Tahoma" w:cs="Tahoma"/>
          <w:rtl/>
        </w:rPr>
        <w:t>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نارضا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بهره گرفت و خود را در برابر 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قرار داد که به گرفتن امو</w:t>
      </w:r>
      <w:r w:rsidRPr="00496747">
        <w:rPr>
          <w:rFonts w:ascii="Tahoma" w:hAnsi="Tahoma" w:cs="Tahoma" w:hint="eastAsia"/>
          <w:rtl/>
        </w:rPr>
        <w:t>ال</w:t>
      </w:r>
      <w:r w:rsidRPr="00496747">
        <w:rPr>
          <w:rFonts w:ascii="Tahoma" w:hAnsi="Tahoma" w:cs="Tahoma"/>
          <w:rtl/>
        </w:rPr>
        <w:t xml:space="preserve"> و ب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اعتنا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به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اران</w:t>
      </w:r>
      <w:r w:rsidRPr="00496747">
        <w:rPr>
          <w:rFonts w:ascii="Tahoma" w:hAnsi="Tahoma" w:cs="Tahoma"/>
          <w:rtl/>
        </w:rPr>
        <w:t xml:space="preserve"> متهم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بخشش غن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مت،</w:t>
      </w:r>
      <w:r w:rsidRPr="00496747">
        <w:rPr>
          <w:rFonts w:ascii="Tahoma" w:hAnsi="Tahoma" w:cs="Tahoma"/>
          <w:rtl/>
        </w:rPr>
        <w:t xml:space="preserve"> حفظ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وند</w:t>
      </w:r>
      <w:r w:rsidRPr="00496747">
        <w:rPr>
          <w:rFonts w:ascii="Tahoma" w:hAnsi="Tahoma" w:cs="Tahoma"/>
          <w:rtl/>
        </w:rPr>
        <w:t xml:space="preserve"> شخص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با سپاه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و شناخت توقعات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به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امکان داد حام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شتر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دست آورد.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در</w:t>
      </w:r>
      <w:r w:rsidRPr="00496747">
        <w:rPr>
          <w:rFonts w:ascii="Tahoma" w:hAnsi="Tahoma" w:cs="Tahoma"/>
          <w:rtl/>
        </w:rPr>
        <w:t xml:space="preserve"> سال </w:t>
      </w:r>
      <w:r w:rsidRPr="00496747">
        <w:rPr>
          <w:rFonts w:ascii="Tahoma" w:hAnsi="Tahoma" w:cs="Tahoma"/>
          <w:rtl/>
          <w:lang w:bidi="fa-IR"/>
        </w:rPr>
        <w:t>۱۳۷۰</w:t>
      </w:r>
      <w:r w:rsidRPr="00496747">
        <w:rPr>
          <w:rFonts w:ascii="Tahoma" w:hAnsi="Tahoma" w:cs="Tahoma"/>
          <w:rtl/>
        </w:rPr>
        <w:t>،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حس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در بلخ شکست خورد و از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رفت. دربارهٔ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نکه</w:t>
      </w:r>
      <w:r w:rsidRPr="00496747">
        <w:rPr>
          <w:rFonts w:ascii="Tahoma" w:hAnsi="Tahoma" w:cs="Tahoma"/>
          <w:rtl/>
        </w:rPr>
        <w:t xml:space="preserve"> قتل او مستق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ماً</w:t>
      </w:r>
      <w:r w:rsidRPr="00496747">
        <w:rPr>
          <w:rFonts w:ascii="Tahoma" w:hAnsi="Tahoma" w:cs="Tahoma"/>
          <w:rtl/>
        </w:rPr>
        <w:t xml:space="preserve"> به فرمان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انجام گرفت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به دست دشمنان خانوادگ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اش</w:t>
      </w:r>
      <w:r w:rsidRPr="00496747">
        <w:rPr>
          <w:rFonts w:ascii="Tahoma" w:hAnsi="Tahoma" w:cs="Tahoma"/>
          <w:rtl/>
        </w:rPr>
        <w:t xml:space="preserve"> صورت 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رفت،</w:t>
      </w:r>
      <w:r w:rsidRPr="00496747">
        <w:rPr>
          <w:rFonts w:ascii="Tahoma" w:hAnsi="Tahoma" w:cs="Tahoma"/>
          <w:rtl/>
        </w:rPr>
        <w:t xml:space="preserve"> روا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ت‌ها</w:t>
      </w:r>
      <w:r w:rsidRPr="00496747">
        <w:rPr>
          <w:rFonts w:ascii="Tahoma" w:hAnsi="Tahoma" w:cs="Tahoma"/>
          <w:rtl/>
        </w:rPr>
        <w:t xml:space="preserve"> متفاوت‌اند؛ اما ترد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</w:t>
      </w:r>
      <w:r w:rsidRPr="00496747">
        <w:rPr>
          <w:rFonts w:ascii="Tahoma" w:hAnsi="Tahoma" w:cs="Tahoma"/>
          <w:rtl/>
        </w:rPr>
        <w:t xml:space="preserve"> که حذف او راه را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بر ماوراءالنهر گشود.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پس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عملاً مانند پادشاه فرمان براند، اما هنوز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خود را خان بخواند.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او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حل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مشکل همان راه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برگز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که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پس از مرگ ابوسع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موده</w:t>
      </w:r>
      <w:r w:rsidRPr="00496747">
        <w:rPr>
          <w:rFonts w:ascii="Tahoma" w:hAnsi="Tahoma" w:cs="Tahoma"/>
          <w:rtl/>
        </w:rPr>
        <w:t xml:space="preserve"> بودند: شاهزاده‌ا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بر تخت نشاند و خود به نام او حکومت کرد. نخست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ورغتمش،</w:t>
      </w:r>
      <w:r w:rsidRPr="00496747">
        <w:rPr>
          <w:rFonts w:ascii="Tahoma" w:hAnsi="Tahoma" w:cs="Tahoma"/>
          <w:rtl/>
        </w:rPr>
        <w:t xml:space="preserve"> از بازماندگان خاندان جغتا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عنوان خان گرفت و پس از او پسرش محمودخان در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/>
          <w:rtl/>
        </w:rPr>
        <w:t xml:space="preserve"> قرار گرفت. نام خان در فرمان‌ها و تشر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فات</w:t>
      </w:r>
      <w:r w:rsidRPr="00496747">
        <w:rPr>
          <w:rFonts w:ascii="Tahoma" w:hAnsi="Tahoma" w:cs="Tahoma"/>
          <w:rtl/>
        </w:rPr>
        <w:t xml:space="preserve"> حفظ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شد،</w:t>
      </w:r>
      <w:r w:rsidRPr="00496747">
        <w:rPr>
          <w:rFonts w:ascii="Tahoma" w:hAnsi="Tahoma" w:cs="Tahoma"/>
          <w:rtl/>
        </w:rPr>
        <w:t xml:space="preserve"> اما قشون، خزانه و تصم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م‌گ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دست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بود. او عنوان «ام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ر»</w:t>
      </w:r>
      <w:r w:rsidRPr="00496747">
        <w:rPr>
          <w:rFonts w:ascii="Tahoma" w:hAnsi="Tahoma" w:cs="Tahoma"/>
          <w:rtl/>
        </w:rPr>
        <w:t xml:space="preserve"> را نگه داشت و از تصاحب رسم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عنوان خان پره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کرد.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افزودن بر حقان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خود با سرا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ملک‌خانم،</w:t>
      </w:r>
      <w:r w:rsidRPr="00496747">
        <w:rPr>
          <w:rFonts w:ascii="Tahoma" w:hAnsi="Tahoma" w:cs="Tahoma"/>
          <w:rtl/>
        </w:rPr>
        <w:t xml:space="preserve"> شاهزاده‌بانو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از خاندان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و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وهٔ</w:t>
      </w:r>
      <w:r w:rsidRPr="00496747">
        <w:rPr>
          <w:rFonts w:ascii="Tahoma" w:hAnsi="Tahoma" w:cs="Tahoma"/>
          <w:rtl/>
        </w:rPr>
        <w:t xml:space="preserve">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حس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ن،</w:t>
      </w:r>
      <w:r w:rsidRPr="00496747">
        <w:rPr>
          <w:rFonts w:ascii="Tahoma" w:hAnsi="Tahoma" w:cs="Tahoma"/>
          <w:rtl/>
        </w:rPr>
        <w:t xml:space="preserve"> ازدواج کرد.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وند</w:t>
      </w:r>
      <w:r w:rsidRPr="00496747">
        <w:rPr>
          <w:rFonts w:ascii="Tahoma" w:hAnsi="Tahoma" w:cs="Tahoma"/>
          <w:rtl/>
        </w:rPr>
        <w:t xml:space="preserve"> عنوان «گورکان»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داماد خاندان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به دست آورد. او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خون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را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خود بسازد، اما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از راه ازدواج وارد خ</w:t>
      </w:r>
      <w:r w:rsidRPr="00496747">
        <w:rPr>
          <w:rFonts w:ascii="Tahoma" w:hAnsi="Tahoma" w:cs="Tahoma" w:hint="eastAsia"/>
          <w:rtl/>
        </w:rPr>
        <w:t>انوادهٔ</w:t>
      </w:r>
      <w:r w:rsidRPr="00496747">
        <w:rPr>
          <w:rFonts w:ascii="Tahoma" w:hAnsi="Tahoma" w:cs="Tahoma"/>
          <w:rtl/>
        </w:rPr>
        <w:t xml:space="preserve"> او شود. در جهان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آن روز، داماد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خاندان خان تنها افتخار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خانوادگ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نبود؛ وس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نزد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شدن به سرچشمهٔ 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رفته‌شدهٔ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بنابرا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ساختمان قدرت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از آغاز دو چهره داشت. قدرت واقع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شمش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ر،</w:t>
      </w:r>
      <w:r w:rsidRPr="00496747">
        <w:rPr>
          <w:rFonts w:ascii="Tahoma" w:hAnsi="Tahoma" w:cs="Tahoma"/>
          <w:rtl/>
        </w:rPr>
        <w:t xml:space="preserve"> قشون و توانا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شخص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آمد</w:t>
      </w:r>
      <w:r w:rsidRPr="00496747">
        <w:rPr>
          <w:rFonts w:ascii="Tahoma" w:hAnsi="Tahoma" w:cs="Tahoma"/>
          <w:rtl/>
        </w:rPr>
        <w:t xml:space="preserve"> و حقان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رسم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پوشش خان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عنوان گورکان عرضه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او برخلاف هولاکو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نداشت از سو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خان بزرگ مأمور فتح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شود؛ اما ناچار بود وانمود کند نظم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ادامه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دهد</w:t>
      </w:r>
      <w:r w:rsidRPr="00496747">
        <w:rPr>
          <w:rFonts w:ascii="Tahoma" w:hAnsi="Tahoma" w:cs="Tahoma"/>
          <w:rtl/>
        </w:rPr>
        <w:t xml:space="preserve"> که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بن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گذاشته است.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سنت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کنار نزد؛ آن را به ابزار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حکومت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تبد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</w:t>
      </w:r>
      <w:r w:rsidRPr="00496747">
        <w:rPr>
          <w:rFonts w:ascii="Tahoma" w:hAnsi="Tahoma" w:cs="Tahoma"/>
          <w:rtl/>
        </w:rPr>
        <w:t xml:space="preserve"> کرد که صاحب واقع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اش</w:t>
      </w:r>
      <w:r w:rsidRPr="00496747">
        <w:rPr>
          <w:rFonts w:ascii="Tahoma" w:hAnsi="Tahoma" w:cs="Tahoma"/>
          <w:rtl/>
        </w:rPr>
        <w:t xml:space="preserve">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نبود.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اسلام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سرچشمهٔ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/>
          <w:rtl/>
        </w:rPr>
        <w:t xml:space="preserve"> حقان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او بود.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مسلمان سن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بود، به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دار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نکاران</w:t>
      </w:r>
      <w:r w:rsidRPr="00496747">
        <w:rPr>
          <w:rFonts w:ascii="Tahoma" w:hAnsi="Tahoma" w:cs="Tahoma"/>
          <w:rtl/>
        </w:rPr>
        <w:t xml:space="preserve"> و مشا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رفت،</w:t>
      </w:r>
      <w:r w:rsidRPr="00496747">
        <w:rPr>
          <w:rFonts w:ascii="Tahoma" w:hAnsi="Tahoma" w:cs="Tahoma"/>
          <w:rtl/>
        </w:rPr>
        <w:t xml:space="preserve"> از آنان حما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 xml:space="preserve"> و در لشکرکش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ها</w:t>
      </w:r>
      <w:r w:rsidRPr="00496747">
        <w:rPr>
          <w:rFonts w:ascii="Tahoma" w:hAnsi="Tahoma" w:cs="Tahoma"/>
          <w:rtl/>
        </w:rPr>
        <w:t xml:space="preserve"> گاه خود را مدافع اسلام معرف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ساخت</w:t>
      </w:r>
      <w:r w:rsidRPr="00496747">
        <w:rPr>
          <w:rFonts w:ascii="Tahoma" w:hAnsi="Tahoma" w:cs="Tahoma"/>
          <w:rtl/>
        </w:rPr>
        <w:t>. اما کاربرد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در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او تابع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قدرت بود.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جنگ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جهاد بنامد و در </w:t>
      </w:r>
      <w:r w:rsidRPr="00496747">
        <w:rPr>
          <w:rFonts w:ascii="Tahoma" w:hAnsi="Tahoma" w:cs="Tahoma" w:hint="eastAsia"/>
          <w:rtl/>
        </w:rPr>
        <w:t>همان</w:t>
      </w:r>
      <w:r w:rsidRPr="00496747">
        <w:rPr>
          <w:rFonts w:ascii="Tahoma" w:hAnsi="Tahoma" w:cs="Tahoma"/>
          <w:rtl/>
        </w:rPr>
        <w:t xml:space="preserve"> حال به شهرها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مسلمان حمله کند، مساجد را در معرض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قرار دهد و هزاران مسلمان را بکشد. همان‌گونه که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وند</w:t>
      </w:r>
      <w:r w:rsidRPr="00496747">
        <w:rPr>
          <w:rFonts w:ascii="Tahoma" w:hAnsi="Tahoma" w:cs="Tahoma"/>
          <w:rtl/>
        </w:rPr>
        <w:t xml:space="preserve"> با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مانع از جنگ او با خان‌ها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شد،</w:t>
      </w:r>
      <w:r w:rsidRPr="00496747">
        <w:rPr>
          <w:rFonts w:ascii="Tahoma" w:hAnsi="Tahoma" w:cs="Tahoma"/>
          <w:rtl/>
        </w:rPr>
        <w:t xml:space="preserve"> وابستگ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اسلام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مانع کشتار مسلمانان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گرد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نکاران</w:t>
      </w:r>
      <w:r w:rsidRPr="00496747">
        <w:rPr>
          <w:rFonts w:ascii="Tahoma" w:hAnsi="Tahoma" w:cs="Tahoma"/>
          <w:rtl/>
        </w:rPr>
        <w:t xml:space="preserve"> نزد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به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توانستند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جنگ‌ها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او توج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شرع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فراهم کنند. حاکم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در برابرش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ستاد</w:t>
      </w:r>
      <w:r w:rsidRPr="00496747">
        <w:rPr>
          <w:rFonts w:ascii="Tahoma" w:hAnsi="Tahoma" w:cs="Tahoma"/>
          <w:rtl/>
        </w:rPr>
        <w:t xml:space="preserve"> به ب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عدالت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سرپ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دشمنان متهم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 xml:space="preserve"> و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که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گرد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تا هنگام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خراج و قشون فراهم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 xml:space="preserve"> در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خود باق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ماند</w:t>
      </w:r>
      <w:r w:rsidRPr="00496747">
        <w:rPr>
          <w:rFonts w:ascii="Tahoma" w:hAnsi="Tahoma" w:cs="Tahoma"/>
          <w:rtl/>
        </w:rPr>
        <w:t>. مرز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دش</w:t>
      </w:r>
      <w:r w:rsidRPr="00496747">
        <w:rPr>
          <w:rFonts w:ascii="Tahoma" w:hAnsi="Tahoma" w:cs="Tahoma" w:hint="eastAsia"/>
          <w:rtl/>
        </w:rPr>
        <w:t>من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و دشمن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اغلب به دست خود او تع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به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ترت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ب،</w:t>
      </w:r>
      <w:r w:rsidRPr="00496747">
        <w:rPr>
          <w:rFonts w:ascii="Tahoma" w:hAnsi="Tahoma" w:cs="Tahoma"/>
          <w:rtl/>
        </w:rPr>
        <w:t xml:space="preserve"> سنت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زبان اسلام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کنار هم قرار گرفتند تا فتوحات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توج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کنند که سرچشمهٔ اصل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قدرتش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نظام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پس</w:t>
      </w:r>
      <w:r w:rsidRPr="00496747">
        <w:rPr>
          <w:rFonts w:ascii="Tahoma" w:hAnsi="Tahoma" w:cs="Tahoma"/>
          <w:rtl/>
        </w:rPr>
        <w:t xml:space="preserve"> از غلبه بر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حس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ن،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سمرقند را مرکز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خود کرد. انتخاب سمرقند تنها به موقع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نظام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آن مربوط نبود. شهر در مس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 بازرگان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قرار داشت و از سنت شهر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بازار،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شه‌وران</w:t>
      </w:r>
      <w:r w:rsidRPr="00496747">
        <w:rPr>
          <w:rFonts w:ascii="Tahoma" w:hAnsi="Tahoma" w:cs="Tahoma"/>
          <w:rtl/>
        </w:rPr>
        <w:t xml:space="preserve"> و مراکز علم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برخوردار بود.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</w:t>
      </w:r>
      <w:r w:rsidRPr="00496747">
        <w:rPr>
          <w:rFonts w:ascii="Tahoma" w:hAnsi="Tahoma" w:cs="Tahoma"/>
          <w:rtl/>
        </w:rPr>
        <w:t xml:space="preserve">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بسازد که هم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قشون را تأم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کند و هم شکوه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او را نشان دهد. دربار،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وان،</w:t>
      </w:r>
      <w:r w:rsidRPr="00496747">
        <w:rPr>
          <w:rFonts w:ascii="Tahoma" w:hAnsi="Tahoma" w:cs="Tahoma"/>
          <w:rtl/>
        </w:rPr>
        <w:t xml:space="preserve"> خزانه و کارگاه‌ها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ساخت‌وساز به‌تدر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ج</w:t>
      </w:r>
      <w:r w:rsidRPr="00496747">
        <w:rPr>
          <w:rFonts w:ascii="Tahoma" w:hAnsi="Tahoma" w:cs="Tahoma"/>
          <w:rtl/>
        </w:rPr>
        <w:t xml:space="preserve"> در آن گرد آمدند.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اما</w:t>
      </w:r>
      <w:r w:rsidRPr="00496747">
        <w:rPr>
          <w:rFonts w:ascii="Tahoma" w:hAnsi="Tahoma" w:cs="Tahoma"/>
          <w:rtl/>
        </w:rPr>
        <w:t xml:space="preserve"> سمرقند تنها از منابع ماوراءالنهر ساخته نشد. هر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فتح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</w:t>
      </w:r>
      <w:r w:rsidRPr="00496747">
        <w:rPr>
          <w:rFonts w:ascii="Tahoma" w:hAnsi="Tahoma" w:cs="Tahoma"/>
          <w:rtl/>
        </w:rPr>
        <w:t xml:space="preserve"> بخش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ثروت، صنعتگران و هنرمندان خود را به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تخت</w:t>
      </w:r>
      <w:r w:rsidRPr="00496747">
        <w:rPr>
          <w:rFonts w:ascii="Tahoma" w:hAnsi="Tahoma" w:cs="Tahoma"/>
          <w:rtl/>
        </w:rPr>
        <w:t xml:space="preserve"> او بفرستد. معماران، کاش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کاران،</w:t>
      </w:r>
      <w:r w:rsidRPr="00496747">
        <w:rPr>
          <w:rFonts w:ascii="Tahoma" w:hAnsi="Tahoma" w:cs="Tahoma"/>
          <w:rtl/>
        </w:rPr>
        <w:t xml:space="preserve"> فلزکاران، بافندگان، خوشنو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سان</w:t>
      </w:r>
      <w:r w:rsidRPr="00496747">
        <w:rPr>
          <w:rFonts w:ascii="Tahoma" w:hAnsi="Tahoma" w:cs="Tahoma"/>
          <w:rtl/>
        </w:rPr>
        <w:t xml:space="preserve"> و دانشمندان از شهرها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مغلوب به سمرقند منتقل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شدند</w:t>
      </w:r>
      <w:r w:rsidRPr="00496747">
        <w:rPr>
          <w:rFonts w:ascii="Tahoma" w:hAnsi="Tahoma" w:cs="Tahoma"/>
          <w:rtl/>
        </w:rPr>
        <w:t>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>ن انتقال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تخت</w:t>
      </w:r>
      <w:r w:rsidRPr="00496747">
        <w:rPr>
          <w:rFonts w:ascii="Tahoma" w:hAnsi="Tahoma" w:cs="Tahoma"/>
          <w:rtl/>
        </w:rPr>
        <w:t xml:space="preserve"> شکوفا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پد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آورد، اما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شهر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ماهر خود را از دست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داد</w:t>
      </w:r>
      <w:r w:rsidRPr="00496747">
        <w:rPr>
          <w:rFonts w:ascii="Tahoma" w:hAnsi="Tahoma" w:cs="Tahoma"/>
          <w:rtl/>
        </w:rPr>
        <w:t xml:space="preserve"> نوع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غارت سازمان‌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افته</w:t>
      </w:r>
      <w:r w:rsidRPr="00496747">
        <w:rPr>
          <w:rFonts w:ascii="Tahoma" w:hAnsi="Tahoma" w:cs="Tahoma"/>
          <w:rtl/>
        </w:rPr>
        <w:t xml:space="preserve"> بود. آبادان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مرکز به 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مت</w:t>
      </w:r>
      <w:r w:rsidRPr="00496747">
        <w:rPr>
          <w:rFonts w:ascii="Tahoma" w:hAnsi="Tahoma" w:cs="Tahoma"/>
          <w:rtl/>
        </w:rPr>
        <w:t xml:space="preserve"> ته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کردن بخش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رامون</w:t>
      </w:r>
      <w:r w:rsidRPr="00496747">
        <w:rPr>
          <w:rFonts w:ascii="Tahoma" w:hAnsi="Tahoma" w:cs="Tahoma"/>
          <w:rtl/>
        </w:rPr>
        <w:t xml:space="preserve"> صورت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گرفت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</w:t>
      </w:r>
      <w:r w:rsidRPr="00496747">
        <w:rPr>
          <w:rFonts w:ascii="Tahoma" w:hAnsi="Tahoma" w:cs="Tahoma"/>
          <w:rtl/>
        </w:rPr>
        <w:t xml:space="preserve"> از ورود گسترده به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ران،</w:t>
      </w:r>
      <w:r w:rsidRPr="00496747">
        <w:rPr>
          <w:rFonts w:ascii="Tahoma" w:hAnsi="Tahoma" w:cs="Tahoma"/>
          <w:rtl/>
        </w:rPr>
        <w:t xml:space="preserve"> ناچار بود فرمان خود را در ماوراءالنهر و خوارزم استوار کند. خوارزم از نظر کشاورز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تجارت و راه‌ها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ارتباط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بس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داشت و حاکمان آن حاضر نبودند به‌آسان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فرمان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تازه را بپذ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رند</w:t>
      </w:r>
      <w:r w:rsidRPr="00496747">
        <w:rPr>
          <w:rFonts w:ascii="Tahoma" w:hAnsi="Tahoma" w:cs="Tahoma"/>
          <w:rtl/>
        </w:rPr>
        <w:t>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چند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بار به آن ناح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لشکر کش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مقاومت‌ها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درپ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او را به خشونت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فزا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نده</w:t>
      </w:r>
      <w:r w:rsidRPr="00496747">
        <w:rPr>
          <w:rFonts w:ascii="Tahoma" w:hAnsi="Tahoma" w:cs="Tahoma"/>
          <w:rtl/>
        </w:rPr>
        <w:t xml:space="preserve"> کشاند و شهر اورگنج سرانجام با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کوچ اجبار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صنعتگران روبه‌رو شد.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تکرار</w:t>
      </w:r>
      <w:r w:rsidRPr="00496747">
        <w:rPr>
          <w:rFonts w:ascii="Tahoma" w:hAnsi="Tahoma" w:cs="Tahoma"/>
          <w:rtl/>
        </w:rPr>
        <w:t xml:space="preserve"> لشکرکش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خوارزم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ژگ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حکومت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را آشکار کرد. او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موقت را کاف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دانست</w:t>
      </w:r>
      <w:r w:rsidRPr="00496747">
        <w:rPr>
          <w:rFonts w:ascii="Tahoma" w:hAnsi="Tahoma" w:cs="Tahoma"/>
          <w:rtl/>
        </w:rPr>
        <w:t>. حاکم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در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خود بماند، اما 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وفادار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کامل نشان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داد،</w:t>
      </w:r>
      <w:r w:rsidRPr="00496747">
        <w:rPr>
          <w:rFonts w:ascii="Tahoma" w:hAnsi="Tahoma" w:cs="Tahoma"/>
          <w:rtl/>
        </w:rPr>
        <w:t xml:space="preserve"> خراج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پرداخت</w:t>
      </w:r>
      <w:r w:rsidRPr="00496747">
        <w:rPr>
          <w:rFonts w:ascii="Tahoma" w:hAnsi="Tahoma" w:cs="Tahoma"/>
          <w:rtl/>
        </w:rPr>
        <w:t xml:space="preserve"> و در هنگام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</w:t>
      </w:r>
      <w:r w:rsidRPr="00496747">
        <w:rPr>
          <w:rFonts w:ascii="Tahoma" w:hAnsi="Tahoma" w:cs="Tahoma"/>
          <w:rtl/>
        </w:rPr>
        <w:t xml:space="preserve"> قشون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فرستاد</w:t>
      </w:r>
      <w:r w:rsidRPr="00496747">
        <w:rPr>
          <w:rFonts w:ascii="Tahoma" w:hAnsi="Tahoma" w:cs="Tahoma"/>
          <w:rtl/>
        </w:rPr>
        <w:t xml:space="preserve">. هر نشانهٔ استقلال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بازگشت به مقاوم</w:t>
      </w:r>
      <w:r w:rsidRPr="00496747">
        <w:rPr>
          <w:rFonts w:ascii="Tahoma" w:hAnsi="Tahoma" w:cs="Tahoma" w:hint="eastAsia"/>
          <w:rtl/>
        </w:rPr>
        <w:t>ت،</w:t>
      </w:r>
      <w:r w:rsidRPr="00496747">
        <w:rPr>
          <w:rFonts w:ascii="Tahoma" w:hAnsi="Tahoma" w:cs="Tahoma"/>
          <w:rtl/>
        </w:rPr>
        <w:t xml:space="preserve"> نه اختلاف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قابل مذاکره، بلکه خ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انت</w:t>
      </w:r>
      <w:r w:rsidRPr="00496747">
        <w:rPr>
          <w:rFonts w:ascii="Tahoma" w:hAnsi="Tahoma" w:cs="Tahoma"/>
          <w:rtl/>
        </w:rPr>
        <w:t xml:space="preserve"> تلق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 xml:space="preserve"> و مجازات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ن‌تر</w:t>
      </w:r>
      <w:r w:rsidRPr="00496747">
        <w:rPr>
          <w:rFonts w:ascii="Tahoma" w:hAnsi="Tahoma" w:cs="Tahoma"/>
          <w:rtl/>
        </w:rPr>
        <w:t xml:space="preserve"> به دنبال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آورد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از منطق قشون او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سرچشمه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گرفت</w:t>
      </w:r>
      <w:r w:rsidRPr="00496747">
        <w:rPr>
          <w:rFonts w:ascii="Tahoma" w:hAnsi="Tahoma" w:cs="Tahoma"/>
          <w:rtl/>
        </w:rPr>
        <w:t>. بخش بزرگ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سپاه با وعدهٔ غن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مت</w:t>
      </w:r>
      <w:r w:rsidRPr="00496747">
        <w:rPr>
          <w:rFonts w:ascii="Tahoma" w:hAnsi="Tahoma" w:cs="Tahoma"/>
          <w:rtl/>
        </w:rPr>
        <w:t xml:space="preserve"> و منصب همراه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فرمانده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حفظ وفادار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جنگجو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ناچار بود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تازه فراهم کند و ثروت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مغلوب را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آنان تقس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سازد. توقف طولان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فتوحات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رقا</w:t>
      </w:r>
      <w:r w:rsidRPr="00496747">
        <w:rPr>
          <w:rFonts w:ascii="Tahoma" w:hAnsi="Tahoma" w:cs="Tahoma" w:hint="eastAsia"/>
          <w:rtl/>
        </w:rPr>
        <w:t>بت</w:t>
      </w:r>
      <w:r w:rsidRPr="00496747">
        <w:rPr>
          <w:rFonts w:ascii="Tahoma" w:hAnsi="Tahoma" w:cs="Tahoma"/>
          <w:rtl/>
        </w:rPr>
        <w:t xml:space="preserve"> درون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را افزا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</w:t>
      </w:r>
      <w:r w:rsidRPr="00496747">
        <w:rPr>
          <w:rFonts w:ascii="Tahoma" w:hAnsi="Tahoma" w:cs="Tahoma"/>
          <w:rtl/>
        </w:rPr>
        <w:t xml:space="preserve"> دهد. ازا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ن‌رو،</w:t>
      </w:r>
      <w:r w:rsidRPr="00496747">
        <w:rPr>
          <w:rFonts w:ascii="Tahoma" w:hAnsi="Tahoma" w:cs="Tahoma"/>
          <w:rtl/>
        </w:rPr>
        <w:t xml:space="preserve"> امپراتور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از آغاز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بقا به حرکت و جنگ وابسته بود.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در</w:t>
      </w:r>
      <w:r w:rsidRPr="00496747">
        <w:rPr>
          <w:rFonts w:ascii="Tahoma" w:hAnsi="Tahoma" w:cs="Tahoma"/>
          <w:rtl/>
        </w:rPr>
        <w:t xml:space="preserve">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سال‌ها،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از توقتمش، شاهزاده‌ا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تصاحب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اردو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زر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تلاش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کرد،</w:t>
      </w:r>
      <w:r w:rsidRPr="00496747">
        <w:rPr>
          <w:rFonts w:ascii="Tahoma" w:hAnsi="Tahoma" w:cs="Tahoma"/>
          <w:rtl/>
        </w:rPr>
        <w:t xml:space="preserve"> پشت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کرد. او به توقتمش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/>
          <w:rtl/>
        </w:rPr>
        <w:t xml:space="preserve"> و امکان بازگشت داد و توقتمش توانست بر 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بان</w:t>
      </w:r>
      <w:r w:rsidRPr="00496747">
        <w:rPr>
          <w:rFonts w:ascii="Tahoma" w:hAnsi="Tahoma" w:cs="Tahoma"/>
          <w:rtl/>
        </w:rPr>
        <w:t xml:space="preserve"> خود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روز</w:t>
      </w:r>
      <w:r w:rsidRPr="00496747">
        <w:rPr>
          <w:rFonts w:ascii="Tahoma" w:hAnsi="Tahoma" w:cs="Tahoma"/>
          <w:rtl/>
        </w:rPr>
        <w:t xml:space="preserve"> شود.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رابطه در آغاز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هر دو سودمند بود.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در شمال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هم‌پ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مان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دا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 xml:space="preserve"> و توقتمش تاج خود را مد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ون</w:t>
      </w:r>
      <w:r w:rsidRPr="00496747">
        <w:rPr>
          <w:rFonts w:ascii="Tahoma" w:hAnsi="Tahoma" w:cs="Tahoma"/>
          <w:rtl/>
        </w:rPr>
        <w:t xml:space="preserve"> پشت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او بود. اما فرمانروا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پس از استوار شدن قدرتش حاضر نبود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شه</w:t>
      </w:r>
      <w:r w:rsidRPr="00496747">
        <w:rPr>
          <w:rFonts w:ascii="Tahoma" w:hAnsi="Tahoma" w:cs="Tahoma"/>
          <w:rtl/>
        </w:rPr>
        <w:t xml:space="preserve"> 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نفوذ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غ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بماند. اتحاد آنان بعدها به جنگ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 تبد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</w:t>
      </w:r>
      <w:r w:rsidRPr="00496747">
        <w:rPr>
          <w:rFonts w:ascii="Tahoma" w:hAnsi="Tahoma" w:cs="Tahoma"/>
          <w:rtl/>
        </w:rPr>
        <w:t xml:space="preserve"> شد که بخش مهم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هر دو حکومت را درگ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کرد.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تا</w:t>
      </w:r>
      <w:r w:rsidRPr="00496747">
        <w:rPr>
          <w:rFonts w:ascii="Tahoma" w:hAnsi="Tahoma" w:cs="Tahoma"/>
          <w:rtl/>
        </w:rPr>
        <w:t xml:space="preserve">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دههٔ </w:t>
      </w:r>
      <w:r w:rsidRPr="00496747">
        <w:rPr>
          <w:rFonts w:ascii="Tahoma" w:hAnsi="Tahoma" w:cs="Tahoma"/>
          <w:rtl/>
          <w:lang w:bidi="fa-IR"/>
        </w:rPr>
        <w:t>۱۳۷۰</w:t>
      </w:r>
      <w:r w:rsidRPr="00496747">
        <w:rPr>
          <w:rFonts w:ascii="Tahoma" w:hAnsi="Tahoma" w:cs="Tahoma"/>
          <w:rtl/>
        </w:rPr>
        <w:t>،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بر بخش بزرگ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ماوراءالنهر مسلط شده و خوارزم را 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فشار قرار داده بود. اکنون در غرب او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قرار داشت که پس از مرگ ابوسع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حکومت‌ها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تقس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شده بود. خراسان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آل‌کرت، سربداران،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جان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قربان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بازماندگان مدع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مغول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تقس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>. در جنوب، مظفر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بر فارس و کرمان فرمان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راندند</w:t>
      </w:r>
      <w:r w:rsidRPr="00496747">
        <w:rPr>
          <w:rFonts w:ascii="Tahoma" w:hAnsi="Tahoma" w:cs="Tahoma"/>
          <w:rtl/>
        </w:rPr>
        <w:t xml:space="preserve"> و در غرب، جلا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عراق و آذربا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جان</w:t>
      </w:r>
      <w:r w:rsidRPr="00496747">
        <w:rPr>
          <w:rFonts w:ascii="Tahoma" w:hAnsi="Tahoma" w:cs="Tahoma"/>
          <w:rtl/>
        </w:rPr>
        <w:t xml:space="preserve"> را در اخت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داشتند. 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چ‌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حکومت‌ها به‌تنها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توان مقابله با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را که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گرد آورده بود نداشتند.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ورود</w:t>
      </w:r>
      <w:r w:rsidRPr="00496747">
        <w:rPr>
          <w:rFonts w:ascii="Tahoma" w:hAnsi="Tahoma" w:cs="Tahoma"/>
          <w:rtl/>
        </w:rPr>
        <w:t xml:space="preserve"> به خراسان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تنها گسترش قلمرو به سو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غرب نبود.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منطقه از نظر کشاورز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شهرها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بزرگ، راه‌ها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بازرگان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انسان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داشت. تسلط بر هرات،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شابور،</w:t>
      </w:r>
      <w:r w:rsidRPr="00496747">
        <w:rPr>
          <w:rFonts w:ascii="Tahoma" w:hAnsi="Tahoma" w:cs="Tahoma"/>
          <w:rtl/>
        </w:rPr>
        <w:t xml:space="preserve"> توس، سبزوار و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/>
          <w:rtl/>
        </w:rPr>
        <w:t xml:space="preserve"> شهرها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خراسان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خزانه و سپاه او را تقو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کند و راه ورود به مرکز و غرب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را بگشا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افزون بر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ن،</w:t>
      </w:r>
      <w:r w:rsidRPr="00496747">
        <w:rPr>
          <w:rFonts w:ascii="Tahoma" w:hAnsi="Tahoma" w:cs="Tahoma"/>
          <w:rtl/>
        </w:rPr>
        <w:t xml:space="preserve"> برخ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مدع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و حاکمان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خود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حل اختلاف‌ها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شان</w:t>
      </w:r>
      <w:r w:rsidRPr="00496747">
        <w:rPr>
          <w:rFonts w:ascii="Tahoma" w:hAnsi="Tahoma" w:cs="Tahoma"/>
          <w:rtl/>
        </w:rPr>
        <w:t xml:space="preserve"> از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خواستند</w:t>
      </w:r>
      <w:r w:rsidRPr="00496747">
        <w:rPr>
          <w:rFonts w:ascii="Tahoma" w:hAnsi="Tahoma" w:cs="Tahoma"/>
          <w:rtl/>
        </w:rPr>
        <w:t xml:space="preserve"> و بد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وس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له</w:t>
      </w:r>
      <w:r w:rsidRPr="00496747">
        <w:rPr>
          <w:rFonts w:ascii="Tahoma" w:hAnsi="Tahoma" w:cs="Tahoma"/>
          <w:rtl/>
        </w:rPr>
        <w:t xml:space="preserve"> راه مداخلهٔ او را باز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کردند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خواجه</w:t>
      </w:r>
      <w:r w:rsidRPr="00496747">
        <w:rPr>
          <w:rFonts w:ascii="Tahoma" w:hAnsi="Tahoma" w:cs="Tahoma"/>
          <w:rtl/>
        </w:rPr>
        <w:t xml:space="preserve"> عل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مؤ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د،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سربداران، با دشمنان داخل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همسا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گان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رومند</w:t>
      </w:r>
      <w:r w:rsidRPr="00496747">
        <w:rPr>
          <w:rFonts w:ascii="Tahoma" w:hAnsi="Tahoma" w:cs="Tahoma"/>
          <w:rtl/>
        </w:rPr>
        <w:t xml:space="preserve"> روبه‌رو بود. او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حفظ حکومت خود تصم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گرفت برتر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را بپذ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رد</w:t>
      </w:r>
      <w:r w:rsidRPr="00496747">
        <w:rPr>
          <w:rFonts w:ascii="Tahoma" w:hAnsi="Tahoma" w:cs="Tahoma"/>
          <w:rtl/>
        </w:rPr>
        <w:t xml:space="preserve">. در حدود سال </w:t>
      </w:r>
      <w:r w:rsidRPr="00496747">
        <w:rPr>
          <w:rFonts w:ascii="Tahoma" w:hAnsi="Tahoma" w:cs="Tahoma"/>
          <w:rtl/>
          <w:lang w:bidi="fa-IR"/>
        </w:rPr>
        <w:t>۱۳۸۱</w:t>
      </w:r>
      <w:r w:rsidRPr="00496747">
        <w:rPr>
          <w:rFonts w:ascii="Tahoma" w:hAnsi="Tahoma" w:cs="Tahoma"/>
          <w:rtl/>
        </w:rPr>
        <w:t>، با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او، سبزوار و بخش مهم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قلمرو سربداران بدون جنگ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 در اخت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قرار گرفت. خواجه ع</w:t>
      </w:r>
      <w:r w:rsidRPr="00496747">
        <w:rPr>
          <w:rFonts w:ascii="Tahoma" w:hAnsi="Tahoma" w:cs="Tahoma" w:hint="eastAsia"/>
          <w:rtl/>
        </w:rPr>
        <w:t>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مؤ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در مقام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تابع باق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ماند و بعدها در لشکرکش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شرکت کرد.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م،</w:t>
      </w:r>
      <w:r w:rsidRPr="00496747">
        <w:rPr>
          <w:rFonts w:ascii="Tahoma" w:hAnsi="Tahoma" w:cs="Tahoma"/>
          <w:rtl/>
        </w:rPr>
        <w:t xml:space="preserve"> حکومت سربداران را از نابود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فور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نجات داد، اما استقلال آن را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بخش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جنبش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از شورش عل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مأموران و قدرت‌ها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مسلط آغاز شده بود، اکنون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ادامهٔ زندگ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ناچار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 xml:space="preserve"> به فاتح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بزرگ‌تر خدمت کند. انتخاب خواجه عل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نظر حفظ شهر 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روانش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eastAsia"/>
          <w:rtl/>
        </w:rPr>
        <w:t>قابل</w:t>
      </w:r>
      <w:r w:rsidRPr="00496747">
        <w:rPr>
          <w:rFonts w:ascii="Tahoma" w:hAnsi="Tahoma" w:cs="Tahoma"/>
          <w:rtl/>
        </w:rPr>
        <w:t xml:space="preserve"> فهم بود.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دانست</w:t>
      </w:r>
      <w:r w:rsidRPr="00496747">
        <w:rPr>
          <w:rFonts w:ascii="Tahoma" w:hAnsi="Tahoma" w:cs="Tahoma"/>
          <w:rtl/>
        </w:rPr>
        <w:t xml:space="preserve"> مقاومت در برابر سپاه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تواند</w:t>
      </w:r>
      <w:r w:rsidRPr="00496747">
        <w:rPr>
          <w:rFonts w:ascii="Tahoma" w:hAnsi="Tahoma" w:cs="Tahoma"/>
          <w:rtl/>
        </w:rPr>
        <w:t xml:space="preserve"> سبزوار را به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بکشاند. اما 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رش</w:t>
      </w:r>
      <w:r w:rsidRPr="00496747">
        <w:rPr>
          <w:rFonts w:ascii="Tahoma" w:hAnsi="Tahoma" w:cs="Tahoma"/>
          <w:rtl/>
        </w:rPr>
        <w:t xml:space="preserve"> فرمان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به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معنا بود که قشون سربدار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پس در خدمت فتوحات او قرار 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رفتار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با حاکمان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 قاعده‌ا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ساده اما ناپا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دار</w:t>
      </w:r>
      <w:r w:rsidRPr="00496747">
        <w:rPr>
          <w:rFonts w:ascii="Tahoma" w:hAnsi="Tahoma" w:cs="Tahoma"/>
          <w:rtl/>
        </w:rPr>
        <w:t xml:space="preserve"> استوار بود: کس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زودتر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 xml:space="preserve"> ممکن بود در مقام خود باق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بماند، اما 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استقلالش را کنار بگذارد؛ کس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مقاومت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 xml:space="preserve"> با مجازات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روبه‌رو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</w:t>
      </w:r>
      <w:r w:rsidRPr="00496747">
        <w:rPr>
          <w:rFonts w:ascii="Tahoma" w:hAnsi="Tahoma" w:cs="Tahoma"/>
          <w:rtl/>
        </w:rPr>
        <w:t xml:space="preserve"> که هدفش تنها شکست دشمن نبود، بلکه ترساندن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گران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بود. باا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ن‌همه،</w:t>
      </w:r>
      <w:r w:rsidRPr="00496747">
        <w:rPr>
          <w:rFonts w:ascii="Tahoma" w:hAnsi="Tahoma" w:cs="Tahoma"/>
          <w:rtl/>
        </w:rPr>
        <w:t xml:space="preserve">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هم امن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آورد</w:t>
      </w:r>
      <w:r w:rsidRPr="00496747">
        <w:rPr>
          <w:rFonts w:ascii="Tahoma" w:hAnsi="Tahoma" w:cs="Tahoma"/>
          <w:rtl/>
        </w:rPr>
        <w:t>. کوچک‌تر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بدگمان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نافرمان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حاکم تابع را از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/>
          <w:rtl/>
        </w:rPr>
        <w:t xml:space="preserve"> و زندگ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محروم کند.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پس</w:t>
      </w:r>
      <w:r w:rsidRPr="00496747">
        <w:rPr>
          <w:rFonts w:ascii="Tahoma" w:hAnsi="Tahoma" w:cs="Tahoma"/>
          <w:rtl/>
        </w:rPr>
        <w:t xml:space="preserve"> از سربداران، نوبت آل‌کرت و هرات رس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غ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اث‌الد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رعل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هرات، در آغاز کوش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با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رابطه‌ا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محتاطانه برقرار کند. او برتر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ظاهر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را 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رفت،</w:t>
      </w:r>
      <w:r w:rsidRPr="00496747">
        <w:rPr>
          <w:rFonts w:ascii="Tahoma" w:hAnsi="Tahoma" w:cs="Tahoma"/>
          <w:rtl/>
        </w:rPr>
        <w:t xml:space="preserve"> اما از حضور در دربار و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کامل خوددار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کرد. استحکامات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در هرات ساخته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شدند</w:t>
      </w:r>
      <w:r w:rsidRPr="00496747">
        <w:rPr>
          <w:rFonts w:ascii="Tahoma" w:hAnsi="Tahoma" w:cs="Tahoma"/>
          <w:rtl/>
        </w:rPr>
        <w:t xml:space="preserve"> و تعلل او در </w:t>
      </w:r>
      <w:r w:rsidRPr="00496747">
        <w:rPr>
          <w:rFonts w:ascii="Tahoma" w:hAnsi="Tahoma" w:cs="Tahoma" w:hint="eastAsia"/>
          <w:rtl/>
        </w:rPr>
        <w:t>پاسخ</w:t>
      </w:r>
      <w:r w:rsidRPr="00496747">
        <w:rPr>
          <w:rFonts w:ascii="Tahoma" w:hAnsi="Tahoma" w:cs="Tahoma"/>
          <w:rtl/>
        </w:rPr>
        <w:t xml:space="preserve"> به فراخوان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مور،</w:t>
      </w:r>
      <w:r w:rsidRPr="00496747">
        <w:rPr>
          <w:rFonts w:ascii="Tahoma" w:hAnsi="Tahoma" w:cs="Tahoma"/>
          <w:rtl/>
        </w:rPr>
        <w:t xml:space="preserve"> بدگمان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فاتح را برانگ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خت</w:t>
      </w:r>
      <w:r w:rsidRPr="00496747">
        <w:rPr>
          <w:rFonts w:ascii="Tahoma" w:hAnsi="Tahoma" w:cs="Tahoma"/>
          <w:rtl/>
        </w:rPr>
        <w:t>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در پشت سر خود حکومت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مه‌مستقل</w:t>
      </w:r>
      <w:r w:rsidRPr="00496747">
        <w:rPr>
          <w:rFonts w:ascii="Tahoma" w:hAnsi="Tahoma" w:cs="Tahoma"/>
          <w:rtl/>
        </w:rPr>
        <w:t xml:space="preserve"> باق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بگذارد که در صورت گرفتار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سپاه او با دشمن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/>
          <w:rtl/>
        </w:rPr>
        <w:t xml:space="preserve"> سر به شورش بردارد.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در</w:t>
      </w:r>
      <w:r w:rsidRPr="00496747">
        <w:rPr>
          <w:rFonts w:ascii="Tahoma" w:hAnsi="Tahoma" w:cs="Tahoma"/>
          <w:rtl/>
        </w:rPr>
        <w:t xml:space="preserve"> سال </w:t>
      </w:r>
      <w:r w:rsidRPr="00496747">
        <w:rPr>
          <w:rFonts w:ascii="Tahoma" w:hAnsi="Tahoma" w:cs="Tahoma"/>
          <w:rtl/>
          <w:lang w:bidi="fa-IR"/>
        </w:rPr>
        <w:t>۱۳۸۱</w:t>
      </w:r>
      <w:r w:rsidRPr="00496747">
        <w:rPr>
          <w:rFonts w:ascii="Tahoma" w:hAnsi="Tahoma" w:cs="Tahoma"/>
          <w:rtl/>
        </w:rPr>
        <w:t>،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به سو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هرات حرکت کرد. شهر از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وارها</w:t>
      </w:r>
      <w:r w:rsidRPr="00496747">
        <w:rPr>
          <w:rFonts w:ascii="Tahoma" w:hAnsi="Tahoma" w:cs="Tahoma"/>
          <w:rtl/>
        </w:rPr>
        <w:t xml:space="preserve"> و امکانات دفاع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برخوردار بود و آل‌کرت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سابقه‌ا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طولان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ادارهٔ منطقه داشتند. اما اختلاف در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بزرگان، هراس از سرنوشت شهر و برتر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سپاه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امکان مقاومت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طولان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کاهش داد. پس از محاصره و درگ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،</w:t>
      </w:r>
      <w:r w:rsidRPr="00496747">
        <w:rPr>
          <w:rFonts w:ascii="Tahoma" w:hAnsi="Tahoma" w:cs="Tahoma"/>
          <w:rtl/>
        </w:rPr>
        <w:t xml:space="preserve"> غ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اث‌الد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رعل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شد و هرات در اخت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قرار گرفت.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در مرحلهٔ نخست همهٔ شهر را نابود نکرد. او به خراج، سلاح و نشانه‌ها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اطاعت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</w:t>
      </w:r>
      <w:r w:rsidRPr="00496747">
        <w:rPr>
          <w:rFonts w:ascii="Tahoma" w:hAnsi="Tahoma" w:cs="Tahoma"/>
          <w:rtl/>
        </w:rPr>
        <w:t xml:space="preserve"> داشت و گروه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صنعتگران و افراد ماهر را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انتقال به سمرقند برگز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حاکم آل‌کرت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مدت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زنده ماند و به دربار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فرستاده شد. اما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وارها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دفاع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شهر آس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دند</w:t>
      </w:r>
      <w:r w:rsidRPr="00496747">
        <w:rPr>
          <w:rFonts w:ascii="Tahoma" w:hAnsi="Tahoma" w:cs="Tahoma"/>
          <w:rtl/>
        </w:rPr>
        <w:t xml:space="preserve"> و امکان مقاومت مستقل آن کاهش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افت</w:t>
      </w:r>
      <w:r w:rsidRPr="00496747">
        <w:rPr>
          <w:rFonts w:ascii="Tahoma" w:hAnsi="Tahoma" w:cs="Tahoma"/>
          <w:rtl/>
        </w:rPr>
        <w:t>. فاتح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</w:t>
      </w:r>
      <w:r w:rsidRPr="00496747">
        <w:rPr>
          <w:rFonts w:ascii="Tahoma" w:hAnsi="Tahoma" w:cs="Tahoma"/>
          <w:rtl/>
        </w:rPr>
        <w:t xml:space="preserve"> هرات آباد بماند تا مال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ات</w:t>
      </w:r>
      <w:r w:rsidRPr="00496747">
        <w:rPr>
          <w:rFonts w:ascii="Tahoma" w:hAnsi="Tahoma" w:cs="Tahoma"/>
          <w:rtl/>
        </w:rPr>
        <w:t xml:space="preserve"> بپردازد، 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آن اندازه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رومند</w:t>
      </w:r>
      <w:r w:rsidRPr="00496747">
        <w:rPr>
          <w:rFonts w:ascii="Tahoma" w:hAnsi="Tahoma" w:cs="Tahoma"/>
          <w:rtl/>
        </w:rPr>
        <w:t xml:space="preserve"> نباشد که بتواند دوباره در برابر او 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تفاوت 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غارت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ک‌باره</w:t>
      </w:r>
      <w:r w:rsidRPr="00496747">
        <w:rPr>
          <w:rFonts w:ascii="Tahoma" w:hAnsi="Tahoma" w:cs="Tahoma"/>
          <w:rtl/>
        </w:rPr>
        <w:t xml:space="preserve"> و فرمانروا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بر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را نشان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داد</w:t>
      </w:r>
      <w:r w:rsidRPr="00496747">
        <w:rPr>
          <w:rFonts w:ascii="Tahoma" w:hAnsi="Tahoma" w:cs="Tahoma"/>
          <w:rtl/>
        </w:rPr>
        <w:t>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شهر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کاملاً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کند، اما در خراسان به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ادامهٔ فتوحات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</w:t>
      </w:r>
      <w:r w:rsidRPr="00496747">
        <w:rPr>
          <w:rFonts w:ascii="Tahoma" w:hAnsi="Tahoma" w:cs="Tahoma"/>
          <w:rtl/>
        </w:rPr>
        <w:t xml:space="preserve"> داشت. هرات از نظر موقع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جغراف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و ثروت شهر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ارزشمندتر از آن بود که تنها به تل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خاک تبد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</w:t>
      </w:r>
      <w:r w:rsidRPr="00496747">
        <w:rPr>
          <w:rFonts w:ascii="Tahoma" w:hAnsi="Tahoma" w:cs="Tahoma"/>
          <w:rtl/>
        </w:rPr>
        <w:t xml:space="preserve"> شود. باا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ن‌حال،</w:t>
      </w:r>
      <w:r w:rsidRPr="00496747">
        <w:rPr>
          <w:rFonts w:ascii="Tahoma" w:hAnsi="Tahoma" w:cs="Tahoma"/>
          <w:rtl/>
        </w:rPr>
        <w:t xml:space="preserve"> حفظ شهر از سر دلسوز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نسبت به مردم نبود؛ محاسبه‌ا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دربارهٔ ارزش آ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ندهٔ</w:t>
      </w:r>
      <w:r w:rsidRPr="00496747">
        <w:rPr>
          <w:rFonts w:ascii="Tahoma" w:hAnsi="Tahoma" w:cs="Tahoma"/>
          <w:rtl/>
        </w:rPr>
        <w:t xml:space="preserve"> آن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قشون و خزانه بود.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نخست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هرات آرامش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دار</w:t>
      </w:r>
      <w:r w:rsidRPr="00496747">
        <w:rPr>
          <w:rFonts w:ascii="Tahoma" w:hAnsi="Tahoma" w:cs="Tahoma"/>
          <w:rtl/>
        </w:rPr>
        <w:t xml:space="preserve"> پد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اورد</w:t>
      </w:r>
      <w:r w:rsidRPr="00496747">
        <w:rPr>
          <w:rFonts w:ascii="Tahoma" w:hAnsi="Tahoma" w:cs="Tahoma"/>
          <w:rtl/>
        </w:rPr>
        <w:t>. گرفتن خراج سنگ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ن،</w:t>
      </w:r>
      <w:r w:rsidRPr="00496747">
        <w:rPr>
          <w:rFonts w:ascii="Tahoma" w:hAnsi="Tahoma" w:cs="Tahoma"/>
          <w:rtl/>
        </w:rPr>
        <w:t xml:space="preserve"> جابه‌جا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روها</w:t>
      </w:r>
      <w:r w:rsidRPr="00496747">
        <w:rPr>
          <w:rFonts w:ascii="Tahoma" w:hAnsi="Tahoma" w:cs="Tahoma"/>
          <w:rtl/>
        </w:rPr>
        <w:t xml:space="preserve"> و حضور مأموران فاتح نارضا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آفر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>. هنگام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شورش‌ها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در خراسان رخ داد، واکنش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سخت‌تر شد.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بار مسئله تنها بازگرداندن فرمان نبود؛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</w:t>
      </w:r>
      <w:r w:rsidRPr="00496747">
        <w:rPr>
          <w:rFonts w:ascii="Tahoma" w:hAnsi="Tahoma" w:cs="Tahoma"/>
          <w:rtl/>
        </w:rPr>
        <w:t xml:space="preserve"> نمونه‌ا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بسازد که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/>
          <w:rtl/>
        </w:rPr>
        <w:t xml:space="preserve"> شهرها عاقبت مقاومت پس از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را بب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نند</w:t>
      </w:r>
      <w:r w:rsidRPr="00496747">
        <w:rPr>
          <w:rFonts w:ascii="Tahoma" w:hAnsi="Tahoma" w:cs="Tahoma"/>
          <w:rtl/>
        </w:rPr>
        <w:t>. کشتار،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ساختن برج‌ها از سرها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کشته‌شدگان بخش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هراس او شد.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اعداد</w:t>
      </w:r>
      <w:r w:rsidRPr="00496747">
        <w:rPr>
          <w:rFonts w:ascii="Tahoma" w:hAnsi="Tahoma" w:cs="Tahoma"/>
          <w:rtl/>
        </w:rPr>
        <w:t xml:space="preserve"> ذکرشده در منابع دربارهٔ شمار کشته‌شدگان و سرها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به‌کاررفته در برج‌ها غالباً متفاوت و گاه آم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خته</w:t>
      </w:r>
      <w:r w:rsidRPr="00496747">
        <w:rPr>
          <w:rFonts w:ascii="Tahoma" w:hAnsi="Tahoma" w:cs="Tahoma"/>
          <w:rtl/>
        </w:rPr>
        <w:t xml:space="preserve"> به اغراق‌اند. 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خ‌نگاران</w:t>
      </w:r>
      <w:r w:rsidRPr="00496747">
        <w:rPr>
          <w:rFonts w:ascii="Tahoma" w:hAnsi="Tahoma" w:cs="Tahoma"/>
          <w:rtl/>
        </w:rPr>
        <w:t xml:space="preserve"> دربار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توانستند</w:t>
      </w:r>
      <w:r w:rsidRPr="00496747">
        <w:rPr>
          <w:rFonts w:ascii="Tahoma" w:hAnsi="Tahoma" w:cs="Tahoma"/>
          <w:rtl/>
        </w:rPr>
        <w:t xml:space="preserve"> با بزرگ کردن شمار قربان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عظمت و 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بت</w:t>
      </w:r>
      <w:r w:rsidRPr="00496747">
        <w:rPr>
          <w:rFonts w:ascii="Tahoma" w:hAnsi="Tahoma" w:cs="Tahoma"/>
          <w:rtl/>
        </w:rPr>
        <w:t xml:space="preserve"> فاتح را نشان دهند و دشمنان او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با همان ارقام بر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رحم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اش</w:t>
      </w:r>
      <w:r w:rsidRPr="00496747">
        <w:rPr>
          <w:rFonts w:ascii="Tahoma" w:hAnsi="Tahoma" w:cs="Tahoma"/>
          <w:rtl/>
        </w:rPr>
        <w:t xml:space="preserve"> تأک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کن</w:t>
      </w:r>
      <w:r w:rsidRPr="00496747">
        <w:rPr>
          <w:rFonts w:ascii="Tahoma" w:hAnsi="Tahoma" w:cs="Tahoma" w:hint="eastAsia"/>
          <w:rtl/>
        </w:rPr>
        <w:t>ند</w:t>
      </w:r>
      <w:r w:rsidRPr="00496747">
        <w:rPr>
          <w:rFonts w:ascii="Tahoma" w:hAnsi="Tahoma" w:cs="Tahoma"/>
          <w:rtl/>
        </w:rPr>
        <w:t>. اما اختلاف در عددها اصل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را تغ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نم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دهد</w:t>
      </w:r>
      <w:r w:rsidRPr="00496747">
        <w:rPr>
          <w:rFonts w:ascii="Tahoma" w:hAnsi="Tahoma" w:cs="Tahoma"/>
          <w:rtl/>
        </w:rPr>
        <w:t>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آگاهانه از کشتار جمع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نما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ش</w:t>
      </w:r>
      <w:r w:rsidRPr="00496747">
        <w:rPr>
          <w:rFonts w:ascii="Tahoma" w:hAnsi="Tahoma" w:cs="Tahoma"/>
          <w:rtl/>
        </w:rPr>
        <w:t xml:space="preserve"> بقا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کشته‌شدگان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ترساندن شهرها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/>
          <w:rtl/>
        </w:rPr>
        <w:t xml:space="preserve"> استفاده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پس</w:t>
      </w:r>
      <w:r w:rsidRPr="00496747">
        <w:rPr>
          <w:rFonts w:ascii="Tahoma" w:hAnsi="Tahoma" w:cs="Tahoma"/>
          <w:rtl/>
        </w:rPr>
        <w:t xml:space="preserve"> از هرات،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ستان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/>
          <w:rtl/>
        </w:rPr>
        <w:t xml:space="preserve"> در مس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/>
          <w:rtl/>
        </w:rPr>
        <w:t xml:space="preserve"> سپاه او قرار گرفت.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منطقه دارا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سنت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نه</w:t>
      </w:r>
      <w:r w:rsidRPr="00496747">
        <w:rPr>
          <w:rFonts w:ascii="Tahoma" w:hAnsi="Tahoma" w:cs="Tahoma"/>
          <w:rtl/>
        </w:rPr>
        <w:t xml:space="preserve"> از استقلال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مقاومت در برابر قدرت‌ها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بود. حاکمان و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حاضر نبودند بدون درگ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فرمان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را بپذ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رند</w:t>
      </w:r>
      <w:r w:rsidRPr="00496747">
        <w:rPr>
          <w:rFonts w:ascii="Tahoma" w:hAnsi="Tahoma" w:cs="Tahoma"/>
          <w:rtl/>
        </w:rPr>
        <w:t>. مقاومت آنان با حمله‌ا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رانگر</w:t>
      </w:r>
      <w:r w:rsidRPr="00496747">
        <w:rPr>
          <w:rFonts w:ascii="Tahoma" w:hAnsi="Tahoma" w:cs="Tahoma"/>
          <w:rtl/>
        </w:rPr>
        <w:t xml:space="preserve"> پاسخ گرفت. شهرها، آباد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ها</w:t>
      </w:r>
      <w:r w:rsidRPr="00496747">
        <w:rPr>
          <w:rFonts w:ascii="Tahoma" w:hAnsi="Tahoma" w:cs="Tahoma"/>
          <w:rtl/>
        </w:rPr>
        <w:t xml:space="preserve"> و شبکه‌ها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آس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دند</w:t>
      </w:r>
      <w:r w:rsidRPr="00496747">
        <w:rPr>
          <w:rFonts w:ascii="Tahoma" w:hAnsi="Tahoma" w:cs="Tahoma"/>
          <w:rtl/>
        </w:rPr>
        <w:t xml:space="preserve"> و بخش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جمع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کشته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پراکنده شد. در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زندگ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بندها و تقس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دق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ق</w:t>
      </w:r>
      <w:r w:rsidRPr="00496747">
        <w:rPr>
          <w:rFonts w:ascii="Tahoma" w:hAnsi="Tahoma" w:cs="Tahoma"/>
          <w:rtl/>
        </w:rPr>
        <w:t xml:space="preserve"> آب وابسته بود، تخر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تأس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سات</w:t>
      </w:r>
      <w:r w:rsidRPr="00496747">
        <w:rPr>
          <w:rFonts w:ascii="Tahoma" w:hAnsi="Tahoma" w:cs="Tahoma"/>
          <w:rtl/>
        </w:rPr>
        <w:t xml:space="preserve"> آب پ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امد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طولان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تر</w:t>
      </w:r>
      <w:r w:rsidRPr="00496747">
        <w:rPr>
          <w:rFonts w:ascii="Tahoma" w:hAnsi="Tahoma" w:cs="Tahoma"/>
          <w:rtl/>
        </w:rPr>
        <w:t xml:space="preserve"> از شکست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/>
          <w:rtl/>
        </w:rPr>
        <w:t xml:space="preserve"> قشون داشت.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کردن شبکهٔ آب تنها مجازات جنگجو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نبود؛ توان ادامهٔ زندگ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جامعه را هدف قرار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داد</w:t>
      </w:r>
      <w:r w:rsidRPr="00496747">
        <w:rPr>
          <w:rFonts w:ascii="Tahoma" w:hAnsi="Tahoma" w:cs="Tahoma"/>
          <w:rtl/>
        </w:rPr>
        <w:t>. قشون پس از مدت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رفت،</w:t>
      </w:r>
      <w:r w:rsidRPr="00496747">
        <w:rPr>
          <w:rFonts w:ascii="Tahoma" w:hAnsi="Tahoma" w:cs="Tahoma"/>
          <w:rtl/>
        </w:rPr>
        <w:t xml:space="preserve"> اما 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بدون آب و روستا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بدون کشاورز سال‌ها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دهه‌ها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بازگشت به تول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از</w:t>
      </w:r>
      <w:r w:rsidRPr="00496747">
        <w:rPr>
          <w:rFonts w:ascii="Tahoma" w:hAnsi="Tahoma" w:cs="Tahoma"/>
          <w:rtl/>
        </w:rPr>
        <w:t xml:space="preserve"> داشت. همان درس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که غازان دربارهٔ وابستگ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خزانه به آباد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کشور آموخته بود، در منطق فتوحات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جا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ثانو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داشت. او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بخش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را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کند، 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</w:t>
      </w:r>
      <w:r w:rsidRPr="00496747">
        <w:rPr>
          <w:rFonts w:ascii="Tahoma" w:hAnsi="Tahoma" w:cs="Tahoma"/>
          <w:rtl/>
        </w:rPr>
        <w:t xml:space="preserve"> هز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نهٔ</w:t>
      </w:r>
      <w:r w:rsidRPr="00496747">
        <w:rPr>
          <w:rFonts w:ascii="Tahoma" w:hAnsi="Tahoma" w:cs="Tahoma"/>
          <w:rtl/>
        </w:rPr>
        <w:t xml:space="preserve"> قشون و پا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تختش</w:t>
      </w:r>
      <w:r w:rsidRPr="00496747">
        <w:rPr>
          <w:rFonts w:ascii="Tahoma" w:hAnsi="Tahoma" w:cs="Tahoma"/>
          <w:rtl/>
        </w:rPr>
        <w:t xml:space="preserve"> را از فتوحات بعد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دست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آورد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نخست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ورود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به خراسان نشان داد که او تنها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/>
          <w:rtl/>
        </w:rPr>
        <w:t xml:space="preserve"> از 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در آشفتگ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پس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لخانان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</w:t>
      </w:r>
      <w:r w:rsidRPr="00496747">
        <w:rPr>
          <w:rFonts w:ascii="Tahoma" w:hAnsi="Tahoma" w:cs="Tahoma"/>
          <w:rtl/>
        </w:rPr>
        <w:t>. حاکمان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گرفتن شهر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همسا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ه</w:t>
      </w:r>
      <w:r w:rsidRPr="00496747">
        <w:rPr>
          <w:rFonts w:ascii="Tahoma" w:hAnsi="Tahoma" w:cs="Tahoma"/>
          <w:rtl/>
        </w:rPr>
        <w:t xml:space="preserve">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/>
          <w:rtl/>
        </w:rPr>
        <w:t xml:space="preserve"> حفظ تاج خود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جنگ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دند؛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دستگاه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نظام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ساخته بود که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توانست</w:t>
      </w:r>
      <w:r w:rsidRPr="00496747">
        <w:rPr>
          <w:rFonts w:ascii="Tahoma" w:hAnsi="Tahoma" w:cs="Tahoma"/>
          <w:rtl/>
        </w:rPr>
        <w:t xml:space="preserve"> حکومت‌ها را 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ک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پس از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گر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 تابع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</w:t>
      </w:r>
      <w:r w:rsidRPr="00496747">
        <w:rPr>
          <w:rFonts w:ascii="Tahoma" w:hAnsi="Tahoma" w:cs="Tahoma"/>
          <w:rtl/>
        </w:rPr>
        <w:t xml:space="preserve"> درآورد </w:t>
      </w:r>
      <w:r w:rsidRPr="00496747">
        <w:rPr>
          <w:rFonts w:ascii="Tahoma" w:hAnsi="Tahoma" w:cs="Tahoma" w:hint="eastAsia"/>
          <w:rtl/>
        </w:rPr>
        <w:t>و</w:t>
      </w:r>
      <w:r w:rsidRPr="00496747">
        <w:rPr>
          <w:rFonts w:ascii="Tahoma" w:hAnsi="Tahoma" w:cs="Tahoma"/>
          <w:rtl/>
        </w:rPr>
        <w:t xml:space="preserve"> از منابع هر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فتح سرزم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بعد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بهره بگ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رد</w:t>
      </w:r>
      <w:r w:rsidRPr="00496747">
        <w:rPr>
          <w:rFonts w:ascii="Tahoma" w:hAnsi="Tahoma" w:cs="Tahoma"/>
          <w:rtl/>
        </w:rPr>
        <w:t>. تسل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سربداران، سقوط آل‌کرت و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بخش‌ها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از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ستان</w:t>
      </w:r>
      <w:r w:rsidRPr="00496747">
        <w:rPr>
          <w:rFonts w:ascii="Tahoma" w:hAnsi="Tahoma" w:cs="Tahoma"/>
          <w:rtl/>
        </w:rPr>
        <w:t xml:space="preserve"> آغاز ورود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</w:t>
      </w:r>
      <w:r w:rsidRPr="00496747">
        <w:rPr>
          <w:rFonts w:ascii="Tahoma" w:hAnsi="Tahoma" w:cs="Tahoma" w:hint="cs"/>
          <w:rtl/>
        </w:rPr>
        <w:t>یی</w:t>
      </w:r>
      <w:r w:rsidRPr="00496747">
        <w:rPr>
          <w:rFonts w:ascii="Tahoma" w:hAnsi="Tahoma" w:cs="Tahoma"/>
          <w:rtl/>
        </w:rPr>
        <w:t xml:space="preserve"> بود که موازنهٔ همهٔ حکومت‌ها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را بر هم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زد</w:t>
      </w:r>
      <w:r w:rsidRPr="00496747">
        <w:rPr>
          <w:rFonts w:ascii="Tahoma" w:hAnsi="Tahoma" w:cs="Tahoma"/>
          <w:rtl/>
        </w:rPr>
        <w:t>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باا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ن‌همه،</w:t>
      </w:r>
      <w:r w:rsidRPr="00496747">
        <w:rPr>
          <w:rFonts w:ascii="Tahoma" w:hAnsi="Tahoma" w:cs="Tahoma"/>
          <w:rtl/>
        </w:rPr>
        <w:t xml:space="preserve"> هنوز بخش بزرگ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ب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رون</w:t>
      </w:r>
      <w:r w:rsidRPr="00496747">
        <w:rPr>
          <w:rFonts w:ascii="Tahoma" w:hAnsi="Tahoma" w:cs="Tahoma"/>
          <w:rtl/>
        </w:rPr>
        <w:t xml:space="preserve"> از فرمان مستق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</w:t>
      </w:r>
      <w:r w:rsidRPr="00496747">
        <w:rPr>
          <w:rFonts w:ascii="Tahoma" w:hAnsi="Tahoma" w:cs="Tahoma"/>
          <w:rtl/>
        </w:rPr>
        <w:t xml:space="preserve"> او قرار داشت. مظفر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در فارس، کرمان و اصفهان حکومت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کردند؛</w:t>
      </w:r>
      <w:r w:rsidRPr="00496747">
        <w:rPr>
          <w:rFonts w:ascii="Tahoma" w:hAnsi="Tahoma" w:cs="Tahoma"/>
          <w:rtl/>
        </w:rPr>
        <w:t xml:space="preserve"> جلا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</w:t>
      </w:r>
      <w:r w:rsidRPr="00496747">
        <w:rPr>
          <w:rFonts w:ascii="Tahoma" w:hAnsi="Tahoma" w:cs="Tahoma"/>
          <w:rtl/>
        </w:rPr>
        <w:t xml:space="preserve"> بغداد، آذربا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جان</w:t>
      </w:r>
      <w:r w:rsidRPr="00496747">
        <w:rPr>
          <w:rFonts w:ascii="Tahoma" w:hAnsi="Tahoma" w:cs="Tahoma"/>
          <w:rtl/>
        </w:rPr>
        <w:t xml:space="preserve"> و عراق را در اخت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ار</w:t>
      </w:r>
      <w:r w:rsidRPr="00496747">
        <w:rPr>
          <w:rFonts w:ascii="Tahoma" w:hAnsi="Tahoma" w:cs="Tahoma"/>
          <w:rtl/>
        </w:rPr>
        <w:t xml:space="preserve"> داشتند؛ و توقتمش از شمال به قفقاز و آذربا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جان</w:t>
      </w:r>
      <w:r w:rsidRPr="00496747">
        <w:rPr>
          <w:rFonts w:ascii="Tahoma" w:hAnsi="Tahoma" w:cs="Tahoma"/>
          <w:rtl/>
        </w:rPr>
        <w:t xml:space="preserve"> چشم دوخته بود.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دن</w:t>
      </w:r>
      <w:r w:rsidRPr="00496747">
        <w:rPr>
          <w:rFonts w:ascii="Tahoma" w:hAnsi="Tahoma" w:cs="Tahoma"/>
          <w:rtl/>
        </w:rPr>
        <w:t xml:space="preserve"> از خراسان به </w:t>
      </w:r>
      <w:r w:rsidRPr="00496747">
        <w:rPr>
          <w:rFonts w:ascii="Tahoma" w:hAnsi="Tahoma" w:cs="Tahoma" w:hint="eastAsia"/>
          <w:rtl/>
        </w:rPr>
        <w:t>غرب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/>
          <w:rtl/>
        </w:rPr>
        <w:t xml:space="preserve"> ناچار بود هم با حکومت‌ها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محل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بجنگد و هم رق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ب</w:t>
      </w:r>
      <w:r w:rsidRPr="00496747">
        <w:rPr>
          <w:rFonts w:ascii="Tahoma" w:hAnsi="Tahoma" w:cs="Tahoma"/>
          <w:rtl/>
        </w:rPr>
        <w:t xml:space="preserve"> چنگ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رومند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را مهار کند که زمان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خود او به قدرت رسانده بود.</w:t>
      </w:r>
    </w:p>
    <w:p w:rsidR="00496747" w:rsidRP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96747">
        <w:rPr>
          <w:rFonts w:ascii="Tahoma" w:hAnsi="Tahoma" w:cs="Tahoma" w:hint="eastAsia"/>
          <w:rtl/>
        </w:rPr>
        <w:t>مرحلهٔ</w:t>
      </w:r>
      <w:r w:rsidRPr="00496747">
        <w:rPr>
          <w:rFonts w:ascii="Tahoma" w:hAnsi="Tahoma" w:cs="Tahoma"/>
          <w:rtl/>
        </w:rPr>
        <w:t xml:space="preserve"> بعد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فتوحات او نشان داد که هراس در 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است</w:t>
      </w:r>
      <w:r w:rsidRPr="00496747">
        <w:rPr>
          <w:rFonts w:ascii="Tahoma" w:hAnsi="Tahoma" w:cs="Tahoma"/>
          <w:rtl/>
        </w:rPr>
        <w:t xml:space="preserve">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حادثه‌ا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ناش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از خشم لحظه‌ا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نبود. کشتار اصفهان، حمله به 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راز،</w:t>
      </w:r>
      <w:r w:rsidRPr="00496747">
        <w:rPr>
          <w:rFonts w:ascii="Tahoma" w:hAnsi="Tahoma" w:cs="Tahoma"/>
          <w:rtl/>
        </w:rPr>
        <w:t xml:space="preserve"> جنگ با جلا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ان،</w:t>
      </w:r>
      <w:r w:rsidRPr="00496747">
        <w:rPr>
          <w:rFonts w:ascii="Tahoma" w:hAnsi="Tahoma" w:cs="Tahoma"/>
          <w:rtl/>
        </w:rPr>
        <w:t xml:space="preserve">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دوبارهٔ شهرها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شورش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کوچاندن صنعتگران، همگ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اجزا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روش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بودند که با آن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</w:t>
      </w:r>
      <w:r w:rsidRPr="00496747">
        <w:rPr>
          <w:rFonts w:ascii="Tahoma" w:hAnsi="Tahoma" w:cs="Tahoma"/>
          <w:rtl/>
        </w:rPr>
        <w:t xml:space="preserve"> فرمانروا</w:t>
      </w:r>
      <w:r w:rsidRPr="00496747">
        <w:rPr>
          <w:rFonts w:ascii="Tahoma" w:hAnsi="Tahoma" w:cs="Tahoma" w:hint="cs"/>
          <w:rtl/>
        </w:rPr>
        <w:t>یی‌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پهناور بسازد. او کش</w:t>
      </w:r>
      <w:r w:rsidRPr="00496747">
        <w:rPr>
          <w:rFonts w:ascii="Tahoma" w:hAnsi="Tahoma" w:cs="Tahoma" w:hint="eastAsia"/>
          <w:rtl/>
        </w:rPr>
        <w:t>ور</w:t>
      </w:r>
      <w:r w:rsidRPr="00496747">
        <w:rPr>
          <w:rFonts w:ascii="Tahoma" w:hAnsi="Tahoma" w:cs="Tahoma"/>
          <w:rtl/>
        </w:rPr>
        <w:t xml:space="preserve"> را برا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قشون فتح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کرد</w:t>
      </w:r>
      <w:r w:rsidRPr="00496747">
        <w:rPr>
          <w:rFonts w:ascii="Tahoma" w:hAnsi="Tahoma" w:cs="Tahoma"/>
          <w:rtl/>
        </w:rPr>
        <w:t xml:space="preserve"> و سپس از 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وانسالاران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</w:t>
      </w:r>
      <w:r w:rsidRPr="00496747">
        <w:rPr>
          <w:rFonts w:ascii="Tahoma" w:hAnsi="Tahoma" w:cs="Tahoma" w:hint="cs"/>
          <w:rtl/>
        </w:rPr>
        <w:t>ی‌</w:t>
      </w:r>
      <w:r w:rsidRPr="00496747">
        <w:rPr>
          <w:rFonts w:ascii="Tahoma" w:hAnsi="Tahoma" w:cs="Tahoma" w:hint="eastAsia"/>
          <w:rtl/>
        </w:rPr>
        <w:t>خواست</w:t>
      </w:r>
      <w:r w:rsidRPr="00496747">
        <w:rPr>
          <w:rFonts w:ascii="Tahoma" w:hAnsi="Tahoma" w:cs="Tahoma"/>
          <w:rtl/>
        </w:rPr>
        <w:t xml:space="preserve"> و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رانه‌ها</w:t>
      </w:r>
      <w:r w:rsidRPr="00496747">
        <w:rPr>
          <w:rFonts w:ascii="Tahoma" w:hAnsi="Tahoma" w:cs="Tahoma"/>
          <w:rtl/>
        </w:rPr>
        <w:t xml:space="preserve"> را به منابع مال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حکومت تبد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ل</w:t>
      </w:r>
      <w:r w:rsidRPr="00496747">
        <w:rPr>
          <w:rFonts w:ascii="Tahoma" w:hAnsi="Tahoma" w:cs="Tahoma"/>
          <w:rtl/>
        </w:rPr>
        <w:t xml:space="preserve"> کنند.</w:t>
      </w:r>
    </w:p>
    <w:p w:rsidR="00496747" w:rsidRDefault="00496747" w:rsidP="00496747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496747">
        <w:rPr>
          <w:rFonts w:ascii="Tahoma" w:hAnsi="Tahoma" w:cs="Tahoma" w:hint="eastAsia"/>
          <w:rtl/>
        </w:rPr>
        <w:t>اطلاعات</w:t>
      </w:r>
      <w:r w:rsidRPr="00496747">
        <w:rPr>
          <w:rFonts w:ascii="Tahoma" w:hAnsi="Tahoma" w:cs="Tahoma"/>
          <w:rtl/>
        </w:rPr>
        <w:t xml:space="preserve"> تار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خ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ن</w:t>
      </w:r>
      <w:r w:rsidRPr="00496747">
        <w:rPr>
          <w:rFonts w:ascii="Tahoma" w:hAnsi="Tahoma" w:cs="Tahoma"/>
          <w:rtl/>
        </w:rPr>
        <w:t xml:space="preserve"> بخش با پژوهش دانشگاه کمبر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ج</w:t>
      </w:r>
      <w:r w:rsidRPr="00496747">
        <w:rPr>
          <w:rFonts w:ascii="Tahoma" w:hAnsi="Tahoma" w:cs="Tahoma"/>
          <w:rtl/>
        </w:rPr>
        <w:t xml:space="preserve"> دربارهٔ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/>
          <w:rtl/>
        </w:rPr>
        <w:t xml:space="preserve"> در 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ران،</w:t>
      </w:r>
      <w:r w:rsidRPr="00496747">
        <w:rPr>
          <w:rFonts w:ascii="Tahoma" w:hAnsi="Tahoma" w:cs="Tahoma"/>
          <w:rtl/>
        </w:rPr>
        <w:t xml:space="preserve"> مدخل آس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ا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مرکز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در دورهٔ مغول و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و بررس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موزهٔ متروپول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تن</w:t>
      </w:r>
      <w:r w:rsidRPr="00496747">
        <w:rPr>
          <w:rFonts w:ascii="Tahoma" w:hAnsi="Tahoma" w:cs="Tahoma"/>
          <w:rtl/>
        </w:rPr>
        <w:t xml:space="preserve"> دربارهٔ هنر دورهٔ ت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 w:hint="eastAsia"/>
          <w:rtl/>
        </w:rPr>
        <w:t>مور</w:t>
      </w:r>
      <w:r w:rsidRPr="00496747">
        <w:rPr>
          <w:rFonts w:ascii="Tahoma" w:hAnsi="Tahoma" w:cs="Tahoma" w:hint="cs"/>
          <w:rtl/>
        </w:rPr>
        <w:t>ی</w:t>
      </w:r>
      <w:r w:rsidRPr="00496747">
        <w:rPr>
          <w:rFonts w:ascii="Tahoma" w:hAnsi="Tahoma" w:cs="Tahoma"/>
          <w:rtl/>
        </w:rPr>
        <w:t xml:space="preserve"> مقابله شده است.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سربداران و سقوط هرات، راه ورود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به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را گشود، اما تصرف خراسان هنوز به معنا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بر سراسر کشور نبود. حکومت‌ها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محل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غرب و جنوب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گمان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</w:t>
      </w:r>
      <w:r w:rsidRPr="00E629EA">
        <w:rPr>
          <w:rFonts w:ascii="Tahoma" w:hAnsi="Tahoma" w:cs="Tahoma"/>
          <w:rtl/>
        </w:rPr>
        <w:t xml:space="preserve"> فاصلهٔ جغراف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گرفتار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ماوراءالنهر و جنگ او با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دشمنان، فرصت کاف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</w:t>
      </w:r>
      <w:r w:rsidRPr="00E629EA">
        <w:rPr>
          <w:rFonts w:ascii="Tahoma" w:hAnsi="Tahoma" w:cs="Tahoma" w:hint="eastAsia"/>
          <w:rtl/>
        </w:rPr>
        <w:t>فظ</w:t>
      </w:r>
      <w:r w:rsidRPr="00E629EA">
        <w:rPr>
          <w:rFonts w:ascii="Tahoma" w:hAnsi="Tahoma" w:cs="Tahoma"/>
          <w:rtl/>
        </w:rPr>
        <w:t xml:space="preserve"> استقلالشان فراهم خواهد کرد. برخ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کوش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دند</w:t>
      </w:r>
      <w:r w:rsidRPr="00E629EA">
        <w:rPr>
          <w:rFonts w:ascii="Tahoma" w:hAnsi="Tahoma" w:cs="Tahoma"/>
          <w:rtl/>
        </w:rPr>
        <w:t xml:space="preserve"> با فرستادن هد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</w:t>
      </w:r>
      <w:r w:rsidRPr="00E629EA">
        <w:rPr>
          <w:rFonts w:ascii="Tahoma" w:hAnsi="Tahoma" w:cs="Tahoma"/>
          <w:rtl/>
        </w:rPr>
        <w:t xml:space="preserve"> و 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رفتن</w:t>
      </w:r>
      <w:r w:rsidRPr="00E629EA">
        <w:rPr>
          <w:rFonts w:ascii="Tahoma" w:hAnsi="Tahoma" w:cs="Tahoma"/>
          <w:rtl/>
        </w:rPr>
        <w:t xml:space="preserve"> ظاهر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برتر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او، بدون واگذار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قدرت واقع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جا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خود بمانند.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مور،</w:t>
      </w:r>
      <w:r w:rsidRPr="00E629EA">
        <w:rPr>
          <w:rFonts w:ascii="Tahoma" w:hAnsi="Tahoma" w:cs="Tahoma"/>
          <w:rtl/>
        </w:rPr>
        <w:t xml:space="preserve"> باا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ن‌همه،</w:t>
      </w:r>
      <w:r w:rsidRPr="00E629EA">
        <w:rPr>
          <w:rFonts w:ascii="Tahoma" w:hAnsi="Tahoma" w:cs="Tahoma"/>
          <w:rtl/>
        </w:rPr>
        <w:t xml:space="preserve"> اطاعت لفظ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تنها تا هنگام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</w:t>
      </w:r>
      <w:r w:rsidRPr="00E629EA">
        <w:rPr>
          <w:rFonts w:ascii="Tahoma" w:hAnsi="Tahoma" w:cs="Tahoma"/>
          <w:rtl/>
        </w:rPr>
        <w:t xml:space="preserve"> که قشونش آمادگ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حرکت به منطقهٔ مورد نظر را نداشت.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سال‌ها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/>
          <w:rtl/>
          <w:lang w:bidi="fa-IR"/>
        </w:rPr>
        <w:t>۱۳۸۶</w:t>
      </w:r>
      <w:r w:rsidRPr="00E629EA">
        <w:rPr>
          <w:rFonts w:ascii="Tahoma" w:hAnsi="Tahoma" w:cs="Tahoma"/>
          <w:rtl/>
        </w:rPr>
        <w:t xml:space="preserve"> تا </w:t>
      </w:r>
      <w:r w:rsidRPr="00E629EA">
        <w:rPr>
          <w:rFonts w:ascii="Tahoma" w:hAnsi="Tahoma" w:cs="Tahoma"/>
          <w:rtl/>
          <w:lang w:bidi="fa-IR"/>
        </w:rPr>
        <w:t>۱۳۸۸</w:t>
      </w:r>
      <w:r w:rsidRPr="00E629EA">
        <w:rPr>
          <w:rFonts w:ascii="Tahoma" w:hAnsi="Tahoma" w:cs="Tahoma"/>
          <w:rtl/>
        </w:rPr>
        <w:t>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لشکرکش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آغاز کرد که در منابع به «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ورش</w:t>
      </w:r>
      <w:r w:rsidRPr="00E629EA">
        <w:rPr>
          <w:rFonts w:ascii="Tahoma" w:hAnsi="Tahoma" w:cs="Tahoma"/>
          <w:rtl/>
        </w:rPr>
        <w:t xml:space="preserve"> سه‌ساله» شهرت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افت</w:t>
      </w:r>
      <w:r w:rsidRPr="00E629EA">
        <w:rPr>
          <w:rFonts w:ascii="Tahoma" w:hAnsi="Tahoma" w:cs="Tahoma"/>
          <w:rtl/>
        </w:rPr>
        <w:t>.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لشکرکش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ها</w:t>
      </w:r>
      <w:r w:rsidRPr="00E629EA">
        <w:rPr>
          <w:rFonts w:ascii="Tahoma" w:hAnsi="Tahoma" w:cs="Tahoma"/>
          <w:rtl/>
        </w:rPr>
        <w:t xml:space="preserve"> به سه‌ساله، پنج‌ساله و هفت‌ساله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شتر</w:t>
      </w:r>
      <w:r w:rsidRPr="00E629EA">
        <w:rPr>
          <w:rFonts w:ascii="Tahoma" w:hAnsi="Tahoma" w:cs="Tahoma"/>
          <w:rtl/>
        </w:rPr>
        <w:t xml:space="preserve"> به مدت حضور سپاه در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دان</w:t>
      </w:r>
      <w:r w:rsidRPr="00E629EA">
        <w:rPr>
          <w:rFonts w:ascii="Tahoma" w:hAnsi="Tahoma" w:cs="Tahoma"/>
          <w:rtl/>
        </w:rPr>
        <w:t xml:space="preserve"> اشاره دارد و به معنا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سه برنامهٔ کاملاً جدا از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ست</w:t>
      </w:r>
      <w:r w:rsidRPr="00E629EA">
        <w:rPr>
          <w:rFonts w:ascii="Tahoma" w:hAnsi="Tahoma" w:cs="Tahoma"/>
          <w:rtl/>
        </w:rPr>
        <w:t>. همهٔ آنها بخش‌ها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گسترش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وستهٔ</w:t>
      </w:r>
      <w:r w:rsidRPr="00E629EA">
        <w:rPr>
          <w:rFonts w:ascii="Tahoma" w:hAnsi="Tahoma" w:cs="Tahoma"/>
          <w:rtl/>
        </w:rPr>
        <w:t xml:space="preserve"> حکومت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بودند که پس از تثب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منطقه،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</w:t>
      </w:r>
      <w:r w:rsidRPr="00E629EA">
        <w:rPr>
          <w:rFonts w:ascii="Tahoma" w:hAnsi="Tahoma" w:cs="Tahoma"/>
          <w:rtl/>
        </w:rPr>
        <w:t xml:space="preserve"> و درآمد آن را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تصرف منطقهٔ بعد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کار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گرفت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آغاز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از خراسان به سو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مازندران، 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نواح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مرکز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حرکت کرد و سپس به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جان،</w:t>
      </w:r>
      <w:r w:rsidRPr="00E629EA">
        <w:rPr>
          <w:rFonts w:ascii="Tahoma" w:hAnsi="Tahoma" w:cs="Tahoma"/>
          <w:rtl/>
        </w:rPr>
        <w:t xml:space="preserve"> گرجستان و ارمنستان رس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>. حکومت جلا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</w:t>
      </w:r>
      <w:r w:rsidRPr="00E629EA">
        <w:rPr>
          <w:rFonts w:ascii="Tahoma" w:hAnsi="Tahoma" w:cs="Tahoma"/>
          <w:rtl/>
        </w:rPr>
        <w:t xml:space="preserve"> و عراق را در اخت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داشت، نتوانست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کپارچه</w:t>
      </w:r>
      <w:r w:rsidRPr="00E629EA">
        <w:rPr>
          <w:rFonts w:ascii="Tahoma" w:hAnsi="Tahoma" w:cs="Tahoma"/>
          <w:rtl/>
        </w:rPr>
        <w:t xml:space="preserve"> در برابر او گرد آورد. سلطان احمد جلا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گاه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کوش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مقاو</w:t>
      </w:r>
      <w:r w:rsidRPr="00E629EA">
        <w:rPr>
          <w:rFonts w:ascii="Tahoma" w:hAnsi="Tahoma" w:cs="Tahoma" w:hint="eastAsia"/>
          <w:rtl/>
        </w:rPr>
        <w:t>مت</w:t>
      </w:r>
      <w:r w:rsidRPr="00E629EA">
        <w:rPr>
          <w:rFonts w:ascii="Tahoma" w:hAnsi="Tahoma" w:cs="Tahoma"/>
          <w:rtl/>
        </w:rPr>
        <w:t xml:space="preserve"> کند و گاه با عقب‌نش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بغداد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نواح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حکومت خود را نجات دهد. تبر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ز،</w:t>
      </w:r>
      <w:r w:rsidRPr="00E629EA">
        <w:rPr>
          <w:rFonts w:ascii="Tahoma" w:hAnsi="Tahoma" w:cs="Tahoma"/>
          <w:rtl/>
        </w:rPr>
        <w:t xml:space="preserve"> به سبب ثروت، راه‌ها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بازرگان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موقع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اس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اش،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نخست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هدف‌ها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مهم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غرب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بود.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تصرف</w:t>
      </w:r>
      <w:r w:rsidRPr="00E629EA">
        <w:rPr>
          <w:rFonts w:ascii="Tahoma" w:hAnsi="Tahoma" w:cs="Tahoma"/>
          <w:rtl/>
        </w:rPr>
        <w:t xml:space="preserve"> تبر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گرفتن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شهر اهم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داشت.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</w:t>
      </w:r>
      <w:r w:rsidRPr="00E629EA">
        <w:rPr>
          <w:rFonts w:ascii="Tahoma" w:hAnsi="Tahoma" w:cs="Tahoma"/>
          <w:rtl/>
        </w:rPr>
        <w:t xml:space="preserve"> پس از دوران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لخانان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مراکز اصل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قدرت در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باق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مانده بود و هر کس آن را در اخت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گرفت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بر قفقاز، عراق عجم و راه‌ها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فشار وارد کند. اما نگاه داشتن آن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دشوار بود،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</w:t>
      </w:r>
      <w:r w:rsidRPr="00E629EA">
        <w:rPr>
          <w:rFonts w:ascii="Tahoma" w:hAnsi="Tahoma" w:cs="Tahoma"/>
          <w:rtl/>
        </w:rPr>
        <w:t xml:space="preserve"> توقتمش، خان اردو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زر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از شمال به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منطقه چشم داشت. مرد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زمان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با حما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به قدرت رس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ده</w:t>
      </w:r>
      <w:r w:rsidRPr="00E629EA">
        <w:rPr>
          <w:rFonts w:ascii="Tahoma" w:hAnsi="Tahoma" w:cs="Tahoma"/>
          <w:rtl/>
        </w:rPr>
        <w:t xml:space="preserve"> بود، اکنون خود را خان چنگ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مستقل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دانست</w:t>
      </w:r>
      <w:r w:rsidRPr="00E629EA">
        <w:rPr>
          <w:rFonts w:ascii="Tahoma" w:hAnsi="Tahoma" w:cs="Tahoma"/>
          <w:rtl/>
        </w:rPr>
        <w:t xml:space="preserve"> و حاضر نبود برتر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گورکان را بپذ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توقتمش</w:t>
      </w:r>
      <w:r w:rsidRPr="00E629EA">
        <w:rPr>
          <w:rFonts w:ascii="Tahoma" w:hAnsi="Tahoma" w:cs="Tahoma"/>
          <w:rtl/>
        </w:rPr>
        <w:t xml:space="preserve"> در سال </w:t>
      </w:r>
      <w:r w:rsidRPr="00E629EA">
        <w:rPr>
          <w:rFonts w:ascii="Tahoma" w:hAnsi="Tahoma" w:cs="Tahoma"/>
          <w:rtl/>
          <w:lang w:bidi="fa-IR"/>
        </w:rPr>
        <w:t>۱۳۸۵</w:t>
      </w:r>
      <w:r w:rsidRPr="00E629EA">
        <w:rPr>
          <w:rFonts w:ascii="Tahoma" w:hAnsi="Tahoma" w:cs="Tahoma"/>
          <w:rtl/>
        </w:rPr>
        <w:t xml:space="preserve"> به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</w:t>
      </w:r>
      <w:r w:rsidRPr="00E629EA">
        <w:rPr>
          <w:rFonts w:ascii="Tahoma" w:hAnsi="Tahoma" w:cs="Tahoma"/>
          <w:rtl/>
        </w:rPr>
        <w:t xml:space="preserve"> حمله کرد و تبر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را غارت نمود.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حمله رقابت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دو فرمانروا را آشکار ساخت. نزاع آنان تنها بر سر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شهر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مرز نبود. توقتمش به سبب خون چنگ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خود را صاحب حق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دانست</w:t>
      </w:r>
      <w:r w:rsidRPr="00E629EA">
        <w:rPr>
          <w:rFonts w:ascii="Tahoma" w:hAnsi="Tahoma" w:cs="Tahoma"/>
          <w:rtl/>
        </w:rPr>
        <w:t xml:space="preserve"> که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مور،</w:t>
      </w:r>
      <w:r w:rsidRPr="00E629EA">
        <w:rPr>
          <w:rFonts w:ascii="Tahoma" w:hAnsi="Tahoma" w:cs="Tahoma"/>
          <w:rtl/>
        </w:rPr>
        <w:t xml:space="preserve"> با همهٔ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ش،</w:t>
      </w:r>
      <w:r w:rsidRPr="00E629EA">
        <w:rPr>
          <w:rFonts w:ascii="Tahoma" w:hAnsi="Tahoma" w:cs="Tahoma"/>
          <w:rtl/>
        </w:rPr>
        <w:t xml:space="preserve"> از آن محروم بود.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وجود خان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رومند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تحمل کند که هم سرچشمهٔ حقان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سنت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داشت و هم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از شمال به قلمرو او حمله کند.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باا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ن‌همه،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حل نها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مسئلهٔ توقتمش به سو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مرکز و جنوب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حرکت کرد.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در فارس، اصفهان،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زد</w:t>
      </w:r>
      <w:r w:rsidRPr="00E629EA">
        <w:rPr>
          <w:rFonts w:ascii="Tahoma" w:hAnsi="Tahoma" w:cs="Tahoma"/>
          <w:rtl/>
        </w:rPr>
        <w:t xml:space="preserve"> و کرمان بر سر قدرت با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جنگ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دند</w:t>
      </w:r>
      <w:r w:rsidRPr="00E629EA">
        <w:rPr>
          <w:rFonts w:ascii="Tahoma" w:hAnsi="Tahoma" w:cs="Tahoma"/>
          <w:rtl/>
        </w:rPr>
        <w:t>. شاه شجاع در سال‌ها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زندگ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کوش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ده</w:t>
      </w:r>
      <w:r w:rsidRPr="00E629EA">
        <w:rPr>
          <w:rFonts w:ascii="Tahoma" w:hAnsi="Tahoma" w:cs="Tahoma"/>
          <w:rtl/>
        </w:rPr>
        <w:t xml:space="preserve"> بود با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رابطه‌ا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محتاطانه برقرار کند، اما پس از مرگ او در س</w:t>
      </w:r>
      <w:r w:rsidRPr="00E629EA">
        <w:rPr>
          <w:rFonts w:ascii="Tahoma" w:hAnsi="Tahoma" w:cs="Tahoma" w:hint="eastAsia"/>
          <w:rtl/>
        </w:rPr>
        <w:t>ال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/>
          <w:rtl/>
          <w:lang w:bidi="fa-IR"/>
        </w:rPr>
        <w:t>۱۳۸۴</w:t>
      </w:r>
      <w:r w:rsidRPr="00E629EA">
        <w:rPr>
          <w:rFonts w:ascii="Tahoma" w:hAnsi="Tahoma" w:cs="Tahoma"/>
          <w:rtl/>
        </w:rPr>
        <w:t>، رقابت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شاهزادگان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شدت گرفت. هر شاهزاده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حفظ شهر خود آماده بود با قدرت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سازش کند و گاه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غلبه بر خو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شاوندانش</w:t>
      </w:r>
      <w:r w:rsidRPr="00E629EA">
        <w:rPr>
          <w:rFonts w:ascii="Tahoma" w:hAnsi="Tahoma" w:cs="Tahoma"/>
          <w:rtl/>
        </w:rPr>
        <w:t xml:space="preserve"> از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بخواهد.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رفتار، همان راه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در برابر فاتح گشود که اختلاف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فرزندان خوارزمشاه در برابر مغولان گشوده بود. 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چ‌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از مدع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خواست</w:t>
      </w:r>
      <w:r w:rsidRPr="00E629EA">
        <w:rPr>
          <w:rFonts w:ascii="Tahoma" w:hAnsi="Tahoma" w:cs="Tahoma"/>
          <w:rtl/>
        </w:rPr>
        <w:t xml:space="preserve"> سراسر خاندان و قلمرو را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مقابله با دشمن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مشترک متحد سازد،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</w:t>
      </w:r>
      <w:r w:rsidRPr="00E629EA">
        <w:rPr>
          <w:rFonts w:ascii="Tahoma" w:hAnsi="Tahoma" w:cs="Tahoma"/>
          <w:rtl/>
        </w:rPr>
        <w:t xml:space="preserve"> هر کدام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دوار</w:t>
      </w:r>
      <w:r w:rsidRPr="00E629EA">
        <w:rPr>
          <w:rFonts w:ascii="Tahoma" w:hAnsi="Tahoma" w:cs="Tahoma"/>
          <w:rtl/>
        </w:rPr>
        <w:t xml:space="preserve"> بود با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زودتر، بخش خود را حفظ کند و نا</w:t>
      </w:r>
      <w:r w:rsidRPr="00E629EA">
        <w:rPr>
          <w:rFonts w:ascii="Tahoma" w:hAnsi="Tahoma" w:cs="Tahoma" w:hint="eastAsia"/>
          <w:rtl/>
        </w:rPr>
        <w:t>بود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خانوادگ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بب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ند</w:t>
      </w:r>
      <w:r w:rsidRPr="00E629EA">
        <w:rPr>
          <w:rFonts w:ascii="Tahoma" w:hAnsi="Tahoma" w:cs="Tahoma"/>
          <w:rtl/>
        </w:rPr>
        <w:t>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از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اختلاف‌ها بهره گرفت و به هر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تا هنگام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وعدهٔ امن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داد که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کنار زدن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او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از</w:t>
      </w:r>
      <w:r w:rsidRPr="00E629EA">
        <w:rPr>
          <w:rFonts w:ascii="Tahoma" w:hAnsi="Tahoma" w:cs="Tahoma"/>
          <w:rtl/>
        </w:rPr>
        <w:t xml:space="preserve"> داشت.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اصفهان</w:t>
      </w:r>
      <w:r w:rsidRPr="00E629EA">
        <w:rPr>
          <w:rFonts w:ascii="Tahoma" w:hAnsi="Tahoma" w:cs="Tahoma"/>
          <w:rtl/>
        </w:rPr>
        <w:t xml:space="preserve"> در سال </w:t>
      </w:r>
      <w:r w:rsidRPr="00E629EA">
        <w:rPr>
          <w:rFonts w:ascii="Tahoma" w:hAnsi="Tahoma" w:cs="Tahoma"/>
          <w:rtl/>
          <w:lang w:bidi="fa-IR"/>
        </w:rPr>
        <w:t>۱۳۸۷</w:t>
      </w:r>
      <w:r w:rsidRPr="00E629EA">
        <w:rPr>
          <w:rFonts w:ascii="Tahoma" w:hAnsi="Tahoma" w:cs="Tahoma"/>
          <w:rtl/>
        </w:rPr>
        <w:t xml:space="preserve"> در برابر سپاه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شد. در آغاز، فاتح با شهر مانند دشمن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بدون جنگ فرمان او را 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رفته</w:t>
      </w:r>
      <w:r w:rsidRPr="00E629EA">
        <w:rPr>
          <w:rFonts w:ascii="Tahoma" w:hAnsi="Tahoma" w:cs="Tahoma"/>
          <w:rtl/>
        </w:rPr>
        <w:t xml:space="preserve"> است رفتار کرد. مأموران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تع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و گردآور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خراج وارد شدند و قشون در اطراف شهر مستقر شد. اما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زان</w:t>
      </w:r>
      <w:r w:rsidRPr="00E629EA">
        <w:rPr>
          <w:rFonts w:ascii="Tahoma" w:hAnsi="Tahoma" w:cs="Tahoma"/>
          <w:rtl/>
        </w:rPr>
        <w:t xml:space="preserve"> مطالبات و رفتار مأموران نارضا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آورد. گروه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مردم اصفهان شور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دند</w:t>
      </w:r>
      <w:r w:rsidRPr="00E629EA">
        <w:rPr>
          <w:rFonts w:ascii="Tahoma" w:hAnsi="Tahoma" w:cs="Tahoma"/>
          <w:rtl/>
        </w:rPr>
        <w:t xml:space="preserve"> و شمار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مأموران و سربازان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را کشتند.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پاسخ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کشتار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گسترده بود. فرمان داده شد سپاه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مردم را بکشند و سرها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کشته‌شدگان را گرد آورند. منابع از ساختن برج‌ها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مناره‌ها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از سرها سخن گفته‌اند. شمار قربان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در روا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مختلف از ده‌ها هزار تا رقم‌ها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بس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بزرگ‌تر تغ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کند</w:t>
      </w:r>
      <w:r w:rsidRPr="00E629EA">
        <w:rPr>
          <w:rFonts w:ascii="Tahoma" w:hAnsi="Tahoma" w:cs="Tahoma"/>
          <w:rtl/>
        </w:rPr>
        <w:t xml:space="preserve"> و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</w:t>
      </w:r>
      <w:r w:rsidRPr="00E629EA">
        <w:rPr>
          <w:rFonts w:ascii="Tahoma" w:hAnsi="Tahoma" w:cs="Tahoma"/>
          <w:rtl/>
        </w:rPr>
        <w:t xml:space="preserve"> عد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مشخص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با اطم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نان</w:t>
      </w:r>
      <w:r w:rsidRPr="00E629EA">
        <w:rPr>
          <w:rFonts w:ascii="Tahoma" w:hAnsi="Tahoma" w:cs="Tahoma"/>
          <w:rtl/>
        </w:rPr>
        <w:t xml:space="preserve"> 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</w:t>
      </w:r>
      <w:r w:rsidRPr="00E629EA">
        <w:rPr>
          <w:rFonts w:ascii="Tahoma" w:hAnsi="Tahoma" w:cs="Tahoma"/>
          <w:rtl/>
        </w:rPr>
        <w:t>. اما ترد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ست</w:t>
      </w:r>
      <w:r w:rsidRPr="00E629EA">
        <w:rPr>
          <w:rFonts w:ascii="Tahoma" w:hAnsi="Tahoma" w:cs="Tahoma"/>
          <w:rtl/>
        </w:rPr>
        <w:t xml:space="preserve"> که کشتار وس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ع</w:t>
      </w:r>
      <w:r w:rsidRPr="00E629EA">
        <w:rPr>
          <w:rFonts w:ascii="Tahoma" w:hAnsi="Tahoma" w:cs="Tahoma"/>
          <w:rtl/>
        </w:rPr>
        <w:t xml:space="preserve"> بود و نما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سرها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ده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جاد</w:t>
      </w:r>
      <w:r w:rsidRPr="00E629EA">
        <w:rPr>
          <w:rFonts w:ascii="Tahoma" w:hAnsi="Tahoma" w:cs="Tahoma"/>
          <w:rtl/>
        </w:rPr>
        <w:t xml:space="preserve"> هراس در شهرها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انجام گرفت.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نجا</w:t>
      </w:r>
      <w:r w:rsidRPr="00E629EA">
        <w:rPr>
          <w:rFonts w:ascii="Tahoma" w:hAnsi="Tahoma" w:cs="Tahoma"/>
          <w:rtl/>
        </w:rPr>
        <w:t xml:space="preserve"> خشونت از حد مجازات عاملان شورش فراتر رفت. همهٔ کشته‌شدگان در قتل مأموران سهم نداشتند. جمع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شهر به‌صورت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واحد مسئول شناخته شد و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ست</w:t>
      </w:r>
      <w:r w:rsidRPr="00E629EA">
        <w:rPr>
          <w:rFonts w:ascii="Tahoma" w:hAnsi="Tahoma" w:cs="Tahoma"/>
          <w:rtl/>
        </w:rPr>
        <w:t xml:space="preserve"> هز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نهٔ</w:t>
      </w:r>
      <w:r w:rsidRPr="00E629EA">
        <w:rPr>
          <w:rFonts w:ascii="Tahoma" w:hAnsi="Tahoma" w:cs="Tahoma"/>
          <w:rtl/>
        </w:rPr>
        <w:t xml:space="preserve"> نافرمان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بخش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مردم را بپردازد. هدف تنها بازپس‌گ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اصفهان نبود؛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خواست</w:t>
      </w:r>
      <w:r w:rsidRPr="00E629EA">
        <w:rPr>
          <w:rFonts w:ascii="Tahoma" w:hAnsi="Tahoma" w:cs="Tahoma"/>
          <w:rtl/>
        </w:rPr>
        <w:t xml:space="preserve"> خبر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بسازد که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رس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</w:t>
      </w:r>
      <w:r w:rsidRPr="00E629EA">
        <w:rPr>
          <w:rFonts w:ascii="Tahoma" w:hAnsi="Tahoma" w:cs="Tahoma"/>
          <w:rtl/>
        </w:rPr>
        <w:t xml:space="preserve"> سپاهش به شهرها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بعد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آنجا حاضر باشد. شهرها 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دانستند</w:t>
      </w:r>
      <w:r w:rsidRPr="00E629EA">
        <w:rPr>
          <w:rFonts w:ascii="Tahoma" w:hAnsi="Tahoma" w:cs="Tahoma"/>
          <w:rtl/>
        </w:rPr>
        <w:t xml:space="preserve"> که مقاومت، به‌و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ژه</w:t>
      </w:r>
      <w:r w:rsidRPr="00E629EA">
        <w:rPr>
          <w:rFonts w:ascii="Tahoma" w:hAnsi="Tahoma" w:cs="Tahoma"/>
          <w:rtl/>
        </w:rPr>
        <w:t xml:space="preserve"> شورش پس از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م،</w:t>
      </w:r>
      <w:r w:rsidRPr="00E629EA">
        <w:rPr>
          <w:rFonts w:ascii="Tahoma" w:hAnsi="Tahoma" w:cs="Tahoma"/>
          <w:rtl/>
        </w:rPr>
        <w:t xml:space="preserve"> با مجازات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روبه‌رو خواهد شد که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جنگجو و غ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رجنگجو</w:t>
      </w:r>
      <w:r w:rsidRPr="00E629EA">
        <w:rPr>
          <w:rFonts w:ascii="Tahoma" w:hAnsi="Tahoma" w:cs="Tahoma"/>
          <w:rtl/>
        </w:rPr>
        <w:t xml:space="preserve"> تما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چندان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گذارد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وه</w:t>
      </w:r>
      <w:r w:rsidRPr="00E629EA">
        <w:rPr>
          <w:rFonts w:ascii="Tahoma" w:hAnsi="Tahoma" w:cs="Tahoma"/>
          <w:rtl/>
        </w:rPr>
        <w:t xml:space="preserve"> تا اندازه‌ا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روش فتوحات مغول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الهام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گرفت</w:t>
      </w:r>
      <w:r w:rsidRPr="00E629EA">
        <w:rPr>
          <w:rFonts w:ascii="Tahoma" w:hAnsi="Tahoma" w:cs="Tahoma"/>
          <w:rtl/>
        </w:rPr>
        <w:t>. مغولان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شهرها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را که مقاومت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پس از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دند</w:t>
      </w:r>
      <w:r w:rsidRPr="00E629EA">
        <w:rPr>
          <w:rFonts w:ascii="Tahoma" w:hAnsi="Tahoma" w:cs="Tahoma"/>
          <w:rtl/>
        </w:rPr>
        <w:t xml:space="preserve"> با خشونت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شهرها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فرمانبردار مجازات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</w:t>
      </w:r>
      <w:r w:rsidRPr="00E629EA">
        <w:rPr>
          <w:rFonts w:ascii="Tahoma" w:hAnsi="Tahoma" w:cs="Tahoma"/>
          <w:rtl/>
        </w:rPr>
        <w:t>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روش را به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راث</w:t>
      </w:r>
      <w:r w:rsidRPr="00E629EA">
        <w:rPr>
          <w:rFonts w:ascii="Tahoma" w:hAnsi="Tahoma" w:cs="Tahoma"/>
          <w:rtl/>
        </w:rPr>
        <w:t xml:space="preserve"> نظام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خود افزود و آن را به صورت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حساب‌شده به کار برد. </w:t>
      </w:r>
      <w:r w:rsidRPr="00E629EA">
        <w:rPr>
          <w:rFonts w:ascii="Tahoma" w:hAnsi="Tahoma" w:cs="Tahoma" w:hint="eastAsia"/>
          <w:rtl/>
        </w:rPr>
        <w:t>هراس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او نت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جهٔ</w:t>
      </w:r>
      <w:r w:rsidRPr="00E629EA">
        <w:rPr>
          <w:rFonts w:ascii="Tahoma" w:hAnsi="Tahoma" w:cs="Tahoma"/>
          <w:rtl/>
        </w:rPr>
        <w:t xml:space="preserve"> جانب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جنگ نبود؛ بخش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ابزار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بود. کشتار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شهر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هز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نهٔ</w:t>
      </w:r>
      <w:r w:rsidRPr="00E629EA">
        <w:rPr>
          <w:rFonts w:ascii="Tahoma" w:hAnsi="Tahoma" w:cs="Tahoma"/>
          <w:rtl/>
        </w:rPr>
        <w:t xml:space="preserve"> محاصرهٔ چند شهر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را کاهش دهد،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</w:t>
      </w:r>
      <w:r w:rsidRPr="00E629EA">
        <w:rPr>
          <w:rFonts w:ascii="Tahoma" w:hAnsi="Tahoma" w:cs="Tahoma"/>
          <w:rtl/>
        </w:rPr>
        <w:t xml:space="preserve"> آنان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آغاز جنگ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شدند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پس</w:t>
      </w:r>
      <w:r w:rsidRPr="00E629EA">
        <w:rPr>
          <w:rFonts w:ascii="Tahoma" w:hAnsi="Tahoma" w:cs="Tahoma"/>
          <w:rtl/>
        </w:rPr>
        <w:t xml:space="preserve"> از اصفهان،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به سو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راز</w:t>
      </w:r>
      <w:r w:rsidRPr="00E629EA">
        <w:rPr>
          <w:rFonts w:ascii="Tahoma" w:hAnsi="Tahoma" w:cs="Tahoma"/>
          <w:rtl/>
        </w:rPr>
        <w:t xml:space="preserve"> رفت. شهر و حکومت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توان مقاومت مؤثر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نداشتند و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ن‌العابد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ن،</w:t>
      </w:r>
      <w:r w:rsidRPr="00E629EA">
        <w:rPr>
          <w:rFonts w:ascii="Tahoma" w:hAnsi="Tahoma" w:cs="Tahoma"/>
          <w:rtl/>
        </w:rPr>
        <w:t xml:space="preserve"> فرمانروا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وقت، 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خت</w:t>
      </w:r>
      <w:r w:rsidRPr="00E629EA">
        <w:rPr>
          <w:rFonts w:ascii="Tahoma" w:hAnsi="Tahoma" w:cs="Tahoma"/>
          <w:rtl/>
        </w:rPr>
        <w:t>. 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راز</w:t>
      </w:r>
      <w:r w:rsidRPr="00E629EA">
        <w:rPr>
          <w:rFonts w:ascii="Tahoma" w:hAnsi="Tahoma" w:cs="Tahoma"/>
          <w:rtl/>
        </w:rPr>
        <w:t xml:space="preserve">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شد و از کشتار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همانند اصفهان در امان ماند. در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سفر است که حکا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دار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و حافظ نقل شده است. بنا بر داستان مشهور،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شاعر را به سبب آن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که سمرقند و بخارا را به خال هندو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بخش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بازخواست کرد و حافظ پاسخ داد که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بخشندگ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او را به فقر انداخته است.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حکا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از نظر ادب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دلپذ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است، اما در منابع نزد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به واقعه پشتوانه‌ا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استوار ندارد و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</w:t>
      </w:r>
      <w:r w:rsidRPr="00E629EA">
        <w:rPr>
          <w:rFonts w:ascii="Tahoma" w:hAnsi="Tahoma" w:cs="Tahoma"/>
          <w:rtl/>
        </w:rPr>
        <w:t xml:space="preserve"> آن را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قطع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eastAsia"/>
          <w:rtl/>
        </w:rPr>
        <w:t>انست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تفاوت</w:t>
      </w:r>
      <w:r w:rsidRPr="00E629EA">
        <w:rPr>
          <w:rFonts w:ascii="Tahoma" w:hAnsi="Tahoma" w:cs="Tahoma"/>
          <w:rtl/>
        </w:rPr>
        <w:t xml:space="preserve"> رفتار با اصفهان و 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راز</w:t>
      </w:r>
      <w:r w:rsidRPr="00E629EA">
        <w:rPr>
          <w:rFonts w:ascii="Tahoma" w:hAnsi="Tahoma" w:cs="Tahoma"/>
          <w:rtl/>
        </w:rPr>
        <w:t xml:space="preserve"> به اخلاق متفاوت مردم دو شهر مربوط نبود؛ به 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وهٔ</w:t>
      </w:r>
      <w:r w:rsidRPr="00E629EA">
        <w:rPr>
          <w:rFonts w:ascii="Tahoma" w:hAnsi="Tahoma" w:cs="Tahoma"/>
          <w:rtl/>
        </w:rPr>
        <w:t xml:space="preserve">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آنها ارتباط داشت. شهر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ب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درنگ</w:t>
      </w:r>
      <w:r w:rsidRPr="00E629EA">
        <w:rPr>
          <w:rFonts w:ascii="Tahoma" w:hAnsi="Tahoma" w:cs="Tahoma"/>
          <w:rtl/>
        </w:rPr>
        <w:t xml:space="preserve"> فرمان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</w:t>
      </w:r>
      <w:r w:rsidRPr="00E629EA">
        <w:rPr>
          <w:rFonts w:ascii="Tahoma" w:hAnsi="Tahoma" w:cs="Tahoma"/>
          <w:rtl/>
        </w:rPr>
        <w:t xml:space="preserve"> ممکن بود خراج بدهد، صنعتگرانش را از دست بدهد و حاکم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دست‌نشانده بپذ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رد،</w:t>
      </w:r>
      <w:r w:rsidRPr="00E629EA">
        <w:rPr>
          <w:rFonts w:ascii="Tahoma" w:hAnsi="Tahoma" w:cs="Tahoma"/>
          <w:rtl/>
        </w:rPr>
        <w:t xml:space="preserve"> اما از قتل‌عام در امان بماند. شهر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شورش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</w:t>
      </w:r>
      <w:r w:rsidRPr="00E629EA">
        <w:rPr>
          <w:rFonts w:ascii="Tahoma" w:hAnsi="Tahoma" w:cs="Tahoma"/>
          <w:rtl/>
        </w:rPr>
        <w:t xml:space="preserve"> به نمونه‌ا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گران</w:t>
      </w:r>
      <w:r w:rsidRPr="00E629EA">
        <w:rPr>
          <w:rFonts w:ascii="Tahoma" w:hAnsi="Tahoma" w:cs="Tahoma"/>
          <w:rtl/>
        </w:rPr>
        <w:t xml:space="preserve">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</w:t>
      </w:r>
      <w:r w:rsidRPr="00E629EA">
        <w:rPr>
          <w:rFonts w:ascii="Tahoma" w:hAnsi="Tahoma" w:cs="Tahoma"/>
          <w:rtl/>
        </w:rPr>
        <w:t>. بنابرا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امن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نه حق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همگان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بلکه پاداش فرمانبردار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بود و تا زمان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دوام داشت که فاتح از اطاعت شهر اطم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نان</w:t>
      </w:r>
      <w:r w:rsidRPr="00E629EA">
        <w:rPr>
          <w:rFonts w:ascii="Tahoma" w:hAnsi="Tahoma" w:cs="Tahoma"/>
          <w:rtl/>
        </w:rPr>
        <w:t xml:space="preserve"> داشته باشد.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پس از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ناچار شد بار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به مسئلهٔ توقتمش بپردازد. خان اردو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زر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با حمله به خوارزم، قفقاز و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جان،</w:t>
      </w:r>
      <w:r w:rsidRPr="00E629EA">
        <w:rPr>
          <w:rFonts w:ascii="Tahoma" w:hAnsi="Tahoma" w:cs="Tahoma"/>
          <w:rtl/>
        </w:rPr>
        <w:t xml:space="preserve"> پشت جبههٔ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را ناامن کند.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سال </w:t>
      </w:r>
      <w:r w:rsidRPr="00E629EA">
        <w:rPr>
          <w:rFonts w:ascii="Tahoma" w:hAnsi="Tahoma" w:cs="Tahoma"/>
          <w:rtl/>
          <w:lang w:bidi="fa-IR"/>
        </w:rPr>
        <w:t>۱۳۹۱</w:t>
      </w:r>
      <w:r w:rsidRPr="00E629EA">
        <w:rPr>
          <w:rFonts w:ascii="Tahoma" w:hAnsi="Tahoma" w:cs="Tahoma"/>
          <w:rtl/>
        </w:rPr>
        <w:t xml:space="preserve"> سپاه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بزرگ را به دشت‌ها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شمال برد و در کنار رود کندرچه بر توقتمش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/>
          <w:rtl/>
        </w:rPr>
        <w:t xml:space="preserve"> شد. ام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شکست قدرت خان را به‌کل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نبرد و نزاع چند سال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ادامه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افت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سال </w:t>
      </w:r>
      <w:r w:rsidRPr="00E629EA">
        <w:rPr>
          <w:rFonts w:ascii="Tahoma" w:hAnsi="Tahoma" w:cs="Tahoma"/>
          <w:rtl/>
          <w:lang w:bidi="fa-IR"/>
        </w:rPr>
        <w:t>۱۳۹۵</w:t>
      </w:r>
      <w:r w:rsidRPr="00E629EA">
        <w:rPr>
          <w:rFonts w:ascii="Tahoma" w:hAnsi="Tahoma" w:cs="Tahoma"/>
          <w:rtl/>
        </w:rPr>
        <w:t>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بار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با توقتمش جنگ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و او را در نبرد کنار رود ترک شکست داد.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بار به عقب راندن سپاه دشمن بسنده نکرد.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به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اردو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زر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رفتند و مراکز مهم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چون سرا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حاج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ترخان</w:t>
      </w:r>
      <w:r w:rsidRPr="00E629EA">
        <w:rPr>
          <w:rFonts w:ascii="Tahoma" w:hAnsi="Tahoma" w:cs="Tahoma"/>
          <w:rtl/>
        </w:rPr>
        <w:t xml:space="preserve"> را 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کردند. راه‌ها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تجار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شمال 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خزر آس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و قدرت اردو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زر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نتوانست جا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گاه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خود را باز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ابد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نابود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قدرت توقتمش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اهم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داشت.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</w:t>
      </w:r>
      <w:r w:rsidRPr="00E629EA">
        <w:rPr>
          <w:rFonts w:ascii="Tahoma" w:hAnsi="Tahoma" w:cs="Tahoma"/>
          <w:rtl/>
        </w:rPr>
        <w:t xml:space="preserve"> و قفقاز از فشار رق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شمال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رها شدند و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توانست بدون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از حملهٔ اردو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زر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به غرب بازگردد. اما تخر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شهرها و راه‌ها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تجار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شمال، تنها دشمن نظام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تضع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ف</w:t>
      </w:r>
      <w:r w:rsidRPr="00E629EA">
        <w:rPr>
          <w:rFonts w:ascii="Tahoma" w:hAnsi="Tahoma" w:cs="Tahoma"/>
          <w:rtl/>
        </w:rPr>
        <w:t xml:space="preserve"> نکرد؛ شبکه‌ا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دادوستد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آس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مرکز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>، روس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ه،</w:t>
      </w:r>
      <w:r w:rsidRPr="00E629EA">
        <w:rPr>
          <w:rFonts w:ascii="Tahoma" w:hAnsi="Tahoma" w:cs="Tahoma"/>
          <w:rtl/>
        </w:rPr>
        <w:t xml:space="preserve"> قفقاز و 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خزر را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آس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زد.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بار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با 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کردن سرچشمه‌ها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اقتصاد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همراه شد که خود قصد ادارهٔ مستق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و درازمدت آن را نداشت.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فاصلهٔ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جنگ‌ها،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پنج‌سالهٔ خود را از </w:t>
      </w:r>
      <w:r w:rsidRPr="00E629EA">
        <w:rPr>
          <w:rFonts w:ascii="Tahoma" w:hAnsi="Tahoma" w:cs="Tahoma"/>
          <w:rtl/>
          <w:lang w:bidi="fa-IR"/>
        </w:rPr>
        <w:t>۱۳۹۲</w:t>
      </w:r>
      <w:r w:rsidRPr="00E629EA">
        <w:rPr>
          <w:rFonts w:ascii="Tahoma" w:hAnsi="Tahoma" w:cs="Tahoma"/>
          <w:rtl/>
        </w:rPr>
        <w:t xml:space="preserve"> آغاز کرد. او به نواح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ساحل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خزر، 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فارس، عراق و آذربا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جان</w:t>
      </w:r>
      <w:r w:rsidRPr="00E629EA">
        <w:rPr>
          <w:rFonts w:ascii="Tahoma" w:hAnsi="Tahoma" w:cs="Tahoma"/>
          <w:rtl/>
        </w:rPr>
        <w:t xml:space="preserve"> بازگشت و کوش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هر حکومت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که در غ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ابش</w:t>
      </w:r>
      <w:r w:rsidRPr="00E629EA">
        <w:rPr>
          <w:rFonts w:ascii="Tahoma" w:hAnsi="Tahoma" w:cs="Tahoma"/>
          <w:rtl/>
        </w:rPr>
        <w:t xml:space="preserve"> دوباره استقلال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افته</w:t>
      </w:r>
      <w:r w:rsidRPr="00E629EA">
        <w:rPr>
          <w:rFonts w:ascii="Tahoma" w:hAnsi="Tahoma" w:cs="Tahoma"/>
          <w:rtl/>
        </w:rPr>
        <w:t xml:space="preserve"> بود از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بردارد. شاهزادگان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پس از رفتن او بار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به جنگ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پرداخته بودند. آنان گمان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</w:t>
      </w:r>
      <w:r w:rsidRPr="00E629EA">
        <w:rPr>
          <w:rFonts w:ascii="Tahoma" w:hAnsi="Tahoma" w:cs="Tahoma"/>
          <w:rtl/>
        </w:rPr>
        <w:t xml:space="preserve"> دور شدن سپاه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فرصت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بازساز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حکومتشان است، اما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پراکندگ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آنان را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بازگشت فاتح ب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دفاع‌تر</w:t>
      </w:r>
      <w:r w:rsidRPr="00E629EA">
        <w:rPr>
          <w:rFonts w:ascii="Tahoma" w:hAnsi="Tahoma" w:cs="Tahoma"/>
          <w:rtl/>
        </w:rPr>
        <w:t xml:space="preserve"> ساخت.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شاهزادگان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شاه منصور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گران</w:t>
      </w:r>
      <w:r w:rsidRPr="00E629EA">
        <w:rPr>
          <w:rFonts w:ascii="Tahoma" w:hAnsi="Tahoma" w:cs="Tahoma"/>
          <w:rtl/>
        </w:rPr>
        <w:t xml:space="preserve"> توان و ارادهٔ مقاومت داشت. او 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راز</w:t>
      </w:r>
      <w:r w:rsidRPr="00E629EA">
        <w:rPr>
          <w:rFonts w:ascii="Tahoma" w:hAnsi="Tahoma" w:cs="Tahoma"/>
          <w:rtl/>
        </w:rPr>
        <w:t xml:space="preserve"> را در اخت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گرفت و کوش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بخش‌ها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پراکندهٔ قلمرو خاندان را دوباره متحد کند. هنگام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سال </w:t>
      </w:r>
      <w:r w:rsidRPr="00E629EA">
        <w:rPr>
          <w:rFonts w:ascii="Tahoma" w:hAnsi="Tahoma" w:cs="Tahoma"/>
          <w:rtl/>
          <w:lang w:bidi="fa-IR"/>
        </w:rPr>
        <w:t>۱۳۹۳</w:t>
      </w:r>
      <w:r w:rsidRPr="00E629EA">
        <w:rPr>
          <w:rFonts w:ascii="Tahoma" w:hAnsi="Tahoma" w:cs="Tahoma"/>
          <w:rtl/>
        </w:rPr>
        <w:t xml:space="preserve"> به فارس بازگشت، شاه منصور برخلاف خو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شاوندان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به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اند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دند</w:t>
      </w:r>
      <w:r w:rsidRPr="00E629EA">
        <w:rPr>
          <w:rFonts w:ascii="Tahoma" w:hAnsi="Tahoma" w:cs="Tahoma"/>
          <w:rtl/>
        </w:rPr>
        <w:t xml:space="preserve"> تصم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گرفت بجنگد. در نبرد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سخت، او توانست خود را به نزد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برساند و خطر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مستق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فاتح پد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آورد، اما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هم پاش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دند</w:t>
      </w:r>
      <w:r w:rsidRPr="00E629EA">
        <w:rPr>
          <w:rFonts w:ascii="Tahoma" w:hAnsi="Tahoma" w:cs="Tahoma"/>
          <w:rtl/>
        </w:rPr>
        <w:t xml:space="preserve"> و خود او کشته شد.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پس</w:t>
      </w:r>
      <w:r w:rsidRPr="00E629EA">
        <w:rPr>
          <w:rFonts w:ascii="Tahoma" w:hAnsi="Tahoma" w:cs="Tahoma"/>
          <w:rtl/>
        </w:rPr>
        <w:t xml:space="preserve"> از مرگ شاه منصور،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شتر</w:t>
      </w:r>
      <w:r w:rsidRPr="00E629EA">
        <w:rPr>
          <w:rFonts w:ascii="Tahoma" w:hAnsi="Tahoma" w:cs="Tahoma"/>
          <w:rtl/>
        </w:rPr>
        <w:t xml:space="preserve"> شاهزادگان مرد خاندان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گرد آورد و فرمان کشتن آنان را صادر کرد. کسان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ش‌تر</w:t>
      </w:r>
      <w:r w:rsidRPr="00E629EA">
        <w:rPr>
          <w:rFonts w:ascii="Tahoma" w:hAnsi="Tahoma" w:cs="Tahoma"/>
          <w:rtl/>
        </w:rPr>
        <w:t xml:space="preserve">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شده و گمان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</w:t>
      </w:r>
      <w:r w:rsidRPr="00E629EA">
        <w:rPr>
          <w:rFonts w:ascii="Tahoma" w:hAnsi="Tahoma" w:cs="Tahoma"/>
          <w:rtl/>
        </w:rPr>
        <w:t xml:space="preserve"> با فرمانبردار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تاج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ولا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خود را حفظ خواهند کرد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از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رفتند.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اقدام نشان داد که وعدهٔ حفظ حاکمان محل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شه</w:t>
      </w:r>
      <w:r w:rsidRPr="00E629EA">
        <w:rPr>
          <w:rFonts w:ascii="Tahoma" w:hAnsi="Tahoma" w:cs="Tahoma"/>
          <w:rtl/>
        </w:rPr>
        <w:t xml:space="preserve"> موقت است. تا هنگام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ادارهٔ منطقه به آنان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از</w:t>
      </w:r>
      <w:r w:rsidRPr="00E629EA">
        <w:rPr>
          <w:rFonts w:ascii="Tahoma" w:hAnsi="Tahoma" w:cs="Tahoma"/>
          <w:rtl/>
        </w:rPr>
        <w:t xml:space="preserve"> داشت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در جا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خود نگاهشان دارد، اما هنگام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حضورشان را سرچشمهٔ شورش آ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نده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د،</w:t>
      </w:r>
      <w:r w:rsidRPr="00E629EA">
        <w:rPr>
          <w:rFonts w:ascii="Tahoma" w:hAnsi="Tahoma" w:cs="Tahoma"/>
          <w:rtl/>
        </w:rPr>
        <w:t xml:space="preserve"> تسل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گذشته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نجاتشان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داد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با</w:t>
      </w:r>
      <w:r w:rsidRPr="00E629EA">
        <w:rPr>
          <w:rFonts w:ascii="Tahoma" w:hAnsi="Tahoma" w:cs="Tahoma"/>
          <w:rtl/>
        </w:rPr>
        <w:t xml:space="preserve"> نابود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مظفر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ان،</w:t>
      </w:r>
      <w:r w:rsidRPr="00E629EA">
        <w:rPr>
          <w:rFonts w:ascii="Tahoma" w:hAnsi="Tahoma" w:cs="Tahoma"/>
          <w:rtl/>
        </w:rPr>
        <w:t xml:space="preserve"> فارس،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زد،</w:t>
      </w:r>
      <w:r w:rsidRPr="00E629EA">
        <w:rPr>
          <w:rFonts w:ascii="Tahoma" w:hAnsi="Tahoma" w:cs="Tahoma"/>
          <w:rtl/>
        </w:rPr>
        <w:t xml:space="preserve"> کرمان و اصفهان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پسران و نوادگان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شدند.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از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سو راه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پاداش دادن به شاهزادگان و آموزش آنان در حکومت بود و از سو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خطر تجز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هٔ</w:t>
      </w:r>
      <w:r w:rsidRPr="00E629EA">
        <w:rPr>
          <w:rFonts w:ascii="Tahoma" w:hAnsi="Tahoma" w:cs="Tahoma"/>
          <w:rtl/>
        </w:rPr>
        <w:t xml:space="preserve"> آ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نده</w:t>
      </w:r>
      <w:r w:rsidRPr="00E629EA">
        <w:rPr>
          <w:rFonts w:ascii="Tahoma" w:hAnsi="Tahoma" w:cs="Tahoma"/>
          <w:rtl/>
        </w:rPr>
        <w:t xml:space="preserve"> را در خود داشت. هر شاهزاده در ولا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خو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وان،</w:t>
      </w:r>
      <w:r w:rsidRPr="00E629EA">
        <w:rPr>
          <w:rFonts w:ascii="Tahoma" w:hAnsi="Tahoma" w:cs="Tahoma"/>
          <w:rtl/>
        </w:rPr>
        <w:t xml:space="preserve"> قشون، خزانه و </w:t>
      </w:r>
      <w:r w:rsidRPr="00E629EA">
        <w:rPr>
          <w:rFonts w:ascii="Tahoma" w:hAnsi="Tahoma" w:cs="Tahoma" w:hint="eastAsia"/>
          <w:rtl/>
        </w:rPr>
        <w:t>گروه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به دست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آورد</w:t>
      </w:r>
      <w:r w:rsidRPr="00E629EA">
        <w:rPr>
          <w:rFonts w:ascii="Tahoma" w:hAnsi="Tahoma" w:cs="Tahoma"/>
          <w:rtl/>
        </w:rPr>
        <w:t>. تا زمان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زنده بود، اقتدار شخص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او مانع استقلال آنان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شد،</w:t>
      </w:r>
      <w:r w:rsidRPr="00E629EA">
        <w:rPr>
          <w:rFonts w:ascii="Tahoma" w:hAnsi="Tahoma" w:cs="Tahoma"/>
          <w:rtl/>
        </w:rPr>
        <w:t xml:space="preserve"> اما پس از مرگش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ولا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ت‌ها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توانستند</w:t>
      </w:r>
      <w:r w:rsidRPr="00E629EA">
        <w:rPr>
          <w:rFonts w:ascii="Tahoma" w:hAnsi="Tahoma" w:cs="Tahoma"/>
          <w:rtl/>
        </w:rPr>
        <w:t xml:space="preserve"> به پا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هٔ</w:t>
      </w:r>
      <w:r w:rsidRPr="00E629EA">
        <w:rPr>
          <w:rFonts w:ascii="Tahoma" w:hAnsi="Tahoma" w:cs="Tahoma"/>
          <w:rtl/>
        </w:rPr>
        <w:t xml:space="preserve"> جنگ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شوند.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جلا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در برابر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تاب مقاومت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اوردند</w:t>
      </w:r>
      <w:r w:rsidRPr="00E629EA">
        <w:rPr>
          <w:rFonts w:ascii="Tahoma" w:hAnsi="Tahoma" w:cs="Tahoma"/>
          <w:rtl/>
        </w:rPr>
        <w:t>. سلطان احمد جلا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بغداد را ترک کرد و گاه به قلمرو ممال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و گاه به عثمان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پناه برد.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سال </w:t>
      </w:r>
      <w:r w:rsidRPr="00E629EA">
        <w:rPr>
          <w:rFonts w:ascii="Tahoma" w:hAnsi="Tahoma" w:cs="Tahoma"/>
          <w:rtl/>
          <w:lang w:bidi="fa-IR"/>
        </w:rPr>
        <w:t>۱۳۹۳</w:t>
      </w:r>
      <w:r w:rsidRPr="00E629EA">
        <w:rPr>
          <w:rFonts w:ascii="Tahoma" w:hAnsi="Tahoma" w:cs="Tahoma"/>
          <w:rtl/>
        </w:rPr>
        <w:t xml:space="preserve"> بغداد را تصرف کرد، اما حکومت مستق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و آرام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آن مستقر نشد. هر بار که سپاه اصل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دور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شد،</w:t>
      </w:r>
      <w:r w:rsidRPr="00E629EA">
        <w:rPr>
          <w:rFonts w:ascii="Tahoma" w:hAnsi="Tahoma" w:cs="Tahoma"/>
          <w:rtl/>
        </w:rPr>
        <w:t xml:space="preserve"> امکان بازگشت </w:t>
      </w:r>
      <w:r w:rsidRPr="00E629EA">
        <w:rPr>
          <w:rFonts w:ascii="Tahoma" w:hAnsi="Tahoma" w:cs="Tahoma" w:hint="eastAsia"/>
          <w:rtl/>
        </w:rPr>
        <w:t>جلا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شورش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محل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وجود داشت. بغداد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هم از نظر ثروت و موقع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راهبرد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داشت و هم دروازهٔ ورود به سور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</w:t>
      </w:r>
      <w:r w:rsidRPr="00E629EA">
        <w:rPr>
          <w:rFonts w:ascii="Tahoma" w:hAnsi="Tahoma" w:cs="Tahoma"/>
          <w:rtl/>
        </w:rPr>
        <w:t xml:space="preserve"> و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بود.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پس از 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هند در سال </w:t>
      </w:r>
      <w:r w:rsidRPr="00E629EA">
        <w:rPr>
          <w:rFonts w:ascii="Tahoma" w:hAnsi="Tahoma" w:cs="Tahoma"/>
          <w:rtl/>
          <w:lang w:bidi="fa-IR"/>
        </w:rPr>
        <w:t>۱۳۹۸</w:t>
      </w:r>
      <w:r w:rsidRPr="00E629EA">
        <w:rPr>
          <w:rFonts w:ascii="Tahoma" w:hAnsi="Tahoma" w:cs="Tahoma"/>
          <w:rtl/>
        </w:rPr>
        <w:t xml:space="preserve"> و غارت دهل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در سال </w:t>
      </w:r>
      <w:r w:rsidRPr="00E629EA">
        <w:rPr>
          <w:rFonts w:ascii="Tahoma" w:hAnsi="Tahoma" w:cs="Tahoma"/>
          <w:rtl/>
          <w:lang w:bidi="fa-IR"/>
        </w:rPr>
        <w:t>۱۳۹۹</w:t>
      </w:r>
      <w:r w:rsidRPr="00E629EA">
        <w:rPr>
          <w:rFonts w:ascii="Tahoma" w:hAnsi="Tahoma" w:cs="Tahoma"/>
          <w:rtl/>
        </w:rPr>
        <w:t xml:space="preserve"> حرکت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آغاز کرد که به «لشکرکش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هفت‌ساله» شهرت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افت</w:t>
      </w:r>
      <w:r w:rsidRPr="00E629EA">
        <w:rPr>
          <w:rFonts w:ascii="Tahoma" w:hAnsi="Tahoma" w:cs="Tahoma"/>
          <w:rtl/>
        </w:rPr>
        <w:t>. او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بار به قفقاز، عراق، سور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</w:t>
      </w:r>
      <w:r w:rsidRPr="00E629EA">
        <w:rPr>
          <w:rFonts w:ascii="Tahoma" w:hAnsi="Tahoma" w:cs="Tahoma"/>
          <w:rtl/>
        </w:rPr>
        <w:t xml:space="preserve"> و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رفت. در جر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حرکت، بغداد در سال </w:t>
      </w:r>
      <w:r w:rsidRPr="00E629EA">
        <w:rPr>
          <w:rFonts w:ascii="Tahoma" w:hAnsi="Tahoma" w:cs="Tahoma"/>
          <w:rtl/>
          <w:lang w:bidi="fa-IR"/>
        </w:rPr>
        <w:t>۱۴۰۱</w:t>
      </w:r>
      <w:r w:rsidRPr="00E629EA">
        <w:rPr>
          <w:rFonts w:ascii="Tahoma" w:hAnsi="Tahoma" w:cs="Tahoma"/>
          <w:rtl/>
        </w:rPr>
        <w:t xml:space="preserve"> بار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در برابر او قرار گرفت. مقاومت شهر با کش</w:t>
      </w:r>
      <w:r w:rsidRPr="00E629EA">
        <w:rPr>
          <w:rFonts w:ascii="Tahoma" w:hAnsi="Tahoma" w:cs="Tahoma" w:hint="eastAsia"/>
          <w:rtl/>
        </w:rPr>
        <w:t>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پاسخ داده شد و برج‌ها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از سرها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کشته‌شدگان ساخته شد. صنعتگران و هنرمندان ماهر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جدا شدند تا به سمرقند فرستاده شوند.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همان 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حلب و دمشق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به تصرف درآمدند.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گفت‌وگو با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نکاران</w:t>
      </w:r>
      <w:r w:rsidRPr="00E629EA">
        <w:rPr>
          <w:rFonts w:ascii="Tahoma" w:hAnsi="Tahoma" w:cs="Tahoma"/>
          <w:rtl/>
        </w:rPr>
        <w:t xml:space="preserve"> و بزرگان هر شهر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خود را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مسلمان و مجر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عدالت معرف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کند، اما قشونش ثروت شهر را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گرفت</w:t>
      </w:r>
      <w:r w:rsidRPr="00E629EA">
        <w:rPr>
          <w:rFonts w:ascii="Tahoma" w:hAnsi="Tahoma" w:cs="Tahoma"/>
          <w:rtl/>
        </w:rPr>
        <w:t xml:space="preserve"> و مردم را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کشت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به اسارت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برد</w:t>
      </w:r>
      <w:r w:rsidRPr="00E629EA">
        <w:rPr>
          <w:rFonts w:ascii="Tahoma" w:hAnsi="Tahoma" w:cs="Tahoma"/>
          <w:rtl/>
        </w:rPr>
        <w:t>. حضور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نکاران</w:t>
      </w:r>
      <w:r w:rsidRPr="00E629EA">
        <w:rPr>
          <w:rFonts w:ascii="Tahoma" w:hAnsi="Tahoma" w:cs="Tahoma"/>
          <w:rtl/>
        </w:rPr>
        <w:t xml:space="preserve"> در دربار و استفاده از </w:t>
      </w:r>
      <w:r w:rsidRPr="00E629EA">
        <w:rPr>
          <w:rFonts w:ascii="Tahoma" w:hAnsi="Tahoma" w:cs="Tahoma" w:hint="eastAsia"/>
          <w:rtl/>
        </w:rPr>
        <w:t>زبان</w:t>
      </w:r>
      <w:r w:rsidRPr="00E629EA">
        <w:rPr>
          <w:rFonts w:ascii="Tahoma" w:hAnsi="Tahoma" w:cs="Tahoma"/>
          <w:rtl/>
        </w:rPr>
        <w:t xml:space="preserve"> شرع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مانع از آن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</w:t>
      </w:r>
      <w:r w:rsidRPr="00E629EA">
        <w:rPr>
          <w:rFonts w:ascii="Tahoma" w:hAnsi="Tahoma" w:cs="Tahoma"/>
          <w:rtl/>
        </w:rPr>
        <w:t xml:space="preserve"> که منافع سپاه و ارادهٔ فاتح مع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اصل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رفتار با شهر باشد.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سال </w:t>
      </w:r>
      <w:r w:rsidRPr="00E629EA">
        <w:rPr>
          <w:rFonts w:ascii="Tahoma" w:hAnsi="Tahoma" w:cs="Tahoma"/>
          <w:rtl/>
          <w:lang w:bidi="fa-IR"/>
        </w:rPr>
        <w:t>۱۴۰۲</w:t>
      </w:r>
      <w:r w:rsidRPr="00E629EA">
        <w:rPr>
          <w:rFonts w:ascii="Tahoma" w:hAnsi="Tahoma" w:cs="Tahoma"/>
          <w:rtl/>
        </w:rPr>
        <w:t>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با 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اول، سلطان عثمان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در نزد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آنکارا روبه‌رو شد. عثمان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در حال گسترش قدرت خود در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بالکان بودند و پناه دادن به دشمنان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و اختلاف بر سر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نزاع را شدت داده بود. سپاه عثمان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شکست خورد و 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به اس</w:t>
      </w:r>
      <w:r w:rsidRPr="00E629EA">
        <w:rPr>
          <w:rFonts w:ascii="Tahoma" w:hAnsi="Tahoma" w:cs="Tahoma" w:hint="eastAsia"/>
          <w:rtl/>
        </w:rPr>
        <w:t>ارت</w:t>
      </w:r>
      <w:r w:rsidRPr="00E629EA">
        <w:rPr>
          <w:rFonts w:ascii="Tahoma" w:hAnsi="Tahoma" w:cs="Tahoma"/>
          <w:rtl/>
        </w:rPr>
        <w:t xml:space="preserve"> درآمد.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آوازهٔ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را در سراسر جهان آن روز گسترش داد. دولت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رومند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پادشاهان اروپا از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شرو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داشتند در برابر سپاه او شکست خورده بود.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اما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قصد نداشت دستگاه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واحد و مستق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مانند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برپا کند. او حکومت‌ها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محل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بازگرداند و از پراکندگ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قدرت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جلوگ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ظهور رق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رومند</w:t>
      </w:r>
      <w:r w:rsidRPr="00E629EA">
        <w:rPr>
          <w:rFonts w:ascii="Tahoma" w:hAnsi="Tahoma" w:cs="Tahoma"/>
          <w:rtl/>
        </w:rPr>
        <w:t xml:space="preserve"> بهره گرفت.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روش با رفتارش در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تفاوت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مهم داشت.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و خراسان بخش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قلمرو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eastAsia"/>
          <w:rtl/>
        </w:rPr>
        <w:t>بودند</w:t>
      </w:r>
      <w:r w:rsidRPr="00E629EA">
        <w:rPr>
          <w:rFonts w:ascii="Tahoma" w:hAnsi="Tahoma" w:cs="Tahoma"/>
          <w:rtl/>
        </w:rPr>
        <w:t xml:space="preserve"> که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شاهزادگان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شدند؛</w:t>
      </w:r>
      <w:r w:rsidRPr="00E629EA">
        <w:rPr>
          <w:rFonts w:ascii="Tahoma" w:hAnsi="Tahoma" w:cs="Tahoma"/>
          <w:rtl/>
        </w:rPr>
        <w:t xml:space="preserve"> بس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دورتر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آنکه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ادارهٔ دائم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فتح شوند،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گرفتن غن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مت،</w:t>
      </w:r>
      <w:r w:rsidRPr="00E629EA">
        <w:rPr>
          <w:rFonts w:ascii="Tahoma" w:hAnsi="Tahoma" w:cs="Tahoma"/>
          <w:rtl/>
        </w:rPr>
        <w:t xml:space="preserve"> از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بردن رق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و نما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برتر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نظام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هدف قرار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گرفتند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امپراتور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از 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تا مد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ترانه</w:t>
      </w:r>
      <w:r w:rsidRPr="00E629EA">
        <w:rPr>
          <w:rFonts w:ascii="Tahoma" w:hAnsi="Tahoma" w:cs="Tahoma"/>
          <w:rtl/>
        </w:rPr>
        <w:t xml:space="preserve"> امتداد نداشت به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معنا که همهٔ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/>
          <w:rtl/>
        </w:rPr>
        <w:t xml:space="preserve"> به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اندازه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ادارهٔ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واحد قرار گرفته باشند. درجهٔ سلطه در مناطق مختلف متفاوت بود. در ماوراءالنهر، خراسان و بخش بزرگ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ران،</w:t>
      </w:r>
      <w:r w:rsidRPr="00E629EA">
        <w:rPr>
          <w:rFonts w:ascii="Tahoma" w:hAnsi="Tahoma" w:cs="Tahoma"/>
          <w:rtl/>
        </w:rPr>
        <w:t xml:space="preserve"> شاهزادگان، حاکمان و مأموران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مس</w:t>
      </w:r>
      <w:r w:rsidRPr="00E629EA">
        <w:rPr>
          <w:rFonts w:ascii="Tahoma" w:hAnsi="Tahoma" w:cs="Tahoma" w:hint="eastAsia"/>
          <w:rtl/>
        </w:rPr>
        <w:t>تقر</w:t>
      </w:r>
      <w:r w:rsidRPr="00E629EA">
        <w:rPr>
          <w:rFonts w:ascii="Tahoma" w:hAnsi="Tahoma" w:cs="Tahoma"/>
          <w:rtl/>
        </w:rPr>
        <w:t xml:space="preserve"> بودند. در قفقاز، عراق و نواح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رامون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حکومت گاه مستق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و گاه از راه فرمانروا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تابع اعمال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</w:t>
      </w:r>
      <w:r w:rsidRPr="00E629EA">
        <w:rPr>
          <w:rFonts w:ascii="Tahoma" w:hAnsi="Tahoma" w:cs="Tahoma"/>
          <w:rtl/>
        </w:rPr>
        <w:t>. در هند، روس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</w:t>
      </w:r>
      <w:r w:rsidRPr="00E629EA">
        <w:rPr>
          <w:rFonts w:ascii="Tahoma" w:hAnsi="Tahoma" w:cs="Tahoma"/>
          <w:rtl/>
        </w:rPr>
        <w:t xml:space="preserve"> و بخش‌ها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از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ورش</w:t>
      </w:r>
      <w:r w:rsidRPr="00E629EA">
        <w:rPr>
          <w:rFonts w:ascii="Tahoma" w:hAnsi="Tahoma" w:cs="Tahoma"/>
          <w:rtl/>
        </w:rPr>
        <w:t xml:space="preserve">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شتر</w:t>
      </w:r>
      <w:r w:rsidRPr="00E629EA">
        <w:rPr>
          <w:rFonts w:ascii="Tahoma" w:hAnsi="Tahoma" w:cs="Tahoma"/>
          <w:rtl/>
        </w:rPr>
        <w:t xml:space="preserve"> به غارت و شکست دشمن انجام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تا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جاد</w:t>
      </w:r>
      <w:r w:rsidRPr="00E629EA">
        <w:rPr>
          <w:rFonts w:ascii="Tahoma" w:hAnsi="Tahoma" w:cs="Tahoma"/>
          <w:rtl/>
        </w:rPr>
        <w:t xml:space="preserve"> کشوردار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دار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تفاوت، فاصلهٔ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وسعت فتوحات و عمق حکومت را نشان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داد</w:t>
      </w:r>
      <w:r w:rsidRPr="00E629EA">
        <w:rPr>
          <w:rFonts w:ascii="Tahoma" w:hAnsi="Tahoma" w:cs="Tahoma"/>
          <w:rtl/>
        </w:rPr>
        <w:t>. نقشهٔ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بس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بزرگ‌تر از قلمرو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بود که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وانش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به‌طور منظم اداره کند. او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سپاه خود را هزاران 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لومتر</w:t>
      </w:r>
      <w:r w:rsidRPr="00E629EA">
        <w:rPr>
          <w:rFonts w:ascii="Tahoma" w:hAnsi="Tahoma" w:cs="Tahoma"/>
          <w:rtl/>
        </w:rPr>
        <w:t xml:space="preserve"> حرکت دهد، اما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در همهٔ مناطق فتح‌شده مأمور، خزا</w:t>
      </w:r>
      <w:r w:rsidRPr="00E629EA">
        <w:rPr>
          <w:rFonts w:ascii="Tahoma" w:hAnsi="Tahoma" w:cs="Tahoma" w:hint="eastAsia"/>
          <w:rtl/>
        </w:rPr>
        <w:t>نه،</w:t>
      </w:r>
      <w:r w:rsidRPr="00E629EA">
        <w:rPr>
          <w:rFonts w:ascii="Tahoma" w:hAnsi="Tahoma" w:cs="Tahoma"/>
          <w:rtl/>
        </w:rPr>
        <w:t xml:space="preserve"> راه ارتباط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دائم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نگاه دارد. بنابرا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بخش بزرگ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امپراتور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حضور شخص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تهد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بازگشت او وابسته بود.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قشون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از گروه‌ها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گوناگون ترک و مغول و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تابع تشک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</w:t>
      </w:r>
      <w:r w:rsidRPr="00E629EA">
        <w:rPr>
          <w:rFonts w:ascii="Tahoma" w:hAnsi="Tahoma" w:cs="Tahoma"/>
          <w:rtl/>
        </w:rPr>
        <w:t>. فرماندهان با شخص او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وند</w:t>
      </w:r>
      <w:r w:rsidRPr="00E629EA">
        <w:rPr>
          <w:rFonts w:ascii="Tahoma" w:hAnsi="Tahoma" w:cs="Tahoma"/>
          <w:rtl/>
        </w:rPr>
        <w:t xml:space="preserve"> داشتند و از راه غن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مت،</w:t>
      </w:r>
      <w:r w:rsidRPr="00E629EA">
        <w:rPr>
          <w:rFonts w:ascii="Tahoma" w:hAnsi="Tahoma" w:cs="Tahoma"/>
          <w:rtl/>
        </w:rPr>
        <w:t xml:space="preserve"> منصب و واگذار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پاداش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گرفتند</w:t>
      </w:r>
      <w:r w:rsidRPr="00E629EA">
        <w:rPr>
          <w:rFonts w:ascii="Tahoma" w:hAnsi="Tahoma" w:cs="Tahoma"/>
          <w:rtl/>
        </w:rPr>
        <w:t>. انضباط سپاه و توان حرکت سر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ع</w:t>
      </w:r>
      <w:r w:rsidRPr="00E629EA">
        <w:rPr>
          <w:rFonts w:ascii="Tahoma" w:hAnsi="Tahoma" w:cs="Tahoma"/>
          <w:rtl/>
        </w:rPr>
        <w:t xml:space="preserve"> آن از عوامل اصل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بود. اما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قشون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ادامهٔ وفاد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جنگ و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ثروت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از</w:t>
      </w:r>
      <w:r w:rsidRPr="00E629EA">
        <w:rPr>
          <w:rFonts w:ascii="Tahoma" w:hAnsi="Tahoma" w:cs="Tahoma"/>
          <w:rtl/>
        </w:rPr>
        <w:t xml:space="preserve"> داشت.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به‌آسان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فاتح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دائماً در حرکت به پادشاه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ساکن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شود،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</w:t>
      </w:r>
      <w:r w:rsidRPr="00E629EA">
        <w:rPr>
          <w:rFonts w:ascii="Tahoma" w:hAnsi="Tahoma" w:cs="Tahoma"/>
          <w:rtl/>
        </w:rPr>
        <w:t xml:space="preserve"> توقف طولان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رقابت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و شاهزادگان را آشکار کند.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کنار قشون،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وانسالاران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وظ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فهٔ</w:t>
      </w:r>
      <w:r w:rsidRPr="00E629EA">
        <w:rPr>
          <w:rFonts w:ascii="Tahoma" w:hAnsi="Tahoma" w:cs="Tahoma"/>
          <w:rtl/>
        </w:rPr>
        <w:t xml:space="preserve"> ادارهٔ 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فتح‌شده را بر عهده داشتند. زبان فارس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مکاتبات، 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خ‌نگار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بخش بزرگ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امور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گاه</w:t>
      </w:r>
      <w:r w:rsidRPr="00E629EA">
        <w:rPr>
          <w:rFonts w:ascii="Tahoma" w:hAnsi="Tahoma" w:cs="Tahoma"/>
          <w:rtl/>
        </w:rPr>
        <w:t xml:space="preserve"> اصل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افت</w:t>
      </w:r>
      <w:r w:rsidRPr="00E629EA">
        <w:rPr>
          <w:rFonts w:ascii="Tahoma" w:hAnsi="Tahoma" w:cs="Tahoma"/>
          <w:rtl/>
        </w:rPr>
        <w:t>. دب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و حسابداران 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زان</w:t>
      </w:r>
      <w:r w:rsidRPr="00E629EA">
        <w:rPr>
          <w:rFonts w:ascii="Tahoma" w:hAnsi="Tahoma" w:cs="Tahoma"/>
          <w:rtl/>
        </w:rPr>
        <w:t xml:space="preserve"> مال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ات</w:t>
      </w:r>
      <w:r w:rsidRPr="00E629EA">
        <w:rPr>
          <w:rFonts w:ascii="Tahoma" w:hAnsi="Tahoma" w:cs="Tahoma"/>
          <w:rtl/>
        </w:rPr>
        <w:t xml:space="preserve"> را تع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کردند،</w:t>
      </w:r>
      <w:r w:rsidRPr="00E629EA">
        <w:rPr>
          <w:rFonts w:ascii="Tahoma" w:hAnsi="Tahoma" w:cs="Tahoma"/>
          <w:rtl/>
        </w:rPr>
        <w:t xml:space="preserve"> هز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نهٔ</w:t>
      </w:r>
      <w:r w:rsidRPr="00E629EA">
        <w:rPr>
          <w:rFonts w:ascii="Tahoma" w:hAnsi="Tahoma" w:cs="Tahoma"/>
          <w:rtl/>
        </w:rPr>
        <w:t xml:space="preserve"> قشون را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پرداختند</w:t>
      </w:r>
      <w:r w:rsidRPr="00E629EA">
        <w:rPr>
          <w:rFonts w:ascii="Tahoma" w:hAnsi="Tahoma" w:cs="Tahoma"/>
          <w:rtl/>
        </w:rPr>
        <w:t xml:space="preserve"> و فرمان‌ه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و شاهزادگان را به ولا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ت‌ها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رساندند</w:t>
      </w:r>
      <w:r w:rsidRPr="00E629EA">
        <w:rPr>
          <w:rFonts w:ascii="Tahoma" w:hAnsi="Tahoma" w:cs="Tahoma"/>
          <w:rtl/>
        </w:rPr>
        <w:t>. بار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فاتح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برخاسته از آس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مرکز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نظام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 حکومت، به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ازمند</w:t>
      </w:r>
      <w:r w:rsidRPr="00E629EA">
        <w:rPr>
          <w:rFonts w:ascii="Tahoma" w:hAnsi="Tahoma" w:cs="Tahoma"/>
          <w:rtl/>
        </w:rPr>
        <w:t xml:space="preserve"> شد.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اما</w:t>
      </w:r>
      <w:r w:rsidRPr="00E629EA">
        <w:rPr>
          <w:rFonts w:ascii="Tahoma" w:hAnsi="Tahoma" w:cs="Tahoma"/>
          <w:rtl/>
        </w:rPr>
        <w:t xml:space="preserve"> رابطهٔ قشون و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در حکومت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متعادل نبود. وظ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فهٔ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آنکه مهار خواسته‌ها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سپاه باشد، فراهم کردن منابع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 بود. مأموران مال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بس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مناطق موظف بودند هز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نهٔ</w:t>
      </w:r>
      <w:r w:rsidRPr="00E629EA">
        <w:rPr>
          <w:rFonts w:ascii="Tahoma" w:hAnsi="Tahoma" w:cs="Tahoma"/>
          <w:rtl/>
        </w:rPr>
        <w:t xml:space="preserve"> اردوها، 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از شاهزادگان و ساخت‌وسازها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تخت</w:t>
      </w:r>
      <w:r w:rsidRPr="00E629EA">
        <w:rPr>
          <w:rFonts w:ascii="Tahoma" w:hAnsi="Tahoma" w:cs="Tahoma"/>
          <w:rtl/>
        </w:rPr>
        <w:t xml:space="preserve"> را تأم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کنند. هنگ</w:t>
      </w:r>
      <w:r w:rsidRPr="00E629EA">
        <w:rPr>
          <w:rFonts w:ascii="Tahoma" w:hAnsi="Tahoma" w:cs="Tahoma" w:hint="eastAsia"/>
          <w:rtl/>
        </w:rPr>
        <w:t>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زان</w:t>
      </w:r>
      <w:r w:rsidRPr="00E629EA">
        <w:rPr>
          <w:rFonts w:ascii="Tahoma" w:hAnsi="Tahoma" w:cs="Tahoma"/>
          <w:rtl/>
        </w:rPr>
        <w:t xml:space="preserve"> مطالبات از توان 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فراتر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رفت،</w:t>
      </w:r>
      <w:r w:rsidRPr="00E629EA">
        <w:rPr>
          <w:rFonts w:ascii="Tahoma" w:hAnsi="Tahoma" w:cs="Tahoma"/>
          <w:rtl/>
        </w:rPr>
        <w:t xml:space="preserve"> کشاورزان 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را ترک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کردند</w:t>
      </w:r>
      <w:r w:rsidRPr="00E629EA">
        <w:rPr>
          <w:rFonts w:ascii="Tahoma" w:hAnsi="Tahoma" w:cs="Tahoma"/>
          <w:rtl/>
        </w:rPr>
        <w:t xml:space="preserve"> و شهرها فق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شدند</w:t>
      </w:r>
      <w:r w:rsidRPr="00E629EA">
        <w:rPr>
          <w:rFonts w:ascii="Tahoma" w:hAnsi="Tahoma" w:cs="Tahoma"/>
          <w:rtl/>
        </w:rPr>
        <w:t>.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</w:t>
      </w:r>
      <w:r w:rsidRPr="00E629EA">
        <w:rPr>
          <w:rFonts w:ascii="Tahoma" w:hAnsi="Tahoma" w:cs="Tahoma"/>
          <w:rtl/>
        </w:rPr>
        <w:t xml:space="preserve"> حساب فشار را ثبت کند، اما 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شه</w:t>
      </w:r>
      <w:r w:rsidRPr="00E629EA">
        <w:rPr>
          <w:rFonts w:ascii="Tahoma" w:hAnsi="Tahoma" w:cs="Tahoma"/>
          <w:rtl/>
        </w:rPr>
        <w:t xml:space="preserve"> قدرت کاهش آن را نداشت.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سمرقند</w:t>
      </w:r>
      <w:r w:rsidRPr="00E629EA">
        <w:rPr>
          <w:rFonts w:ascii="Tahoma" w:hAnsi="Tahoma" w:cs="Tahoma"/>
          <w:rtl/>
        </w:rPr>
        <w:t xml:space="preserve"> در مقابل، از ثروت سراسر قلمرو بهره‌مند شد.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خواست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شهر نما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شگاه</w:t>
      </w:r>
      <w:r w:rsidRPr="00E629EA">
        <w:rPr>
          <w:rFonts w:ascii="Tahoma" w:hAnsi="Tahoma" w:cs="Tahoma"/>
          <w:rtl/>
        </w:rPr>
        <w:t xml:space="preserve">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جهان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او باشد. مسجدها، کاخ‌ها، باغ‌ها و بازارها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بزرگ ساخته شدند و صنعتگران منتقل‌شده از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ران،</w:t>
      </w:r>
      <w:r w:rsidRPr="00E629EA">
        <w:rPr>
          <w:rFonts w:ascii="Tahoma" w:hAnsi="Tahoma" w:cs="Tahoma"/>
          <w:rtl/>
        </w:rPr>
        <w:t xml:space="preserve"> عراق، سور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ه،</w:t>
      </w:r>
      <w:r w:rsidRPr="00E629EA">
        <w:rPr>
          <w:rFonts w:ascii="Tahoma" w:hAnsi="Tahoma" w:cs="Tahoma"/>
          <w:rtl/>
        </w:rPr>
        <w:t xml:space="preserve"> هند و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/>
          <w:rtl/>
        </w:rPr>
        <w:t xml:space="preserve"> در آبادان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آن شرکت کردند. معمار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eastAsia"/>
          <w:rtl/>
        </w:rPr>
        <w:t>و</w:t>
      </w:r>
      <w:r w:rsidRPr="00E629EA">
        <w:rPr>
          <w:rFonts w:ascii="Tahoma" w:hAnsi="Tahoma" w:cs="Tahoma"/>
          <w:rtl/>
        </w:rPr>
        <w:t xml:space="preserve"> هنر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درآم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ختن</w:t>
      </w:r>
      <w:r w:rsidRPr="00E629EA">
        <w:rPr>
          <w:rFonts w:ascii="Tahoma" w:hAnsi="Tahoma" w:cs="Tahoma"/>
          <w:rtl/>
        </w:rPr>
        <w:t xml:space="preserve"> تجربه‌ها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مناطق مختلف شکوفا شد، اما پشت هر بنا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باشکوه، داستان مردمان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قرار داشت که به اجبار از شهر و خانوادهٔ خود جدا شده بودند.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از 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خ‌نگاران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ساختن تصو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خود بهره گرفت. جنگ‌ها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او به‌صورت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روز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صاحب‌قران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 دشمنان نظم و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روا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شدند. عنوان «صاحب‌قران» او را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نما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اند</w:t>
      </w:r>
      <w:r w:rsidRPr="00E629EA">
        <w:rPr>
          <w:rFonts w:ascii="Tahoma" w:hAnsi="Tahoma" w:cs="Tahoma"/>
          <w:rtl/>
        </w:rPr>
        <w:t xml:space="preserve"> که گردش ستارگان و تقد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زمانه با ظهورش همراه شده است. 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</w:t>
      </w:r>
      <w:r w:rsidRPr="00E629EA">
        <w:rPr>
          <w:rFonts w:ascii="Tahoma" w:hAnsi="Tahoma" w:cs="Tahoma"/>
          <w:rtl/>
        </w:rPr>
        <w:t xml:space="preserve"> رسم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/>
          <w:rtl/>
        </w:rPr>
        <w:t>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ست</w:t>
      </w:r>
      <w:r w:rsidRPr="00E629EA">
        <w:rPr>
          <w:rFonts w:ascii="Tahoma" w:hAnsi="Tahoma" w:cs="Tahoma"/>
          <w:rtl/>
        </w:rPr>
        <w:t xml:space="preserve"> خشونت را ضرورت برقرار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نظم و فتوحات را نشانهٔ تأ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اله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جلوه دهد.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اما</w:t>
      </w:r>
      <w:r w:rsidRPr="00E629EA">
        <w:rPr>
          <w:rFonts w:ascii="Tahoma" w:hAnsi="Tahoma" w:cs="Tahoma"/>
          <w:rtl/>
        </w:rPr>
        <w:t xml:space="preserve"> همهٔ منابع از درون دربار او نوشته نشده‌اند. تار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خ‌نگاران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شهرها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شان</w:t>
      </w:r>
      <w:r w:rsidRPr="00E629EA">
        <w:rPr>
          <w:rFonts w:ascii="Tahoma" w:hAnsi="Tahoma" w:cs="Tahoma"/>
          <w:rtl/>
        </w:rPr>
        <w:t xml:space="preserve"> آس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ده</w:t>
      </w:r>
      <w:r w:rsidRPr="00E629EA">
        <w:rPr>
          <w:rFonts w:ascii="Tahoma" w:hAnsi="Tahoma" w:cs="Tahoma"/>
          <w:rtl/>
        </w:rPr>
        <w:t xml:space="preserve"> بود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با دشمنان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وند</w:t>
      </w:r>
      <w:r w:rsidRPr="00E629EA">
        <w:rPr>
          <w:rFonts w:ascii="Tahoma" w:hAnsi="Tahoma" w:cs="Tahoma"/>
          <w:rtl/>
        </w:rPr>
        <w:t xml:space="preserve"> داشتند تصو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ارائه کردند. از مقا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سهٔ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دو دسته روشن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شود</w:t>
      </w:r>
      <w:r w:rsidRPr="00E629EA">
        <w:rPr>
          <w:rFonts w:ascii="Tahoma" w:hAnsi="Tahoma" w:cs="Tahoma"/>
          <w:rtl/>
        </w:rPr>
        <w:t xml:space="preserve"> که 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چ‌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را نبا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بدون سنجش 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</w:t>
      </w:r>
      <w:r w:rsidRPr="00E629EA">
        <w:rPr>
          <w:rFonts w:ascii="Tahoma" w:hAnsi="Tahoma" w:cs="Tahoma"/>
          <w:rtl/>
        </w:rPr>
        <w:t>. نوشته‌ها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دربار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کشتار را کوچک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توج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>ه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کنند</w:t>
      </w:r>
      <w:r w:rsidRPr="00E629EA">
        <w:rPr>
          <w:rFonts w:ascii="Tahoma" w:hAnsi="Tahoma" w:cs="Tahoma"/>
          <w:rtl/>
        </w:rPr>
        <w:t xml:space="preserve"> و منابع دشمن ممکن است ارقام را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نشان دادن بزرگ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فاجعه افزا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دهند. باا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ن‌همه،</w:t>
      </w:r>
      <w:r w:rsidRPr="00E629EA">
        <w:rPr>
          <w:rFonts w:ascii="Tahoma" w:hAnsi="Tahoma" w:cs="Tahoma"/>
          <w:rtl/>
        </w:rPr>
        <w:t xml:space="preserve"> کاربرد سازمان‌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افتهٔ</w:t>
      </w:r>
      <w:r w:rsidRPr="00E629EA">
        <w:rPr>
          <w:rFonts w:ascii="Tahoma" w:hAnsi="Tahoma" w:cs="Tahoma"/>
          <w:rtl/>
        </w:rPr>
        <w:t xml:space="preserve"> هراس، کشتارها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جمع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کوچاندن صنعتگران در 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است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واقع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است که اختلاف روا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ت‌ها</w:t>
      </w:r>
      <w:r w:rsidRPr="00E629EA">
        <w:rPr>
          <w:rFonts w:ascii="Tahoma" w:hAnsi="Tahoma" w:cs="Tahoma"/>
          <w:rtl/>
        </w:rPr>
        <w:t xml:space="preserve"> آن را از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برد</w:t>
      </w:r>
      <w:r w:rsidRPr="00E629EA">
        <w:rPr>
          <w:rFonts w:ascii="Tahoma" w:hAnsi="Tahoma" w:cs="Tahoma"/>
          <w:rtl/>
        </w:rPr>
        <w:t>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نکاران</w:t>
      </w:r>
      <w:r w:rsidRPr="00E629EA">
        <w:rPr>
          <w:rFonts w:ascii="Tahoma" w:hAnsi="Tahoma" w:cs="Tahoma"/>
          <w:rtl/>
        </w:rPr>
        <w:t xml:space="preserve"> در حکومت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جا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محترم داشتند، اما استقلال آنان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محدود بود. مشا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خ</w:t>
      </w:r>
      <w:r w:rsidRPr="00E629EA">
        <w:rPr>
          <w:rFonts w:ascii="Tahoma" w:hAnsi="Tahoma" w:cs="Tahoma"/>
          <w:rtl/>
        </w:rPr>
        <w:t xml:space="preserve"> و سادات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توانستند</w:t>
      </w:r>
      <w:r w:rsidRPr="00E629EA">
        <w:rPr>
          <w:rFonts w:ascii="Tahoma" w:hAnsi="Tahoma" w:cs="Tahoma"/>
          <w:rtl/>
        </w:rPr>
        <w:t xml:space="preserve"> از معاف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ت،</w:t>
      </w:r>
      <w:r w:rsidRPr="00E629EA">
        <w:rPr>
          <w:rFonts w:ascii="Tahoma" w:hAnsi="Tahoma" w:cs="Tahoma"/>
          <w:rtl/>
        </w:rPr>
        <w:t xml:space="preserve"> وقف و حما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برخوردار شوند و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مردم نزد فاتح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انج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کنند.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دار</w:t>
      </w:r>
      <w:r w:rsidRPr="00E629EA">
        <w:rPr>
          <w:rFonts w:ascii="Tahoma" w:hAnsi="Tahoma" w:cs="Tahoma"/>
          <w:rtl/>
        </w:rPr>
        <w:t xml:space="preserve"> و گفت‌وگو با آنان را وس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ندار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خود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ساخت</w:t>
      </w:r>
      <w:r w:rsidRPr="00E629EA">
        <w:rPr>
          <w:rFonts w:ascii="Tahoma" w:hAnsi="Tahoma" w:cs="Tahoma"/>
          <w:rtl/>
        </w:rPr>
        <w:t xml:space="preserve">. </w:t>
      </w:r>
      <w:r w:rsidRPr="00E629EA">
        <w:rPr>
          <w:rFonts w:ascii="Tahoma" w:hAnsi="Tahoma" w:cs="Tahoma" w:hint="eastAsia"/>
          <w:rtl/>
        </w:rPr>
        <w:t>اما</w:t>
      </w:r>
      <w:r w:rsidRPr="00E629EA">
        <w:rPr>
          <w:rFonts w:ascii="Tahoma" w:hAnsi="Tahoma" w:cs="Tahoma"/>
          <w:rtl/>
        </w:rPr>
        <w:t xml:space="preserve"> اگر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نکار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برابر 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است</w:t>
      </w:r>
      <w:r w:rsidRPr="00E629EA">
        <w:rPr>
          <w:rFonts w:ascii="Tahoma" w:hAnsi="Tahoma" w:cs="Tahoma"/>
          <w:rtl/>
        </w:rPr>
        <w:t xml:space="preserve"> او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ستاد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از رق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کرد،</w:t>
      </w:r>
      <w:r w:rsidRPr="00E629EA">
        <w:rPr>
          <w:rFonts w:ascii="Tahoma" w:hAnsi="Tahoma" w:cs="Tahoma"/>
          <w:rtl/>
        </w:rPr>
        <w:t xml:space="preserve"> مقام مذهب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لزوماً نجاتش نم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داد</w:t>
      </w:r>
      <w:r w:rsidRPr="00E629EA">
        <w:rPr>
          <w:rFonts w:ascii="Tahoma" w:hAnsi="Tahoma" w:cs="Tahoma"/>
          <w:rtl/>
        </w:rPr>
        <w:t>. احترام تاج به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تا جا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ادامه داشت که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به سرچشمهٔ مقاومت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مستقل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نشود.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با</w:t>
      </w:r>
      <w:r w:rsidRPr="00E629EA">
        <w:rPr>
          <w:rFonts w:ascii="Tahoma" w:hAnsi="Tahoma" w:cs="Tahoma"/>
          <w:rtl/>
        </w:rPr>
        <w:t xml:space="preserve"> وجود همهٔ فتوحات،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مسئلهٔ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حل نکرد. او قلمرو را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پسران و نوادگان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کرده بود، اما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تقس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</w:t>
      </w:r>
      <w:r w:rsidRPr="00E629EA">
        <w:rPr>
          <w:rFonts w:ascii="Tahoma" w:hAnsi="Tahoma" w:cs="Tahoma"/>
          <w:rtl/>
        </w:rPr>
        <w:t xml:space="preserve"> با تع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سلسله‌مراتب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قطع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همراه نبود. شاهزادگان هر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قشون،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و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خود را داشتند و برخ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مرگ پدربزرگ درگذشتند.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چند بار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مورد نظر خود را تغ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داد و سرانجام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رمحمد،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نوادگانش، را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نظر گرفت. اما فرمان او بدون حضور خودش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اجرا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نداشت.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در</w:t>
      </w:r>
      <w:r w:rsidRPr="00E629EA">
        <w:rPr>
          <w:rFonts w:ascii="Tahoma" w:hAnsi="Tahoma" w:cs="Tahoma"/>
          <w:rtl/>
        </w:rPr>
        <w:t xml:space="preserve"> اواخر سال </w:t>
      </w:r>
      <w:r w:rsidRPr="00E629EA">
        <w:rPr>
          <w:rFonts w:ascii="Tahoma" w:hAnsi="Tahoma" w:cs="Tahoma"/>
          <w:rtl/>
          <w:lang w:bidi="fa-IR"/>
        </w:rPr>
        <w:t>۱۴۰۴</w:t>
      </w:r>
      <w:r w:rsidRPr="00E629EA">
        <w:rPr>
          <w:rFonts w:ascii="Tahoma" w:hAnsi="Tahoma" w:cs="Tahoma"/>
          <w:rtl/>
        </w:rPr>
        <w:t>،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پس از بازگشت از لشکرکش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هفت‌ساله، آمادهٔ حمله به 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شد. او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هفتاد سال داشت، اما هنوز حکومتش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نگاه داشتن قشون و نما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قدرت به فتح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تازه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ازمند</w:t>
      </w:r>
      <w:r w:rsidRPr="00E629EA">
        <w:rPr>
          <w:rFonts w:ascii="Tahoma" w:hAnsi="Tahoma" w:cs="Tahoma"/>
          <w:rtl/>
        </w:rPr>
        <w:t xml:space="preserve"> بود. سپاه در زمستان به سو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شرق حرکت کرد.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در اترار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مار</w:t>
      </w:r>
      <w:r w:rsidRPr="00E629EA">
        <w:rPr>
          <w:rFonts w:ascii="Tahoma" w:hAnsi="Tahoma" w:cs="Tahoma"/>
          <w:rtl/>
        </w:rPr>
        <w:t xml:space="preserve"> شد و در فور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هٔ</w:t>
      </w:r>
      <w:r w:rsidRPr="00E629EA">
        <w:rPr>
          <w:rFonts w:ascii="Tahoma" w:hAnsi="Tahoma" w:cs="Tahoma"/>
          <w:rtl/>
        </w:rPr>
        <w:t xml:space="preserve"> </w:t>
      </w:r>
      <w:r w:rsidRPr="00E629EA">
        <w:rPr>
          <w:rFonts w:ascii="Tahoma" w:hAnsi="Tahoma" w:cs="Tahoma"/>
          <w:rtl/>
          <w:lang w:bidi="fa-IR"/>
        </w:rPr>
        <w:t>۱۴۰۵</w:t>
      </w:r>
      <w:r w:rsidRPr="00E629EA">
        <w:rPr>
          <w:rFonts w:ascii="Tahoma" w:hAnsi="Tahoma" w:cs="Tahoma"/>
          <w:rtl/>
        </w:rPr>
        <w:t xml:space="preserve"> درگذشت.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مرگ</w:t>
      </w:r>
      <w:r w:rsidRPr="00E629EA">
        <w:rPr>
          <w:rFonts w:ascii="Tahoma" w:hAnsi="Tahoma" w:cs="Tahoma"/>
          <w:rtl/>
        </w:rPr>
        <w:t xml:space="preserve"> او همان 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آشکار کرد که وسعت فتوحات پنهان کرده بود. امپراتور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پهناور، نهاد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نداشت که همهٔ شاهزادگان و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را وادار به 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رش</w:t>
      </w:r>
      <w:r w:rsidRPr="00E629EA">
        <w:rPr>
          <w:rFonts w:ascii="Tahoma" w:hAnsi="Tahoma" w:cs="Tahoma"/>
          <w:rtl/>
        </w:rPr>
        <w:t xml:space="preserve">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تع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 w:hint="eastAsia"/>
          <w:rtl/>
        </w:rPr>
        <w:t>ن‌شده</w:t>
      </w:r>
      <w:r w:rsidRPr="00E629EA">
        <w:rPr>
          <w:rFonts w:ascii="Tahoma" w:hAnsi="Tahoma" w:cs="Tahoma"/>
          <w:rtl/>
        </w:rPr>
        <w:t xml:space="preserve"> کند. خل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ل‌سلطان،</w:t>
      </w:r>
      <w:r w:rsidRPr="00E629EA">
        <w:rPr>
          <w:rFonts w:ascii="Tahoma" w:hAnsi="Tahoma" w:cs="Tahoma"/>
          <w:rtl/>
        </w:rPr>
        <w:t xml:space="preserve"> نوهٔ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مور،</w:t>
      </w:r>
      <w:r w:rsidRPr="00E629EA">
        <w:rPr>
          <w:rFonts w:ascii="Tahoma" w:hAnsi="Tahoma" w:cs="Tahoma"/>
          <w:rtl/>
        </w:rPr>
        <w:t xml:space="preserve"> با پشت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بخش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سمرقند را گرفت و خود را فرمانروا اعلام کرد. پ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رمحمد</w:t>
      </w:r>
      <w:r w:rsidRPr="00E629EA">
        <w:rPr>
          <w:rFonts w:ascii="Tahoma" w:hAnsi="Tahoma" w:cs="Tahoma"/>
          <w:rtl/>
        </w:rPr>
        <w:t xml:space="preserve"> نتوانست فرمان پدربزرگ را اجرا کند و شاهزادگان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هر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/>
          <w:rtl/>
        </w:rPr>
        <w:t xml:space="preserve"> از ولا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خود برخاستند.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توانسته بود بدون خون چنگ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چنگ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بسازد، اما نتوانسته بود قدرت را از شخص خود جدا کند. خان دست‌نشانده، عنوان گورکان، حما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نکاران،</w:t>
      </w:r>
      <w:r w:rsidRPr="00E629EA">
        <w:rPr>
          <w:rFonts w:ascii="Tahoma" w:hAnsi="Tahoma" w:cs="Tahoma"/>
          <w:rtl/>
        </w:rPr>
        <w:t xml:space="preserve">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فارس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 قشون بزرگ همگ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تا زمان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در نظم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واحد قرار داشتند که ارادهٔ او بر آنها حاکم بود. با مرگش، همان قاعده‌ا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پس از ابوسع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حکومت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لخان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فروپاشاند دوباره عمل کرد: هر شاهزاده و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از 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که در اخت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ار</w:t>
      </w:r>
      <w:r w:rsidRPr="00E629EA">
        <w:rPr>
          <w:rFonts w:ascii="Tahoma" w:hAnsi="Tahoma" w:cs="Tahoma"/>
          <w:rtl/>
        </w:rPr>
        <w:t xml:space="preserve"> داشت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تصاحب سهم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بزرگ‌تر استفاده کرد.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باا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ن‌حال،</w:t>
      </w:r>
      <w:r w:rsidRPr="00E629EA">
        <w:rPr>
          <w:rFonts w:ascii="Tahoma" w:hAnsi="Tahoma" w:cs="Tahoma"/>
          <w:rtl/>
        </w:rPr>
        <w:t xml:space="preserve"> سرنوشت حکومت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دق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قاً</w:t>
      </w:r>
      <w:r w:rsidRPr="00E629EA">
        <w:rPr>
          <w:rFonts w:ascii="Tahoma" w:hAnsi="Tahoma" w:cs="Tahoma"/>
          <w:rtl/>
        </w:rPr>
        <w:t xml:space="preserve"> همانند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لخانان</w:t>
      </w:r>
      <w:r w:rsidRPr="00E629EA">
        <w:rPr>
          <w:rFonts w:ascii="Tahoma" w:hAnsi="Tahoma" w:cs="Tahoma"/>
          <w:rtl/>
        </w:rPr>
        <w:t xml:space="preserve"> نبود.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پسران او، شاهرخ، در خراسان پا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استوار داشت و توانست به‌تدر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</w:t>
      </w:r>
      <w:r w:rsidRPr="00E629EA">
        <w:rPr>
          <w:rFonts w:ascii="Tahoma" w:hAnsi="Tahoma" w:cs="Tahoma"/>
          <w:rtl/>
        </w:rPr>
        <w:t xml:space="preserve"> بخش بزرگ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قلمرو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و ماوراءالنهر را دوباره ز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فرمان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نسبتاً پا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دار</w:t>
      </w:r>
      <w:r w:rsidRPr="00E629EA">
        <w:rPr>
          <w:rFonts w:ascii="Tahoma" w:hAnsi="Tahoma" w:cs="Tahoma"/>
          <w:rtl/>
        </w:rPr>
        <w:t xml:space="preserve"> گرد آورد. او برخلاف پدر،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ش</w:t>
      </w:r>
      <w:r w:rsidRPr="00E629EA">
        <w:rPr>
          <w:rFonts w:ascii="Tahoma" w:hAnsi="Tahoma" w:cs="Tahoma"/>
          <w:rtl/>
        </w:rPr>
        <w:t xml:space="preserve"> از فتح سرزم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دورد</w:t>
      </w:r>
      <w:r w:rsidRPr="00E629EA">
        <w:rPr>
          <w:rFonts w:ascii="Tahoma" w:hAnsi="Tahoma" w:cs="Tahoma" w:hint="eastAsia"/>
          <w:rtl/>
        </w:rPr>
        <w:t>ست</w:t>
      </w:r>
      <w:r w:rsidRPr="00E629EA">
        <w:rPr>
          <w:rFonts w:ascii="Tahoma" w:hAnsi="Tahoma" w:cs="Tahoma"/>
          <w:rtl/>
        </w:rPr>
        <w:t xml:space="preserve"> به ادارهٔ قلمرو موجود، آبادان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شهرها و حما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از دانش و هنر توجه کرد. در دوران او، هرات از شهر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آس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ب‌د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ده</w:t>
      </w:r>
      <w:r w:rsidRPr="00E629EA">
        <w:rPr>
          <w:rFonts w:ascii="Tahoma" w:hAnsi="Tahoma" w:cs="Tahoma"/>
          <w:rtl/>
        </w:rPr>
        <w:t xml:space="preserve"> به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درخشان‌تر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مراکز فرهنگ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جهان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شد.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ازا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ن‌رو،</w:t>
      </w:r>
      <w:r w:rsidRPr="00E629EA">
        <w:rPr>
          <w:rFonts w:ascii="Tahoma" w:hAnsi="Tahoma" w:cs="Tahoma"/>
          <w:rtl/>
        </w:rPr>
        <w:t xml:space="preserve">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راث</w:t>
      </w:r>
      <w:r w:rsidRPr="00E629EA">
        <w:rPr>
          <w:rFonts w:ascii="Tahoma" w:hAnsi="Tahoma" w:cs="Tahoma"/>
          <w:rtl/>
        </w:rPr>
        <w:t xml:space="preserve">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دو چهره داشت. چهرهٔ نخست، فاتح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بود که با کشتار، کوچ اجبار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،</w:t>
      </w:r>
      <w:r w:rsidRPr="00E629EA">
        <w:rPr>
          <w:rFonts w:ascii="Tahoma" w:hAnsi="Tahoma" w:cs="Tahoma"/>
          <w:rtl/>
        </w:rPr>
        <w:t xml:space="preserve"> غارت و و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راه خود را از خراسان تا هند و آناتول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گشود. چهرهٔ دوم، دستگاه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بود که ثروت، صنعتگران و دانش مناطق گوناگون را در چند مرکز گرد آورد و زم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نهٔ</w:t>
      </w:r>
      <w:r w:rsidRPr="00E629EA">
        <w:rPr>
          <w:rFonts w:ascii="Tahoma" w:hAnsi="Tahoma" w:cs="Tahoma"/>
          <w:rtl/>
        </w:rPr>
        <w:t xml:space="preserve"> شکوفا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هنر و فرهنگ 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فراهم ساخت.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دو چهره از 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کد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/>
          <w:rtl/>
        </w:rPr>
        <w:t xml:space="preserve"> جدا نبودند؛ شکوه سمرقند و سپس هرات تا اندازه‌ا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 انتقال اجبار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منابع و انسان‌ها از شهرها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مغلوب بنا شد.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وحدت 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اس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با شمش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</w:t>
      </w:r>
      <w:r w:rsidRPr="00E629EA">
        <w:rPr>
          <w:rFonts w:ascii="Tahoma" w:hAnsi="Tahoma" w:cs="Tahoma"/>
          <w:rtl/>
        </w:rPr>
        <w:t xml:space="preserve"> بازگرداند، اما کشور را صاحب قانون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انتقال قدرت نکرد. او ام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ران</w:t>
      </w:r>
      <w:r w:rsidRPr="00E629EA">
        <w:rPr>
          <w:rFonts w:ascii="Tahoma" w:hAnsi="Tahoma" w:cs="Tahoma"/>
          <w:rtl/>
        </w:rPr>
        <w:t xml:space="preserve"> را مهار کرد، ب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آنکه</w:t>
      </w:r>
      <w:r w:rsidRPr="00E629EA">
        <w:rPr>
          <w:rFonts w:ascii="Tahoma" w:hAnsi="Tahoma" w:cs="Tahoma"/>
          <w:rtl/>
        </w:rPr>
        <w:t xml:space="preserve"> قدرت قشون را به نهاد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وابسته به کشور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کند.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</w:t>
      </w:r>
      <w:r w:rsidRPr="00E629EA">
        <w:rPr>
          <w:rFonts w:ascii="Tahoma" w:hAnsi="Tahoma" w:cs="Tahoma"/>
          <w:rtl/>
        </w:rPr>
        <w:t xml:space="preserve"> را گسترش داد، اما آن را در خدمت جنگ نگاه داشت. از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حقان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ت</w:t>
      </w:r>
      <w:r w:rsidRPr="00E629EA">
        <w:rPr>
          <w:rFonts w:ascii="Tahoma" w:hAnsi="Tahoma" w:cs="Tahoma"/>
          <w:rtl/>
        </w:rPr>
        <w:t xml:space="preserve"> حکمران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بهره گرفت، اما 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چ</w:t>
      </w:r>
      <w:r w:rsidRPr="00E629EA">
        <w:rPr>
          <w:rFonts w:ascii="Tahoma" w:hAnsi="Tahoma" w:cs="Tahoma"/>
          <w:rtl/>
        </w:rPr>
        <w:t xml:space="preserve"> قاعدهٔ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بالاتر از ارادهٔ خود نپذ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رفت</w:t>
      </w:r>
      <w:r w:rsidRPr="00E629EA">
        <w:rPr>
          <w:rFonts w:ascii="Tahoma" w:hAnsi="Tahoma" w:cs="Tahoma"/>
          <w:rtl/>
        </w:rPr>
        <w:t>. در نت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جه،</w:t>
      </w:r>
      <w:r w:rsidRPr="00E629EA">
        <w:rPr>
          <w:rFonts w:ascii="Tahoma" w:hAnsi="Tahoma" w:cs="Tahoma"/>
          <w:rtl/>
        </w:rPr>
        <w:t xml:space="preserve"> فرمانروا</w:t>
      </w:r>
      <w:r w:rsidRPr="00E629EA">
        <w:rPr>
          <w:rFonts w:ascii="Tahoma" w:hAnsi="Tahoma" w:cs="Tahoma" w:hint="cs"/>
          <w:rtl/>
        </w:rPr>
        <w:t>یی</w:t>
      </w:r>
      <w:r w:rsidRPr="00E629EA">
        <w:rPr>
          <w:rFonts w:ascii="Tahoma" w:hAnsi="Tahoma" w:cs="Tahoma"/>
          <w:rtl/>
        </w:rPr>
        <w:t xml:space="preserve"> او از نظر وسعت شگفت‌انگ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ز</w:t>
      </w:r>
      <w:r w:rsidRPr="00E629EA">
        <w:rPr>
          <w:rFonts w:ascii="Tahoma" w:hAnsi="Tahoma" w:cs="Tahoma"/>
          <w:rtl/>
        </w:rPr>
        <w:t xml:space="preserve"> و از نظر نهاد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شکننده بود.</w:t>
      </w:r>
    </w:p>
    <w:p w:rsidR="00E629EA" w:rsidRPr="00E629EA" w:rsidRDefault="00E629EA" w:rsidP="00E629E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E629EA">
        <w:rPr>
          <w:rFonts w:ascii="Tahoma" w:hAnsi="Tahoma" w:cs="Tahoma" w:hint="eastAsia"/>
          <w:rtl/>
        </w:rPr>
        <w:t>پرسش</w:t>
      </w:r>
      <w:r w:rsidRPr="00E629EA">
        <w:rPr>
          <w:rFonts w:ascii="Tahoma" w:hAnsi="Tahoma" w:cs="Tahoma"/>
          <w:rtl/>
        </w:rPr>
        <w:t xml:space="preserve"> پس از مرگ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نبود که کدام فاتح م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تواند</w:t>
      </w:r>
      <w:r w:rsidRPr="00E629EA">
        <w:rPr>
          <w:rFonts w:ascii="Tahoma" w:hAnsi="Tahoma" w:cs="Tahoma"/>
          <w:rtl/>
        </w:rPr>
        <w:t xml:space="preserve"> شهر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بگ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رد؛</w:t>
      </w:r>
      <w:r w:rsidRPr="00E629EA">
        <w:rPr>
          <w:rFonts w:ascii="Tahoma" w:hAnsi="Tahoma" w:cs="Tahoma"/>
          <w:rtl/>
        </w:rPr>
        <w:t xml:space="preserve">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بود که آ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</w:t>
      </w:r>
      <w:r w:rsidRPr="00E629EA">
        <w:rPr>
          <w:rFonts w:ascii="Tahoma" w:hAnsi="Tahoma" w:cs="Tahoma"/>
          <w:rtl/>
        </w:rPr>
        <w:t xml:space="preserve">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نان</w:t>
      </w:r>
      <w:r w:rsidRPr="00E629EA">
        <w:rPr>
          <w:rFonts w:ascii="Tahoma" w:hAnsi="Tahoma" w:cs="Tahoma"/>
          <w:rtl/>
        </w:rPr>
        <w:t xml:space="preserve"> او خواهند توانست دستگاه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را که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جنگ ساخته شده بود به حکومت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ادارهٔ کشور تبد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ل</w:t>
      </w:r>
      <w:r w:rsidRPr="00E629EA">
        <w:rPr>
          <w:rFonts w:ascii="Tahoma" w:hAnsi="Tahoma" w:cs="Tahoma"/>
          <w:rtl/>
        </w:rPr>
        <w:t xml:space="preserve"> کنند. پاسخ 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/>
          <w:rtl/>
        </w:rPr>
        <w:t xml:space="preserve"> پرسش را با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د</w:t>
      </w:r>
      <w:r w:rsidRPr="00E629EA">
        <w:rPr>
          <w:rFonts w:ascii="Tahoma" w:hAnsi="Tahoma" w:cs="Tahoma"/>
          <w:rtl/>
        </w:rPr>
        <w:t xml:space="preserve"> در دوران شاهرخ، گوهرشاد، الغ‌ب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گ</w:t>
      </w:r>
      <w:r w:rsidRPr="00E629EA">
        <w:rPr>
          <w:rFonts w:ascii="Tahoma" w:hAnsi="Tahoma" w:cs="Tahoma"/>
          <w:rtl/>
        </w:rPr>
        <w:t xml:space="preserve"> و هرات 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مور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جست‌وجو کرد؛ دوران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که در آن د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وان،</w:t>
      </w:r>
      <w:r w:rsidRPr="00E629EA">
        <w:rPr>
          <w:rFonts w:ascii="Tahoma" w:hAnsi="Tahoma" w:cs="Tahoma"/>
          <w:rtl/>
        </w:rPr>
        <w:t xml:space="preserve"> هنر و دانش برا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مدت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سا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هٔ</w:t>
      </w:r>
      <w:r w:rsidRPr="00E629EA">
        <w:rPr>
          <w:rFonts w:ascii="Tahoma" w:hAnsi="Tahoma" w:cs="Tahoma"/>
          <w:rtl/>
        </w:rPr>
        <w:t xml:space="preserve"> قشون ب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رون</w:t>
      </w:r>
      <w:r w:rsidRPr="00E629EA">
        <w:rPr>
          <w:rFonts w:ascii="Tahoma" w:hAnsi="Tahoma" w:cs="Tahoma"/>
          <w:rtl/>
        </w:rPr>
        <w:t xml:space="preserve"> آمدند، ب</w:t>
      </w:r>
      <w:r w:rsidRPr="00E629EA">
        <w:rPr>
          <w:rFonts w:ascii="Tahoma" w:hAnsi="Tahoma" w:cs="Tahoma" w:hint="cs"/>
          <w:rtl/>
        </w:rPr>
        <w:t>ی‌</w:t>
      </w:r>
      <w:r w:rsidRPr="00E629EA">
        <w:rPr>
          <w:rFonts w:ascii="Tahoma" w:hAnsi="Tahoma" w:cs="Tahoma" w:hint="eastAsia"/>
          <w:rtl/>
        </w:rPr>
        <w:t>آنکه</w:t>
      </w:r>
      <w:r w:rsidRPr="00E629EA">
        <w:rPr>
          <w:rFonts w:ascii="Tahoma" w:hAnsi="Tahoma" w:cs="Tahoma"/>
          <w:rtl/>
        </w:rPr>
        <w:t xml:space="preserve"> خطر جنگ شاهزادگان و مسئلهٔ جانش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ن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/>
          <w:rtl/>
        </w:rPr>
        <w:t xml:space="preserve"> از م</w:t>
      </w:r>
      <w:r w:rsidRPr="00E629EA">
        <w:rPr>
          <w:rFonts w:ascii="Tahoma" w:hAnsi="Tahoma" w:cs="Tahoma" w:hint="cs"/>
          <w:rtl/>
        </w:rPr>
        <w:t>ی</w:t>
      </w:r>
      <w:r w:rsidRPr="00E629EA">
        <w:rPr>
          <w:rFonts w:ascii="Tahoma" w:hAnsi="Tahoma" w:cs="Tahoma" w:hint="eastAsia"/>
          <w:rtl/>
        </w:rPr>
        <w:t>ان</w:t>
      </w:r>
      <w:r w:rsidRPr="00E629EA">
        <w:rPr>
          <w:rFonts w:ascii="Tahoma" w:hAnsi="Tahoma" w:cs="Tahoma"/>
          <w:rtl/>
        </w:rPr>
        <w:t xml:space="preserve"> برود.</w:t>
      </w:r>
    </w:p>
    <w:p w:rsidR="00496747" w:rsidRPr="00267DDA" w:rsidRDefault="00E629EA" w:rsidP="00267DDA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5" w:name="Vol1Chapter12"/>
      <w:bookmarkEnd w:id="15"/>
      <w:r w:rsidRPr="00267DDA">
        <w:rPr>
          <w:rFonts w:asciiTheme="majorBidi" w:hAnsiTheme="majorBidi" w:cstheme="majorBidi"/>
          <w:b/>
          <w:bCs/>
          <w:sz w:val="36"/>
          <w:szCs w:val="36"/>
          <w:rtl/>
        </w:rPr>
        <w:t>فصل دوازدهم</w:t>
      </w:r>
    </w:p>
    <w:p w:rsidR="00267DDA" w:rsidRPr="00267DDA" w:rsidRDefault="00267DDA" w:rsidP="00267DDA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267DDA">
        <w:rPr>
          <w:rFonts w:asciiTheme="majorBidi" w:hAnsiTheme="majorBidi" w:cstheme="majorBidi"/>
          <w:b/>
          <w:bCs/>
          <w:sz w:val="36"/>
          <w:szCs w:val="36"/>
          <w:rtl/>
        </w:rPr>
        <w:t>شاهرخ؛ گذار از امپراتوری جنگی به کشورداری تیموری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مرگ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در فور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هٔ</w:t>
      </w:r>
      <w:r w:rsidRPr="00267DDA">
        <w:rPr>
          <w:rFonts w:ascii="Tahoma" w:hAnsi="Tahoma" w:cs="Tahoma"/>
          <w:rtl/>
        </w:rPr>
        <w:t xml:space="preserve"> </w:t>
      </w:r>
      <w:r w:rsidRPr="00267DDA">
        <w:rPr>
          <w:rFonts w:ascii="Tahoma" w:hAnsi="Tahoma" w:cs="Tahoma"/>
          <w:rtl/>
          <w:lang w:bidi="fa-IR"/>
        </w:rPr>
        <w:t>۱۴۰۵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لاد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همان ضعف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آشکار کرد که در ساختمان حکومت او از آغاز وجود داشت. او توانسته بود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رومند،</w:t>
      </w:r>
      <w:r w:rsidRPr="00267DDA">
        <w:rPr>
          <w:rFonts w:ascii="Tahoma" w:hAnsi="Tahoma" w:cs="Tahoma"/>
          <w:rtl/>
        </w:rPr>
        <w:t xml:space="preserve"> شاهزادگان رق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ب،</w:t>
      </w:r>
      <w:r w:rsidRPr="00267DDA">
        <w:rPr>
          <w:rFonts w:ascii="Tahoma" w:hAnsi="Tahoma" w:cs="Tahoma"/>
          <w:rtl/>
        </w:rPr>
        <w:t xml:space="preserve"> خان دست‌نشانده،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وانسالاران</w:t>
      </w:r>
      <w:r w:rsidRPr="00267DDA">
        <w:rPr>
          <w:rFonts w:ascii="Tahoma" w:hAnsi="Tahoma" w:cs="Tahoma"/>
          <w:rtl/>
        </w:rPr>
        <w:t xml:space="preserve"> و قشون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مرکب از گروه‌ها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گوناگون را با ارادهٔ شخص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در کنار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نگاه دارد، ا</w:t>
      </w:r>
      <w:r w:rsidRPr="00267DDA">
        <w:rPr>
          <w:rFonts w:ascii="Tahoma" w:hAnsi="Tahoma" w:cs="Tahoma" w:hint="eastAsia"/>
          <w:rtl/>
        </w:rPr>
        <w:t>ما</w:t>
      </w:r>
      <w:r w:rsidRPr="00267DDA">
        <w:rPr>
          <w:rFonts w:ascii="Tahoma" w:hAnsi="Tahoma" w:cs="Tahoma"/>
          <w:rtl/>
        </w:rPr>
        <w:t xml:space="preserve"> 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چ</w:t>
      </w:r>
      <w:r w:rsidRPr="00267DDA">
        <w:rPr>
          <w:rFonts w:ascii="Tahoma" w:hAnsi="Tahoma" w:cs="Tahoma"/>
          <w:rtl/>
        </w:rPr>
        <w:t xml:space="preserve"> نهاد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نساخته بود که پس از مرگش انتقال قدرت را تضم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کند. فرمان او دربارهٔ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رمحمد،</w:t>
      </w:r>
      <w:r w:rsidRPr="00267DDA">
        <w:rPr>
          <w:rFonts w:ascii="Tahoma" w:hAnsi="Tahoma" w:cs="Tahoma"/>
          <w:rtl/>
        </w:rPr>
        <w:t xml:space="preserve"> هنوز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آنکه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کرش</w:t>
      </w:r>
      <w:r w:rsidRPr="00267DDA">
        <w:rPr>
          <w:rFonts w:ascii="Tahoma" w:hAnsi="Tahoma" w:cs="Tahoma"/>
          <w:rtl/>
        </w:rPr>
        <w:t xml:space="preserve"> به سمرقند برسد، از سو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کسان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که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نظام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داشتند ناد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ده</w:t>
      </w:r>
      <w:r w:rsidRPr="00267DDA">
        <w:rPr>
          <w:rFonts w:ascii="Tahoma" w:hAnsi="Tahoma" w:cs="Tahoma"/>
          <w:rtl/>
        </w:rPr>
        <w:t xml:space="preserve"> گرفته شد.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ل‌سلطان،</w:t>
      </w:r>
      <w:r w:rsidRPr="00267DDA">
        <w:rPr>
          <w:rFonts w:ascii="Tahoma" w:hAnsi="Tahoma" w:cs="Tahoma"/>
          <w:rtl/>
        </w:rPr>
        <w:t xml:space="preserve"> نوهٔ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 فرزند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رانشاه،</w:t>
      </w:r>
      <w:r w:rsidRPr="00267DDA">
        <w:rPr>
          <w:rFonts w:ascii="Tahoma" w:hAnsi="Tahoma" w:cs="Tahoma"/>
          <w:rtl/>
        </w:rPr>
        <w:t xml:space="preserve"> به سمرقند نزد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ک‌تر</w:t>
      </w:r>
      <w:r w:rsidRPr="00267DDA">
        <w:rPr>
          <w:rFonts w:ascii="Tahoma" w:hAnsi="Tahoma" w:cs="Tahoma"/>
          <w:rtl/>
        </w:rPr>
        <w:t xml:space="preserve"> بود و توانست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بخش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مستقر در ماوراءالنهر را به دست آورد. او وارد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تخت</w:t>
      </w:r>
      <w:r w:rsidRPr="00267DDA">
        <w:rPr>
          <w:rFonts w:ascii="Tahoma" w:hAnsi="Tahoma" w:cs="Tahoma"/>
          <w:rtl/>
        </w:rPr>
        <w:t xml:space="preserve"> شد و خود را فرمانروا اعلام کرد.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رمحمد</w:t>
      </w:r>
      <w:r w:rsidRPr="00267DDA">
        <w:rPr>
          <w:rFonts w:ascii="Tahoma" w:hAnsi="Tahoma" w:cs="Tahoma"/>
          <w:rtl/>
        </w:rPr>
        <w:t xml:space="preserve"> که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او را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شناخته بود، در قندهار و نواح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شرق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قرار داشت و ن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به‌موقع خود را به مرکز برساند.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سمرقند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حاضر نبودند قدرت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که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گرفته بودند به سود فرمان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اجرا کنند که صادرکننده‌اش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زنده نبود.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نخست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نشانهٔ فروپاش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نظم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بود که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ساخته بود. شاهزادگان هر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بر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داشتند،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به کس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وستند</w:t>
      </w:r>
      <w:r w:rsidRPr="00267DDA">
        <w:rPr>
          <w:rFonts w:ascii="Tahoma" w:hAnsi="Tahoma" w:cs="Tahoma"/>
          <w:rtl/>
        </w:rPr>
        <w:t xml:space="preserve"> که منافعشان را بهتر تأم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کند و خزانهٔ سمرقند به عامل تع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 w:hint="eastAsia"/>
          <w:rtl/>
        </w:rPr>
        <w:t>ن‌کننده‌ا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رقابت تبد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</w:t>
      </w:r>
      <w:r w:rsidRPr="00267DDA">
        <w:rPr>
          <w:rFonts w:ascii="Tahoma" w:hAnsi="Tahoma" w:cs="Tahoma"/>
          <w:rtl/>
        </w:rPr>
        <w:t xml:space="preserve"> شده بود. هر مدع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ادعا کند که ادامه‌دهندهٔ ر</w:t>
      </w:r>
      <w:r w:rsidRPr="00267DDA">
        <w:rPr>
          <w:rFonts w:ascii="Tahoma" w:hAnsi="Tahoma" w:cs="Tahoma" w:hint="eastAsia"/>
          <w:rtl/>
        </w:rPr>
        <w:t>اه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است، اما مع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رفته‌شده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تشخ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ص</w:t>
      </w:r>
      <w:r w:rsidRPr="00267DDA">
        <w:rPr>
          <w:rFonts w:ascii="Tahoma" w:hAnsi="Tahoma" w:cs="Tahoma"/>
          <w:rtl/>
        </w:rPr>
        <w:t xml:space="preserve">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آنان وجود نداشت.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رمحمد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دست آوردن تاج جنگ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د،</w:t>
      </w:r>
      <w:r w:rsidRPr="00267DDA">
        <w:rPr>
          <w:rFonts w:ascii="Tahoma" w:hAnsi="Tahoma" w:cs="Tahoma"/>
          <w:rtl/>
        </w:rPr>
        <w:t xml:space="preserve"> اما موفق نشد و در سال </w:t>
      </w:r>
      <w:r w:rsidRPr="00267DDA">
        <w:rPr>
          <w:rFonts w:ascii="Tahoma" w:hAnsi="Tahoma" w:cs="Tahoma"/>
          <w:rtl/>
          <w:lang w:bidi="fa-IR"/>
        </w:rPr>
        <w:t>۱۴۰۷</w:t>
      </w:r>
      <w:r w:rsidRPr="00267DDA">
        <w:rPr>
          <w:rFonts w:ascii="Tahoma" w:hAnsi="Tahoma" w:cs="Tahoma"/>
          <w:rtl/>
        </w:rPr>
        <w:t xml:space="preserve"> به دست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خود کشته شد. مرگ او بار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نشان داد که انتخاب بن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ان‌گذار،</w:t>
      </w:r>
      <w:r w:rsidRPr="00267DDA">
        <w:rPr>
          <w:rFonts w:ascii="Tahoma" w:hAnsi="Tahoma" w:cs="Tahoma"/>
          <w:rtl/>
        </w:rPr>
        <w:t xml:space="preserve"> بدون قشون و شبکهٔ وفادار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ارزش اجرا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ندارد. خون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اکنون جا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خون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را در حقان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خانوادگ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گرفته بود، ام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/>
          <w:rtl/>
        </w:rPr>
        <w:t xml:space="preserve"> همان مشکل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خاندان تازه تکرار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>: همهٔ شاهزادگان سهم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حق فرمانروا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داشتند و 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چ</w:t>
      </w:r>
      <w:r w:rsidRPr="00267DDA">
        <w:rPr>
          <w:rFonts w:ascii="Tahoma" w:hAnsi="Tahoma" w:cs="Tahoma"/>
          <w:rtl/>
        </w:rPr>
        <w:t xml:space="preserve"> قاعدهٔ قطع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مقدم دانستن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آنان وجود نداشت.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غرب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ران،</w:t>
      </w:r>
      <w:r w:rsidRPr="00267DDA">
        <w:rPr>
          <w:rFonts w:ascii="Tahoma" w:hAnsi="Tahoma" w:cs="Tahoma"/>
          <w:rtl/>
        </w:rPr>
        <w:t xml:space="preserve"> وضع از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هم آشفته‌تر بود.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رانشاه،</w:t>
      </w:r>
      <w:r w:rsidRPr="00267DDA">
        <w:rPr>
          <w:rFonts w:ascii="Tahoma" w:hAnsi="Tahoma" w:cs="Tahoma"/>
          <w:rtl/>
        </w:rPr>
        <w:t xml:space="preserve"> پسر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مور،</w:t>
      </w:r>
      <w:r w:rsidRPr="00267DDA">
        <w:rPr>
          <w:rFonts w:ascii="Tahoma" w:hAnsi="Tahoma" w:cs="Tahoma"/>
          <w:rtl/>
        </w:rPr>
        <w:t xml:space="preserve"> که بر آذربا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جان</w:t>
      </w:r>
      <w:r w:rsidRPr="00267DDA">
        <w:rPr>
          <w:rFonts w:ascii="Tahoma" w:hAnsi="Tahoma" w:cs="Tahoma"/>
          <w:rtl/>
        </w:rPr>
        <w:t xml:space="preserve"> و بخش‌ها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از غرب فرمان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راند،</w:t>
      </w:r>
      <w:r w:rsidRPr="00267DDA">
        <w:rPr>
          <w:rFonts w:ascii="Tahoma" w:hAnsi="Tahoma" w:cs="Tahoma"/>
          <w:rtl/>
        </w:rPr>
        <w:t xml:space="preserve">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مرگ پدر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به سبب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/>
          <w:rtl/>
        </w:rPr>
        <w:t xml:space="preserve"> آس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</w:t>
      </w:r>
      <w:r w:rsidRPr="00267DDA">
        <w:rPr>
          <w:rFonts w:ascii="Tahoma" w:hAnsi="Tahoma" w:cs="Tahoma"/>
          <w:rtl/>
        </w:rPr>
        <w:t xml:space="preserve"> ناش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حادثه و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رفتارها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نامنظم از بخش بزرگ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خود محروم شده بود. پس از مرگ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مور،</w:t>
      </w:r>
      <w:r w:rsidRPr="00267DDA">
        <w:rPr>
          <w:rFonts w:ascii="Tahoma" w:hAnsi="Tahoma" w:cs="Tahoma"/>
          <w:rtl/>
        </w:rPr>
        <w:t xml:space="preserve"> او و پسر</w:t>
      </w:r>
      <w:r w:rsidRPr="00267DDA">
        <w:rPr>
          <w:rFonts w:ascii="Tahoma" w:hAnsi="Tahoma" w:cs="Tahoma" w:hint="eastAsia"/>
          <w:rtl/>
        </w:rPr>
        <w:t>انش</w:t>
      </w:r>
      <w:r w:rsidRPr="00267DDA">
        <w:rPr>
          <w:rFonts w:ascii="Tahoma" w:hAnsi="Tahoma" w:cs="Tahoma"/>
          <w:rtl/>
        </w:rPr>
        <w:t xml:space="preserve"> نتوانستند در برابر قره‌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وسف،</w:t>
      </w:r>
      <w:r w:rsidRPr="00267DDA">
        <w:rPr>
          <w:rFonts w:ascii="Tahoma" w:hAnsi="Tahoma" w:cs="Tahoma"/>
          <w:rtl/>
        </w:rPr>
        <w:t xml:space="preserve"> فرمانروا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قره‌قو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ونلو،</w:t>
      </w:r>
      <w:r w:rsidRPr="00267DDA">
        <w:rPr>
          <w:rFonts w:ascii="Tahoma" w:hAnsi="Tahoma" w:cs="Tahoma"/>
          <w:rtl/>
        </w:rPr>
        <w:t xml:space="preserve"> مقاومت کنند.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رانشاه</w:t>
      </w:r>
      <w:r w:rsidRPr="00267DDA">
        <w:rPr>
          <w:rFonts w:ascii="Tahoma" w:hAnsi="Tahoma" w:cs="Tahoma"/>
          <w:rtl/>
        </w:rPr>
        <w:t xml:space="preserve"> در سال </w:t>
      </w:r>
      <w:r w:rsidRPr="00267DDA">
        <w:rPr>
          <w:rFonts w:ascii="Tahoma" w:hAnsi="Tahoma" w:cs="Tahoma"/>
          <w:rtl/>
          <w:lang w:bidi="fa-IR"/>
        </w:rPr>
        <w:t>۱۴۰۸</w:t>
      </w:r>
      <w:r w:rsidRPr="00267DDA">
        <w:rPr>
          <w:rFonts w:ascii="Tahoma" w:hAnsi="Tahoma" w:cs="Tahoma"/>
          <w:rtl/>
        </w:rPr>
        <w:t xml:space="preserve"> در جنگ کشته شد و آذربا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جان</w:t>
      </w:r>
      <w:r w:rsidRPr="00267DDA">
        <w:rPr>
          <w:rFonts w:ascii="Tahoma" w:hAnsi="Tahoma" w:cs="Tahoma"/>
          <w:rtl/>
        </w:rPr>
        <w:t xml:space="preserve"> از دست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رون</w:t>
      </w:r>
      <w:r w:rsidRPr="00267DDA">
        <w:rPr>
          <w:rFonts w:ascii="Tahoma" w:hAnsi="Tahoma" w:cs="Tahoma"/>
          <w:rtl/>
        </w:rPr>
        <w:t xml:space="preserve"> رفت.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فارس، اصفهان،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زد</w:t>
      </w:r>
      <w:r w:rsidRPr="00267DDA">
        <w:rPr>
          <w:rFonts w:ascii="Tahoma" w:hAnsi="Tahoma" w:cs="Tahoma"/>
          <w:rtl/>
        </w:rPr>
        <w:t xml:space="preserve"> و کرمان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نوادگان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بر سر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که پدربزرگ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آنان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کرده بود جنگ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دند</w:t>
      </w:r>
      <w:r w:rsidRPr="00267DDA">
        <w:rPr>
          <w:rFonts w:ascii="Tahoma" w:hAnsi="Tahoma" w:cs="Tahoma"/>
          <w:rtl/>
        </w:rPr>
        <w:t xml:space="preserve">. هر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وان،</w:t>
      </w:r>
      <w:r w:rsidRPr="00267DDA">
        <w:rPr>
          <w:rFonts w:ascii="Tahoma" w:hAnsi="Tahoma" w:cs="Tahoma"/>
          <w:rtl/>
        </w:rPr>
        <w:t xml:space="preserve"> قشون و گروه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داشت و حاضر نبود فرمان شاهزاده‌ا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را تنها به سبب ادعا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ارشد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بپذ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</w:t>
      </w:r>
      <w:r w:rsidRPr="00267DDA">
        <w:rPr>
          <w:rFonts w:ascii="Tahoma" w:hAnsi="Tahoma" w:cs="Tahoma"/>
          <w:rtl/>
        </w:rPr>
        <w:t>.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/>
          <w:rtl/>
        </w:rPr>
        <w:t xml:space="preserve"> که در زمان 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ادارهٔ قلمرو و آموزش شاهزادگان بود، پس از مرگ او به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هٔ</w:t>
      </w:r>
      <w:r w:rsidRPr="00267DDA">
        <w:rPr>
          <w:rFonts w:ascii="Tahoma" w:hAnsi="Tahoma" w:cs="Tahoma"/>
          <w:rtl/>
        </w:rPr>
        <w:t xml:space="preserve"> جنگ داخل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</w:t>
      </w:r>
      <w:r w:rsidRPr="00267DDA">
        <w:rPr>
          <w:rFonts w:ascii="Tahoma" w:hAnsi="Tahoma" w:cs="Tahoma"/>
          <w:rtl/>
        </w:rPr>
        <w:t xml:space="preserve"> شد.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مدع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ان،</w:t>
      </w:r>
      <w:r w:rsidRPr="00267DDA">
        <w:rPr>
          <w:rFonts w:ascii="Tahoma" w:hAnsi="Tahoma" w:cs="Tahoma"/>
          <w:rtl/>
        </w:rPr>
        <w:t xml:space="preserve"> شاهرخ موقع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متفاوت داشت. او چهارم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پسر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 هنگام مرگ پدر نزد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به س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سال</w:t>
      </w:r>
      <w:r w:rsidRPr="00267DDA">
        <w:rPr>
          <w:rFonts w:ascii="Tahoma" w:hAnsi="Tahoma" w:cs="Tahoma"/>
          <w:rtl/>
        </w:rPr>
        <w:t xml:space="preserve"> داشت. برخلاف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</w:t>
      </w:r>
      <w:r w:rsidRPr="00267DDA">
        <w:rPr>
          <w:rFonts w:ascii="Tahoma" w:hAnsi="Tahoma" w:cs="Tahoma"/>
          <w:rtl/>
        </w:rPr>
        <w:t xml:space="preserve"> و برخ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شاهزادگان جوان، سال‌ها در امور نظام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ادار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شرکت کرده و حکومت خراسان را تجربه کرده بود.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گاه</w:t>
      </w:r>
      <w:r w:rsidRPr="00267DDA">
        <w:rPr>
          <w:rFonts w:ascii="Tahoma" w:hAnsi="Tahoma" w:cs="Tahoma"/>
          <w:rtl/>
        </w:rPr>
        <w:t xml:space="preserve"> او هرات بود؛ شهر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که هم از ثر</w:t>
      </w:r>
      <w:r w:rsidRPr="00267DDA">
        <w:rPr>
          <w:rFonts w:ascii="Tahoma" w:hAnsi="Tahoma" w:cs="Tahoma" w:hint="eastAsia"/>
          <w:rtl/>
        </w:rPr>
        <w:t>وت</w:t>
      </w:r>
      <w:r w:rsidRPr="00267DDA">
        <w:rPr>
          <w:rFonts w:ascii="Tahoma" w:hAnsi="Tahoma" w:cs="Tahoma"/>
          <w:rtl/>
        </w:rPr>
        <w:t xml:space="preserve"> و موقع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جغراف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برخوردار بود و هم دستگاه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سنت شهر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استوار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داشت.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در سال‌ها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زندگ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خراسان را به شاهرخ سپرده بود.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واگذار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او امکان داد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آغاز جنگ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شبکه‌ا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ران،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وانسالاران،</w:t>
      </w:r>
      <w:r w:rsidRPr="00267DDA">
        <w:rPr>
          <w:rFonts w:ascii="Tahoma" w:hAnsi="Tahoma" w:cs="Tahoma"/>
          <w:rtl/>
        </w:rPr>
        <w:t xml:space="preserve"> بزرگان شهر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نکاران</w:t>
      </w:r>
      <w:r w:rsidRPr="00267DDA">
        <w:rPr>
          <w:rFonts w:ascii="Tahoma" w:hAnsi="Tahoma" w:cs="Tahoma"/>
          <w:rtl/>
        </w:rPr>
        <w:t xml:space="preserve"> را به دور خود گرد آورد. خزانه و درآمدها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خراسان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ارش</w:t>
      </w:r>
      <w:r w:rsidRPr="00267DDA">
        <w:rPr>
          <w:rFonts w:ascii="Tahoma" w:hAnsi="Tahoma" w:cs="Tahoma"/>
          <w:rtl/>
        </w:rPr>
        <w:t xml:space="preserve"> بود و قشون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داشت که فرمانده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آن شخصاً به او وابسته بودند. شاهرخ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دست آوردن قدرت ناچار نبود مانند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رمحمد</w:t>
      </w:r>
      <w:r w:rsidRPr="00267DDA">
        <w:rPr>
          <w:rFonts w:ascii="Tahoma" w:hAnsi="Tahoma" w:cs="Tahoma"/>
          <w:rtl/>
        </w:rPr>
        <w:t xml:space="preserve"> از نقطه‌ا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دور به سو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تخت</w:t>
      </w:r>
      <w:r w:rsidRPr="00267DDA">
        <w:rPr>
          <w:rFonts w:ascii="Tahoma" w:hAnsi="Tahoma" w:cs="Tahoma"/>
          <w:rtl/>
        </w:rPr>
        <w:t xml:space="preserve"> حرکت کند؛ او خود در مرکز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مهم‌تر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بخش‌ها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امپراتور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مستقر 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باا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ن‌همه،</w:t>
      </w:r>
      <w:r w:rsidRPr="00267DDA">
        <w:rPr>
          <w:rFonts w:ascii="Tahoma" w:hAnsi="Tahoma" w:cs="Tahoma"/>
          <w:rtl/>
        </w:rPr>
        <w:t xml:space="preserve"> شاهرخ بلافاصله ادعا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فرمانروا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بر همهٔ قلمرو نکرد. در آغاز،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</w:t>
      </w:r>
      <w:r w:rsidRPr="00267DDA">
        <w:rPr>
          <w:rFonts w:ascii="Tahoma" w:hAnsi="Tahoma" w:cs="Tahoma"/>
          <w:rtl/>
        </w:rPr>
        <w:t xml:space="preserve"> را در سمرقند تحمل کرد و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هر 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به حفظ خراسان و جلوگ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گسترش جنگ به هرات پرداخت.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احت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اط</w:t>
      </w:r>
      <w:r w:rsidRPr="00267DDA">
        <w:rPr>
          <w:rFonts w:ascii="Tahoma" w:hAnsi="Tahoma" w:cs="Tahoma"/>
          <w:rtl/>
        </w:rPr>
        <w:t xml:space="preserve"> را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</w:t>
      </w:r>
      <w:r w:rsidRPr="00267DDA">
        <w:rPr>
          <w:rFonts w:ascii="Tahoma" w:hAnsi="Tahoma" w:cs="Tahoma"/>
          <w:rtl/>
        </w:rPr>
        <w:t xml:space="preserve"> نشانهٔ ب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علاقگ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او به قدرت دانست. او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دانست</w:t>
      </w:r>
      <w:r w:rsidRPr="00267DDA">
        <w:rPr>
          <w:rFonts w:ascii="Tahoma" w:hAnsi="Tahoma" w:cs="Tahoma"/>
          <w:rtl/>
        </w:rPr>
        <w:t xml:space="preserve"> که حملهٔ شتا</w:t>
      </w:r>
      <w:r w:rsidRPr="00267DDA">
        <w:rPr>
          <w:rFonts w:ascii="Tahoma" w:hAnsi="Tahoma" w:cs="Tahoma" w:hint="eastAsia"/>
          <w:rtl/>
        </w:rPr>
        <w:t>ب‌زده</w:t>
      </w:r>
      <w:r w:rsidRPr="00267DDA">
        <w:rPr>
          <w:rFonts w:ascii="Tahoma" w:hAnsi="Tahoma" w:cs="Tahoma"/>
          <w:rtl/>
        </w:rPr>
        <w:t xml:space="preserve"> به ماوراءالنهر ممکن است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پراکنده را در دفاع از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</w:t>
      </w:r>
      <w:r w:rsidRPr="00267DDA">
        <w:rPr>
          <w:rFonts w:ascii="Tahoma" w:hAnsi="Tahoma" w:cs="Tahoma"/>
          <w:rtl/>
        </w:rPr>
        <w:t xml:space="preserve"> متحد کند. زمان به سود کس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بود که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گاه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آبادتر،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منظم‌تر و منابع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دارتر</w:t>
      </w:r>
      <w:r w:rsidRPr="00267DDA">
        <w:rPr>
          <w:rFonts w:ascii="Tahoma" w:hAnsi="Tahoma" w:cs="Tahoma"/>
          <w:rtl/>
        </w:rPr>
        <w:t xml:space="preserve"> داشت.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حکومت</w:t>
      </w:r>
      <w:r w:rsidRPr="00267DDA">
        <w:rPr>
          <w:rFonts w:ascii="Tahoma" w:hAnsi="Tahoma" w:cs="Tahoma"/>
          <w:rtl/>
        </w:rPr>
        <w:t xml:space="preserve">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</w:t>
      </w:r>
      <w:r w:rsidRPr="00267DDA">
        <w:rPr>
          <w:rFonts w:ascii="Tahoma" w:hAnsi="Tahoma" w:cs="Tahoma"/>
          <w:rtl/>
        </w:rPr>
        <w:t xml:space="preserve"> در سمرقند به‌تدر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</w:t>
      </w:r>
      <w:r w:rsidRPr="00267DDA">
        <w:rPr>
          <w:rFonts w:ascii="Tahoma" w:hAnsi="Tahoma" w:cs="Tahoma"/>
          <w:rtl/>
        </w:rPr>
        <w:t xml:space="preserve"> از درون ضع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ف</w:t>
      </w:r>
      <w:r w:rsidRPr="00267DDA">
        <w:rPr>
          <w:rFonts w:ascii="Tahoma" w:hAnsi="Tahoma" w:cs="Tahoma"/>
          <w:rtl/>
        </w:rPr>
        <w:t xml:space="preserve"> شد. او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جلب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بخشش‌ها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فراوان کرد و مقدار بزرگ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خزانه‌ا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که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انباشته بود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آنان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نمود. همسرش شادملک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در دربار نفوذ فراوان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افت</w:t>
      </w:r>
      <w:r w:rsidRPr="00267DDA">
        <w:rPr>
          <w:rFonts w:ascii="Tahoma" w:hAnsi="Tahoma" w:cs="Tahoma"/>
          <w:rtl/>
        </w:rPr>
        <w:t xml:space="preserve"> و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از وابستگان او نارضا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قد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ب</w:t>
      </w:r>
      <w:r w:rsidRPr="00267DDA">
        <w:rPr>
          <w:rFonts w:ascii="Tahoma" w:hAnsi="Tahoma" w:cs="Tahoma" w:hint="eastAsia"/>
          <w:rtl/>
        </w:rPr>
        <w:t>رانگ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خت</w:t>
      </w:r>
      <w:r w:rsidRPr="00267DDA">
        <w:rPr>
          <w:rFonts w:ascii="Tahoma" w:hAnsi="Tahoma" w:cs="Tahoma"/>
          <w:rtl/>
        </w:rPr>
        <w:t>. در حکومت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که هنوز نظم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استوار نشده بود، خشنود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شرط اصل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ماندن بر تخت بود؛ اما بخشش ب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حد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خزانه را ته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</w:t>
      </w:r>
      <w:r w:rsidRPr="00267DDA">
        <w:rPr>
          <w:rFonts w:ascii="Tahoma" w:hAnsi="Tahoma" w:cs="Tahoma"/>
          <w:rtl/>
        </w:rPr>
        <w:t xml:space="preserve"> و توقع آنان را افزا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داد</w:t>
      </w:r>
      <w:r w:rsidRPr="00267DDA">
        <w:rPr>
          <w:rFonts w:ascii="Tahoma" w:hAnsi="Tahoma" w:cs="Tahoma"/>
          <w:rtl/>
        </w:rPr>
        <w:t>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سرانجام</w:t>
      </w:r>
      <w:r w:rsidRPr="00267DDA">
        <w:rPr>
          <w:rFonts w:ascii="Tahoma" w:hAnsi="Tahoma" w:cs="Tahoma"/>
          <w:rtl/>
        </w:rPr>
        <w:t xml:space="preserve"> گروه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عل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</w:t>
      </w:r>
      <w:r w:rsidRPr="00267DDA">
        <w:rPr>
          <w:rFonts w:ascii="Tahoma" w:hAnsi="Tahoma" w:cs="Tahoma"/>
          <w:rtl/>
        </w:rPr>
        <w:t xml:space="preserve"> برخاستند و او در سال </w:t>
      </w:r>
      <w:r w:rsidRPr="00267DDA">
        <w:rPr>
          <w:rFonts w:ascii="Tahoma" w:hAnsi="Tahoma" w:cs="Tahoma"/>
          <w:rtl/>
          <w:lang w:bidi="fa-IR"/>
        </w:rPr>
        <w:t>۱۴۰۹</w:t>
      </w:r>
      <w:r w:rsidRPr="00267DDA">
        <w:rPr>
          <w:rFonts w:ascii="Tahoma" w:hAnsi="Tahoma" w:cs="Tahoma"/>
          <w:rtl/>
        </w:rPr>
        <w:t xml:space="preserve"> قدرت خود را در سمرقند از دست داد. شاهرخ از فرصت استفاده کرد، به ماوراءالنهر رفت و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تخت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را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گرفت. او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</w:t>
      </w:r>
      <w:r w:rsidRPr="00267DDA">
        <w:rPr>
          <w:rFonts w:ascii="Tahoma" w:hAnsi="Tahoma" w:cs="Tahoma"/>
          <w:rtl/>
        </w:rPr>
        <w:t xml:space="preserve"> را به‌کل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نبرد و پس از مدت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حکومت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محدود در 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او س</w:t>
      </w:r>
      <w:r w:rsidRPr="00267DDA">
        <w:rPr>
          <w:rFonts w:ascii="Tahoma" w:hAnsi="Tahoma" w:cs="Tahoma" w:hint="eastAsia"/>
          <w:rtl/>
        </w:rPr>
        <w:t>پرد</w:t>
      </w:r>
      <w:r w:rsidRPr="00267DDA">
        <w:rPr>
          <w:rFonts w:ascii="Tahoma" w:hAnsi="Tahoma" w:cs="Tahoma"/>
          <w:rtl/>
        </w:rPr>
        <w:t>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رفتار با روش معمول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مور،</w:t>
      </w:r>
      <w:r w:rsidRPr="00267DDA">
        <w:rPr>
          <w:rFonts w:ascii="Tahoma" w:hAnsi="Tahoma" w:cs="Tahoma"/>
          <w:rtl/>
        </w:rPr>
        <w:t xml:space="preserve"> که رق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</w:t>
      </w:r>
      <w:r w:rsidRPr="00267DDA">
        <w:rPr>
          <w:rFonts w:ascii="Tahoma" w:hAnsi="Tahoma" w:cs="Tahoma"/>
          <w:rtl/>
        </w:rPr>
        <w:t xml:space="preserve"> خطرناک را غالباً نابود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کرد،</w:t>
      </w:r>
      <w:r w:rsidRPr="00267DDA">
        <w:rPr>
          <w:rFonts w:ascii="Tahoma" w:hAnsi="Tahoma" w:cs="Tahoma"/>
          <w:rtl/>
        </w:rPr>
        <w:t xml:space="preserve"> تفاوت داشت. شاهرخ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کوش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با ترک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زور، بخشش و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مقام، خاندان را مهار کند.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پس</w:t>
      </w:r>
      <w:r w:rsidRPr="00267DDA">
        <w:rPr>
          <w:rFonts w:ascii="Tahoma" w:hAnsi="Tahoma" w:cs="Tahoma"/>
          <w:rtl/>
        </w:rPr>
        <w:t xml:space="preserve"> از ورود به سمرقند، شاهرخ خود در آنجا نماند. او پسرش الغ‌ب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</w:t>
      </w:r>
      <w:r w:rsidRPr="00267DDA">
        <w:rPr>
          <w:rFonts w:ascii="Tahoma" w:hAnsi="Tahoma" w:cs="Tahoma"/>
          <w:rtl/>
        </w:rPr>
        <w:t xml:space="preserve"> را به حکومت ماوراءالنهر گماشت و به هرات بازگشت.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تصم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مرکز ثقل حکومت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دگرگون کرد. سمرقند همچنان شهر بن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ان‌گذار،</w:t>
      </w:r>
      <w:r w:rsidRPr="00267DDA">
        <w:rPr>
          <w:rFonts w:ascii="Tahoma" w:hAnsi="Tahoma" w:cs="Tahoma"/>
          <w:rtl/>
        </w:rPr>
        <w:t xml:space="preserve"> مرکز ماوراءالنهر و نشانهٔ شکوه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بود، اما هرات به محل اصل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حضور </w:t>
      </w:r>
      <w:r w:rsidRPr="00267DDA">
        <w:rPr>
          <w:rFonts w:ascii="Tahoma" w:hAnsi="Tahoma" w:cs="Tahoma" w:hint="eastAsia"/>
          <w:rtl/>
        </w:rPr>
        <w:t>فرمانروا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برتر،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مرکز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تصم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م‌گ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دربارهٔ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تبد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</w:t>
      </w:r>
      <w:r w:rsidRPr="00267DDA">
        <w:rPr>
          <w:rFonts w:ascii="Tahoma" w:hAnsi="Tahoma" w:cs="Tahoma"/>
          <w:rtl/>
        </w:rPr>
        <w:t xml:space="preserve"> شد.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انتخاب</w:t>
      </w:r>
      <w:r w:rsidRPr="00267DDA">
        <w:rPr>
          <w:rFonts w:ascii="Tahoma" w:hAnsi="Tahoma" w:cs="Tahoma"/>
          <w:rtl/>
        </w:rPr>
        <w:t xml:space="preserve"> هرات معنا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فراتر از علاقهٔ شخص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شاهرخ داشت. سمرقند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تخت</w:t>
      </w:r>
      <w:r w:rsidRPr="00267DDA">
        <w:rPr>
          <w:rFonts w:ascii="Tahoma" w:hAnsi="Tahoma" w:cs="Tahoma"/>
          <w:rtl/>
        </w:rPr>
        <w:t xml:space="preserve"> فتوحات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 مرکز گردآور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غن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مت</w:t>
      </w:r>
      <w:r w:rsidRPr="00267DDA">
        <w:rPr>
          <w:rFonts w:ascii="Tahoma" w:hAnsi="Tahoma" w:cs="Tahoma"/>
          <w:rtl/>
        </w:rPr>
        <w:t xml:space="preserve"> و صنعتگران سرزم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مغلوب بود؛ هرات در قلب منطقه‌ا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شهر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کشاورز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قرار داشت که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حفظ حکومت به آباد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ن،</w:t>
      </w:r>
      <w:r w:rsidRPr="00267DDA">
        <w:rPr>
          <w:rFonts w:ascii="Tahoma" w:hAnsi="Tahoma" w:cs="Tahoma"/>
          <w:rtl/>
        </w:rPr>
        <w:t xml:space="preserve"> امن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راه‌ها و تجارت وابسته بود. از هرات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/>
          <w:rtl/>
        </w:rPr>
        <w:t>شد بر خراسان، ماوراءالنهر، افغانستان کنون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راه‌ها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منته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مرکز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نظارت کرد.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شهر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امپراتور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که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خواست</w:t>
      </w:r>
      <w:r w:rsidRPr="00267DDA">
        <w:rPr>
          <w:rFonts w:ascii="Tahoma" w:hAnsi="Tahoma" w:cs="Tahoma"/>
          <w:rtl/>
        </w:rPr>
        <w:t xml:space="preserve"> از جنگ دائم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فاصله بگ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</w:t>
      </w:r>
      <w:r w:rsidRPr="00267DDA">
        <w:rPr>
          <w:rFonts w:ascii="Tahoma" w:hAnsi="Tahoma" w:cs="Tahoma"/>
          <w:rtl/>
        </w:rPr>
        <w:t xml:space="preserve"> و درآمد منظم به دست آورد، موقع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مناسب‌تر داشت.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شاهرخ</w:t>
      </w:r>
      <w:r w:rsidRPr="00267DDA">
        <w:rPr>
          <w:rFonts w:ascii="Tahoma" w:hAnsi="Tahoma" w:cs="Tahoma"/>
          <w:rtl/>
        </w:rPr>
        <w:t xml:space="preserve"> پس از استقرار در هرات ناچار بود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شاهزادگان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وادار به 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رش</w:t>
      </w:r>
      <w:r w:rsidRPr="00267DDA">
        <w:rPr>
          <w:rFonts w:ascii="Tahoma" w:hAnsi="Tahoma" w:cs="Tahoma"/>
          <w:rtl/>
        </w:rPr>
        <w:t xml:space="preserve">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کند.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کار در زمان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کوتاه انجام نگرفت. فارس و عراق عجم همچنان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نوادگان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دست‌به‌دست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شدند</w:t>
      </w:r>
      <w:r w:rsidRPr="00267DDA">
        <w:rPr>
          <w:rFonts w:ascii="Tahoma" w:hAnsi="Tahoma" w:cs="Tahoma"/>
          <w:rtl/>
        </w:rPr>
        <w:t xml:space="preserve"> و هر شاهزاده گاه فرمان شاهرخ را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رفت</w:t>
      </w:r>
      <w:r w:rsidRPr="00267DDA">
        <w:rPr>
          <w:rFonts w:ascii="Tahoma" w:hAnsi="Tahoma" w:cs="Tahoma"/>
          <w:rtl/>
        </w:rPr>
        <w:t xml:space="preserve"> و گاه با تک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بر قشو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محل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سر به استقلال برم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داشت</w:t>
      </w:r>
      <w:r w:rsidRPr="00267DDA">
        <w:rPr>
          <w:rFonts w:ascii="Tahoma" w:hAnsi="Tahoma" w:cs="Tahoma"/>
          <w:rtl/>
        </w:rPr>
        <w:t>. شاهرخ چند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بار به مناطق مرکز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جنوب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لشکر کش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د،</w:t>
      </w:r>
      <w:r w:rsidRPr="00267DDA">
        <w:rPr>
          <w:rFonts w:ascii="Tahoma" w:hAnsi="Tahoma" w:cs="Tahoma"/>
          <w:rtl/>
        </w:rPr>
        <w:t xml:space="preserve"> حاکمان را جابه‌جا کرد و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/>
          <w:rtl/>
        </w:rPr>
        <w:t xml:space="preserve"> را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پسران و برادرزادگان خود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نمود.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هدف</w:t>
      </w:r>
      <w:r w:rsidRPr="00267DDA">
        <w:rPr>
          <w:rFonts w:ascii="Tahoma" w:hAnsi="Tahoma" w:cs="Tahoma"/>
          <w:rtl/>
        </w:rPr>
        <w:t xml:space="preserve"> او نابود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کامل همهٔ شاهزادگان نبود. چن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هم خاندان را به مقاومت مشترک وام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داشت</w:t>
      </w:r>
      <w:r w:rsidRPr="00267DDA">
        <w:rPr>
          <w:rFonts w:ascii="Tahoma" w:hAnsi="Tahoma" w:cs="Tahoma"/>
          <w:rtl/>
        </w:rPr>
        <w:t xml:space="preserve"> و هم حکومت را از فرماندهان دارا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نسب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محروم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</w:t>
      </w:r>
      <w:r w:rsidRPr="00267DDA">
        <w:rPr>
          <w:rFonts w:ascii="Tahoma" w:hAnsi="Tahoma" w:cs="Tahoma"/>
          <w:rtl/>
        </w:rPr>
        <w:t>. شاهرخ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کوش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آنان را به صورت حاکمان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وابسته در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/>
          <w:rtl/>
        </w:rPr>
        <w:t xml:space="preserve"> نگاه دارد. هر شاهزاده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در منطقهٔ خود دربار و قشون داشته باشد، اما 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فرمانروا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هرات را بپذ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رد،</w:t>
      </w:r>
      <w:r w:rsidRPr="00267DDA">
        <w:rPr>
          <w:rFonts w:ascii="Tahoma" w:hAnsi="Tahoma" w:cs="Tahoma"/>
          <w:rtl/>
        </w:rPr>
        <w:t xml:space="preserve"> خراج بفرستد و هنگام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از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</w:t>
      </w:r>
      <w:r w:rsidRPr="00267DDA">
        <w:rPr>
          <w:rFonts w:ascii="Tahoma" w:hAnsi="Tahoma" w:cs="Tahoma"/>
          <w:rtl/>
        </w:rPr>
        <w:t xml:space="preserve"> فراهم کند.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روش در کوتاه‌مدت از هز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نهٔ</w:t>
      </w:r>
      <w:r w:rsidRPr="00267DDA">
        <w:rPr>
          <w:rFonts w:ascii="Tahoma" w:hAnsi="Tahoma" w:cs="Tahoma"/>
          <w:rtl/>
        </w:rPr>
        <w:t xml:space="preserve"> حکومت مستق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کاست</w:t>
      </w:r>
      <w:r w:rsidRPr="00267DDA">
        <w:rPr>
          <w:rFonts w:ascii="Tahoma" w:hAnsi="Tahoma" w:cs="Tahoma"/>
          <w:rtl/>
        </w:rPr>
        <w:t>.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مرکز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لازم نبود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همهٔ شهرها حاکم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گانه</w:t>
      </w:r>
      <w:r w:rsidRPr="00267DDA">
        <w:rPr>
          <w:rFonts w:ascii="Tahoma" w:hAnsi="Tahoma" w:cs="Tahoma"/>
          <w:rtl/>
        </w:rPr>
        <w:t xml:space="preserve"> بفرستد و شاهزادهٔ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محل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/>
          <w:rtl/>
        </w:rPr>
        <w:t xml:space="preserve"> نام خاندان نگه دارد. اما همان خطر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که در دوران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وجود داشت باق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ماند</w:t>
      </w:r>
      <w:r w:rsidRPr="00267DDA">
        <w:rPr>
          <w:rFonts w:ascii="Tahoma" w:hAnsi="Tahoma" w:cs="Tahoma"/>
          <w:rtl/>
        </w:rPr>
        <w:t>: حاکم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با گذش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زمان شبکه‌ا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مستقل از قشون، خزانه و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ساخت</w:t>
      </w:r>
      <w:r w:rsidRPr="00267DDA">
        <w:rPr>
          <w:rFonts w:ascii="Tahoma" w:hAnsi="Tahoma" w:cs="Tahoma"/>
          <w:rtl/>
        </w:rPr>
        <w:t xml:space="preserve"> و ممکن بود پس از مرگ فرمانروا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برتر از اطاعت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رون</w:t>
      </w:r>
      <w:r w:rsidRPr="00267DDA">
        <w:rPr>
          <w:rFonts w:ascii="Tahoma" w:hAnsi="Tahoma" w:cs="Tahoma"/>
          <w:rtl/>
        </w:rPr>
        <w:t xml:space="preserve"> رود.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شاهرخ</w:t>
      </w:r>
      <w:r w:rsidRPr="00267DDA">
        <w:rPr>
          <w:rFonts w:ascii="Tahoma" w:hAnsi="Tahoma" w:cs="Tahoma"/>
          <w:rtl/>
        </w:rPr>
        <w:t xml:space="preserve"> توانست تا حدود سال </w:t>
      </w:r>
      <w:r w:rsidRPr="00267DDA">
        <w:rPr>
          <w:rFonts w:ascii="Tahoma" w:hAnsi="Tahoma" w:cs="Tahoma"/>
          <w:rtl/>
          <w:lang w:bidi="fa-IR"/>
        </w:rPr>
        <w:t>۱۴۱۸</w:t>
      </w:r>
      <w:r w:rsidRPr="00267DDA">
        <w:rPr>
          <w:rFonts w:ascii="Tahoma" w:hAnsi="Tahoma" w:cs="Tahoma"/>
          <w:rtl/>
        </w:rPr>
        <w:t xml:space="preserve"> بخش بزرگ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و ماوراءالنهر را به 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رش</w:t>
      </w:r>
      <w:r w:rsidRPr="00267DDA">
        <w:rPr>
          <w:rFonts w:ascii="Tahoma" w:hAnsi="Tahoma" w:cs="Tahoma"/>
          <w:rtl/>
        </w:rPr>
        <w:t xml:space="preserve">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وادارد، اما قلمرو او با امپراتور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پدرش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کسان</w:t>
      </w:r>
      <w:r w:rsidRPr="00267DDA">
        <w:rPr>
          <w:rFonts w:ascii="Tahoma" w:hAnsi="Tahoma" w:cs="Tahoma"/>
          <w:rtl/>
        </w:rPr>
        <w:t xml:space="preserve"> نبود. عراق عرب، آذربا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جان</w:t>
      </w:r>
      <w:r w:rsidRPr="00267DDA">
        <w:rPr>
          <w:rFonts w:ascii="Tahoma" w:hAnsi="Tahoma" w:cs="Tahoma"/>
          <w:rtl/>
        </w:rPr>
        <w:t xml:space="preserve"> و بخش‌ها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از قفقاز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قره‌قو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ونلو</w:t>
      </w:r>
      <w:r w:rsidRPr="00267DDA">
        <w:rPr>
          <w:rFonts w:ascii="Tahoma" w:hAnsi="Tahoma" w:cs="Tahoma"/>
          <w:rtl/>
        </w:rPr>
        <w:t xml:space="preserve"> قرار داشت و سلطان احمد جلا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مدت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کوش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حکومت از </w:t>
      </w:r>
      <w:r w:rsidRPr="00267DDA">
        <w:rPr>
          <w:rFonts w:ascii="Tahoma" w:hAnsi="Tahoma" w:cs="Tahoma" w:hint="eastAsia"/>
          <w:rtl/>
        </w:rPr>
        <w:t>دست</w:t>
      </w:r>
      <w:r w:rsidRPr="00267DDA">
        <w:rPr>
          <w:rFonts w:ascii="Tahoma" w:hAnsi="Tahoma" w:cs="Tahoma"/>
          <w:rtl/>
        </w:rPr>
        <w:t xml:space="preserve"> رفتهٔ خود را بازسازد. در آناتول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هند و دشت‌ها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شمال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خبر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فرمان مستق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نبود.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شاهرخ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بازساز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همهٔ فتوحات پدر تلاش نکرد. او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دانست</w:t>
      </w:r>
      <w:r w:rsidRPr="00267DDA">
        <w:rPr>
          <w:rFonts w:ascii="Tahoma" w:hAnsi="Tahoma" w:cs="Tahoma"/>
          <w:rtl/>
        </w:rPr>
        <w:t xml:space="preserve"> نگهدار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سرزم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دوردست به لشکرکش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دائم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هز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فراتر از توان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از</w:t>
      </w:r>
      <w:r w:rsidRPr="00267DDA">
        <w:rPr>
          <w:rFonts w:ascii="Tahoma" w:hAnsi="Tahoma" w:cs="Tahoma"/>
          <w:rtl/>
        </w:rPr>
        <w:t xml:space="preserve"> دارد. حکومت او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شتر</w:t>
      </w:r>
      <w:r w:rsidRPr="00267DDA">
        <w:rPr>
          <w:rFonts w:ascii="Tahoma" w:hAnsi="Tahoma" w:cs="Tahoma"/>
          <w:rtl/>
        </w:rPr>
        <w:t xml:space="preserve"> بر خراسان، ماوراءالنهر و بخش‌ها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متمرکز شد.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کاهش ظاهر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وسعت، امکان افزا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عمق ح</w:t>
      </w:r>
      <w:r w:rsidRPr="00267DDA">
        <w:rPr>
          <w:rFonts w:ascii="Tahoma" w:hAnsi="Tahoma" w:cs="Tahoma" w:hint="eastAsia"/>
          <w:rtl/>
        </w:rPr>
        <w:t>کومت</w:t>
      </w:r>
      <w:r w:rsidRPr="00267DDA">
        <w:rPr>
          <w:rFonts w:ascii="Tahoma" w:hAnsi="Tahoma" w:cs="Tahoma"/>
          <w:rtl/>
        </w:rPr>
        <w:t xml:space="preserve"> را فراهم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</w:t>
      </w:r>
      <w:r w:rsidRPr="00267DDA">
        <w:rPr>
          <w:rFonts w:ascii="Tahoma" w:hAnsi="Tahoma" w:cs="Tahoma"/>
          <w:rtl/>
        </w:rPr>
        <w:t>. به جا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آنکه قشون هر سال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گرفتن غن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مت</w:t>
      </w:r>
      <w:r w:rsidRPr="00267DDA">
        <w:rPr>
          <w:rFonts w:ascii="Tahoma" w:hAnsi="Tahoma" w:cs="Tahoma"/>
          <w:rtl/>
        </w:rPr>
        <w:t xml:space="preserve"> به سرزم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دور حرکت کند،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بر درآمد منظم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موجود تک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کند.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تفاوت نبا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به معنا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صلح‌طلب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کامل شاهرخ فهم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ده</w:t>
      </w:r>
      <w:r w:rsidRPr="00267DDA">
        <w:rPr>
          <w:rFonts w:ascii="Tahoma" w:hAnsi="Tahoma" w:cs="Tahoma"/>
          <w:rtl/>
        </w:rPr>
        <w:t xml:space="preserve"> شود. او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سرکوب شاهزادگان نافرمان، حفظ مرزها و مقابله با قره‌قو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ونلو</w:t>
      </w:r>
      <w:r w:rsidRPr="00267DDA">
        <w:rPr>
          <w:rFonts w:ascii="Tahoma" w:hAnsi="Tahoma" w:cs="Tahoma"/>
          <w:rtl/>
        </w:rPr>
        <w:t xml:space="preserve"> بارها لشکر کش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. سپاه همچنان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حکومت بود و 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چ</w:t>
      </w:r>
      <w:r w:rsidRPr="00267DDA">
        <w:rPr>
          <w:rFonts w:ascii="Tahoma" w:hAnsi="Tahoma" w:cs="Tahoma"/>
          <w:rtl/>
        </w:rPr>
        <w:t xml:space="preserve">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تنها با نامه و فرمان اداره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>. تفاوت در آن بود که جنگ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</w:t>
      </w:r>
      <w:r w:rsidRPr="00267DDA">
        <w:rPr>
          <w:rFonts w:ascii="Tahoma" w:hAnsi="Tahoma" w:cs="Tahoma" w:hint="eastAsia"/>
          <w:rtl/>
        </w:rPr>
        <w:t>اهرخ</w:t>
      </w:r>
      <w:r w:rsidRPr="00267DDA">
        <w:rPr>
          <w:rFonts w:ascii="Tahoma" w:hAnsi="Tahoma" w:cs="Tahoma"/>
          <w:rtl/>
        </w:rPr>
        <w:t xml:space="preserve">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آنکه راه اصل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تأم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هز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نهٔ</w:t>
      </w:r>
      <w:r w:rsidRPr="00267DDA">
        <w:rPr>
          <w:rFonts w:ascii="Tahoma" w:hAnsi="Tahoma" w:cs="Tahoma"/>
          <w:rtl/>
        </w:rPr>
        <w:t xml:space="preserve"> حکومت باشد، وس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لهٔ</w:t>
      </w:r>
      <w:r w:rsidRPr="00267DDA">
        <w:rPr>
          <w:rFonts w:ascii="Tahoma" w:hAnsi="Tahoma" w:cs="Tahoma"/>
          <w:rtl/>
        </w:rPr>
        <w:t xml:space="preserve"> حفظ نظم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موجود شده 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قره‌قو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ونلو</w:t>
      </w:r>
      <w:r w:rsidRPr="00267DDA">
        <w:rPr>
          <w:rFonts w:ascii="Tahoma" w:hAnsi="Tahoma" w:cs="Tahoma"/>
          <w:rtl/>
        </w:rPr>
        <w:t xml:space="preserve"> مهم‌تر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رق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</w:t>
      </w:r>
      <w:r w:rsidRPr="00267DDA">
        <w:rPr>
          <w:rFonts w:ascii="Tahoma" w:hAnsi="Tahoma" w:cs="Tahoma"/>
          <w:rtl/>
        </w:rPr>
        <w:t xml:space="preserve"> شاهرخ در غرب بودند. قره‌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وسف</w:t>
      </w:r>
      <w:r w:rsidRPr="00267DDA">
        <w:rPr>
          <w:rFonts w:ascii="Tahoma" w:hAnsi="Tahoma" w:cs="Tahoma"/>
          <w:rtl/>
        </w:rPr>
        <w:t xml:space="preserve"> پس از شکست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توانسته بود آذربا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جان</w:t>
      </w:r>
      <w:r w:rsidRPr="00267DDA">
        <w:rPr>
          <w:rFonts w:ascii="Tahoma" w:hAnsi="Tahoma" w:cs="Tahoma"/>
          <w:rtl/>
        </w:rPr>
        <w:t xml:space="preserve"> و عراق را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</w:t>
      </w:r>
      <w:r w:rsidRPr="00267DDA">
        <w:rPr>
          <w:rFonts w:ascii="Tahoma" w:hAnsi="Tahoma" w:cs="Tahoma"/>
          <w:rtl/>
        </w:rPr>
        <w:t xml:space="preserve"> و قدرت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منطقه‌ا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بسازد. او و سپس فرزندانش حاضر نبودند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شاهرخ را به‌آسان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رند</w:t>
      </w:r>
      <w:r w:rsidRPr="00267DDA">
        <w:rPr>
          <w:rFonts w:ascii="Tahoma" w:hAnsi="Tahoma" w:cs="Tahoma"/>
          <w:rtl/>
        </w:rPr>
        <w:t>. شاهرخ چند بار به آذربا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جان</w:t>
      </w:r>
      <w:r w:rsidRPr="00267DDA">
        <w:rPr>
          <w:rFonts w:ascii="Tahoma" w:hAnsi="Tahoma" w:cs="Tahoma"/>
          <w:rtl/>
        </w:rPr>
        <w:t xml:space="preserve"> لشکر کش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د،</w:t>
      </w:r>
      <w:r w:rsidRPr="00267DDA">
        <w:rPr>
          <w:rFonts w:ascii="Tahoma" w:hAnsi="Tahoma" w:cs="Tahoma"/>
          <w:rtl/>
        </w:rPr>
        <w:t xml:space="preserve"> اما کوهست</w:t>
      </w:r>
      <w:r w:rsidRPr="00267DDA">
        <w:rPr>
          <w:rFonts w:ascii="Tahoma" w:hAnsi="Tahoma" w:cs="Tahoma" w:hint="eastAsia"/>
          <w:rtl/>
        </w:rPr>
        <w:t>ان‌ها،</w:t>
      </w:r>
      <w:r w:rsidRPr="00267DDA">
        <w:rPr>
          <w:rFonts w:ascii="Tahoma" w:hAnsi="Tahoma" w:cs="Tahoma"/>
          <w:rtl/>
        </w:rPr>
        <w:t xml:space="preserve"> فاصلهٔ 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اد</w:t>
      </w:r>
      <w:r w:rsidRPr="00267DDA">
        <w:rPr>
          <w:rFonts w:ascii="Tahoma" w:hAnsi="Tahoma" w:cs="Tahoma"/>
          <w:rtl/>
        </w:rPr>
        <w:t xml:space="preserve"> از هرات و توان نظام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ترکمانان مانع از آن شد که حکومت مستق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و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آنجا برپا کند.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نها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ت،</w:t>
      </w:r>
      <w:r w:rsidRPr="00267DDA">
        <w:rPr>
          <w:rFonts w:ascii="Tahoma" w:hAnsi="Tahoma" w:cs="Tahoma"/>
          <w:rtl/>
        </w:rPr>
        <w:t xml:space="preserve"> شاهرخ کوش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به جا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اشغال دائم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آذربا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جان،</w:t>
      </w:r>
      <w:r w:rsidRPr="00267DDA">
        <w:rPr>
          <w:rFonts w:ascii="Tahoma" w:hAnsi="Tahoma" w:cs="Tahoma"/>
          <w:rtl/>
        </w:rPr>
        <w:t xml:space="preserve"> فرمانروا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از خاندان قره‌قو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ونلو</w:t>
      </w:r>
      <w:r w:rsidRPr="00267DDA">
        <w:rPr>
          <w:rFonts w:ascii="Tahoma" w:hAnsi="Tahoma" w:cs="Tahoma"/>
          <w:rtl/>
        </w:rPr>
        <w:t xml:space="preserve"> را که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او را بپذ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</w:t>
      </w:r>
      <w:r w:rsidRPr="00267DDA">
        <w:rPr>
          <w:rFonts w:ascii="Tahoma" w:hAnsi="Tahoma" w:cs="Tahoma"/>
          <w:rtl/>
        </w:rPr>
        <w:t xml:space="preserve"> در آنجا نگاه دارد. جهانشاه،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پسران قره‌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وسف،</w:t>
      </w:r>
      <w:r w:rsidRPr="00267DDA">
        <w:rPr>
          <w:rFonts w:ascii="Tahoma" w:hAnsi="Tahoma" w:cs="Tahoma"/>
          <w:rtl/>
        </w:rPr>
        <w:t xml:space="preserve"> با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شاهرخ به قدرت رس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و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مدت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را تابع او نشان داد.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راه‌حل نمونه‌ا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کشوردار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غ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رمستق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بود: مرکز به جا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فرستادن قشون و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بزرگ، حاکم محل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به رسم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شناخت</w:t>
      </w:r>
      <w:r w:rsidRPr="00267DDA">
        <w:rPr>
          <w:rFonts w:ascii="Tahoma" w:hAnsi="Tahoma" w:cs="Tahoma"/>
          <w:rtl/>
        </w:rPr>
        <w:t xml:space="preserve"> و در برابر، از او اطاعت و خراج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خواست</w:t>
      </w:r>
      <w:r w:rsidRPr="00267DDA">
        <w:rPr>
          <w:rFonts w:ascii="Tahoma" w:hAnsi="Tahoma" w:cs="Tahoma"/>
          <w:rtl/>
        </w:rPr>
        <w:t>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اطاعت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شتر</w:t>
      </w:r>
      <w:r w:rsidRPr="00267DDA">
        <w:rPr>
          <w:rFonts w:ascii="Tahoma" w:hAnsi="Tahoma" w:cs="Tahoma"/>
          <w:rtl/>
        </w:rPr>
        <w:t xml:space="preserve"> به موازنهٔ قدرت وابسته بود تا نهاد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دار</w:t>
      </w:r>
      <w:r w:rsidRPr="00267DDA">
        <w:rPr>
          <w:rFonts w:ascii="Tahoma" w:hAnsi="Tahoma" w:cs="Tahoma"/>
          <w:rtl/>
        </w:rPr>
        <w:t>. جهانشاه تا هنگام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شاهرخ را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رفت</w:t>
      </w:r>
      <w:r w:rsidRPr="00267DDA">
        <w:rPr>
          <w:rFonts w:ascii="Tahoma" w:hAnsi="Tahoma" w:cs="Tahoma"/>
          <w:rtl/>
        </w:rPr>
        <w:t xml:space="preserve"> که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را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رومندتر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>. پس از مرگ شاهرخ، قره‌قو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ونلوها</w:t>
      </w:r>
      <w:r w:rsidRPr="00267DDA">
        <w:rPr>
          <w:rFonts w:ascii="Tahoma" w:hAnsi="Tahoma" w:cs="Tahoma"/>
          <w:rtl/>
        </w:rPr>
        <w:t xml:space="preserve"> بار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استقلال کامل خود را آشکار کردند و بخش‌ها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از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را به قلمروشان افز</w:t>
      </w:r>
      <w:r w:rsidRPr="00267DDA">
        <w:rPr>
          <w:rFonts w:ascii="Tahoma" w:hAnsi="Tahoma" w:cs="Tahoma" w:hint="eastAsia"/>
          <w:rtl/>
        </w:rPr>
        <w:t>ودند</w:t>
      </w:r>
      <w:r w:rsidRPr="00267DDA">
        <w:rPr>
          <w:rFonts w:ascii="Tahoma" w:hAnsi="Tahoma" w:cs="Tahoma"/>
          <w:rtl/>
        </w:rPr>
        <w:t>. بنابرا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است</w:t>
      </w:r>
      <w:r w:rsidRPr="00267DDA">
        <w:rPr>
          <w:rFonts w:ascii="Tahoma" w:hAnsi="Tahoma" w:cs="Tahoma"/>
          <w:rtl/>
        </w:rPr>
        <w:t xml:space="preserve"> غ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رمستق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شاهرخ در زمان ح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</w:t>
      </w:r>
      <w:r w:rsidRPr="00267DDA">
        <w:rPr>
          <w:rFonts w:ascii="Tahoma" w:hAnsi="Tahoma" w:cs="Tahoma"/>
          <w:rtl/>
        </w:rPr>
        <w:t xml:space="preserve"> او کارآمد بود، اما وابستگ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آن به شخص فرمانروا همچنان باق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ماند.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داخل قلمرو، نخست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ضرورت حکومت بازگرداندن تول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به نواح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آس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ب‌د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ده</w:t>
      </w:r>
      <w:r w:rsidRPr="00267DDA">
        <w:rPr>
          <w:rFonts w:ascii="Tahoma" w:hAnsi="Tahoma" w:cs="Tahoma"/>
          <w:rtl/>
        </w:rPr>
        <w:t xml:space="preserve"> بود. لشکرکش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مور،</w:t>
      </w:r>
      <w:r w:rsidRPr="00267DDA">
        <w:rPr>
          <w:rFonts w:ascii="Tahoma" w:hAnsi="Tahoma" w:cs="Tahoma"/>
          <w:rtl/>
        </w:rPr>
        <w:t xml:space="preserve"> جنگ شاهزادگان و رفت‌وآمد قشون‌ها بس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روستاها، 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کشاورز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راه‌ها را دچار آس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</w:t>
      </w:r>
      <w:r w:rsidRPr="00267DDA">
        <w:rPr>
          <w:rFonts w:ascii="Tahoma" w:hAnsi="Tahoma" w:cs="Tahoma"/>
          <w:rtl/>
        </w:rPr>
        <w:t xml:space="preserve"> کرده بود. خزانه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مدت طولان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غن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مت‌ها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گذشته زندگ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کند. اگر 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کشت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 xml:space="preserve"> و بازرگان از راه ناامن عبور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کرد،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درآمد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پرداخت هز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نهٔ</w:t>
      </w:r>
      <w:r w:rsidRPr="00267DDA">
        <w:rPr>
          <w:rFonts w:ascii="Tahoma" w:hAnsi="Tahoma" w:cs="Tahoma"/>
          <w:rtl/>
        </w:rPr>
        <w:t xml:space="preserve"> قشون و دربار نداشت.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شاهرخ</w:t>
      </w:r>
      <w:r w:rsidRPr="00267DDA">
        <w:rPr>
          <w:rFonts w:ascii="Tahoma" w:hAnsi="Tahoma" w:cs="Tahoma"/>
          <w:rtl/>
        </w:rPr>
        <w:t xml:space="preserve"> و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او به مرمت قنات‌ها، آبراهه‌ها و بناها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عموم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توجه نشان دادند و کوش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دند</w:t>
      </w:r>
      <w:r w:rsidRPr="00267DDA">
        <w:rPr>
          <w:rFonts w:ascii="Tahoma" w:hAnsi="Tahoma" w:cs="Tahoma"/>
          <w:rtl/>
        </w:rPr>
        <w:t xml:space="preserve"> شهرها و روستاها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را دوباره وارد چرخهٔ تول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کنند. در برخ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مناطق، کاهش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/>
          <w:rtl/>
        </w:rPr>
        <w:t xml:space="preserve"> تنظ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کشاورزان را به بازگشت تشو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ق</w:t>
      </w:r>
      <w:r w:rsidRPr="00267DDA">
        <w:rPr>
          <w:rFonts w:ascii="Tahoma" w:hAnsi="Tahoma" w:cs="Tahoma"/>
          <w:rtl/>
        </w:rPr>
        <w:t xml:space="preserve"> کند. همچن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امن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نسب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خراسان و م</w:t>
      </w:r>
      <w:r w:rsidRPr="00267DDA">
        <w:rPr>
          <w:rFonts w:ascii="Tahoma" w:hAnsi="Tahoma" w:cs="Tahoma" w:hint="eastAsia"/>
          <w:rtl/>
        </w:rPr>
        <w:t>اوراءالنهر</w:t>
      </w:r>
      <w:r w:rsidRPr="00267DDA">
        <w:rPr>
          <w:rFonts w:ascii="Tahoma" w:hAnsi="Tahoma" w:cs="Tahoma"/>
          <w:rtl/>
        </w:rPr>
        <w:t xml:space="preserve"> امکان داد تجارت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ران،</w:t>
      </w:r>
      <w:r w:rsidRPr="00267DDA">
        <w:rPr>
          <w:rFonts w:ascii="Tahoma" w:hAnsi="Tahoma" w:cs="Tahoma"/>
          <w:rtl/>
        </w:rPr>
        <w:t xml:space="preserve"> هند، آس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مرکز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گسترش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ابد</w:t>
      </w:r>
      <w:r w:rsidRPr="00267DDA">
        <w:rPr>
          <w:rFonts w:ascii="Tahoma" w:hAnsi="Tahoma" w:cs="Tahoma"/>
          <w:rtl/>
        </w:rPr>
        <w:t>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اما</w:t>
      </w:r>
      <w:r w:rsidRPr="00267DDA">
        <w:rPr>
          <w:rFonts w:ascii="Tahoma" w:hAnsi="Tahoma" w:cs="Tahoma"/>
          <w:rtl/>
        </w:rPr>
        <w:t xml:space="preserve"> نبا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اقدامات را با 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است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رفاه برابر همهٔ مردم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دانست. هدف اصل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همچنان حفظ حکومت و افزا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درآمد آن بود. 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آباد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داد،</w:t>
      </w:r>
      <w:r w:rsidRPr="00267DDA">
        <w:rPr>
          <w:rFonts w:ascii="Tahoma" w:hAnsi="Tahoma" w:cs="Tahoma"/>
          <w:rtl/>
        </w:rPr>
        <w:t xml:space="preserve"> شهر امن بازرگان جذب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</w:t>
      </w:r>
      <w:r w:rsidRPr="00267DDA">
        <w:rPr>
          <w:rFonts w:ascii="Tahoma" w:hAnsi="Tahoma" w:cs="Tahoma"/>
          <w:rtl/>
        </w:rPr>
        <w:t xml:space="preserve"> و بازرگان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خزانه را تقو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نمود</w:t>
      </w:r>
      <w:r w:rsidRPr="00267DDA">
        <w:rPr>
          <w:rFonts w:ascii="Tahoma" w:hAnsi="Tahoma" w:cs="Tahoma"/>
          <w:rtl/>
        </w:rPr>
        <w:t>. رع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موضوع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قرار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گرفت،</w:t>
      </w:r>
      <w:r w:rsidRPr="00267DDA">
        <w:rPr>
          <w:rFonts w:ascii="Tahoma" w:hAnsi="Tahoma" w:cs="Tahoma"/>
          <w:rtl/>
        </w:rPr>
        <w:t xml:space="preserve"> 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</w:t>
      </w:r>
      <w:r w:rsidRPr="00267DDA">
        <w:rPr>
          <w:rFonts w:ascii="Tahoma" w:hAnsi="Tahoma" w:cs="Tahoma"/>
          <w:rtl/>
        </w:rPr>
        <w:t xml:space="preserve"> ادامهٔ تول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دش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تاج ضرور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بود، نه به سبب آنکه در تع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حکومت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زان</w:t>
      </w:r>
      <w:r w:rsidRPr="00267DDA">
        <w:rPr>
          <w:rFonts w:ascii="Tahoma" w:hAnsi="Tahoma" w:cs="Tahoma"/>
          <w:rtl/>
        </w:rPr>
        <w:t xml:space="preserve">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</w:t>
      </w:r>
      <w:r w:rsidRPr="00267DDA">
        <w:rPr>
          <w:rFonts w:ascii="Tahoma" w:hAnsi="Tahoma" w:cs="Tahoma"/>
          <w:rtl/>
        </w:rPr>
        <w:t xml:space="preserve"> حق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داشته باشد.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فارس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دگرگون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نقش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اساس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دا</w:t>
      </w:r>
      <w:r w:rsidRPr="00267DDA">
        <w:rPr>
          <w:rFonts w:ascii="Tahoma" w:hAnsi="Tahoma" w:cs="Tahoma"/>
          <w:rtl/>
        </w:rPr>
        <w:t xml:space="preserve"> کرد. شاهرخ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تع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ات،</w:t>
      </w:r>
      <w:r w:rsidRPr="00267DDA">
        <w:rPr>
          <w:rFonts w:ascii="Tahoma" w:hAnsi="Tahoma" w:cs="Tahoma"/>
          <w:rtl/>
        </w:rPr>
        <w:t xml:space="preserve"> ثبت درآمدها، نظارت بر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/>
          <w:rtl/>
        </w:rPr>
        <w:t xml:space="preserve"> و مکاتبه با حاکمان به دب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و وز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از</w:t>
      </w:r>
      <w:r w:rsidRPr="00267DDA">
        <w:rPr>
          <w:rFonts w:ascii="Tahoma" w:hAnsi="Tahoma" w:cs="Tahoma"/>
          <w:rtl/>
        </w:rPr>
        <w:t xml:space="preserve"> داشت که تجربهٔ ادارهٔ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را از دوره‌ها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به ارث برده بودند. زبان فارس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که در دربار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جا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گاه</w:t>
      </w:r>
      <w:r w:rsidRPr="00267DDA">
        <w:rPr>
          <w:rFonts w:ascii="Tahoma" w:hAnsi="Tahoma" w:cs="Tahoma"/>
          <w:rtl/>
        </w:rPr>
        <w:t xml:space="preserve"> مهم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داشت، در دوران شاهرخ زبان اصل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بخش بزرگ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وان،</w:t>
      </w:r>
      <w:r w:rsidRPr="00267DDA">
        <w:rPr>
          <w:rFonts w:ascii="Tahoma" w:hAnsi="Tahoma" w:cs="Tahoma"/>
          <w:rtl/>
        </w:rPr>
        <w:t xml:space="preserve"> تار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خ‌نگار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فرهنگ رسم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از نظر تبار و قشون به جهان ترک و مغول تعلق داشتند، اما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ادارهٔ کشور درون سنت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ـ اسلام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قرار گرفتند. فرمانروا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در اردو به ترک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سخن بگو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و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خود را بر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هٔ</w:t>
      </w:r>
      <w:r w:rsidRPr="00267DDA">
        <w:rPr>
          <w:rFonts w:ascii="Tahoma" w:hAnsi="Tahoma" w:cs="Tahoma"/>
          <w:rtl/>
        </w:rPr>
        <w:t xml:space="preserve"> روابط خاندان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نظام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سازمان دهد، اما حساب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ات،</w:t>
      </w:r>
      <w:r w:rsidRPr="00267DDA">
        <w:rPr>
          <w:rFonts w:ascii="Tahoma" w:hAnsi="Tahoma" w:cs="Tahoma"/>
          <w:rtl/>
        </w:rPr>
        <w:t xml:space="preserve"> فرمان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ت،</w:t>
      </w:r>
      <w:r w:rsidRPr="00267DDA">
        <w:rPr>
          <w:rFonts w:ascii="Tahoma" w:hAnsi="Tahoma" w:cs="Tahoma"/>
          <w:rtl/>
        </w:rPr>
        <w:t xml:space="preserve"> تار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خ</w:t>
      </w:r>
      <w:r w:rsidRPr="00267DDA">
        <w:rPr>
          <w:rFonts w:ascii="Tahoma" w:hAnsi="Tahoma" w:cs="Tahoma"/>
          <w:rtl/>
        </w:rPr>
        <w:t xml:space="preserve"> سلطنت و مکاتبات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عمدتاً به فارس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نوشته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>.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م،</w:t>
      </w:r>
      <w:r w:rsidRPr="00267DDA">
        <w:rPr>
          <w:rFonts w:ascii="Tahoma" w:hAnsi="Tahoma" w:cs="Tahoma"/>
          <w:rtl/>
        </w:rPr>
        <w:t xml:space="preserve"> تداوم همان رابطه‌ا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بود که از دوران سلجوق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و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لخانان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ده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>: قشون از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رون</w:t>
      </w:r>
      <w:r w:rsidRPr="00267DDA">
        <w:rPr>
          <w:rFonts w:ascii="Tahoma" w:hAnsi="Tahoma" w:cs="Tahoma"/>
          <w:rtl/>
        </w:rPr>
        <w:t xml:space="preserve"> دستگاه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آمد،</w:t>
      </w:r>
      <w:r w:rsidRPr="00267DDA">
        <w:rPr>
          <w:rFonts w:ascii="Tahoma" w:hAnsi="Tahoma" w:cs="Tahoma"/>
          <w:rtl/>
        </w:rPr>
        <w:t xml:space="preserve"> اما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فرمانروا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ناچار بود زبان و تجربهٔ آن را بپذ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</w:t>
      </w:r>
      <w:r w:rsidRPr="00267DDA">
        <w:rPr>
          <w:rFonts w:ascii="Tahoma" w:hAnsi="Tahoma" w:cs="Tahoma"/>
          <w:rtl/>
        </w:rPr>
        <w:t>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شاهرخ</w:t>
      </w:r>
      <w:r w:rsidRPr="00267DDA">
        <w:rPr>
          <w:rFonts w:ascii="Tahoma" w:hAnsi="Tahoma" w:cs="Tahoma"/>
          <w:rtl/>
        </w:rPr>
        <w:t xml:space="preserve"> در ظاهر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پدر به شر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عت</w:t>
      </w:r>
      <w:r w:rsidRPr="00267DDA">
        <w:rPr>
          <w:rFonts w:ascii="Tahoma" w:hAnsi="Tahoma" w:cs="Tahoma"/>
          <w:rtl/>
        </w:rPr>
        <w:t xml:space="preserve"> و نهادها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اسلام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توجه نشان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داد</w:t>
      </w:r>
      <w:r w:rsidRPr="00267DDA">
        <w:rPr>
          <w:rFonts w:ascii="Tahoma" w:hAnsi="Tahoma" w:cs="Tahoma"/>
          <w:rtl/>
        </w:rPr>
        <w:t>. او خود را سلطان مسلمان معرف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کرد،</w:t>
      </w:r>
      <w:r w:rsidRPr="00267DDA">
        <w:rPr>
          <w:rFonts w:ascii="Tahoma" w:hAnsi="Tahoma" w:cs="Tahoma"/>
          <w:rtl/>
        </w:rPr>
        <w:t xml:space="preserve"> در ساخت مسجد و مدرسه مشارکت داشت و با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نکاران</w:t>
      </w:r>
      <w:r w:rsidRPr="00267DDA">
        <w:rPr>
          <w:rFonts w:ascii="Tahoma" w:hAnsi="Tahoma" w:cs="Tahoma"/>
          <w:rtl/>
        </w:rPr>
        <w:t xml:space="preserve"> و مشا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خ</w:t>
      </w:r>
      <w:r w:rsidRPr="00267DDA">
        <w:rPr>
          <w:rFonts w:ascii="Tahoma" w:hAnsi="Tahoma" w:cs="Tahoma"/>
          <w:rtl/>
        </w:rPr>
        <w:t xml:space="preserve"> رابطه برقرار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</w:t>
      </w:r>
      <w:r w:rsidRPr="00267DDA">
        <w:rPr>
          <w:rFonts w:ascii="Tahoma" w:hAnsi="Tahoma" w:cs="Tahoma"/>
          <w:rtl/>
        </w:rPr>
        <w:t>. در دوران او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از</w:t>
      </w:r>
      <w:r w:rsidRPr="00267DDA">
        <w:rPr>
          <w:rFonts w:ascii="Tahoma" w:hAnsi="Tahoma" w:cs="Tahoma"/>
          <w:rtl/>
        </w:rPr>
        <w:t xml:space="preserve"> به خان دست‌نشاندهٔ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به‌تدر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</w:t>
      </w:r>
      <w:r w:rsidRPr="00267DDA">
        <w:rPr>
          <w:rFonts w:ascii="Tahoma" w:hAnsi="Tahoma" w:cs="Tahoma"/>
          <w:rtl/>
        </w:rPr>
        <w:t xml:space="preserve"> اهم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خود را از دست داد. خاندان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اکنون با گذشت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نسل و در اخت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ار</w:t>
      </w:r>
      <w:r w:rsidRPr="00267DDA">
        <w:rPr>
          <w:rFonts w:ascii="Tahoma" w:hAnsi="Tahoma" w:cs="Tahoma"/>
          <w:rtl/>
        </w:rPr>
        <w:t xml:space="preserve"> داشتن شهرها،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و قشون، خود به سرچشمه‌ا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حقان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حکمران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</w:t>
      </w:r>
      <w:r w:rsidRPr="00267DDA">
        <w:rPr>
          <w:rFonts w:ascii="Tahoma" w:hAnsi="Tahoma" w:cs="Tahoma"/>
          <w:rtl/>
        </w:rPr>
        <w:t xml:space="preserve"> شده 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دگرگون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اهم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فراوان داشت.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جبران نداشتن خون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ناچار بود خان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کنار خود نگاه دارد و عنوان گورکان را برجسته سازد. شاهرخ همچنان از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راث</w:t>
      </w:r>
      <w:r w:rsidRPr="00267DDA">
        <w:rPr>
          <w:rFonts w:ascii="Tahoma" w:hAnsi="Tahoma" w:cs="Tahoma"/>
          <w:rtl/>
        </w:rPr>
        <w:t xml:space="preserve"> پدر و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وندها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خاندان بهره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گرفت،</w:t>
      </w:r>
      <w:r w:rsidRPr="00267DDA">
        <w:rPr>
          <w:rFonts w:ascii="Tahoma" w:hAnsi="Tahoma" w:cs="Tahoma"/>
          <w:rtl/>
        </w:rPr>
        <w:t xml:space="preserve"> اما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لازم نبود قدرت خود را تنها از طر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ق</w:t>
      </w:r>
      <w:r w:rsidRPr="00267DDA">
        <w:rPr>
          <w:rFonts w:ascii="Tahoma" w:hAnsi="Tahoma" w:cs="Tahoma"/>
          <w:rtl/>
        </w:rPr>
        <w:t xml:space="preserve"> شاهزاده‌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دست‌نشانده توج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کند.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 گذشت زمان، خاندان تازه‌ا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ساخته بود که فرمانروا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را حق موروث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دانست</w:t>
      </w:r>
      <w:r w:rsidRPr="00267DDA">
        <w:rPr>
          <w:rFonts w:ascii="Tahoma" w:hAnsi="Tahoma" w:cs="Tahoma"/>
          <w:rtl/>
        </w:rPr>
        <w:t>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باا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ن‌همه،</w:t>
      </w:r>
      <w:r w:rsidRPr="00267DDA">
        <w:rPr>
          <w:rFonts w:ascii="Tahoma" w:hAnsi="Tahoma" w:cs="Tahoma"/>
          <w:rtl/>
        </w:rPr>
        <w:t xml:space="preserve"> حق خاندان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مانند حق چنگ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قاعدهٔ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روشن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اورد</w:t>
      </w:r>
      <w:r w:rsidRPr="00267DDA">
        <w:rPr>
          <w:rFonts w:ascii="Tahoma" w:hAnsi="Tahoma" w:cs="Tahoma"/>
          <w:rtl/>
        </w:rPr>
        <w:t>. همهٔ پسران و نوادگان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«م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رزا»</w:t>
      </w:r>
      <w:r w:rsidRPr="00267DDA">
        <w:rPr>
          <w:rFonts w:ascii="Tahoma" w:hAnsi="Tahoma" w:cs="Tahoma"/>
          <w:rtl/>
        </w:rPr>
        <w:t xml:space="preserve"> بودند و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توانستند</w:t>
      </w:r>
      <w:r w:rsidRPr="00267DDA">
        <w:rPr>
          <w:rFonts w:ascii="Tahoma" w:hAnsi="Tahoma" w:cs="Tahoma"/>
          <w:rtl/>
        </w:rPr>
        <w:t xml:space="preserve"> سهم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حکومت مطالبه کنند. شاهرخ توانسته بود به سبب تجربه،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گاه</w:t>
      </w:r>
      <w:r w:rsidRPr="00267DDA">
        <w:rPr>
          <w:rFonts w:ascii="Tahoma" w:hAnsi="Tahoma" w:cs="Tahoma"/>
          <w:rtl/>
        </w:rPr>
        <w:t xml:space="preserve"> خراسان و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 رق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بان</w:t>
      </w:r>
      <w:r w:rsidRPr="00267DDA">
        <w:rPr>
          <w:rFonts w:ascii="Tahoma" w:hAnsi="Tahoma" w:cs="Tahoma"/>
          <w:rtl/>
        </w:rPr>
        <w:t xml:space="preserve"> در رأس خاندان قرار 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رد،</w:t>
      </w:r>
      <w:r w:rsidRPr="00267DDA">
        <w:rPr>
          <w:rFonts w:ascii="Tahoma" w:hAnsi="Tahoma" w:cs="Tahoma"/>
          <w:rtl/>
        </w:rPr>
        <w:t xml:space="preserve"> ام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/>
          <w:rtl/>
        </w:rPr>
        <w:t xml:space="preserve"> هنوز معلوم نبود پس از مرگ او کدام شاهزاده 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جانش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نش</w:t>
      </w:r>
      <w:r w:rsidRPr="00267DDA">
        <w:rPr>
          <w:rFonts w:ascii="Tahoma" w:hAnsi="Tahoma" w:cs="Tahoma"/>
          <w:rtl/>
        </w:rPr>
        <w:t xml:space="preserve"> شود.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او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ادارهٔ قلمرو، پسران خود را در مقام‌ها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مهم قرار داد. الغ‌ب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</w:t>
      </w:r>
      <w:r w:rsidRPr="00267DDA">
        <w:rPr>
          <w:rFonts w:ascii="Tahoma" w:hAnsi="Tahoma" w:cs="Tahoma"/>
          <w:rtl/>
        </w:rPr>
        <w:t xml:space="preserve"> حکومت ماوراءالنهر را در دست گرفت و در سمرقند مستقر شد. 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سنغر</w:t>
      </w:r>
      <w:r w:rsidRPr="00267DDA">
        <w:rPr>
          <w:rFonts w:ascii="Tahoma" w:hAnsi="Tahoma" w:cs="Tahoma"/>
          <w:rtl/>
        </w:rPr>
        <w:t xml:space="preserve"> در هرات به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نزد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ک‌تر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همکاران پدر و حام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بزرگ هنر و کتاب‌آرا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تبد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</w:t>
      </w:r>
      <w:r w:rsidRPr="00267DDA">
        <w:rPr>
          <w:rFonts w:ascii="Tahoma" w:hAnsi="Tahoma" w:cs="Tahoma"/>
          <w:rtl/>
        </w:rPr>
        <w:t xml:space="preserve"> شد. ابراه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م‌سلطان</w:t>
      </w:r>
      <w:r w:rsidRPr="00267DDA">
        <w:rPr>
          <w:rFonts w:ascii="Tahoma" w:hAnsi="Tahoma" w:cs="Tahoma"/>
          <w:rtl/>
        </w:rPr>
        <w:t xml:space="preserve"> در فارس فرمان راند و در کنار و</w:t>
      </w:r>
      <w:r w:rsidRPr="00267DDA">
        <w:rPr>
          <w:rFonts w:ascii="Tahoma" w:hAnsi="Tahoma" w:cs="Tahoma" w:hint="eastAsia"/>
          <w:rtl/>
        </w:rPr>
        <w:t>ظا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ف</w:t>
      </w:r>
      <w:r w:rsidRPr="00267DDA">
        <w:rPr>
          <w:rFonts w:ascii="Tahoma" w:hAnsi="Tahoma" w:cs="Tahoma"/>
          <w:rtl/>
        </w:rPr>
        <w:t xml:space="preserve"> 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نظام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خوشنو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از فرهنگ شهرت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افت</w:t>
      </w:r>
      <w:r w:rsidRPr="00267DDA">
        <w:rPr>
          <w:rFonts w:ascii="Tahoma" w:hAnsi="Tahoma" w:cs="Tahoma"/>
          <w:rtl/>
        </w:rPr>
        <w:t xml:space="preserve">. هر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از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شاهزادگان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حکومت منطقه‌ا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را آزما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شگاه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کشوردار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سازد، اما هر کدام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در حال ساختن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گاه</w:t>
      </w:r>
      <w:r w:rsidRPr="00267DDA">
        <w:rPr>
          <w:rFonts w:ascii="Tahoma" w:hAnsi="Tahoma" w:cs="Tahoma"/>
          <w:rtl/>
        </w:rPr>
        <w:t xml:space="preserve"> مستقل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آ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نده</w:t>
      </w:r>
      <w:r w:rsidRPr="00267DDA">
        <w:rPr>
          <w:rFonts w:ascii="Tahoma" w:hAnsi="Tahoma" w:cs="Tahoma"/>
          <w:rtl/>
        </w:rPr>
        <w:t xml:space="preserve"> 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دستگاه شاهرخ، قدرت تنها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شاهزادگان تقس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</w:t>
      </w:r>
      <w:r w:rsidRPr="00267DDA">
        <w:rPr>
          <w:rFonts w:ascii="Tahoma" w:hAnsi="Tahoma" w:cs="Tahoma"/>
          <w:rtl/>
        </w:rPr>
        <w:t xml:space="preserve">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>.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قشون، وز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وان،</w:t>
      </w:r>
      <w:r w:rsidRPr="00267DDA">
        <w:rPr>
          <w:rFonts w:ascii="Tahoma" w:hAnsi="Tahoma" w:cs="Tahoma"/>
          <w:rtl/>
        </w:rPr>
        <w:t xml:space="preserve">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نکاران</w:t>
      </w:r>
      <w:r w:rsidRPr="00267DDA">
        <w:rPr>
          <w:rFonts w:ascii="Tahoma" w:hAnsi="Tahoma" w:cs="Tahoma"/>
          <w:rtl/>
        </w:rPr>
        <w:t xml:space="preserve"> و اعضا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خاندان سلطنت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هر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شبکه‌ا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وابستگان داشتند. فرمانروا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ست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آنان تعادل برقرار کند. اگر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</w:t>
      </w:r>
      <w:r w:rsidRPr="00267DDA">
        <w:rPr>
          <w:rFonts w:ascii="Tahoma" w:hAnsi="Tahoma" w:cs="Tahoma"/>
          <w:rtl/>
        </w:rPr>
        <w:t xml:space="preserve"> از اندازه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گرفت،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شاهزاده‌ا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را </w:t>
      </w:r>
      <w:r w:rsidRPr="00267DDA">
        <w:rPr>
          <w:rFonts w:ascii="Tahoma" w:hAnsi="Tahoma" w:cs="Tahoma" w:hint="eastAsia"/>
          <w:rtl/>
        </w:rPr>
        <w:t>عل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مرکز تحر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/>
          <w:rtl/>
        </w:rPr>
        <w:t xml:space="preserve"> کند؛ اگر وز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/>
          <w:rtl/>
        </w:rPr>
        <w:t xml:space="preserve"> ثروت و مأموران فراوان گرد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آورد،</w:t>
      </w:r>
      <w:r w:rsidRPr="00267DDA">
        <w:rPr>
          <w:rFonts w:ascii="Tahoma" w:hAnsi="Tahoma" w:cs="Tahoma"/>
          <w:rtl/>
        </w:rPr>
        <w:t xml:space="preserve"> به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جاد</w:t>
      </w:r>
      <w:r w:rsidRPr="00267DDA">
        <w:rPr>
          <w:rFonts w:ascii="Tahoma" w:hAnsi="Tahoma" w:cs="Tahoma"/>
          <w:rtl/>
        </w:rPr>
        <w:t xml:space="preserve"> حکومت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درون حکومت متهم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شد؛</w:t>
      </w:r>
      <w:r w:rsidRPr="00267DDA">
        <w:rPr>
          <w:rFonts w:ascii="Tahoma" w:hAnsi="Tahoma" w:cs="Tahoma"/>
          <w:rtl/>
        </w:rPr>
        <w:t xml:space="preserve"> و اگر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نکار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مستقل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دا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کرد،</w:t>
      </w:r>
      <w:r w:rsidRPr="00267DDA">
        <w:rPr>
          <w:rFonts w:ascii="Tahoma" w:hAnsi="Tahoma" w:cs="Tahoma"/>
          <w:rtl/>
        </w:rPr>
        <w:t xml:space="preserve"> ممکن بود از سرچشمهٔ حقان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تاج به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اعتراض تبد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</w:t>
      </w:r>
      <w:r w:rsidRPr="00267DDA">
        <w:rPr>
          <w:rFonts w:ascii="Tahoma" w:hAnsi="Tahoma" w:cs="Tahoma"/>
          <w:rtl/>
        </w:rPr>
        <w:t xml:space="preserve"> شود.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مهم‌تر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کسان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که در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توازن نقش داشت، گوهرشادآغا، همسر شاهرخ، بود. او دختر 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از ام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/>
          <w:rtl/>
        </w:rPr>
        <w:t xml:space="preserve"> بزرگ دوران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/>
          <w:rtl/>
        </w:rPr>
        <w:t xml:space="preserve"> و از راه خاندان خود با قشون پ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وند</w:t>
      </w:r>
      <w:r w:rsidRPr="00267DDA">
        <w:rPr>
          <w:rFonts w:ascii="Tahoma" w:hAnsi="Tahoma" w:cs="Tahoma"/>
          <w:rtl/>
        </w:rPr>
        <w:t xml:space="preserve"> داشت. در 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حال، حضور طولان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در دربار، رابطه با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وانسالاران</w:t>
      </w:r>
      <w:r w:rsidRPr="00267DDA">
        <w:rPr>
          <w:rFonts w:ascii="Tahoma" w:hAnsi="Tahoma" w:cs="Tahoma"/>
          <w:rtl/>
        </w:rPr>
        <w:t xml:space="preserve"> و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از نهادها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مذهب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معمار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او امکا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داد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روها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مختلف واسطه شود. نفوذش تنها از همسر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سلطان سرچشمه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گرفت؛</w:t>
      </w:r>
      <w:r w:rsidRPr="00267DDA">
        <w:rPr>
          <w:rFonts w:ascii="Tahoma" w:hAnsi="Tahoma" w:cs="Tahoma"/>
          <w:rtl/>
        </w:rPr>
        <w:t xml:space="preserve"> او شبکهٔ 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فرهنگ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را ساخته 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در</w:t>
      </w:r>
      <w:r w:rsidRPr="00267DDA">
        <w:rPr>
          <w:rFonts w:ascii="Tahoma" w:hAnsi="Tahoma" w:cs="Tahoma"/>
          <w:rtl/>
        </w:rPr>
        <w:t xml:space="preserve"> حکومت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خاتون‌ها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خاندان همچنان از اردو، دارا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خدمتگزاران و امکان حما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از افراد برخوردار بودند. گوهرشاد از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سنت بهره گرفت، اما فعال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خود را به 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متناسب با حکومت شهر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شاهرخ گسترش داد. ساخت مسجد، مدرسه و موقوفه به او امکان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داد</w:t>
      </w:r>
      <w:r w:rsidRPr="00267DDA">
        <w:rPr>
          <w:rFonts w:ascii="Tahoma" w:hAnsi="Tahoma" w:cs="Tahoma"/>
          <w:rtl/>
        </w:rPr>
        <w:t xml:space="preserve"> نام و </w:t>
      </w:r>
      <w:r w:rsidRPr="00267DDA">
        <w:rPr>
          <w:rFonts w:ascii="Tahoma" w:hAnsi="Tahoma" w:cs="Tahoma" w:hint="eastAsia"/>
          <w:rtl/>
        </w:rPr>
        <w:t>نفوذش</w:t>
      </w:r>
      <w:r w:rsidRPr="00267DDA">
        <w:rPr>
          <w:rFonts w:ascii="Tahoma" w:hAnsi="Tahoma" w:cs="Tahoma"/>
          <w:rtl/>
        </w:rPr>
        <w:t xml:space="preserve"> را در فضا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فراتر از دربار تثب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</w:t>
      </w:r>
      <w:r w:rsidRPr="00267DDA">
        <w:rPr>
          <w:rFonts w:ascii="Tahoma" w:hAnsi="Tahoma" w:cs="Tahoma"/>
          <w:rtl/>
        </w:rPr>
        <w:t xml:space="preserve"> کند. بنا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که با وقف اداره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شد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توانست</w:t>
      </w:r>
      <w:r w:rsidRPr="00267DDA">
        <w:rPr>
          <w:rFonts w:ascii="Tahoma" w:hAnsi="Tahoma" w:cs="Tahoma"/>
          <w:rtl/>
        </w:rPr>
        <w:t xml:space="preserve"> پس از مرگ بان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به کار خود ادامه دهد و خاطرهٔ او را در شهر نگاه دارد.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آرامش</w:t>
      </w:r>
      <w:r w:rsidRPr="00267DDA">
        <w:rPr>
          <w:rFonts w:ascii="Tahoma" w:hAnsi="Tahoma" w:cs="Tahoma"/>
          <w:rtl/>
        </w:rPr>
        <w:t xml:space="preserve"> نسب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دوران شاهرخ 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نه‌ا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آورد که در آن ثروت حکومت کمتر از گذشته صرف لشکرکش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ان‌ناپذ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</w:t>
      </w:r>
      <w:r w:rsidRPr="00267DDA">
        <w:rPr>
          <w:rFonts w:ascii="Tahoma" w:hAnsi="Tahoma" w:cs="Tahoma"/>
          <w:rtl/>
        </w:rPr>
        <w:t xml:space="preserve"> شود و سهم 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شتر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به معمار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کتاب‌آرا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تار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خ‌نگار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،</w:t>
      </w:r>
      <w:r w:rsidRPr="00267DDA">
        <w:rPr>
          <w:rFonts w:ascii="Tahoma" w:hAnsi="Tahoma" w:cs="Tahoma"/>
          <w:rtl/>
        </w:rPr>
        <w:t xml:space="preserve"> علوم و مراکز آموزش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برسد. اما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شکوفا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را نم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</w:t>
      </w:r>
      <w:r w:rsidRPr="00267DDA">
        <w:rPr>
          <w:rFonts w:ascii="Tahoma" w:hAnsi="Tahoma" w:cs="Tahoma"/>
          <w:rtl/>
        </w:rPr>
        <w:t xml:space="preserve"> جدا از قدرت قشون و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</w:t>
      </w:r>
      <w:r w:rsidRPr="00267DDA">
        <w:rPr>
          <w:rFonts w:ascii="Tahoma" w:hAnsi="Tahoma" w:cs="Tahoma"/>
          <w:rtl/>
        </w:rPr>
        <w:t xml:space="preserve"> مردم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>. مسجد و م</w:t>
      </w:r>
      <w:r w:rsidRPr="00267DDA">
        <w:rPr>
          <w:rFonts w:ascii="Tahoma" w:hAnsi="Tahoma" w:cs="Tahoma" w:hint="eastAsia"/>
          <w:rtl/>
        </w:rPr>
        <w:t>درسه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ز</w:t>
      </w:r>
      <w:r w:rsidRPr="00267DDA">
        <w:rPr>
          <w:rFonts w:ascii="Tahoma" w:hAnsi="Tahoma" w:cs="Tahoma"/>
          <w:rtl/>
        </w:rPr>
        <w:t xml:space="preserve"> به زم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ن،</w:t>
      </w:r>
      <w:r w:rsidRPr="00267DDA">
        <w:rPr>
          <w:rFonts w:ascii="Tahoma" w:hAnsi="Tahoma" w:cs="Tahoma"/>
          <w:rtl/>
        </w:rPr>
        <w:t xml:space="preserve"> درآمد و کار کسان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وابسته بودند که هز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نهٔ</w:t>
      </w:r>
      <w:r w:rsidRPr="00267DDA">
        <w:rPr>
          <w:rFonts w:ascii="Tahoma" w:hAnsi="Tahoma" w:cs="Tahoma"/>
          <w:rtl/>
        </w:rPr>
        <w:t xml:space="preserve"> دستگاه را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پرداختند</w:t>
      </w:r>
      <w:r w:rsidRPr="00267DDA">
        <w:rPr>
          <w:rFonts w:ascii="Tahoma" w:hAnsi="Tahoma" w:cs="Tahoma"/>
          <w:rtl/>
        </w:rPr>
        <w:t>. هنر در برابر جنگ قرار نداشت؛ از همان حکومت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تغذ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ه</w:t>
      </w:r>
      <w:r w:rsidRPr="00267DDA">
        <w:rPr>
          <w:rFonts w:ascii="Tahoma" w:hAnsi="Tahoma" w:cs="Tahoma"/>
          <w:rtl/>
        </w:rPr>
        <w:t xml:space="preserve">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کرد</w:t>
      </w:r>
      <w:r w:rsidRPr="00267DDA">
        <w:rPr>
          <w:rFonts w:ascii="Tahoma" w:hAnsi="Tahoma" w:cs="Tahoma"/>
          <w:rtl/>
        </w:rPr>
        <w:t xml:space="preserve"> که هنوز برا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حفظ خود به سپاه و مال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ات</w:t>
      </w:r>
      <w:r w:rsidRPr="00267DDA">
        <w:rPr>
          <w:rFonts w:ascii="Tahoma" w:hAnsi="Tahoma" w:cs="Tahoma"/>
          <w:rtl/>
        </w:rPr>
        <w:t xml:space="preserve"> 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ازمند</w:t>
      </w:r>
      <w:r w:rsidRPr="00267DDA">
        <w:rPr>
          <w:rFonts w:ascii="Tahoma" w:hAnsi="Tahoma" w:cs="Tahoma"/>
          <w:rtl/>
        </w:rPr>
        <w:t xml:space="preserve"> بود.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تا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نجا،</w:t>
      </w:r>
      <w:r w:rsidRPr="00267DDA">
        <w:rPr>
          <w:rFonts w:ascii="Tahoma" w:hAnsi="Tahoma" w:cs="Tahoma"/>
          <w:rtl/>
        </w:rPr>
        <w:t xml:space="preserve"> شاهرخ توانسته بود از و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امپراتور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پدر حکومت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کوچک‌تر اما استوارتر بسازد. او مرکز را از سمرقند به هرات منتقل کرده،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وان</w:t>
      </w:r>
      <w:r w:rsidRPr="00267DDA">
        <w:rPr>
          <w:rFonts w:ascii="Tahoma" w:hAnsi="Tahoma" w:cs="Tahoma"/>
          <w:rtl/>
        </w:rPr>
        <w:t xml:space="preserve"> را فعال ساخته، شاهزادگان را در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/>
          <w:rtl/>
        </w:rPr>
        <w:t xml:space="preserve"> گماشته و با قدرت‌ها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محل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غرب به نظم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موقت رس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ده</w:t>
      </w:r>
      <w:r w:rsidRPr="00267DDA">
        <w:rPr>
          <w:rFonts w:ascii="Tahoma" w:hAnsi="Tahoma" w:cs="Tahoma"/>
          <w:rtl/>
        </w:rPr>
        <w:t xml:space="preserve"> بود. پرسش باق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مانده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بود </w:t>
      </w:r>
      <w:r w:rsidRPr="00267DDA">
        <w:rPr>
          <w:rFonts w:ascii="Tahoma" w:hAnsi="Tahoma" w:cs="Tahoma" w:hint="eastAsia"/>
          <w:rtl/>
        </w:rPr>
        <w:t>که</w:t>
      </w:r>
      <w:r w:rsidRPr="00267DDA">
        <w:rPr>
          <w:rFonts w:ascii="Tahoma" w:hAnsi="Tahoma" w:cs="Tahoma"/>
          <w:rtl/>
        </w:rPr>
        <w:t xml:space="preserve"> آ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نظم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تواند</w:t>
      </w:r>
      <w:r w:rsidRPr="00267DDA">
        <w:rPr>
          <w:rFonts w:ascii="Tahoma" w:hAnsi="Tahoma" w:cs="Tahoma"/>
          <w:rtl/>
        </w:rPr>
        <w:t xml:space="preserve"> از شخص او مستقل شود.</w:t>
      </w:r>
    </w:p>
    <w:p w:rsidR="00267DDA" w:rsidRPr="00267DD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267DDA">
        <w:rPr>
          <w:rFonts w:ascii="Tahoma" w:hAnsi="Tahoma" w:cs="Tahoma" w:hint="eastAsia"/>
          <w:rtl/>
        </w:rPr>
        <w:t>پاسخ</w:t>
      </w:r>
      <w:r w:rsidRPr="00267DDA">
        <w:rPr>
          <w:rFonts w:ascii="Tahoma" w:hAnsi="Tahoma" w:cs="Tahoma"/>
          <w:rtl/>
        </w:rPr>
        <w:t xml:space="preserve"> را 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</w:t>
      </w:r>
      <w:r w:rsidRPr="00267DDA">
        <w:rPr>
          <w:rFonts w:ascii="Tahoma" w:hAnsi="Tahoma" w:cs="Tahoma"/>
          <w:rtl/>
        </w:rPr>
        <w:t xml:space="preserve"> در نقش گوهرشاد، حکومت الغ‌ب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</w:t>
      </w:r>
      <w:r w:rsidRPr="00267DDA">
        <w:rPr>
          <w:rFonts w:ascii="Tahoma" w:hAnsi="Tahoma" w:cs="Tahoma"/>
          <w:rtl/>
        </w:rPr>
        <w:t xml:space="preserve"> در سمرقند، کارگاه‌ها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کتاب‌آرا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با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سنغر،</w:t>
      </w:r>
      <w:r w:rsidRPr="00267DDA">
        <w:rPr>
          <w:rFonts w:ascii="Tahoma" w:hAnsi="Tahoma" w:cs="Tahoma"/>
          <w:rtl/>
        </w:rPr>
        <w:t xml:space="preserve"> 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است</w:t>
      </w:r>
      <w:r w:rsidRPr="00267DDA">
        <w:rPr>
          <w:rFonts w:ascii="Tahoma" w:hAnsi="Tahoma" w:cs="Tahoma"/>
          <w:rtl/>
        </w:rPr>
        <w:t xml:space="preserve"> مذهب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شاهرخ و سرانجام جنگ‌ها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جست‌وجو کرد که پس از مرگ سلطان بار 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گر</w:t>
      </w:r>
      <w:r w:rsidRPr="00267DDA">
        <w:rPr>
          <w:rFonts w:ascii="Tahoma" w:hAnsi="Tahoma" w:cs="Tahoma"/>
          <w:rtl/>
        </w:rPr>
        <w:t xml:space="preserve"> خاندان را از هم گسستند. شکوفا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واقع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بود، اما همانند گنبد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بر ستون‌ها</w:t>
      </w:r>
      <w:r w:rsidRPr="00267DDA">
        <w:rPr>
          <w:rFonts w:ascii="Tahoma" w:hAnsi="Tahoma" w:cs="Tahoma" w:hint="cs"/>
          <w:rtl/>
        </w:rPr>
        <w:t>یی</w:t>
      </w:r>
      <w:r w:rsidRPr="00267DDA">
        <w:rPr>
          <w:rFonts w:ascii="Tahoma" w:hAnsi="Tahoma" w:cs="Tahoma"/>
          <w:rtl/>
        </w:rPr>
        <w:t xml:space="preserve"> قرار داشت که ه</w:t>
      </w:r>
      <w:r w:rsidRPr="00267DDA">
        <w:rPr>
          <w:rFonts w:ascii="Tahoma" w:hAnsi="Tahoma" w:cs="Tahoma" w:hint="eastAsia"/>
          <w:rtl/>
        </w:rPr>
        <w:t>نوز</w:t>
      </w:r>
      <w:r w:rsidRPr="00267DDA">
        <w:rPr>
          <w:rFonts w:ascii="Tahoma" w:hAnsi="Tahoma" w:cs="Tahoma"/>
          <w:rtl/>
        </w:rPr>
        <w:t xml:space="preserve"> در ژرفا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خود از رقابت قشون و شاهزادگان م</w:t>
      </w:r>
      <w:r w:rsidRPr="00267DDA">
        <w:rPr>
          <w:rFonts w:ascii="Tahoma" w:hAnsi="Tahoma" w:cs="Tahoma" w:hint="cs"/>
          <w:rtl/>
        </w:rPr>
        <w:t>ی‌</w:t>
      </w:r>
      <w:r w:rsidRPr="00267DDA">
        <w:rPr>
          <w:rFonts w:ascii="Tahoma" w:hAnsi="Tahoma" w:cs="Tahoma" w:hint="eastAsia"/>
          <w:rtl/>
        </w:rPr>
        <w:t>لرز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دند</w:t>
      </w:r>
      <w:r w:rsidRPr="00267DDA">
        <w:rPr>
          <w:rFonts w:ascii="Tahoma" w:hAnsi="Tahoma" w:cs="Tahoma"/>
          <w:rtl/>
        </w:rPr>
        <w:t>.</w:t>
      </w:r>
    </w:p>
    <w:p w:rsidR="00E629EA" w:rsidRDefault="00267DDA" w:rsidP="00267DDA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267DDA">
        <w:rPr>
          <w:rFonts w:ascii="Tahoma" w:hAnsi="Tahoma" w:cs="Tahoma" w:hint="eastAsia"/>
          <w:rtl/>
        </w:rPr>
        <w:t>اطلاعات</w:t>
      </w:r>
      <w:r w:rsidRPr="00267DDA">
        <w:rPr>
          <w:rFonts w:ascii="Tahoma" w:hAnsi="Tahoma" w:cs="Tahoma"/>
          <w:rtl/>
        </w:rPr>
        <w:t xml:space="preserve"> تار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خ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ن</w:t>
      </w:r>
      <w:r w:rsidRPr="00267DDA">
        <w:rPr>
          <w:rFonts w:ascii="Tahoma" w:hAnsi="Tahoma" w:cs="Tahoma"/>
          <w:rtl/>
        </w:rPr>
        <w:t xml:space="preserve"> بخش با مدخل‌ها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دانشنامهٔ 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ران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کا</w:t>
      </w:r>
      <w:r w:rsidRPr="00267DDA">
        <w:rPr>
          <w:rFonts w:ascii="Tahoma" w:hAnsi="Tahoma" w:cs="Tahoma"/>
          <w:rtl/>
        </w:rPr>
        <w:t xml:space="preserve"> دربارهٔ خل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ل‌سلطان،</w:t>
      </w:r>
      <w:r w:rsidRPr="00267DDA">
        <w:rPr>
          <w:rFonts w:ascii="Tahoma" w:hAnsi="Tahoma" w:cs="Tahoma"/>
          <w:rtl/>
        </w:rPr>
        <w:t xml:space="preserve"> گوهرشادآغا و ساختار ولا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ت‌ها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شاهزادگان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و بررس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موزهٔ متروپول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تن</w:t>
      </w:r>
      <w:r w:rsidRPr="00267DDA">
        <w:rPr>
          <w:rFonts w:ascii="Tahoma" w:hAnsi="Tahoma" w:cs="Tahoma"/>
          <w:rtl/>
        </w:rPr>
        <w:t xml:space="preserve"> دربارهٔ دورهٔ ت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 w:hint="eastAsia"/>
          <w:rtl/>
        </w:rPr>
        <w:t>مور</w:t>
      </w:r>
      <w:r w:rsidRPr="00267DDA">
        <w:rPr>
          <w:rFonts w:ascii="Tahoma" w:hAnsi="Tahoma" w:cs="Tahoma" w:hint="cs"/>
          <w:rtl/>
        </w:rPr>
        <w:t>ی</w:t>
      </w:r>
      <w:r w:rsidRPr="00267DDA">
        <w:rPr>
          <w:rFonts w:ascii="Tahoma" w:hAnsi="Tahoma" w:cs="Tahoma"/>
          <w:rtl/>
        </w:rPr>
        <w:t xml:space="preserve"> مقابله شده است.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انتقال</w:t>
      </w:r>
      <w:r w:rsidRPr="004C70E8">
        <w:rPr>
          <w:rFonts w:ascii="Tahoma" w:hAnsi="Tahoma" w:cs="Tahoma"/>
          <w:rtl/>
        </w:rPr>
        <w:t xml:space="preserve"> مرکز حکومت از سمرقند به هرات تنها جابه‌جا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محل اقامت فرمانروا نبود. سمرقند شهر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بود که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خواست</w:t>
      </w:r>
      <w:r w:rsidRPr="004C70E8">
        <w:rPr>
          <w:rFonts w:ascii="Tahoma" w:hAnsi="Tahoma" w:cs="Tahoma"/>
          <w:rtl/>
        </w:rPr>
        <w:t xml:space="preserve"> شکوه فتوحاتش را در آن به نما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بگذارد؛ غن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مت‌ها</w:t>
      </w:r>
      <w:r w:rsidRPr="004C70E8">
        <w:rPr>
          <w:rFonts w:ascii="Tahoma" w:hAnsi="Tahoma" w:cs="Tahoma"/>
          <w:rtl/>
        </w:rPr>
        <w:t xml:space="preserve"> و صنعتگران سرزم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مغلوب را به آنجا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برد</w:t>
      </w:r>
      <w:r w:rsidRPr="004C70E8">
        <w:rPr>
          <w:rFonts w:ascii="Tahoma" w:hAnsi="Tahoma" w:cs="Tahoma"/>
          <w:rtl/>
        </w:rPr>
        <w:t xml:space="preserve"> و بناها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ساخت</w:t>
      </w:r>
      <w:r w:rsidRPr="004C70E8">
        <w:rPr>
          <w:rFonts w:ascii="Tahoma" w:hAnsi="Tahoma" w:cs="Tahoma"/>
          <w:rtl/>
        </w:rPr>
        <w:t xml:space="preserve"> که عظمت قشون و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جهان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او را نشان دهند. هرات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از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تاج بهره گرفت، اما شکوفا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آن در دوران شاهرخ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شتر</w:t>
      </w:r>
      <w:r w:rsidRPr="004C70E8">
        <w:rPr>
          <w:rFonts w:ascii="Tahoma" w:hAnsi="Tahoma" w:cs="Tahoma"/>
          <w:rtl/>
        </w:rPr>
        <w:t xml:space="preserve"> با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ازها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داشت که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خواست</w:t>
      </w:r>
      <w:r w:rsidRPr="004C70E8">
        <w:rPr>
          <w:rFonts w:ascii="Tahoma" w:hAnsi="Tahoma" w:cs="Tahoma"/>
          <w:rtl/>
        </w:rPr>
        <w:t xml:space="preserve"> از درآمد منظم،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فعال و جامعهٔ شهر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برخوردار باشد.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شاهرخ</w:t>
      </w:r>
      <w:r w:rsidRPr="004C70E8">
        <w:rPr>
          <w:rFonts w:ascii="Tahoma" w:hAnsi="Tahoma" w:cs="Tahoma"/>
          <w:rtl/>
        </w:rPr>
        <w:t xml:space="preserve">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خشونت و 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دوران پدر را به‌کل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جبران کند، اما ثبات نسب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چند دههٔ حکومت او فرصت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بازگشت کشاورزان، بازرگانان، صنعتگران و دانشمندان فراهم آورد. امن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راه‌ها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خراسان، ماوراءالنهر، هند،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و 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ن،</w:t>
      </w:r>
      <w:r w:rsidRPr="004C70E8">
        <w:rPr>
          <w:rFonts w:ascii="Tahoma" w:hAnsi="Tahoma" w:cs="Tahoma"/>
          <w:rtl/>
        </w:rPr>
        <w:t xml:space="preserve"> رفت‌وآمد کاروان‌ها را آسان‌تر کر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>. بازار هرات از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تجارت سود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برد</w:t>
      </w:r>
      <w:r w:rsidRPr="004C70E8">
        <w:rPr>
          <w:rFonts w:ascii="Tahoma" w:hAnsi="Tahoma" w:cs="Tahoma"/>
          <w:rtl/>
        </w:rPr>
        <w:t xml:space="preserve"> و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بخش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درآمد آن را در قالب مال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ات</w:t>
      </w:r>
      <w:r w:rsidRPr="004C70E8">
        <w:rPr>
          <w:rFonts w:ascii="Tahoma" w:hAnsi="Tahoma" w:cs="Tahoma"/>
          <w:rtl/>
        </w:rPr>
        <w:t xml:space="preserve"> و عوارض گرد آورد.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رابطهٔ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با آبادان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نجا</w:t>
      </w:r>
      <w:r w:rsidRPr="004C70E8">
        <w:rPr>
          <w:rFonts w:ascii="Tahoma" w:hAnsi="Tahoma" w:cs="Tahoma"/>
          <w:rtl/>
        </w:rPr>
        <w:t xml:space="preserve">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آشکار شد. خزانه تنها از آنچه امروز مصادره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 xml:space="preserve"> زندگ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کرد؛</w:t>
      </w:r>
      <w:r w:rsidRPr="004C70E8">
        <w:rPr>
          <w:rFonts w:ascii="Tahoma" w:hAnsi="Tahoma" w:cs="Tahoma"/>
          <w:rtl/>
        </w:rPr>
        <w:t xml:space="preserve"> به زم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از</w:t>
      </w:r>
      <w:r w:rsidRPr="004C70E8">
        <w:rPr>
          <w:rFonts w:ascii="Tahoma" w:hAnsi="Tahoma" w:cs="Tahoma"/>
          <w:rtl/>
        </w:rPr>
        <w:t xml:space="preserve"> داشت که سال آ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نده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محصول بدهد و بازار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تجارت در آن ادامه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ابد</w:t>
      </w:r>
      <w:r w:rsidRPr="004C70E8">
        <w:rPr>
          <w:rFonts w:ascii="Tahoma" w:hAnsi="Tahoma" w:cs="Tahoma"/>
          <w:rtl/>
        </w:rPr>
        <w:t>. حکومت شاهرخ به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سبب،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از حکومت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مور،</w:t>
      </w:r>
      <w:r w:rsidRPr="004C70E8">
        <w:rPr>
          <w:rFonts w:ascii="Tahoma" w:hAnsi="Tahoma" w:cs="Tahoma"/>
          <w:rtl/>
        </w:rPr>
        <w:t xml:space="preserve"> ناچار بود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از</w:t>
      </w:r>
      <w:r w:rsidRPr="004C70E8">
        <w:rPr>
          <w:rFonts w:ascii="Tahoma" w:hAnsi="Tahoma" w:cs="Tahoma"/>
          <w:rtl/>
        </w:rPr>
        <w:t xml:space="preserve"> فور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قشون و حفظ سرچشمه‌ها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درازمدت درآمد تعادل برقرار کند.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تعادل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شه</w:t>
      </w:r>
      <w:r w:rsidRPr="004C70E8">
        <w:rPr>
          <w:rFonts w:ascii="Tahoma" w:hAnsi="Tahoma" w:cs="Tahoma"/>
          <w:rtl/>
        </w:rPr>
        <w:t xml:space="preserve"> به سود مردم نبود. مأموران مال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حاکمان ولا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ات</w:t>
      </w:r>
      <w:r w:rsidRPr="004C70E8">
        <w:rPr>
          <w:rFonts w:ascii="Tahoma" w:hAnsi="Tahoma" w:cs="Tahoma"/>
          <w:rtl/>
        </w:rPr>
        <w:t xml:space="preserve"> و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همچنان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توانستند</w:t>
      </w:r>
      <w:r w:rsidRPr="004C70E8">
        <w:rPr>
          <w:rFonts w:ascii="Tahoma" w:hAnsi="Tahoma" w:cs="Tahoma"/>
          <w:rtl/>
        </w:rPr>
        <w:t xml:space="preserve"> بر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زان</w:t>
      </w:r>
      <w:r w:rsidRPr="004C70E8">
        <w:rPr>
          <w:rFonts w:ascii="Tahoma" w:hAnsi="Tahoma" w:cs="Tahoma"/>
          <w:rtl/>
        </w:rPr>
        <w:t xml:space="preserve"> مقرر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فزا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ند</w:t>
      </w:r>
      <w:r w:rsidRPr="004C70E8">
        <w:rPr>
          <w:rFonts w:ascii="Tahoma" w:hAnsi="Tahoma" w:cs="Tahoma"/>
          <w:rtl/>
        </w:rPr>
        <w:t xml:space="preserve"> و هز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نهٔ</w:t>
      </w:r>
      <w:r w:rsidRPr="004C70E8">
        <w:rPr>
          <w:rFonts w:ascii="Tahoma" w:hAnsi="Tahoma" w:cs="Tahoma"/>
          <w:rtl/>
        </w:rPr>
        <w:t xml:space="preserve"> اردو، پذ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از شاهزادگان و عبور قشون را بر مردم تحم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کنند. شکا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از تعد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مأموران در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دوره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ادامه داشت. تفاوت اصل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آن بود ک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مرکز حکومت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چن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شکا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ت‌ها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و مهار بخش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فشارها انگ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زهٔ</w:t>
      </w:r>
      <w:r w:rsidRPr="004C70E8">
        <w:rPr>
          <w:rFonts w:ascii="Tahoma" w:hAnsi="Tahoma" w:cs="Tahoma"/>
          <w:rtl/>
        </w:rPr>
        <w:t xml:space="preserve">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داشت،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</w:t>
      </w:r>
      <w:r w:rsidRPr="004C70E8">
        <w:rPr>
          <w:rFonts w:ascii="Tahoma" w:hAnsi="Tahoma" w:cs="Tahoma"/>
          <w:rtl/>
        </w:rPr>
        <w:t xml:space="preserve"> ب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قاعدگ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مأموران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درآمد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دار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را از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ببرد.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فضا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دآمده،</w:t>
      </w:r>
      <w:r w:rsidRPr="004C70E8">
        <w:rPr>
          <w:rFonts w:ascii="Tahoma" w:hAnsi="Tahoma" w:cs="Tahoma"/>
          <w:rtl/>
        </w:rPr>
        <w:t xml:space="preserve"> گوهرشادآغا به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مهم‌تر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باز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گران</w:t>
      </w:r>
      <w:r w:rsidRPr="004C70E8">
        <w:rPr>
          <w:rFonts w:ascii="Tahoma" w:hAnsi="Tahoma" w:cs="Tahoma"/>
          <w:rtl/>
        </w:rPr>
        <w:t xml:space="preserve">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فرهنگ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دربار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شد. او تنها همسر شاهرخ و مادر چند شاهزاده نبود؛ از خاندان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بزرگ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آمد،</w:t>
      </w:r>
      <w:r w:rsidRPr="004C70E8">
        <w:rPr>
          <w:rFonts w:ascii="Tahoma" w:hAnsi="Tahoma" w:cs="Tahoma"/>
          <w:rtl/>
        </w:rPr>
        <w:t xml:space="preserve"> با فرماندهان قشون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داشت و در انتصاب‌ها،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خانوادگ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رقابت شاهزادگان اثر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گذاشت</w:t>
      </w:r>
      <w:r w:rsidRPr="004C70E8">
        <w:rPr>
          <w:rFonts w:ascii="Tahoma" w:hAnsi="Tahoma" w:cs="Tahoma"/>
          <w:rtl/>
        </w:rPr>
        <w:t>. حضور او در مراسم رسم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جشن‌ها، سوگوار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ها</w:t>
      </w:r>
      <w:r w:rsidRPr="004C70E8">
        <w:rPr>
          <w:rFonts w:ascii="Tahoma" w:hAnsi="Tahoma" w:cs="Tahoma"/>
          <w:rtl/>
        </w:rPr>
        <w:t xml:space="preserve"> و مناسبت‌ها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گاهش</w:t>
      </w:r>
      <w:r w:rsidRPr="004C70E8">
        <w:rPr>
          <w:rFonts w:ascii="Tahoma" w:hAnsi="Tahoma" w:cs="Tahoma"/>
          <w:rtl/>
        </w:rPr>
        <w:t xml:space="preserve"> را در برابر دربار و مردم آشکار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قدرت</w:t>
      </w:r>
      <w:r w:rsidRPr="004C70E8">
        <w:rPr>
          <w:rFonts w:ascii="Tahoma" w:hAnsi="Tahoma" w:cs="Tahoma"/>
          <w:rtl/>
        </w:rPr>
        <w:t xml:space="preserve"> گوهرشاد از راه معمار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وقف صورت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ماندگار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</w:t>
      </w:r>
      <w:r w:rsidRPr="004C70E8">
        <w:rPr>
          <w:rFonts w:ascii="Tahoma" w:hAnsi="Tahoma" w:cs="Tahoma"/>
          <w:rtl/>
        </w:rPr>
        <w:t>. مسجد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به نام او در کنار آرامگاه امام رضا در مشهد ساخته شد، تنها مکان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عبادت نبود. ساخت آن از حدود سال </w:t>
      </w:r>
      <w:r w:rsidRPr="004C70E8">
        <w:rPr>
          <w:rFonts w:ascii="Tahoma" w:hAnsi="Tahoma" w:cs="Tahoma"/>
          <w:rtl/>
          <w:lang w:bidi="fa-IR"/>
        </w:rPr>
        <w:t>۱۴۱۸</w:t>
      </w:r>
      <w:r w:rsidRPr="004C70E8">
        <w:rPr>
          <w:rFonts w:ascii="Tahoma" w:hAnsi="Tahoma" w:cs="Tahoma"/>
          <w:rtl/>
        </w:rPr>
        <w:t>،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خاندان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با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مهم‌تر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ارتگاه‌ها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استوار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>. حکومت سن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</w:t>
      </w:r>
      <w:r w:rsidRPr="004C70E8">
        <w:rPr>
          <w:rFonts w:ascii="Tahoma" w:hAnsi="Tahoma" w:cs="Tahoma" w:hint="eastAsia"/>
          <w:rtl/>
        </w:rPr>
        <w:t>اهرخ</w:t>
      </w:r>
      <w:r w:rsidRPr="004C70E8">
        <w:rPr>
          <w:rFonts w:ascii="Tahoma" w:hAnsi="Tahoma" w:cs="Tahoma"/>
          <w:rtl/>
        </w:rPr>
        <w:t xml:space="preserve"> و گوهرشاد با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از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ارتگاه</w:t>
      </w:r>
      <w:r w:rsidRPr="004C70E8">
        <w:rPr>
          <w:rFonts w:ascii="Tahoma" w:hAnsi="Tahoma" w:cs="Tahoma"/>
          <w:rtl/>
        </w:rPr>
        <w:t xml:space="preserve"> امام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ژه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او قائل بودند،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گروه‌ها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گوناگون را به تاج نزد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کند.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است،</w:t>
      </w:r>
      <w:r w:rsidRPr="004C70E8">
        <w:rPr>
          <w:rFonts w:ascii="Tahoma" w:hAnsi="Tahoma" w:cs="Tahoma"/>
          <w:rtl/>
        </w:rPr>
        <w:t xml:space="preserve"> مرزها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اندازه‌ا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بعدها در دوران صفو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ده</w:t>
      </w:r>
      <w:r w:rsidRPr="004C70E8">
        <w:rPr>
          <w:rFonts w:ascii="Tahoma" w:hAnsi="Tahoma" w:cs="Tahoma"/>
          <w:rtl/>
        </w:rPr>
        <w:t xml:space="preserve"> شد سخت و تغ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رناپذ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نبودند.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از آرامگاه امام رضا لزوماً به معنا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حکومت به تش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ع</w:t>
      </w:r>
      <w:r w:rsidRPr="004C70E8">
        <w:rPr>
          <w:rFonts w:ascii="Tahoma" w:hAnsi="Tahoma" w:cs="Tahoma"/>
          <w:rtl/>
        </w:rPr>
        <w:t xml:space="preserve"> دوازده‌امام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نبود.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ارت</w:t>
      </w:r>
      <w:r w:rsidRPr="004C70E8">
        <w:rPr>
          <w:rFonts w:ascii="Tahoma" w:hAnsi="Tahoma" w:cs="Tahoma"/>
          <w:rtl/>
        </w:rPr>
        <w:t xml:space="preserve"> خاندان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امبر</w:t>
      </w:r>
      <w:r w:rsidRPr="004C70E8">
        <w:rPr>
          <w:rFonts w:ascii="Tahoma" w:hAnsi="Tahoma" w:cs="Tahoma"/>
          <w:rtl/>
        </w:rPr>
        <w:t xml:space="preserve"> در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اهل سنت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پذ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رفته</w:t>
      </w:r>
      <w:r w:rsidRPr="004C70E8">
        <w:rPr>
          <w:rFonts w:ascii="Tahoma" w:hAnsi="Tahoma" w:cs="Tahoma"/>
          <w:rtl/>
        </w:rPr>
        <w:t xml:space="preserve"> و محترم بود. تاج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/>
          <w:rtl/>
        </w:rPr>
        <w:t>توانست از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احترام مشترک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ساختن حقان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فراگ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رتر</w:t>
      </w:r>
      <w:r w:rsidRPr="004C70E8">
        <w:rPr>
          <w:rFonts w:ascii="Tahoma" w:hAnsi="Tahoma" w:cs="Tahoma"/>
          <w:rtl/>
        </w:rPr>
        <w:t xml:space="preserve"> بهره 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مسجد</w:t>
      </w:r>
      <w:r w:rsidRPr="004C70E8">
        <w:rPr>
          <w:rFonts w:ascii="Tahoma" w:hAnsi="Tahoma" w:cs="Tahoma"/>
          <w:rtl/>
        </w:rPr>
        <w:t xml:space="preserve"> گوهرشاد با درآمد موقوفات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اداره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 xml:space="preserve"> که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نگهدار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بنا، پرداخت هز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نهٔ</w:t>
      </w:r>
      <w:r w:rsidRPr="004C70E8">
        <w:rPr>
          <w:rFonts w:ascii="Tahoma" w:hAnsi="Tahoma" w:cs="Tahoma"/>
          <w:rtl/>
        </w:rPr>
        <w:t xml:space="preserve"> کارکنان و ادامهٔ فعال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آن در نظر گرفته شده بود. وقف به بان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امکان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 xml:space="preserve"> دارا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را از صورت ثروت شخص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رون</w:t>
      </w:r>
      <w:r w:rsidRPr="004C70E8">
        <w:rPr>
          <w:rFonts w:ascii="Tahoma" w:hAnsi="Tahoma" w:cs="Tahoma"/>
          <w:rtl/>
        </w:rPr>
        <w:t xml:space="preserve"> آورد و به نهاد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دهد که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از عمر او فراتر رود. اما </w:t>
      </w:r>
      <w:r w:rsidRPr="004C70E8">
        <w:rPr>
          <w:rFonts w:ascii="Tahoma" w:hAnsi="Tahoma" w:cs="Tahoma" w:hint="eastAsia"/>
          <w:rtl/>
        </w:rPr>
        <w:t>موقوفات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همواره از تعرض حکومت‌ها و مأموران در امان نبودند.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آنها به قدرت متول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ان،</w:t>
      </w:r>
      <w:r w:rsidRPr="004C70E8">
        <w:rPr>
          <w:rFonts w:ascii="Tahoma" w:hAnsi="Tahoma" w:cs="Tahoma"/>
          <w:rtl/>
        </w:rPr>
        <w:t xml:space="preserve"> اعتبار نام واقف و توان نهادها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دفاع از دارا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خود وابسته بود.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گوهرشاد</w:t>
      </w:r>
      <w:r w:rsidRPr="004C70E8">
        <w:rPr>
          <w:rFonts w:ascii="Tahoma" w:hAnsi="Tahoma" w:cs="Tahoma"/>
          <w:rtl/>
        </w:rPr>
        <w:t xml:space="preserve"> در هرات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مجموعه‌ا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شامل مسجد، مدرسه و آرامگاه ساخت. معمار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بناها را قوام‌الد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از برجسته‌تر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معماران روزگار، بر عهده داشت.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نام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دهد</w:t>
      </w:r>
      <w:r w:rsidRPr="004C70E8">
        <w:rPr>
          <w:rFonts w:ascii="Tahoma" w:hAnsi="Tahoma" w:cs="Tahoma"/>
          <w:rtl/>
        </w:rPr>
        <w:t xml:space="preserve"> که جابه‌جا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هنرمندان در حکومت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تنها از راه کوچ اجبار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دوران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صورت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گرفت</w:t>
      </w:r>
      <w:r w:rsidRPr="004C70E8">
        <w:rPr>
          <w:rFonts w:ascii="Tahoma" w:hAnsi="Tahoma" w:cs="Tahoma"/>
          <w:rtl/>
        </w:rPr>
        <w:t xml:space="preserve">. </w:t>
      </w:r>
      <w:r w:rsidRPr="004C70E8">
        <w:rPr>
          <w:rFonts w:ascii="Tahoma" w:hAnsi="Tahoma" w:cs="Tahoma" w:hint="eastAsia"/>
          <w:rtl/>
        </w:rPr>
        <w:t>اکنون</w:t>
      </w:r>
      <w:r w:rsidRPr="004C70E8">
        <w:rPr>
          <w:rFonts w:ascii="Tahoma" w:hAnsi="Tahoma" w:cs="Tahoma"/>
          <w:rtl/>
        </w:rPr>
        <w:t xml:space="preserve"> امن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و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مال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دربار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معماران و هنرمندان را از بخش‌ها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گوناگون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به هرات جذب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مدرسه</w:t>
      </w:r>
      <w:r w:rsidRPr="004C70E8">
        <w:rPr>
          <w:rFonts w:ascii="Tahoma" w:hAnsi="Tahoma" w:cs="Tahoma"/>
          <w:rtl/>
        </w:rPr>
        <w:t xml:space="preserve"> و مسجد گوهرشاد،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ن،</w:t>
      </w:r>
      <w:r w:rsidRPr="004C70E8">
        <w:rPr>
          <w:rFonts w:ascii="Tahoma" w:hAnsi="Tahoma" w:cs="Tahoma"/>
          <w:rtl/>
        </w:rPr>
        <w:t xml:space="preserve"> آموزش،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است</w:t>
      </w:r>
      <w:r w:rsidRPr="004C70E8">
        <w:rPr>
          <w:rFonts w:ascii="Tahoma" w:hAnsi="Tahoma" w:cs="Tahoma"/>
          <w:rtl/>
        </w:rPr>
        <w:t xml:space="preserve"> و خاطرهٔ خاندان را در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مجموعه گرد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آوردند</w:t>
      </w:r>
      <w:r w:rsidRPr="004C70E8">
        <w:rPr>
          <w:rFonts w:ascii="Tahoma" w:hAnsi="Tahoma" w:cs="Tahoma"/>
          <w:rtl/>
        </w:rPr>
        <w:t>.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نکاران</w:t>
      </w:r>
      <w:r w:rsidRPr="004C70E8">
        <w:rPr>
          <w:rFonts w:ascii="Tahoma" w:hAnsi="Tahoma" w:cs="Tahoma"/>
          <w:rtl/>
        </w:rPr>
        <w:t xml:space="preserve"> در مدرسه آموزش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دند،</w:t>
      </w:r>
      <w:r w:rsidRPr="004C70E8">
        <w:rPr>
          <w:rFonts w:ascii="Tahoma" w:hAnsi="Tahoma" w:cs="Tahoma"/>
          <w:rtl/>
        </w:rPr>
        <w:t xml:space="preserve"> نماز و آ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ن‌ها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عموم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مسجد برگزار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 xml:space="preserve"> و آرامگاه، نام خاندان را در مکان مقدس ماندگار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>. معمار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زبان حقان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حکمران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>‌شد: تاج خود را نه فقط صاحب قشون، بلکه بان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ن،</w:t>
      </w:r>
      <w:r w:rsidRPr="004C70E8">
        <w:rPr>
          <w:rFonts w:ascii="Tahoma" w:hAnsi="Tahoma" w:cs="Tahoma"/>
          <w:rtl/>
        </w:rPr>
        <w:t xml:space="preserve"> دانش و آبادان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معرف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فعال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ت‌ها</w:t>
      </w:r>
      <w:r w:rsidRPr="004C70E8">
        <w:rPr>
          <w:rFonts w:ascii="Tahoma" w:hAnsi="Tahoma" w:cs="Tahoma"/>
          <w:rtl/>
        </w:rPr>
        <w:t xml:space="preserve"> همچن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دادند</w:t>
      </w:r>
      <w:r w:rsidRPr="004C70E8">
        <w:rPr>
          <w:rFonts w:ascii="Tahoma" w:hAnsi="Tahoma" w:cs="Tahoma"/>
          <w:rtl/>
        </w:rPr>
        <w:t xml:space="preserve"> که زنان دربار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توانند</w:t>
      </w:r>
      <w:r w:rsidRPr="004C70E8">
        <w:rPr>
          <w:rFonts w:ascii="Tahoma" w:hAnsi="Tahoma" w:cs="Tahoma"/>
          <w:rtl/>
        </w:rPr>
        <w:t xml:space="preserve"> بدون داشتن عنوان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رسم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در ساختمان کشوردار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نقش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فا</w:t>
      </w:r>
      <w:r w:rsidRPr="004C70E8">
        <w:rPr>
          <w:rFonts w:ascii="Tahoma" w:hAnsi="Tahoma" w:cs="Tahoma"/>
          <w:rtl/>
        </w:rPr>
        <w:t xml:space="preserve"> کنند. گوهرشاد فرمان‌ها را به نام خود به سراسر کشور صادر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 xml:space="preserve"> و در رأس قشون قرار نداشت، اما از راه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با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ران،</w:t>
      </w:r>
      <w:r w:rsidRPr="004C70E8">
        <w:rPr>
          <w:rFonts w:ascii="Tahoma" w:hAnsi="Tahoma" w:cs="Tahoma"/>
          <w:rtl/>
        </w:rPr>
        <w:t xml:space="preserve"> پشت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بان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شاهز</w:t>
      </w:r>
      <w:r w:rsidRPr="004C70E8">
        <w:rPr>
          <w:rFonts w:ascii="Tahoma" w:hAnsi="Tahoma" w:cs="Tahoma" w:hint="eastAsia"/>
          <w:rtl/>
        </w:rPr>
        <w:t>ادگان،</w:t>
      </w:r>
      <w:r w:rsidRPr="004C70E8">
        <w:rPr>
          <w:rFonts w:ascii="Tahoma" w:hAnsi="Tahoma" w:cs="Tahoma"/>
          <w:rtl/>
        </w:rPr>
        <w:t xml:space="preserve"> وقف و معمار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 توز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ع</w:t>
      </w:r>
      <w:r w:rsidRPr="004C70E8">
        <w:rPr>
          <w:rFonts w:ascii="Tahoma" w:hAnsi="Tahoma" w:cs="Tahoma"/>
          <w:rtl/>
        </w:rPr>
        <w:t xml:space="preserve"> قدرت و منابع اثر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گذاشت</w:t>
      </w:r>
      <w:r w:rsidRPr="004C70E8">
        <w:rPr>
          <w:rFonts w:ascii="Tahoma" w:hAnsi="Tahoma" w:cs="Tahoma"/>
          <w:rtl/>
        </w:rPr>
        <w:t>. نفوذ او در دورهٔ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شاهرخ و سپس در جنگ جانش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آشکارتر شد.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کنار معمار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کتاب و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خ‌نگار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از مهم‌تر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ابزارها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فرهنگ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 بودند.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سنغر،</w:t>
      </w:r>
      <w:r w:rsidRPr="004C70E8">
        <w:rPr>
          <w:rFonts w:ascii="Tahoma" w:hAnsi="Tahoma" w:cs="Tahoma"/>
          <w:rtl/>
        </w:rPr>
        <w:t xml:space="preserve"> پسر شاهرخ، در هرات کارگاه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بزرگ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خوشنو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سان،</w:t>
      </w:r>
      <w:r w:rsidRPr="004C70E8">
        <w:rPr>
          <w:rFonts w:ascii="Tahoma" w:hAnsi="Tahoma" w:cs="Tahoma"/>
          <w:rtl/>
        </w:rPr>
        <w:t xml:space="preserve"> نقاشان، تذه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ب‌کاران،</w:t>
      </w:r>
      <w:r w:rsidRPr="004C70E8">
        <w:rPr>
          <w:rFonts w:ascii="Tahoma" w:hAnsi="Tahoma" w:cs="Tahoma"/>
          <w:rtl/>
        </w:rPr>
        <w:t xml:space="preserve"> صحافان و مترجمان پد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آورد. کتاب در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کارگاه تنها نسخه‌بردار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شد؛</w:t>
      </w:r>
      <w:r w:rsidRPr="004C70E8">
        <w:rPr>
          <w:rFonts w:ascii="Tahoma" w:hAnsi="Tahoma" w:cs="Tahoma"/>
          <w:rtl/>
        </w:rPr>
        <w:t xml:space="preserve"> متن مقابله و 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گرد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د،</w:t>
      </w:r>
      <w:r w:rsidRPr="004C70E8">
        <w:rPr>
          <w:rFonts w:ascii="Tahoma" w:hAnsi="Tahoma" w:cs="Tahoma"/>
          <w:rtl/>
        </w:rPr>
        <w:t xml:space="preserve"> خط و تصو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در طرح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واحد کنار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قرار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گرفتند</w:t>
      </w:r>
      <w:r w:rsidRPr="004C70E8">
        <w:rPr>
          <w:rFonts w:ascii="Tahoma" w:hAnsi="Tahoma" w:cs="Tahoma"/>
          <w:rtl/>
        </w:rPr>
        <w:t xml:space="preserve"> و نسخه به اثر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 xml:space="preserve"> که ثروت، سل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قه</w:t>
      </w:r>
      <w:r w:rsidRPr="004C70E8">
        <w:rPr>
          <w:rFonts w:ascii="Tahoma" w:hAnsi="Tahoma" w:cs="Tahoma"/>
          <w:rtl/>
        </w:rPr>
        <w:t xml:space="preserve"> و اقتدار سفارش‌دهنده را نما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دهد.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مشهورتر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محصول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مح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ط،</w:t>
      </w:r>
      <w:r w:rsidRPr="004C70E8">
        <w:rPr>
          <w:rFonts w:ascii="Tahoma" w:hAnsi="Tahoma" w:cs="Tahoma"/>
          <w:rtl/>
        </w:rPr>
        <w:t xml:space="preserve"> شاهنامهٔ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بود که در سال </w:t>
      </w:r>
      <w:r w:rsidRPr="004C70E8">
        <w:rPr>
          <w:rFonts w:ascii="Tahoma" w:hAnsi="Tahoma" w:cs="Tahoma"/>
          <w:rtl/>
          <w:lang w:bidi="fa-IR"/>
        </w:rPr>
        <w:t>۱۴۳۰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رس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>. ته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هٔ</w:t>
      </w:r>
      <w:r w:rsidRPr="004C70E8">
        <w:rPr>
          <w:rFonts w:ascii="Tahoma" w:hAnsi="Tahoma" w:cs="Tahoma"/>
          <w:rtl/>
        </w:rPr>
        <w:t xml:space="preserve"> نسخه‌ا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باشکوه از شاهنامه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شاهزاده‌ا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ترک‌زبان از خاندان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معنا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داشت.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از نظر تبار به فاتحان آس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مرکز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تعلق داشتند، اما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 بر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ناچار بودند خود را در امتداد تصور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شاه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قرار دهند. شاهنامه زبان، قهرمانان و مع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پادشاه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عرضه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 xml:space="preserve"> که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توانستند</w:t>
      </w:r>
      <w:r w:rsidRPr="004C70E8">
        <w:rPr>
          <w:rFonts w:ascii="Tahoma" w:hAnsi="Tahoma" w:cs="Tahoma"/>
          <w:rtl/>
        </w:rPr>
        <w:t xml:space="preserve"> خاندان تازه را به گذشتهٔ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دهند.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</w:t>
      </w:r>
      <w:r w:rsidRPr="004C70E8">
        <w:rPr>
          <w:rFonts w:ascii="Tahoma" w:hAnsi="Tahoma" w:cs="Tahoma"/>
          <w:rtl/>
        </w:rPr>
        <w:t xml:space="preserve"> خود از نسل شاهان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باستان نبود، اما نسخهٔ شاهنامه‌ا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به نام او ته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حکومت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وارث سنت پادشاه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جلوه دهد. همان‌گونه که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نزد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شدن به چنگ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عنوان گورکان را به کار گرفت، نوادگانش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شه</w:t>
      </w:r>
      <w:r w:rsidRPr="004C70E8">
        <w:rPr>
          <w:rFonts w:ascii="Tahoma" w:hAnsi="Tahoma" w:cs="Tahoma"/>
          <w:rtl/>
        </w:rPr>
        <w:t xml:space="preserve"> گرفتن در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به روا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رو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آوردند.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دو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راث</w:t>
      </w:r>
      <w:r w:rsidRPr="004C70E8">
        <w:rPr>
          <w:rFonts w:ascii="Tahoma" w:hAnsi="Tahoma" w:cs="Tahoma"/>
          <w:rtl/>
        </w:rPr>
        <w:t xml:space="preserve"> در برابر هم قرار نداشتند؛ تاج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کوش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هم‌زمان صاحب شمش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چنگ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سلطان مسلمان و وارث شاه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باشد.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خ‌نگار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در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گسترش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</w:t>
      </w:r>
      <w:r w:rsidRPr="004C70E8">
        <w:rPr>
          <w:rFonts w:ascii="Tahoma" w:hAnsi="Tahoma" w:cs="Tahoma"/>
          <w:rtl/>
        </w:rPr>
        <w:t>. حافظ ابرو و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خ‌نگاران</w:t>
      </w:r>
      <w:r w:rsidRPr="004C70E8">
        <w:rPr>
          <w:rFonts w:ascii="Tahoma" w:hAnsi="Tahoma" w:cs="Tahoma"/>
          <w:rtl/>
        </w:rPr>
        <w:t xml:space="preserve"> دربار،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</w:t>
      </w:r>
      <w:r w:rsidRPr="004C70E8">
        <w:rPr>
          <w:rFonts w:ascii="Tahoma" w:hAnsi="Tahoma" w:cs="Tahoma"/>
          <w:rtl/>
        </w:rPr>
        <w:t xml:space="preserve"> جهان و خاندان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را به فارس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نوشتند. آثار آنان بر سنت جو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رش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دالد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تک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داشتند، اما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ادامهٔ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</w:t>
      </w:r>
      <w:r w:rsidRPr="004C70E8">
        <w:rPr>
          <w:rFonts w:ascii="Tahoma" w:hAnsi="Tahoma" w:cs="Tahoma"/>
          <w:rtl/>
        </w:rPr>
        <w:t xml:space="preserve"> بزرگ شاهان و فاتحان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دادند</w:t>
      </w:r>
      <w:r w:rsidRPr="004C70E8">
        <w:rPr>
          <w:rFonts w:ascii="Tahoma" w:hAnsi="Tahoma" w:cs="Tahoma"/>
          <w:rtl/>
        </w:rPr>
        <w:t>.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</w:t>
      </w:r>
      <w:r w:rsidRPr="004C70E8">
        <w:rPr>
          <w:rFonts w:ascii="Tahoma" w:hAnsi="Tahoma" w:cs="Tahoma"/>
          <w:rtl/>
        </w:rPr>
        <w:t xml:space="preserve"> رسم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</w:t>
      </w:r>
      <w:r w:rsidRPr="004C70E8">
        <w:rPr>
          <w:rFonts w:ascii="Tahoma" w:hAnsi="Tahoma" w:cs="Tahoma" w:hint="eastAsia"/>
          <w:rtl/>
        </w:rPr>
        <w:t>تنها</w:t>
      </w:r>
      <w:r w:rsidRPr="004C70E8">
        <w:rPr>
          <w:rFonts w:ascii="Tahoma" w:hAnsi="Tahoma" w:cs="Tahoma"/>
          <w:rtl/>
        </w:rPr>
        <w:t xml:space="preserve"> گذشته را ثبت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کرد؛</w:t>
      </w:r>
      <w:r w:rsidRPr="004C70E8">
        <w:rPr>
          <w:rFonts w:ascii="Tahoma" w:hAnsi="Tahoma" w:cs="Tahoma"/>
          <w:rtl/>
        </w:rPr>
        <w:t xml:space="preserve">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 کنون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در آن گذشته تع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نمود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نوشته‌ها شاهرخ اغلب به صورت پادشاه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ندار،</w:t>
      </w:r>
      <w:r w:rsidRPr="004C70E8">
        <w:rPr>
          <w:rFonts w:ascii="Tahoma" w:hAnsi="Tahoma" w:cs="Tahoma"/>
          <w:rtl/>
        </w:rPr>
        <w:t xml:space="preserve"> دادگر و آبادکننده در برابر چهرهٔ فاتح پدر ظاهر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>.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تصو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ب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نبود، اما کامل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نبود. حکومت او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حفظ نظم از قشون، مجازات و سرکوب استفاده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 xml:space="preserve"> و جنگ‌ها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متعدد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راه انداخت.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خ‌نگار</w:t>
      </w:r>
      <w:r w:rsidRPr="004C70E8">
        <w:rPr>
          <w:rFonts w:ascii="Tahoma" w:hAnsi="Tahoma" w:cs="Tahoma"/>
          <w:rtl/>
        </w:rPr>
        <w:t xml:space="preserve"> دربا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بخش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واقع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را که با تصو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مطلوب تاج سازگار بود برجسته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 xml:space="preserve"> و بخش‌ها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ناسازگار را کوچک‌تر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سمرقند،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راه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متفاوت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شکوه شاهزادهٔ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برگز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>. او از نوجوان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 ماوراءالنهر را در دست داشت و مانند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شاهزادگان در جنگ و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است</w:t>
      </w:r>
      <w:r w:rsidRPr="004C70E8">
        <w:rPr>
          <w:rFonts w:ascii="Tahoma" w:hAnsi="Tahoma" w:cs="Tahoma"/>
          <w:rtl/>
        </w:rPr>
        <w:t xml:space="preserve"> شرکت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کرد،</w:t>
      </w:r>
      <w:r w:rsidRPr="004C70E8">
        <w:rPr>
          <w:rFonts w:ascii="Tahoma" w:hAnsi="Tahoma" w:cs="Tahoma"/>
          <w:rtl/>
        </w:rPr>
        <w:t xml:space="preserve"> اما علاقهٔ اصل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اش</w:t>
      </w:r>
      <w:r w:rsidRPr="004C70E8">
        <w:rPr>
          <w:rFonts w:ascii="Tahoma" w:hAnsi="Tahoma" w:cs="Tahoma"/>
          <w:rtl/>
        </w:rPr>
        <w:t xml:space="preserve"> به 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اض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ات</w:t>
      </w:r>
      <w:r w:rsidRPr="004C70E8">
        <w:rPr>
          <w:rFonts w:ascii="Tahoma" w:hAnsi="Tahoma" w:cs="Tahoma"/>
          <w:rtl/>
        </w:rPr>
        <w:t xml:space="preserve"> و نجوم بود. مدرسه‌ا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در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دان</w:t>
      </w:r>
      <w:r w:rsidRPr="004C70E8">
        <w:rPr>
          <w:rFonts w:ascii="Tahoma" w:hAnsi="Tahoma" w:cs="Tahoma"/>
          <w:rtl/>
        </w:rPr>
        <w:t xml:space="preserve"> 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گستان</w:t>
      </w:r>
      <w:r w:rsidRPr="004C70E8">
        <w:rPr>
          <w:rFonts w:ascii="Tahoma" w:hAnsi="Tahoma" w:cs="Tahoma"/>
          <w:rtl/>
        </w:rPr>
        <w:t xml:space="preserve"> سمرقند ساخت، دان</w:t>
      </w:r>
      <w:r w:rsidRPr="004C70E8">
        <w:rPr>
          <w:rFonts w:ascii="Tahoma" w:hAnsi="Tahoma" w:cs="Tahoma" w:hint="eastAsia"/>
          <w:rtl/>
        </w:rPr>
        <w:t>شمندان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مناطق گوناگون را گرد آورد و شهر را به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مراکز علم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مهم جهان آن روز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کرد.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شبرد</w:t>
      </w:r>
      <w:r w:rsidRPr="004C70E8">
        <w:rPr>
          <w:rFonts w:ascii="Tahoma" w:hAnsi="Tahoma" w:cs="Tahoma"/>
          <w:rtl/>
        </w:rPr>
        <w:t xml:space="preserve"> مطالعات نجوم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درس و کتاب بسنده نکرد. در دههٔ </w:t>
      </w:r>
      <w:r w:rsidRPr="004C70E8">
        <w:rPr>
          <w:rFonts w:ascii="Tahoma" w:hAnsi="Tahoma" w:cs="Tahoma"/>
          <w:rtl/>
          <w:lang w:bidi="fa-IR"/>
        </w:rPr>
        <w:t>۱۴۲۰</w:t>
      </w:r>
      <w:r w:rsidRPr="004C70E8">
        <w:rPr>
          <w:rFonts w:ascii="Tahoma" w:hAnsi="Tahoma" w:cs="Tahoma"/>
          <w:rtl/>
        </w:rPr>
        <w:t xml:space="preserve"> رصدخانه‌ا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بزرگ در سمرقند ساخت. ابزارها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آن، به‌و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ژه</w:t>
      </w:r>
      <w:r w:rsidRPr="004C70E8">
        <w:rPr>
          <w:rFonts w:ascii="Tahoma" w:hAnsi="Tahoma" w:cs="Tahoma"/>
          <w:rtl/>
        </w:rPr>
        <w:t xml:space="preserve"> وس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لهٔ</w:t>
      </w:r>
      <w:r w:rsidRPr="004C70E8">
        <w:rPr>
          <w:rFonts w:ascii="Tahoma" w:hAnsi="Tahoma" w:cs="Tahoma"/>
          <w:rtl/>
        </w:rPr>
        <w:t xml:space="preserve"> عظ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اندازه‌گ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زوا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ا،</w:t>
      </w:r>
      <w:r w:rsidRPr="004C70E8">
        <w:rPr>
          <w:rFonts w:ascii="Tahoma" w:hAnsi="Tahoma" w:cs="Tahoma"/>
          <w:rtl/>
        </w:rPr>
        <w:t xml:space="preserve"> امکان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 xml:space="preserve"> موقع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ستارگان و حرکت اجرام آسمان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با دقت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شتر</w:t>
      </w:r>
      <w:r w:rsidRPr="004C70E8">
        <w:rPr>
          <w:rFonts w:ascii="Tahoma" w:hAnsi="Tahoma" w:cs="Tahoma"/>
          <w:rtl/>
        </w:rPr>
        <w:t xml:space="preserve"> سنج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ده</w:t>
      </w:r>
      <w:r w:rsidRPr="004C70E8">
        <w:rPr>
          <w:rFonts w:ascii="Tahoma" w:hAnsi="Tahoma" w:cs="Tahoma"/>
          <w:rtl/>
        </w:rPr>
        <w:t xml:space="preserve"> شود. دانشمندان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چون قاض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زادهٔ</w:t>
      </w:r>
      <w:r w:rsidRPr="004C70E8">
        <w:rPr>
          <w:rFonts w:ascii="Tahoma" w:hAnsi="Tahoma" w:cs="Tahoma"/>
          <w:rtl/>
        </w:rPr>
        <w:t xml:space="preserve"> روم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غ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اث‌الد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جمش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کاشان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عل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قوشچ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مح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ط</w:t>
      </w:r>
      <w:r w:rsidRPr="004C70E8">
        <w:rPr>
          <w:rFonts w:ascii="Tahoma" w:hAnsi="Tahoma" w:cs="Tahoma"/>
          <w:rtl/>
        </w:rPr>
        <w:t xml:space="preserve"> فعال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کردند.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حضور</w:t>
      </w:r>
      <w:r w:rsidRPr="004C70E8">
        <w:rPr>
          <w:rFonts w:ascii="Tahoma" w:hAnsi="Tahoma" w:cs="Tahoma"/>
          <w:rtl/>
        </w:rPr>
        <w:t xml:space="preserve"> جمش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کاشان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نمونه‌ا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دوبارهٔ بخش‌ها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گوناگون جهان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بود. دانشمند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کاشان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به سمرقند برود، در خدمت شاهزاده‌ا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قرار 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رد</w:t>
      </w:r>
      <w:r w:rsidRPr="004C70E8">
        <w:rPr>
          <w:rFonts w:ascii="Tahoma" w:hAnsi="Tahoma" w:cs="Tahoma"/>
          <w:rtl/>
        </w:rPr>
        <w:t xml:space="preserve"> و در مرکز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علم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کار کند که منابع آن را حکومت فراهم کرده بود. امن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راه،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مال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تمرکز ابزارها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علم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امکان پژوهش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پد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آورد</w:t>
      </w:r>
      <w:r w:rsidRPr="004C70E8">
        <w:rPr>
          <w:rFonts w:ascii="Tahoma" w:hAnsi="Tahoma" w:cs="Tahoma"/>
          <w:rtl/>
        </w:rPr>
        <w:t xml:space="preserve"> که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دانشمند به‌تنها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قادر به انجامش نبود.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نت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جهٔ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کار گروه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جداول نجوم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معروف به «ز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</w:t>
      </w:r>
      <w:r w:rsidRPr="004C70E8">
        <w:rPr>
          <w:rFonts w:ascii="Tahoma" w:hAnsi="Tahoma" w:cs="Tahoma"/>
          <w:rtl/>
        </w:rPr>
        <w:t xml:space="preserve">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گ»</w:t>
      </w:r>
      <w:r w:rsidRPr="004C70E8">
        <w:rPr>
          <w:rFonts w:ascii="Tahoma" w:hAnsi="Tahoma" w:cs="Tahoma"/>
          <w:rtl/>
        </w:rPr>
        <w:t xml:space="preserve"> آشکار شد. موقع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شمار بزرگ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ستارگان دوباره اندازه‌گ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محاسبات تقو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نجوم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اصلاح شد. اهم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کار تنها در علاقهٔ شخص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شاهزاده نبود. نجوم با تنظ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تقو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م،</w:t>
      </w:r>
      <w:r w:rsidRPr="004C70E8">
        <w:rPr>
          <w:rFonts w:ascii="Tahoma" w:hAnsi="Tahoma" w:cs="Tahoma"/>
          <w:rtl/>
        </w:rPr>
        <w:t xml:space="preserve"> تع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زمان آ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ن‌ها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برخ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ازها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مسافرت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داشت، هرچند ارزش علم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پژوهش‌ها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سمرقند از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کاربردها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مستق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فراتر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رفت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رصدخانهٔ</w:t>
      </w:r>
      <w:r w:rsidRPr="004C70E8">
        <w:rPr>
          <w:rFonts w:ascii="Tahoma" w:hAnsi="Tahoma" w:cs="Tahoma"/>
          <w:rtl/>
        </w:rPr>
        <w:t xml:space="preserve">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نمونه‌ا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کم‌مانند از جا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بود که تاج منابع خود را در اخت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/>
          <w:rtl/>
        </w:rPr>
        <w:t xml:space="preserve"> مشاهده و محاسبهٔ طب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عت</w:t>
      </w:r>
      <w:r w:rsidRPr="004C70E8">
        <w:rPr>
          <w:rFonts w:ascii="Tahoma" w:hAnsi="Tahoma" w:cs="Tahoma"/>
          <w:rtl/>
        </w:rPr>
        <w:t xml:space="preserve"> قرار داد. اما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نمونه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 xml:space="preserve"> که علم تا چه اندازه به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شخص فرمانروا وابسته است. نهاد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مستقل و برخوردار از پشتوانه‌ا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دائم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وجود نداشت که با تغ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پادشاه به کار خود ادامه دهد. هنگام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قدرت و سپس جان خود را از دست داد، رصدخانه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پشت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بان</w:t>
      </w:r>
      <w:r w:rsidRPr="004C70E8">
        <w:rPr>
          <w:rFonts w:ascii="Tahoma" w:hAnsi="Tahoma" w:cs="Tahoma"/>
          <w:rtl/>
        </w:rPr>
        <w:t xml:space="preserve"> اصل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خود را از دست داد و به‌تدر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</w:t>
      </w:r>
      <w:r w:rsidRPr="004C70E8">
        <w:rPr>
          <w:rFonts w:ascii="Tahoma" w:hAnsi="Tahoma" w:cs="Tahoma"/>
          <w:rtl/>
        </w:rPr>
        <w:t xml:space="preserve"> از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رفت.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شاهرخ</w:t>
      </w:r>
      <w:r w:rsidRPr="004C70E8">
        <w:rPr>
          <w:rFonts w:ascii="Tahoma" w:hAnsi="Tahoma" w:cs="Tahoma"/>
          <w:rtl/>
        </w:rPr>
        <w:t xml:space="preserve"> در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است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خود بر تسنن و اجرا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عت</w:t>
      </w:r>
      <w:r w:rsidRPr="004C70E8">
        <w:rPr>
          <w:rFonts w:ascii="Tahoma" w:hAnsi="Tahoma" w:cs="Tahoma"/>
          <w:rtl/>
        </w:rPr>
        <w:t xml:space="preserve"> تأک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کرد،</w:t>
      </w:r>
      <w:r w:rsidRPr="004C70E8">
        <w:rPr>
          <w:rFonts w:ascii="Tahoma" w:hAnsi="Tahoma" w:cs="Tahoma"/>
          <w:rtl/>
        </w:rPr>
        <w:t xml:space="preserve"> اما تصوف و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ارتگاه‌ها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از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حکومت بهره‌مند بودند. مشا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</w:t>
      </w:r>
      <w:r w:rsidRPr="004C70E8">
        <w:rPr>
          <w:rFonts w:ascii="Tahoma" w:hAnsi="Tahoma" w:cs="Tahoma"/>
          <w:rtl/>
        </w:rPr>
        <w:t xml:space="preserve"> صوف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جامعه نفوذ داشتند و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توانستند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مردم و تاج واسطه شوند.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از آنان راه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دادن حکومت با شبکه‌ها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بود که خا</w:t>
      </w:r>
      <w:r w:rsidRPr="004C70E8">
        <w:rPr>
          <w:rFonts w:ascii="Tahoma" w:hAnsi="Tahoma" w:cs="Tahoma" w:hint="eastAsia"/>
          <w:rtl/>
        </w:rPr>
        <w:t>رج</w:t>
      </w:r>
      <w:r w:rsidRPr="004C70E8">
        <w:rPr>
          <w:rFonts w:ascii="Tahoma" w:hAnsi="Tahoma" w:cs="Tahoma"/>
          <w:rtl/>
        </w:rPr>
        <w:t xml:space="preserve"> از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و قشون فعال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کردند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اما</w:t>
      </w:r>
      <w:r w:rsidRPr="004C70E8">
        <w:rPr>
          <w:rFonts w:ascii="Tahoma" w:hAnsi="Tahoma" w:cs="Tahoma"/>
          <w:rtl/>
        </w:rPr>
        <w:t xml:space="preserve">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شبکه‌ها اگر از کنترل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رون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رفتند،</w:t>
      </w:r>
      <w:r w:rsidRPr="004C70E8">
        <w:rPr>
          <w:rFonts w:ascii="Tahoma" w:hAnsi="Tahoma" w:cs="Tahoma"/>
          <w:rtl/>
        </w:rPr>
        <w:t xml:space="preserve"> خطرناک تلق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شدند</w:t>
      </w:r>
      <w:r w:rsidRPr="004C70E8">
        <w:rPr>
          <w:rFonts w:ascii="Tahoma" w:hAnsi="Tahoma" w:cs="Tahoma"/>
          <w:rtl/>
        </w:rPr>
        <w:t xml:space="preserve">. در سال </w:t>
      </w:r>
      <w:r w:rsidRPr="004C70E8">
        <w:rPr>
          <w:rFonts w:ascii="Tahoma" w:hAnsi="Tahoma" w:cs="Tahoma"/>
          <w:rtl/>
          <w:lang w:bidi="fa-IR"/>
        </w:rPr>
        <w:t>۱۴۲۶</w:t>
      </w:r>
      <w:r w:rsidRPr="004C70E8">
        <w:rPr>
          <w:rFonts w:ascii="Tahoma" w:hAnsi="Tahoma" w:cs="Tahoma"/>
          <w:rtl/>
        </w:rPr>
        <w:t>، مرد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وابسته به حروف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پس از نماز جمعه در هرات به شاهرخ حمله کرد و او را با کارد زخم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ساخت. شاهرخ زنده ماند، اما سوءقصد بهانه و انگ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تعق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ب</w:t>
      </w:r>
      <w:r w:rsidRPr="004C70E8">
        <w:rPr>
          <w:rFonts w:ascii="Tahoma" w:hAnsi="Tahoma" w:cs="Tahoma"/>
          <w:rtl/>
        </w:rPr>
        <w:t xml:space="preserve"> گسترده‌تر حروف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و بازجو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از کسان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شد که به آنان ارتباط داده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شدند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حروف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بر اند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شه‌ها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دربارهٔ راز حروف، عدد و تجل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امر اله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انسان تک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داشت و دستگاه اعتقاد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آن از نظر بس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نکاران</w:t>
      </w:r>
      <w:r w:rsidRPr="004C70E8">
        <w:rPr>
          <w:rFonts w:ascii="Tahoma" w:hAnsi="Tahoma" w:cs="Tahoma"/>
          <w:rtl/>
        </w:rPr>
        <w:t xml:space="preserve"> رسم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انحراف‌آم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به شمار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رفت</w:t>
      </w:r>
      <w:r w:rsidRPr="004C70E8">
        <w:rPr>
          <w:rFonts w:ascii="Tahoma" w:hAnsi="Tahoma" w:cs="Tahoma"/>
          <w:rtl/>
        </w:rPr>
        <w:t>. اما واکنش حکومت تنها دفاع از عق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دهٔ</w:t>
      </w:r>
      <w:r w:rsidRPr="004C70E8">
        <w:rPr>
          <w:rFonts w:ascii="Tahoma" w:hAnsi="Tahoma" w:cs="Tahoma"/>
          <w:rtl/>
        </w:rPr>
        <w:t xml:space="preserve"> 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</w:t>
      </w:r>
      <w:r w:rsidRPr="004C70E8">
        <w:rPr>
          <w:rFonts w:ascii="Tahoma" w:hAnsi="Tahoma" w:cs="Tahoma"/>
          <w:rtl/>
        </w:rPr>
        <w:t xml:space="preserve"> نبود. جنبش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سازمان‌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افته</w:t>
      </w:r>
      <w:r w:rsidRPr="004C70E8">
        <w:rPr>
          <w:rFonts w:ascii="Tahoma" w:hAnsi="Tahoma" w:cs="Tahoma"/>
          <w:rtl/>
        </w:rPr>
        <w:t xml:space="preserve"> داشت و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ا</w:t>
      </w:r>
      <w:r w:rsidRPr="004C70E8">
        <w:rPr>
          <w:rFonts w:ascii="Tahoma" w:hAnsi="Tahoma" w:cs="Tahoma" w:hint="eastAsia"/>
          <w:rtl/>
        </w:rPr>
        <w:t>عضا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به جان سلطان حمله کرده بود، خطر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محسوب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شد</w:t>
      </w:r>
      <w:r w:rsidRPr="004C70E8">
        <w:rPr>
          <w:rFonts w:ascii="Tahoma" w:hAnsi="Tahoma" w:cs="Tahoma"/>
          <w:rtl/>
        </w:rPr>
        <w:t>.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مرز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بدعت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دشمن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با تاج درهم آم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خت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پس</w:t>
      </w:r>
      <w:r w:rsidRPr="004C70E8">
        <w:rPr>
          <w:rFonts w:ascii="Tahoma" w:hAnsi="Tahoma" w:cs="Tahoma"/>
          <w:rtl/>
        </w:rPr>
        <w:t xml:space="preserve"> از سوءقصد، حکومت به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نکاران</w:t>
      </w:r>
      <w:r w:rsidRPr="004C70E8">
        <w:rPr>
          <w:rFonts w:ascii="Tahoma" w:hAnsi="Tahoma" w:cs="Tahoma"/>
          <w:rtl/>
        </w:rPr>
        <w:t xml:space="preserve"> رسم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قاض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امکان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داد تا دربارهٔ عقا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متهمان داور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کنند، اما تصم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نها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دربارهٔ دامنهٔ تعق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ب</w:t>
      </w:r>
      <w:r w:rsidRPr="004C70E8">
        <w:rPr>
          <w:rFonts w:ascii="Tahoma" w:hAnsi="Tahoma" w:cs="Tahoma"/>
          <w:rtl/>
        </w:rPr>
        <w:t xml:space="preserve"> با دستگاه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بود. شر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عت</w:t>
      </w:r>
      <w:r w:rsidRPr="004C70E8">
        <w:rPr>
          <w:rFonts w:ascii="Tahoma" w:hAnsi="Tahoma" w:cs="Tahoma"/>
          <w:rtl/>
        </w:rPr>
        <w:t xml:space="preserve"> زبان محکوم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را فراهم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 xml:space="preserve"> و تاج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اجرا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آن را. همکار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دو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امن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حکومت را </w:t>
      </w:r>
      <w:r w:rsidRPr="004C70E8">
        <w:rPr>
          <w:rFonts w:ascii="Tahoma" w:hAnsi="Tahoma" w:cs="Tahoma" w:hint="eastAsia"/>
          <w:rtl/>
        </w:rPr>
        <w:t>افزا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دهد، ول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هر اند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شهٔ</w:t>
      </w:r>
      <w:r w:rsidRPr="004C70E8">
        <w:rPr>
          <w:rFonts w:ascii="Tahoma" w:hAnsi="Tahoma" w:cs="Tahoma"/>
          <w:rtl/>
        </w:rPr>
        <w:t xml:space="preserve"> متفاوت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در معرض اتهام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قرار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روابط خارج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شاهرخ راه تجارت و سفارت را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از فتوحات دوردست دنبال کرد.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دربار او و حکومت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نگ</w:t>
      </w:r>
      <w:r w:rsidRPr="004C70E8">
        <w:rPr>
          <w:rFonts w:ascii="Tahoma" w:hAnsi="Tahoma" w:cs="Tahoma"/>
          <w:rtl/>
        </w:rPr>
        <w:t xml:space="preserve"> در 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سف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رفت‌وآمد کردند. گزارش سفر فرستادگان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اطلاعات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دربارهٔ راه‌ها، شهرها، تشر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فات</w:t>
      </w:r>
      <w:r w:rsidRPr="004C70E8">
        <w:rPr>
          <w:rFonts w:ascii="Tahoma" w:hAnsi="Tahoma" w:cs="Tahoma"/>
          <w:rtl/>
        </w:rPr>
        <w:t xml:space="preserve"> دربار و سازمان آن حکومت در اخت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/>
          <w:rtl/>
        </w:rPr>
        <w:t xml:space="preserve">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خ‌نگار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فار</w:t>
      </w:r>
      <w:r w:rsidRPr="004C70E8">
        <w:rPr>
          <w:rFonts w:ascii="Tahoma" w:hAnsi="Tahoma" w:cs="Tahoma" w:hint="eastAsia"/>
          <w:rtl/>
        </w:rPr>
        <w:t>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گذاشت.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ارتباط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 xml:space="preserve"> که رابطه با 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ن،</w:t>
      </w:r>
      <w:r w:rsidRPr="004C70E8">
        <w:rPr>
          <w:rFonts w:ascii="Tahoma" w:hAnsi="Tahoma" w:cs="Tahoma"/>
          <w:rtl/>
        </w:rPr>
        <w:t xml:space="preserve"> که در عصر چنگ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و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لخانان</w:t>
      </w:r>
      <w:r w:rsidRPr="004C70E8">
        <w:rPr>
          <w:rFonts w:ascii="Tahoma" w:hAnsi="Tahoma" w:cs="Tahoma"/>
          <w:rtl/>
        </w:rPr>
        <w:t xml:space="preserve"> از درون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امپراتور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مغول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صورت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گرفت،</w:t>
      </w:r>
      <w:r w:rsidRPr="004C70E8">
        <w:rPr>
          <w:rFonts w:ascii="Tahoma" w:hAnsi="Tahoma" w:cs="Tahoma"/>
          <w:rtl/>
        </w:rPr>
        <w:t xml:space="preserve"> اکنون به رابطهٔ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پلمات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دو حکومت مستقل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شده است.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شاهرخ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با سفارت و تجارت از رابطه‌ا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سود ببرد که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خواست</w:t>
      </w:r>
      <w:r w:rsidRPr="004C70E8">
        <w:rPr>
          <w:rFonts w:ascii="Tahoma" w:hAnsi="Tahoma" w:cs="Tahoma"/>
          <w:rtl/>
        </w:rPr>
        <w:t xml:space="preserve"> با لشکرکش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 دست آورد. مرگ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در راه حمله به 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آن طرح را متوقف کرده بود؛ جانش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او در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</w:t>
      </w:r>
      <w:r w:rsidRPr="004C70E8">
        <w:rPr>
          <w:rFonts w:ascii="Tahoma" w:hAnsi="Tahoma" w:cs="Tahoma"/>
          <w:rtl/>
        </w:rPr>
        <w:t xml:space="preserve"> که راه‌ها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بازرگان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تبادل هدا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توانند</w:t>
      </w:r>
      <w:r w:rsidRPr="004C70E8">
        <w:rPr>
          <w:rFonts w:ascii="Tahoma" w:hAnsi="Tahoma" w:cs="Tahoma"/>
          <w:rtl/>
        </w:rPr>
        <w:t xml:space="preserve"> بدون هز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نهٔ</w:t>
      </w:r>
      <w:r w:rsidRPr="004C70E8">
        <w:rPr>
          <w:rFonts w:ascii="Tahoma" w:hAnsi="Tahoma" w:cs="Tahoma"/>
          <w:rtl/>
        </w:rPr>
        <w:t xml:space="preserve"> جنگ، کالا، اعتبار و اطلاعات فراه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آورند.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تفاوت، گذار از منطق فاتح به منطق کشوردار را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باا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ن‌همه،</w:t>
      </w:r>
      <w:r w:rsidRPr="004C70E8">
        <w:rPr>
          <w:rFonts w:ascii="Tahoma" w:hAnsi="Tahoma" w:cs="Tahoma"/>
          <w:rtl/>
        </w:rPr>
        <w:t xml:space="preserve"> ساختمان حکومت شاهرخ همچنان بر تقس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قدرت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اعضا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خاندان قرار داشت. مرگ هر شاهزاده توازن جانش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تغ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>.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</w:t>
      </w:r>
      <w:r w:rsidRPr="004C70E8">
        <w:rPr>
          <w:rFonts w:ascii="Tahoma" w:hAnsi="Tahoma" w:cs="Tahoma"/>
          <w:rtl/>
        </w:rPr>
        <w:t xml:space="preserve"> در سال </w:t>
      </w:r>
      <w:r w:rsidRPr="004C70E8">
        <w:rPr>
          <w:rFonts w:ascii="Tahoma" w:hAnsi="Tahoma" w:cs="Tahoma"/>
          <w:rtl/>
          <w:lang w:bidi="fa-IR"/>
        </w:rPr>
        <w:t>۱۴۳۳</w:t>
      </w:r>
      <w:r w:rsidRPr="004C70E8">
        <w:rPr>
          <w:rFonts w:ascii="Tahoma" w:hAnsi="Tahoma" w:cs="Tahoma"/>
          <w:rtl/>
        </w:rPr>
        <w:t>،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از پدر، درگذشت و پسرانش هر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بخش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ادعا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او را به ارث بردند. ابراه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م‌سلطان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ش‌تر</w:t>
      </w:r>
      <w:r w:rsidRPr="004C70E8">
        <w:rPr>
          <w:rFonts w:ascii="Tahoma" w:hAnsi="Tahoma" w:cs="Tahoma"/>
          <w:rtl/>
        </w:rPr>
        <w:t xml:space="preserve"> مرده بود.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بزرگ‌تر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پسر زندهٔ شاهرخ بود، اما فاصلهٔ او از هرات،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گاه</w:t>
      </w:r>
      <w:r w:rsidRPr="004C70E8">
        <w:rPr>
          <w:rFonts w:ascii="Tahoma" w:hAnsi="Tahoma" w:cs="Tahoma"/>
          <w:rtl/>
        </w:rPr>
        <w:t xml:space="preserve"> مستقلش در سمرقند و رابطهٔ دشوارش با برخ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و اعضا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خاندان، جانش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او را ب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رق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ب</w:t>
      </w:r>
      <w:r w:rsidRPr="004C70E8">
        <w:rPr>
          <w:rFonts w:ascii="Tahoma" w:hAnsi="Tahoma" w:cs="Tahoma"/>
          <w:rtl/>
        </w:rPr>
        <w:t xml:space="preserve">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ساخت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گوهرشاد</w:t>
      </w:r>
      <w:r w:rsidRPr="004C70E8">
        <w:rPr>
          <w:rFonts w:ascii="Tahoma" w:hAnsi="Tahoma" w:cs="Tahoma"/>
          <w:rtl/>
        </w:rPr>
        <w:t xml:space="preserve"> از فرزندان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سنغر،</w:t>
      </w:r>
      <w:r w:rsidRPr="004C70E8">
        <w:rPr>
          <w:rFonts w:ascii="Tahoma" w:hAnsi="Tahoma" w:cs="Tahoma"/>
          <w:rtl/>
        </w:rPr>
        <w:t xml:space="preserve"> به‌و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ژه</w:t>
      </w:r>
      <w:r w:rsidRPr="004C70E8">
        <w:rPr>
          <w:rFonts w:ascii="Tahoma" w:hAnsi="Tahoma" w:cs="Tahoma"/>
          <w:rtl/>
        </w:rPr>
        <w:t xml:space="preserve"> علاءالدوله،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</w:t>
      </w:r>
      <w:r w:rsidRPr="004C70E8">
        <w:rPr>
          <w:rFonts w:ascii="Tahoma" w:hAnsi="Tahoma" w:cs="Tahoma"/>
          <w:rtl/>
        </w:rPr>
        <w:t>.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تنها از مهر مادربزرگ به نوه سرچشمه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گرفت</w:t>
      </w:r>
      <w:r w:rsidRPr="004C70E8">
        <w:rPr>
          <w:rFonts w:ascii="Tahoma" w:hAnsi="Tahoma" w:cs="Tahoma"/>
          <w:rtl/>
        </w:rPr>
        <w:t>. علاءالدوله در هرات حضور داشت و با شبکهٔ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فرهنگ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گوهرشاد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وند</w:t>
      </w:r>
      <w:r w:rsidRPr="004C70E8">
        <w:rPr>
          <w:rFonts w:ascii="Tahoma" w:hAnsi="Tahoma" w:cs="Tahoma"/>
          <w:rtl/>
        </w:rPr>
        <w:t xml:space="preserve"> خورده بود، حال آنکه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مستقل در ماوراءالنهر داشت.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</w:t>
      </w:r>
      <w:r w:rsidRPr="004C70E8">
        <w:rPr>
          <w:rFonts w:ascii="Tahoma" w:hAnsi="Tahoma" w:cs="Tahoma" w:hint="eastAsia"/>
          <w:rtl/>
        </w:rPr>
        <w:t>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</w:t>
      </w:r>
      <w:r w:rsidRPr="004C70E8">
        <w:rPr>
          <w:rFonts w:ascii="Tahoma" w:hAnsi="Tahoma" w:cs="Tahoma"/>
          <w:rtl/>
        </w:rPr>
        <w:t xml:space="preserve"> نفوذ گروه‌ها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هرات را کاهش دهد و مرکز حکومت را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به سمرقند منتقل کند.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شاهرخ</w:t>
      </w:r>
      <w:r w:rsidRPr="004C70E8">
        <w:rPr>
          <w:rFonts w:ascii="Tahoma" w:hAnsi="Tahoma" w:cs="Tahoma"/>
          <w:rtl/>
        </w:rPr>
        <w:t xml:space="preserve"> در سال </w:t>
      </w:r>
      <w:r w:rsidRPr="004C70E8">
        <w:rPr>
          <w:rFonts w:ascii="Tahoma" w:hAnsi="Tahoma" w:cs="Tahoma"/>
          <w:rtl/>
          <w:lang w:bidi="fa-IR"/>
        </w:rPr>
        <w:t>۱۴۴۷</w:t>
      </w:r>
      <w:r w:rsidRPr="004C70E8">
        <w:rPr>
          <w:rFonts w:ascii="Tahoma" w:hAnsi="Tahoma" w:cs="Tahoma"/>
          <w:rtl/>
        </w:rPr>
        <w:t>، هنگام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مهار شورش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شاهزادگان به غرب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رفته بود، در نزد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درگذشت. او نزد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به چهل‌ودو سال پس از مرگ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حکومت کرده و مدت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وحدت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نسب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آورده بود. اما مرگش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نشان داد که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وحدت تا چه اندازه به حضور ش</w:t>
      </w:r>
      <w:r w:rsidRPr="004C70E8">
        <w:rPr>
          <w:rFonts w:ascii="Tahoma" w:hAnsi="Tahoma" w:cs="Tahoma" w:hint="eastAsia"/>
          <w:rtl/>
        </w:rPr>
        <w:t>خص</w:t>
      </w:r>
      <w:r w:rsidRPr="004C70E8">
        <w:rPr>
          <w:rFonts w:ascii="Tahoma" w:hAnsi="Tahoma" w:cs="Tahoma"/>
          <w:rtl/>
        </w:rPr>
        <w:t xml:space="preserve"> فرمانروا وابسته است.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گوهرشاد</w:t>
      </w:r>
      <w:r w:rsidRPr="004C70E8">
        <w:rPr>
          <w:rFonts w:ascii="Tahoma" w:hAnsi="Tahoma" w:cs="Tahoma"/>
          <w:rtl/>
        </w:rPr>
        <w:t xml:space="preserve"> کوش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خبر مرگ را تا زمان آماده شدن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مورد اعتماد پنهان نگه دارد، اما رقابت شاهزادگان بلافاصله آغاز شد. علاءالدوله در هرات قدرت گرفت،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از ماوراءالنهر حرکت کرد و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نوادگان شاهرخ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هر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مدع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بخش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قلمرو شدند. قشون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لشکرکش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همراه سلطان آمده بود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شاهزادگان تقس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شد و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وانسالاران</w:t>
      </w:r>
      <w:r w:rsidRPr="004C70E8">
        <w:rPr>
          <w:rFonts w:ascii="Tahoma" w:hAnsi="Tahoma" w:cs="Tahoma"/>
          <w:rtl/>
        </w:rPr>
        <w:t xml:space="preserve"> ناچار شدند با توجه به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هر مدع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خود را تع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کنند.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توانست علاءالدوله را شکست دهد و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مدت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هرات را تصرف کند، اما نتوانست سراسر قلمرو پدر را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فرمان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دار</w:t>
      </w:r>
      <w:r w:rsidRPr="004C70E8">
        <w:rPr>
          <w:rFonts w:ascii="Tahoma" w:hAnsi="Tahoma" w:cs="Tahoma"/>
          <w:rtl/>
        </w:rPr>
        <w:t xml:space="preserve"> نگاه دارد.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گاه</w:t>
      </w:r>
      <w:r w:rsidRPr="004C70E8">
        <w:rPr>
          <w:rFonts w:ascii="Tahoma" w:hAnsi="Tahoma" w:cs="Tahoma"/>
          <w:rtl/>
        </w:rPr>
        <w:t xml:space="preserve"> اصل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او همچنان سمرقند بود و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خراسان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او را به‌آسان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پذ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رفتند</w:t>
      </w:r>
      <w:r w:rsidRPr="004C70E8">
        <w:rPr>
          <w:rFonts w:ascii="Tahoma" w:hAnsi="Tahoma" w:cs="Tahoma"/>
          <w:rtl/>
        </w:rPr>
        <w:t>. در همان حال، پسرش عبداللط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ف</w:t>
      </w:r>
      <w:r w:rsidRPr="004C70E8">
        <w:rPr>
          <w:rFonts w:ascii="Tahoma" w:hAnsi="Tahoma" w:cs="Tahoma"/>
          <w:rtl/>
        </w:rPr>
        <w:t xml:space="preserve"> که از سهم و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گاه</w:t>
      </w:r>
      <w:r w:rsidRPr="004C70E8">
        <w:rPr>
          <w:rFonts w:ascii="Tahoma" w:hAnsi="Tahoma" w:cs="Tahoma"/>
          <w:rtl/>
        </w:rPr>
        <w:t xml:space="preserve"> خود ناراض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بود عل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پدر برخاست.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سال </w:t>
      </w:r>
      <w:r w:rsidRPr="004C70E8">
        <w:rPr>
          <w:rFonts w:ascii="Tahoma" w:hAnsi="Tahoma" w:cs="Tahoma"/>
          <w:rtl/>
          <w:lang w:bidi="fa-IR"/>
        </w:rPr>
        <w:t>۱۴۴۹</w:t>
      </w:r>
      <w:r w:rsidRPr="004C70E8">
        <w:rPr>
          <w:rFonts w:ascii="Tahoma" w:hAnsi="Tahoma" w:cs="Tahoma"/>
          <w:rtl/>
        </w:rPr>
        <w:t>، عبداللط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ف</w:t>
      </w:r>
      <w:r w:rsidRPr="004C70E8">
        <w:rPr>
          <w:rFonts w:ascii="Tahoma" w:hAnsi="Tahoma" w:cs="Tahoma"/>
          <w:rtl/>
        </w:rPr>
        <w:t xml:space="preserve"> بر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غلبه کرد. پدر ظاهراً اجازه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ارت</w:t>
      </w:r>
      <w:r w:rsidRPr="004C70E8">
        <w:rPr>
          <w:rFonts w:ascii="Tahoma" w:hAnsi="Tahoma" w:cs="Tahoma"/>
          <w:rtl/>
        </w:rPr>
        <w:t xml:space="preserve"> مکه حرکت کند، اما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از آنکه از قلمرو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رون</w:t>
      </w:r>
      <w:r w:rsidRPr="004C70E8">
        <w:rPr>
          <w:rFonts w:ascii="Tahoma" w:hAnsi="Tahoma" w:cs="Tahoma"/>
          <w:rtl/>
        </w:rPr>
        <w:t xml:space="preserve"> رود به فرمان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</w:t>
      </w:r>
      <w:r w:rsidRPr="004C70E8">
        <w:rPr>
          <w:rFonts w:ascii="Tahoma" w:hAnsi="Tahoma" w:cs="Tahoma"/>
          <w:rtl/>
        </w:rPr>
        <w:t xml:space="preserve"> با تأ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دستگاه پسر کشته شد.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که موقع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ستارگان را با دقت اندازه گرفته بود نتوانست حرکت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و شاهزادگان ن</w:t>
      </w:r>
      <w:r w:rsidRPr="004C70E8">
        <w:rPr>
          <w:rFonts w:ascii="Tahoma" w:hAnsi="Tahoma" w:cs="Tahoma" w:hint="eastAsia"/>
          <w:rtl/>
        </w:rPr>
        <w:t>زد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خود را مهار کند. دانش علم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توان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نگرفت و رصدخانه نتوانست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صاحبش قشون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وفادار بسازد.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عبداللط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ف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تنها چند ماه پس از قتل پدر به دست مخالفان کشته شد. از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پس ماوراءالنهر و خراسان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شاهزادگان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تقس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شدند. هر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عنوان و نسب لازم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داشت، اما 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چ‌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/>
          <w:rtl/>
        </w:rPr>
        <w:t xml:space="preserve"> قدرت کاف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مهار همهٔ خاندان را در اخت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/>
          <w:rtl/>
        </w:rPr>
        <w:t xml:space="preserve"> نداشت. همان نظام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همهٔ شاهزادگان را در حکومت سه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کرد،</w:t>
      </w:r>
      <w:r w:rsidRPr="004C70E8">
        <w:rPr>
          <w:rFonts w:ascii="Tahoma" w:hAnsi="Tahoma" w:cs="Tahoma"/>
          <w:rtl/>
        </w:rPr>
        <w:t xml:space="preserve"> پس از مرگ فرمانروا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برتر آنان را به جنگ با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وام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داشت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گوهرشاد</w:t>
      </w:r>
      <w:r w:rsidRPr="004C70E8">
        <w:rPr>
          <w:rFonts w:ascii="Tahoma" w:hAnsi="Tahoma" w:cs="Tahoma"/>
          <w:rtl/>
        </w:rPr>
        <w:t xml:space="preserve"> پس از مرگ شاهرخ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نفوذ خود را حفظ کرد و در رقابت شاهزادگان شرکت داشت، اما طول عمر و شبکهٔ گسترده‌اش در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به خطر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شد. ابوسع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از دههٔ </w:t>
      </w:r>
      <w:r w:rsidRPr="004C70E8">
        <w:rPr>
          <w:rFonts w:ascii="Tahoma" w:hAnsi="Tahoma" w:cs="Tahoma"/>
          <w:rtl/>
          <w:lang w:bidi="fa-IR"/>
        </w:rPr>
        <w:t>۱۴۵۰</w:t>
      </w:r>
      <w:r w:rsidRPr="004C70E8">
        <w:rPr>
          <w:rFonts w:ascii="Tahoma" w:hAnsi="Tahoma" w:cs="Tahoma"/>
          <w:rtl/>
        </w:rPr>
        <w:t xml:space="preserve"> به‌تدر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</w:t>
      </w:r>
      <w:r w:rsidRPr="004C70E8">
        <w:rPr>
          <w:rFonts w:ascii="Tahoma" w:hAnsi="Tahoma" w:cs="Tahoma"/>
          <w:rtl/>
        </w:rPr>
        <w:t xml:space="preserve"> بر ماوراءالنهر و سپس خراسان مسلط شد، به وفادار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او بدگمان بود. گوهرشاد در سال </w:t>
      </w:r>
      <w:r w:rsidRPr="004C70E8">
        <w:rPr>
          <w:rFonts w:ascii="Tahoma" w:hAnsi="Tahoma" w:cs="Tahoma"/>
          <w:rtl/>
          <w:lang w:bidi="fa-IR"/>
        </w:rPr>
        <w:t>۱۴۵۷</w:t>
      </w:r>
      <w:r w:rsidRPr="004C70E8">
        <w:rPr>
          <w:rFonts w:ascii="Tahoma" w:hAnsi="Tahoma" w:cs="Tahoma"/>
          <w:rtl/>
        </w:rPr>
        <w:t xml:space="preserve"> به فرمان ابوسع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کشته شد. بانو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که مسجد، مدرسه و موقوفه‌اش از دگرگون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حکومت‌ها جان به در بردند، خود از منطق رقابت خاندان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امان نماند.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ابوسع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توانست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مدت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بخش مهم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قلمرو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دوباره متحد کند. او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دن</w:t>
      </w:r>
      <w:r w:rsidRPr="004C70E8">
        <w:rPr>
          <w:rFonts w:ascii="Tahoma" w:hAnsi="Tahoma" w:cs="Tahoma"/>
          <w:rtl/>
        </w:rPr>
        <w:t xml:space="preserve"> به قدرت از حما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ت</w:t>
      </w:r>
      <w:r w:rsidRPr="004C70E8">
        <w:rPr>
          <w:rFonts w:ascii="Tahoma" w:hAnsi="Tahoma" w:cs="Tahoma"/>
          <w:rtl/>
        </w:rPr>
        <w:t xml:space="preserve"> ازبکان و شبکهٔ نقشبند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به‌و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ژه</w:t>
      </w:r>
      <w:r w:rsidRPr="004C70E8">
        <w:rPr>
          <w:rFonts w:ascii="Tahoma" w:hAnsi="Tahoma" w:cs="Tahoma"/>
          <w:rtl/>
        </w:rPr>
        <w:t xml:space="preserve"> خواجه عب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دالله</w:t>
      </w:r>
      <w:r w:rsidRPr="004C70E8">
        <w:rPr>
          <w:rFonts w:ascii="Tahoma" w:hAnsi="Tahoma" w:cs="Tahoma"/>
          <w:rtl/>
        </w:rPr>
        <w:t xml:space="preserve"> احرار، بهره گرفت.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اتحاد نشان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داد</w:t>
      </w:r>
      <w:r w:rsidRPr="004C70E8">
        <w:rPr>
          <w:rFonts w:ascii="Tahoma" w:hAnsi="Tahoma" w:cs="Tahoma"/>
          <w:rtl/>
        </w:rPr>
        <w:t xml:space="preserve"> که فرمانروا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تواند</w:t>
      </w:r>
      <w:r w:rsidRPr="004C70E8">
        <w:rPr>
          <w:rFonts w:ascii="Tahoma" w:hAnsi="Tahoma" w:cs="Tahoma"/>
          <w:rtl/>
        </w:rPr>
        <w:t xml:space="preserve"> تنها بر نسب و قشون خانوادگ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</w:t>
      </w:r>
      <w:r w:rsidRPr="004C70E8">
        <w:rPr>
          <w:rFonts w:ascii="Tahoma" w:hAnsi="Tahoma" w:cs="Tahoma"/>
          <w:rtl/>
        </w:rPr>
        <w:t xml:space="preserve"> </w:t>
      </w:r>
      <w:r w:rsidRPr="004C70E8">
        <w:rPr>
          <w:rFonts w:ascii="Tahoma" w:hAnsi="Tahoma" w:cs="Tahoma" w:hint="eastAsia"/>
          <w:rtl/>
        </w:rPr>
        <w:t>کند؛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تازه و نفوذ مشا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</w:t>
      </w:r>
      <w:r w:rsidRPr="004C70E8">
        <w:rPr>
          <w:rFonts w:ascii="Tahoma" w:hAnsi="Tahoma" w:cs="Tahoma"/>
          <w:rtl/>
        </w:rPr>
        <w:t xml:space="preserve"> صوف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در تع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تاج نقش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افته</w:t>
      </w:r>
      <w:r w:rsidRPr="004C70E8">
        <w:rPr>
          <w:rFonts w:ascii="Tahoma" w:hAnsi="Tahoma" w:cs="Tahoma"/>
          <w:rtl/>
        </w:rPr>
        <w:t xml:space="preserve"> بود.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در</w:t>
      </w:r>
      <w:r w:rsidRPr="004C70E8">
        <w:rPr>
          <w:rFonts w:ascii="Tahoma" w:hAnsi="Tahoma" w:cs="Tahoma"/>
          <w:rtl/>
        </w:rPr>
        <w:t xml:space="preserve"> دوران ابوسع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د،</w:t>
      </w:r>
      <w:r w:rsidRPr="004C70E8">
        <w:rPr>
          <w:rFonts w:ascii="Tahoma" w:hAnsi="Tahoma" w:cs="Tahoma"/>
          <w:rtl/>
        </w:rPr>
        <w:t xml:space="preserve"> هرات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مرکز مهم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شد، اما غرب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از کنترل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دار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رون</w:t>
      </w:r>
      <w:r w:rsidRPr="004C70E8">
        <w:rPr>
          <w:rFonts w:ascii="Tahoma" w:hAnsi="Tahoma" w:cs="Tahoma"/>
          <w:rtl/>
        </w:rPr>
        <w:t xml:space="preserve"> رفته بود. قره‌قو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ونلوها</w:t>
      </w:r>
      <w:r w:rsidRPr="004C70E8">
        <w:rPr>
          <w:rFonts w:ascii="Tahoma" w:hAnsi="Tahoma" w:cs="Tahoma"/>
          <w:rtl/>
        </w:rPr>
        <w:t xml:space="preserve"> و سپس آق‌قو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ونلوها</w:t>
      </w:r>
      <w:r w:rsidRPr="004C70E8">
        <w:rPr>
          <w:rFonts w:ascii="Tahoma" w:hAnsi="Tahoma" w:cs="Tahoma"/>
          <w:rtl/>
        </w:rPr>
        <w:t xml:space="preserve"> بر آذربا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جان،</w:t>
      </w:r>
      <w:r w:rsidRPr="004C70E8">
        <w:rPr>
          <w:rFonts w:ascii="Tahoma" w:hAnsi="Tahoma" w:cs="Tahoma"/>
          <w:rtl/>
        </w:rPr>
        <w:t xml:space="preserve"> عراق و بخش‌ها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مرکز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غرب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مسلط شدند. ابوسع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در سال </w:t>
      </w:r>
      <w:r w:rsidRPr="004C70E8">
        <w:rPr>
          <w:rFonts w:ascii="Tahoma" w:hAnsi="Tahoma" w:cs="Tahoma"/>
          <w:rtl/>
          <w:lang w:bidi="fa-IR"/>
        </w:rPr>
        <w:t>۱۴۶۸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بهره‌گ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اختلاف‌ها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مناطق و گس</w:t>
      </w:r>
      <w:r w:rsidRPr="004C70E8">
        <w:rPr>
          <w:rFonts w:ascii="Tahoma" w:hAnsi="Tahoma" w:cs="Tahoma" w:hint="eastAsia"/>
          <w:rtl/>
        </w:rPr>
        <w:t>ترش</w:t>
      </w:r>
      <w:r w:rsidRPr="004C70E8">
        <w:rPr>
          <w:rFonts w:ascii="Tahoma" w:hAnsi="Tahoma" w:cs="Tahoma"/>
          <w:rtl/>
        </w:rPr>
        <w:t xml:space="preserve"> حکومت خود به غرب لشکر کش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د،</w:t>
      </w:r>
      <w:r w:rsidRPr="004C70E8">
        <w:rPr>
          <w:rFonts w:ascii="Tahoma" w:hAnsi="Tahoma" w:cs="Tahoma"/>
          <w:rtl/>
        </w:rPr>
        <w:t xml:space="preserve"> اما در برابر اوزون‌حسن آق‌قو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ونلو</w:t>
      </w:r>
      <w:r w:rsidRPr="004C70E8">
        <w:rPr>
          <w:rFonts w:ascii="Tahoma" w:hAnsi="Tahoma" w:cs="Tahoma"/>
          <w:rtl/>
        </w:rPr>
        <w:t xml:space="preserve"> گرفتار شد. راه تدارکات سپاهش بسته شد،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پراکنده شدند و خود او در سال </w:t>
      </w:r>
      <w:r w:rsidRPr="004C70E8">
        <w:rPr>
          <w:rFonts w:ascii="Tahoma" w:hAnsi="Tahoma" w:cs="Tahoma"/>
          <w:rtl/>
          <w:lang w:bidi="fa-IR"/>
        </w:rPr>
        <w:t>۱۴۶۹</w:t>
      </w:r>
      <w:r w:rsidRPr="004C70E8">
        <w:rPr>
          <w:rFonts w:ascii="Tahoma" w:hAnsi="Tahoma" w:cs="Tahoma"/>
          <w:rtl/>
        </w:rPr>
        <w:t xml:space="preserve"> 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و کشته شد.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مرگ</w:t>
      </w:r>
      <w:r w:rsidRPr="004C70E8">
        <w:rPr>
          <w:rFonts w:ascii="Tahoma" w:hAnsi="Tahoma" w:cs="Tahoma"/>
          <w:rtl/>
        </w:rPr>
        <w:t xml:space="preserve"> ابوسع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</w:t>
      </w:r>
      <w:r w:rsidRPr="004C70E8">
        <w:rPr>
          <w:rFonts w:ascii="Tahoma" w:hAnsi="Tahoma" w:cs="Tahoma"/>
          <w:rtl/>
        </w:rPr>
        <w:t xml:space="preserve"> آخر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کوشش جد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بازگرداندن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بر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شتر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را 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داد. پس از او، سلطان حس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قرا</w:t>
      </w:r>
      <w:r w:rsidRPr="004C70E8">
        <w:rPr>
          <w:rFonts w:ascii="Tahoma" w:hAnsi="Tahoma" w:cs="Tahoma"/>
          <w:rtl/>
        </w:rPr>
        <w:t xml:space="preserve"> توانست هرات و بخش بزرگ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خراسان را در اخت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/>
          <w:rtl/>
        </w:rPr>
        <w:t xml:space="preserve"> 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رد</w:t>
      </w:r>
      <w:r w:rsidRPr="004C70E8">
        <w:rPr>
          <w:rFonts w:ascii="Tahoma" w:hAnsi="Tahoma" w:cs="Tahoma"/>
          <w:rtl/>
        </w:rPr>
        <w:t xml:space="preserve"> و از سال </w:t>
      </w:r>
      <w:r w:rsidRPr="004C70E8">
        <w:rPr>
          <w:rFonts w:ascii="Tahoma" w:hAnsi="Tahoma" w:cs="Tahoma"/>
          <w:rtl/>
          <w:lang w:bidi="fa-IR"/>
        </w:rPr>
        <w:t>۱۴۶۹</w:t>
      </w:r>
      <w:r w:rsidRPr="004C70E8">
        <w:rPr>
          <w:rFonts w:ascii="Tahoma" w:hAnsi="Tahoma" w:cs="Tahoma"/>
          <w:rtl/>
        </w:rPr>
        <w:t xml:space="preserve"> تا </w:t>
      </w:r>
      <w:r w:rsidRPr="004C70E8">
        <w:rPr>
          <w:rFonts w:ascii="Tahoma" w:hAnsi="Tahoma" w:cs="Tahoma"/>
          <w:rtl/>
          <w:lang w:bidi="fa-IR"/>
        </w:rPr>
        <w:t>۱۵۰۶</w:t>
      </w:r>
      <w:r w:rsidRPr="004C70E8">
        <w:rPr>
          <w:rFonts w:ascii="Tahoma" w:hAnsi="Tahoma" w:cs="Tahoma"/>
          <w:rtl/>
        </w:rPr>
        <w:t xml:space="preserve"> حکومت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نسبتاً طولان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برپا کند. دربار او با حضور عبدالرحمان جام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رعل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نوا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به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برجسته‌تر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مراکز فرهنگ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زبان فارس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ترک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جغتا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تبد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شد.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اما</w:t>
      </w:r>
      <w:r w:rsidRPr="004C70E8">
        <w:rPr>
          <w:rFonts w:ascii="Tahoma" w:hAnsi="Tahoma" w:cs="Tahoma"/>
          <w:rtl/>
        </w:rPr>
        <w:t xml:space="preserve"> شکوفا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هرات در دوران حس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قرا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نشانهٔ فرمانروا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بر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نبود. قلمرو او عمدتاً به خراسان محدود شده بود و در غرب، آق‌قو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ونلوها</w:t>
      </w:r>
      <w:r w:rsidRPr="004C70E8">
        <w:rPr>
          <w:rFonts w:ascii="Tahoma" w:hAnsi="Tahoma" w:cs="Tahoma"/>
          <w:rtl/>
        </w:rPr>
        <w:t xml:space="preserve"> فرمان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راندند</w:t>
      </w:r>
      <w:r w:rsidRPr="004C70E8">
        <w:rPr>
          <w:rFonts w:ascii="Tahoma" w:hAnsi="Tahoma" w:cs="Tahoma"/>
          <w:rtl/>
        </w:rPr>
        <w:t>. ماوراءالنهر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ز</w:t>
      </w:r>
      <w:r w:rsidRPr="004C70E8">
        <w:rPr>
          <w:rFonts w:ascii="Tahoma" w:hAnsi="Tahoma" w:cs="Tahoma"/>
          <w:rtl/>
        </w:rPr>
        <w:t xml:space="preserve">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</w:t>
      </w:r>
      <w:r w:rsidRPr="004C70E8">
        <w:rPr>
          <w:rFonts w:ascii="Tahoma" w:hAnsi="Tahoma" w:cs="Tahoma"/>
          <w:rtl/>
        </w:rPr>
        <w:t xml:space="preserve"> فرمان شاخه‌ها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خاندان قرار داشت و فشار ازبکان افزا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ی‌ی</w:t>
      </w:r>
      <w:r w:rsidRPr="004C70E8">
        <w:rPr>
          <w:rFonts w:ascii="Tahoma" w:hAnsi="Tahoma" w:cs="Tahoma" w:hint="eastAsia"/>
          <w:rtl/>
        </w:rPr>
        <w:t>افت</w:t>
      </w:r>
      <w:r w:rsidRPr="004C70E8">
        <w:rPr>
          <w:rFonts w:ascii="Tahoma" w:hAnsi="Tahoma" w:cs="Tahoma"/>
          <w:rtl/>
        </w:rPr>
        <w:t>. فرهن</w:t>
      </w:r>
      <w:r w:rsidRPr="004C70E8">
        <w:rPr>
          <w:rFonts w:ascii="Tahoma" w:hAnsi="Tahoma" w:cs="Tahoma" w:hint="eastAsia"/>
          <w:rtl/>
        </w:rPr>
        <w:t>گ</w:t>
      </w:r>
      <w:r w:rsidRPr="004C70E8">
        <w:rPr>
          <w:rFonts w:ascii="Tahoma" w:hAnsi="Tahoma" w:cs="Tahoma"/>
          <w:rtl/>
        </w:rPr>
        <w:t xml:space="preserve">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توانست پس از کاهش قدرت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خاندان به زندگ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ادامه دهد، اما حکومت واحد شاهرخ بازنگشت.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دوران</w:t>
      </w:r>
      <w:r w:rsidRPr="004C70E8">
        <w:rPr>
          <w:rFonts w:ascii="Tahoma" w:hAnsi="Tahoma" w:cs="Tahoma"/>
          <w:rtl/>
        </w:rPr>
        <w:t xml:space="preserve"> شاهرخ و جانش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نانش</w:t>
      </w:r>
      <w:r w:rsidRPr="004C70E8">
        <w:rPr>
          <w:rFonts w:ascii="Tahoma" w:hAnsi="Tahoma" w:cs="Tahoma"/>
          <w:rtl/>
        </w:rPr>
        <w:t xml:space="preserve"> نشان داد که کشوردار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تواند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راث</w:t>
      </w:r>
      <w:r w:rsidRPr="004C70E8">
        <w:rPr>
          <w:rFonts w:ascii="Tahoma" w:hAnsi="Tahoma" w:cs="Tahoma"/>
          <w:rtl/>
        </w:rPr>
        <w:t xml:space="preserve"> فاتح را دگرگون کند. قشون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که برا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غارت و توسعهٔ ب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ساخته شده بود، در زمان شاهرخ تا اندازه‌ا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خدمت حفظ قلمرو قرار گرفت.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فرصت 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افت</w:t>
      </w:r>
      <w:r w:rsidRPr="004C70E8">
        <w:rPr>
          <w:rFonts w:ascii="Tahoma" w:hAnsi="Tahoma" w:cs="Tahoma"/>
          <w:rtl/>
        </w:rPr>
        <w:t xml:space="preserve"> درآمدها را منظم کند، شهرها دوباره آباد شدند و معمار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>،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خ‌نگار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کتاب‌آرا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و علوم شکوفا گشتند. خاندان ترک‌ومغول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/>
          <w:rtl/>
        </w:rPr>
        <w:t xml:space="preserve"> در زبان و سنت 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/>
          <w:rtl/>
        </w:rPr>
        <w:t xml:space="preserve">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گرفت و خود را وارث شاه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نشان داد.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باا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ن‌همه،</w:t>
      </w:r>
      <w:r w:rsidRPr="004C70E8">
        <w:rPr>
          <w:rFonts w:ascii="Tahoma" w:hAnsi="Tahoma" w:cs="Tahoma"/>
          <w:rtl/>
        </w:rPr>
        <w:t xml:space="preserve"> آنچه دگرگون نشد مسئلهٔ انتقال قدرت بود. نه شکوه شاهنامهٔ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نه دقت ز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ج</w:t>
      </w:r>
      <w:r w:rsidRPr="004C70E8">
        <w:rPr>
          <w:rFonts w:ascii="Tahoma" w:hAnsi="Tahoma" w:cs="Tahoma"/>
          <w:rtl/>
        </w:rPr>
        <w:t xml:space="preserve"> الغ‌ب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گ،</w:t>
      </w:r>
      <w:r w:rsidRPr="004C70E8">
        <w:rPr>
          <w:rFonts w:ascii="Tahoma" w:hAnsi="Tahoma" w:cs="Tahoma"/>
          <w:rtl/>
        </w:rPr>
        <w:t xml:space="preserve"> نه موقوفات گوهرشاد و نه تجربهٔ طولان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/>
          <w:rtl/>
        </w:rPr>
        <w:t xml:space="preserve"> نتوانستند قانون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بسازند که شاهزادگان را پس از مرگ سلطان به پذ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رش</w:t>
      </w:r>
      <w:r w:rsidRPr="004C70E8">
        <w:rPr>
          <w:rFonts w:ascii="Tahoma" w:hAnsi="Tahoma" w:cs="Tahoma"/>
          <w:rtl/>
        </w:rPr>
        <w:t xml:space="preserve"> جانش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واحد وادارد. علم و هنر 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توانستند</w:t>
      </w:r>
      <w:r w:rsidRPr="004C70E8">
        <w:rPr>
          <w:rFonts w:ascii="Tahoma" w:hAnsi="Tahoma" w:cs="Tahoma"/>
          <w:rtl/>
        </w:rPr>
        <w:t xml:space="preserve"> حکومت </w:t>
      </w:r>
      <w:r w:rsidRPr="004C70E8">
        <w:rPr>
          <w:rFonts w:ascii="Tahoma" w:hAnsi="Tahoma" w:cs="Tahoma" w:hint="eastAsia"/>
          <w:rtl/>
        </w:rPr>
        <w:t>را</w:t>
      </w:r>
      <w:r w:rsidRPr="004C70E8">
        <w:rPr>
          <w:rFonts w:ascii="Tahoma" w:hAnsi="Tahoma" w:cs="Tahoma"/>
          <w:rtl/>
        </w:rPr>
        <w:t xml:space="preserve"> باشکوه‌تر کنند، اما جا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نهاد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را که قشون و تاج را محدود سازد نم</w:t>
      </w:r>
      <w:r w:rsidRPr="004C70E8">
        <w:rPr>
          <w:rFonts w:ascii="Tahoma" w:hAnsi="Tahoma" w:cs="Tahoma" w:hint="cs"/>
          <w:rtl/>
        </w:rPr>
        <w:t>ی‌</w:t>
      </w:r>
      <w:r w:rsidRPr="004C70E8">
        <w:rPr>
          <w:rFonts w:ascii="Tahoma" w:hAnsi="Tahoma" w:cs="Tahoma" w:hint="eastAsia"/>
          <w:rtl/>
        </w:rPr>
        <w:t>گرفتند</w:t>
      </w:r>
      <w:r w:rsidRPr="004C70E8">
        <w:rPr>
          <w:rFonts w:ascii="Tahoma" w:hAnsi="Tahoma" w:cs="Tahoma"/>
          <w:rtl/>
        </w:rPr>
        <w:t>.</w:t>
      </w:r>
    </w:p>
    <w:p w:rsidR="004C70E8" w:rsidRPr="004C70E8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4C70E8">
        <w:rPr>
          <w:rFonts w:ascii="Tahoma" w:hAnsi="Tahoma" w:cs="Tahoma" w:hint="eastAsia"/>
          <w:rtl/>
        </w:rPr>
        <w:t>پا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اقتدار ت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مور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ان</w:t>
      </w:r>
      <w:r w:rsidRPr="004C70E8">
        <w:rPr>
          <w:rFonts w:ascii="Tahoma" w:hAnsi="Tahoma" w:cs="Tahoma"/>
          <w:rtl/>
        </w:rPr>
        <w:t xml:space="preserve"> در 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شتر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ران،</w:t>
      </w:r>
      <w:r w:rsidRPr="004C70E8">
        <w:rPr>
          <w:rFonts w:ascii="Tahoma" w:hAnsi="Tahoma" w:cs="Tahoma"/>
          <w:rtl/>
        </w:rPr>
        <w:t xml:space="preserve"> بار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گر</w:t>
      </w:r>
      <w:r w:rsidRPr="004C70E8">
        <w:rPr>
          <w:rFonts w:ascii="Tahoma" w:hAnsi="Tahoma" w:cs="Tahoma"/>
          <w:rtl/>
        </w:rPr>
        <w:t xml:space="preserve"> 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دان</w:t>
      </w:r>
      <w:r w:rsidRPr="004C70E8">
        <w:rPr>
          <w:rFonts w:ascii="Tahoma" w:hAnsi="Tahoma" w:cs="Tahoma"/>
          <w:rtl/>
        </w:rPr>
        <w:t xml:space="preserve"> را به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روها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سپرد که از اتحاد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ه‌ها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له‌ا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قشون ترکمان برخاسته بودند. قره‌قو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ونلو</w:t>
      </w:r>
      <w:r w:rsidRPr="004C70E8">
        <w:rPr>
          <w:rFonts w:ascii="Tahoma" w:hAnsi="Tahoma" w:cs="Tahoma"/>
          <w:rtl/>
        </w:rPr>
        <w:t xml:space="preserve"> و آق‌قو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ونلو</w:t>
      </w:r>
      <w:r w:rsidRPr="004C70E8">
        <w:rPr>
          <w:rFonts w:ascii="Tahoma" w:hAnsi="Tahoma" w:cs="Tahoma"/>
          <w:rtl/>
        </w:rPr>
        <w:t xml:space="preserve"> دستگاه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وان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،</w:t>
      </w:r>
      <w:r w:rsidRPr="004C70E8">
        <w:rPr>
          <w:rFonts w:ascii="Tahoma" w:hAnsi="Tahoma" w:cs="Tahoma"/>
          <w:rtl/>
        </w:rPr>
        <w:t xml:space="preserve"> هنر دربار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بس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از عنوان‌ها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حکومت‌ها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پ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ش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را به ارث بردند، اما قدرتشان بر وفادار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قبا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نظام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استوار بود. از دل رقابت هم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حکومت‌ها، 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رو</w:t>
      </w:r>
      <w:r w:rsidRPr="004C70E8">
        <w:rPr>
          <w:rFonts w:ascii="Tahoma" w:hAnsi="Tahoma" w:cs="Tahoma" w:hint="cs"/>
          <w:rtl/>
        </w:rPr>
        <w:t>یی</w:t>
      </w:r>
      <w:r w:rsidRPr="004C70E8">
        <w:rPr>
          <w:rFonts w:ascii="Tahoma" w:hAnsi="Tahoma" w:cs="Tahoma"/>
          <w:rtl/>
        </w:rPr>
        <w:t xml:space="preserve"> مذهب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و نظام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در اردب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ل</w:t>
      </w:r>
      <w:r w:rsidRPr="004C70E8">
        <w:rPr>
          <w:rFonts w:ascii="Tahoma" w:hAnsi="Tahoma" w:cs="Tahoma"/>
          <w:rtl/>
        </w:rPr>
        <w:t xml:space="preserve"> رشد کرد که سرانجام توانست تاج، قشون و د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نکاران</w:t>
      </w:r>
      <w:r w:rsidRPr="004C70E8">
        <w:rPr>
          <w:rFonts w:ascii="Tahoma" w:hAnsi="Tahoma" w:cs="Tahoma"/>
          <w:rtl/>
        </w:rPr>
        <w:t xml:space="preserve"> را در ساختار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تازه کنار هم قرار دهد.</w:t>
      </w:r>
    </w:p>
    <w:p w:rsidR="00FE0E57" w:rsidRDefault="004C70E8" w:rsidP="004C70E8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4C70E8">
        <w:rPr>
          <w:rFonts w:ascii="Tahoma" w:hAnsi="Tahoma" w:cs="Tahoma" w:hint="eastAsia"/>
          <w:rtl/>
        </w:rPr>
        <w:t>اطلاعات</w:t>
      </w:r>
      <w:r w:rsidRPr="004C70E8">
        <w:rPr>
          <w:rFonts w:ascii="Tahoma" w:hAnsi="Tahoma" w:cs="Tahoma"/>
          <w:rtl/>
        </w:rPr>
        <w:t xml:space="preserve"> تار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خ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بخش با مدخل‌ها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دانشنامهٔ 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ران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کا</w:t>
      </w:r>
      <w:r w:rsidRPr="004C70E8">
        <w:rPr>
          <w:rFonts w:ascii="Tahoma" w:hAnsi="Tahoma" w:cs="Tahoma"/>
          <w:rtl/>
        </w:rPr>
        <w:t xml:space="preserve"> دربارهٔ گوهرشادآغا، مسجد گوهرشاد، تصو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رگر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شاهنامه و سلطان حس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ن</w:t>
      </w:r>
      <w:r w:rsidRPr="004C70E8">
        <w:rPr>
          <w:rFonts w:ascii="Tahoma" w:hAnsi="Tahoma" w:cs="Tahoma"/>
          <w:rtl/>
        </w:rPr>
        <w:t xml:space="preserve">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قرا</w:t>
      </w:r>
      <w:r w:rsidRPr="004C70E8">
        <w:rPr>
          <w:rFonts w:ascii="Tahoma" w:hAnsi="Tahoma" w:cs="Tahoma"/>
          <w:rtl/>
        </w:rPr>
        <w:t xml:space="preserve"> و پژوهش مربوط به شاهنامهٔ با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 w:hint="eastAsia"/>
          <w:rtl/>
        </w:rPr>
        <w:t>سنغر</w:t>
      </w:r>
      <w:r w:rsidRPr="004C70E8">
        <w:rPr>
          <w:rFonts w:ascii="Tahoma" w:hAnsi="Tahoma" w:cs="Tahoma" w:hint="cs"/>
          <w:rtl/>
        </w:rPr>
        <w:t>ی</w:t>
      </w:r>
      <w:r w:rsidRPr="004C70E8">
        <w:rPr>
          <w:rFonts w:ascii="Tahoma" w:hAnsi="Tahoma" w:cs="Tahoma"/>
          <w:rtl/>
        </w:rPr>
        <w:t xml:space="preserve"> مقابله شده است.</w:t>
      </w:r>
    </w:p>
    <w:p w:rsidR="00FE0E57" w:rsidRPr="00FE0E57" w:rsidRDefault="00FE0E57" w:rsidP="00573762">
      <w:pPr>
        <w:keepNext/>
        <w:pageBreakBefore/>
        <w:bidi/>
        <w:spacing w:after="0" w:line="360" w:lineRule="auto"/>
        <w:jc w:val="center"/>
        <w:rPr>
          <w:rFonts w:ascii="Tahoma" w:hAnsi="Tahoma" w:cs="Tahoma"/>
        </w:rPr>
      </w:pPr>
      <w:bookmarkStart w:id="16" w:name="Vol1Chapter13"/>
      <w:bookmarkEnd w:id="16"/>
      <w:r>
        <w:rPr>
          <w:rFonts w:ascii="Tahoma" w:hAnsi="Tahoma" w:cs="Tahoma" w:hint="cs"/>
          <w:b/>
          <w:sz w:val="36"/>
          <w:rtl/>
        </w:rPr>
        <w:t xml:space="preserve">فصل </w:t>
      </w:r>
      <w:r w:rsidRPr="00FE0E57">
        <w:rPr>
          <w:rFonts w:ascii="Tahoma" w:hAnsi="Tahoma" w:cs="Tahoma"/>
          <w:b/>
          <w:sz w:val="36"/>
          <w:rtl/>
        </w:rPr>
        <w:t>س</w:t>
      </w:r>
      <w:r w:rsidRPr="00FE0E57">
        <w:rPr>
          <w:rFonts w:ascii="Tahoma" w:hAnsi="Tahoma" w:cs="Tahoma" w:hint="cs"/>
          <w:b/>
          <w:sz w:val="36"/>
          <w:rtl/>
        </w:rPr>
        <w:t>ی</w:t>
      </w:r>
      <w:r w:rsidRPr="00FE0E57">
        <w:rPr>
          <w:rFonts w:ascii="Tahoma" w:hAnsi="Tahoma" w:cs="Tahoma" w:hint="eastAsia"/>
          <w:b/>
          <w:sz w:val="36"/>
          <w:rtl/>
        </w:rPr>
        <w:t>زدهم</w:t>
      </w:r>
    </w:p>
    <w:p w:rsidR="00FE0E57" w:rsidRPr="00FE0E57" w:rsidRDefault="00FE0E57" w:rsidP="00FE0E57">
      <w:pPr>
        <w:keepNext/>
        <w:bidi/>
        <w:spacing w:after="240" w:line="360" w:lineRule="auto"/>
        <w:jc w:val="center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36"/>
          <w:rtl/>
        </w:rPr>
        <w:t>قره‌قو</w:t>
      </w:r>
      <w:r w:rsidRPr="00FE0E57">
        <w:rPr>
          <w:rFonts w:ascii="Tahoma" w:hAnsi="Tahoma" w:cs="Tahoma" w:hint="cs"/>
          <w:b/>
          <w:sz w:val="36"/>
          <w:rtl/>
        </w:rPr>
        <w:t>ی</w:t>
      </w:r>
      <w:r w:rsidRPr="00FE0E57">
        <w:rPr>
          <w:rFonts w:ascii="Tahoma" w:hAnsi="Tahoma" w:cs="Tahoma" w:hint="eastAsia"/>
          <w:b/>
          <w:sz w:val="36"/>
          <w:rtl/>
        </w:rPr>
        <w:t>ونلو</w:t>
      </w:r>
      <w:r w:rsidRPr="00FE0E57">
        <w:rPr>
          <w:rFonts w:ascii="Tahoma" w:hAnsi="Tahoma" w:cs="Tahoma"/>
          <w:b/>
          <w:sz w:val="36"/>
          <w:rtl/>
        </w:rPr>
        <w:t xml:space="preserve"> و آق‌قو</w:t>
      </w:r>
      <w:r w:rsidRPr="00FE0E57">
        <w:rPr>
          <w:rFonts w:ascii="Tahoma" w:hAnsi="Tahoma" w:cs="Tahoma" w:hint="cs"/>
          <w:b/>
          <w:sz w:val="36"/>
          <w:rtl/>
        </w:rPr>
        <w:t>ی</w:t>
      </w:r>
      <w:r w:rsidRPr="00FE0E57">
        <w:rPr>
          <w:rFonts w:ascii="Tahoma" w:hAnsi="Tahoma" w:cs="Tahoma" w:hint="eastAsia"/>
          <w:b/>
          <w:sz w:val="36"/>
          <w:rtl/>
        </w:rPr>
        <w:t>ونلو؛</w:t>
      </w:r>
      <w:r w:rsidRPr="00FE0E57">
        <w:rPr>
          <w:rFonts w:ascii="Tahoma" w:hAnsi="Tahoma" w:cs="Tahoma"/>
          <w:b/>
          <w:sz w:val="36"/>
          <w:rtl/>
        </w:rPr>
        <w:t xml:space="preserve"> م</w:t>
      </w:r>
      <w:r w:rsidRPr="00FE0E57">
        <w:rPr>
          <w:rFonts w:ascii="Tahoma" w:hAnsi="Tahoma" w:cs="Tahoma" w:hint="cs"/>
          <w:b/>
          <w:sz w:val="36"/>
          <w:rtl/>
        </w:rPr>
        <w:t>ی</w:t>
      </w:r>
      <w:r w:rsidRPr="00FE0E57">
        <w:rPr>
          <w:rFonts w:ascii="Tahoma" w:hAnsi="Tahoma" w:cs="Tahoma" w:hint="eastAsia"/>
          <w:b/>
          <w:sz w:val="36"/>
          <w:rtl/>
        </w:rPr>
        <w:t>راث</w:t>
      </w:r>
      <w:r w:rsidRPr="00FE0E57">
        <w:rPr>
          <w:rFonts w:ascii="Tahoma" w:hAnsi="Tahoma" w:cs="Tahoma"/>
          <w:b/>
          <w:sz w:val="36"/>
          <w:rtl/>
        </w:rPr>
        <w:t xml:space="preserve"> ا</w:t>
      </w:r>
      <w:r w:rsidRPr="00FE0E57">
        <w:rPr>
          <w:rFonts w:ascii="Tahoma" w:hAnsi="Tahoma" w:cs="Tahoma" w:hint="cs"/>
          <w:b/>
          <w:sz w:val="36"/>
          <w:rtl/>
        </w:rPr>
        <w:t>ی</w:t>
      </w:r>
      <w:r w:rsidRPr="00FE0E57">
        <w:rPr>
          <w:rFonts w:ascii="Tahoma" w:hAnsi="Tahoma" w:cs="Tahoma" w:hint="eastAsia"/>
          <w:b/>
          <w:sz w:val="36"/>
          <w:rtl/>
        </w:rPr>
        <w:t>لخان</w:t>
      </w:r>
      <w:r w:rsidRPr="00FE0E57">
        <w:rPr>
          <w:rFonts w:ascii="Tahoma" w:hAnsi="Tahoma" w:cs="Tahoma" w:hint="cs"/>
          <w:b/>
          <w:sz w:val="36"/>
          <w:rtl/>
        </w:rPr>
        <w:t>ی</w:t>
      </w:r>
      <w:r w:rsidRPr="00FE0E57">
        <w:rPr>
          <w:rFonts w:ascii="Tahoma" w:hAnsi="Tahoma" w:cs="Tahoma"/>
          <w:b/>
          <w:sz w:val="36"/>
          <w:rtl/>
        </w:rPr>
        <w:t xml:space="preserve"> در دست ترکمانان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مرگ</w:t>
      </w:r>
      <w:r w:rsidRPr="00FE0E57">
        <w:rPr>
          <w:rFonts w:ascii="Tahoma" w:hAnsi="Tahoma" w:cs="Tahoma"/>
          <w:rtl/>
        </w:rPr>
        <w:t xml:space="preserve"> شاهرخ به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در خراسان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نداد، اما رشته‌ا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که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چند دهه بخش‌ها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گوناگون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را به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مرکز 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وند</w:t>
      </w:r>
      <w:r w:rsidRPr="00FE0E57">
        <w:rPr>
          <w:rFonts w:ascii="Tahoma" w:hAnsi="Tahoma" w:cs="Tahoma"/>
          <w:rtl/>
        </w:rPr>
        <w:t xml:space="preserve"> داده بود، سست کرد. شاهزادگان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 سر هرات و سمرقند با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جنگ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دند</w:t>
      </w:r>
      <w:r w:rsidRPr="00FE0E57">
        <w:rPr>
          <w:rFonts w:ascii="Tahoma" w:hAnsi="Tahoma" w:cs="Tahoma"/>
          <w:rtl/>
        </w:rPr>
        <w:t xml:space="preserve"> و هر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بخش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راث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/>
          <w:rtl/>
        </w:rPr>
        <w:t xml:space="preserve"> را ملک اختصاص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خود د</w:t>
      </w:r>
      <w:r w:rsidRPr="00FE0E57">
        <w:rPr>
          <w:rFonts w:ascii="Tahoma" w:hAnsi="Tahoma" w:cs="Tahoma" w:hint="eastAsia"/>
          <w:rtl/>
        </w:rPr>
        <w:t>انستند</w:t>
      </w:r>
      <w:r w:rsidRPr="00FE0E57">
        <w:rPr>
          <w:rFonts w:ascii="Tahoma" w:hAnsi="Tahoma" w:cs="Tahoma"/>
          <w:rtl/>
        </w:rPr>
        <w:t>. در غرب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ش‌تر</w:t>
      </w:r>
      <w:r w:rsidRPr="00FE0E57">
        <w:rPr>
          <w:rFonts w:ascii="Tahoma" w:hAnsi="Tahoma" w:cs="Tahoma"/>
          <w:rtl/>
        </w:rPr>
        <w:t xml:space="preserve"> سر برآورده بود که نه از خاندان چنگ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بود، نه در دستگاه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شه</w:t>
      </w:r>
      <w:r w:rsidRPr="00FE0E57">
        <w:rPr>
          <w:rFonts w:ascii="Tahoma" w:hAnsi="Tahoma" w:cs="Tahoma"/>
          <w:rtl/>
        </w:rPr>
        <w:t xml:space="preserve"> داشت و نه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حقان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حکمران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خود را تنها از فتح شهرها به دست آورد.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/>
          <w:rtl/>
        </w:rPr>
        <w:t xml:space="preserve"> از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ترکمان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آمد که در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جان،</w:t>
      </w:r>
      <w:r w:rsidRPr="00FE0E57">
        <w:rPr>
          <w:rFonts w:ascii="Tahoma" w:hAnsi="Tahoma" w:cs="Tahoma"/>
          <w:rtl/>
        </w:rPr>
        <w:t xml:space="preserve"> ارمنستان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کردستان،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اربکر</w:t>
      </w:r>
      <w:r w:rsidRPr="00FE0E57">
        <w:rPr>
          <w:rFonts w:ascii="Tahoma" w:hAnsi="Tahoma" w:cs="Tahoma"/>
          <w:rtl/>
        </w:rPr>
        <w:t xml:space="preserve"> و عراق پراکنده بودند.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دو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هٔ</w:t>
      </w:r>
      <w:r w:rsidRPr="00FE0E57">
        <w:rPr>
          <w:rFonts w:ascii="Tahoma" w:hAnsi="Tahoma" w:cs="Tahoma"/>
          <w:rtl/>
        </w:rPr>
        <w:t xml:space="preserve"> بزرگ آنان در منابع به نام‌ها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و آق‌قو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ونلو،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عن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«صاحبان گوسفند 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اه»</w:t>
      </w:r>
      <w:r w:rsidRPr="00FE0E57">
        <w:rPr>
          <w:rFonts w:ascii="Tahoma" w:hAnsi="Tahoma" w:cs="Tahoma"/>
          <w:rtl/>
        </w:rPr>
        <w:t xml:space="preserve"> و «صاحبان گوسفند سف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د»،</w:t>
      </w:r>
      <w:r w:rsidRPr="00FE0E57">
        <w:rPr>
          <w:rFonts w:ascii="Tahoma" w:hAnsi="Tahoma" w:cs="Tahoma"/>
          <w:rtl/>
        </w:rPr>
        <w:t xml:space="preserve"> شناخته شده‌اند. منشأ دق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ق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نام‌ها و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نکه</w:t>
      </w:r>
      <w:r w:rsidRPr="00FE0E57">
        <w:rPr>
          <w:rFonts w:ascii="Tahoma" w:hAnsi="Tahoma" w:cs="Tahoma"/>
          <w:rtl/>
        </w:rPr>
        <w:t xml:space="preserve"> آ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/>
          <w:rtl/>
        </w:rPr>
        <w:t xml:space="preserve"> از نشان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رنگ پرچم، علامت دام‌ها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/>
          <w:rtl/>
        </w:rPr>
        <w:t xml:space="preserve"> سنت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متأخر گرفته شده‌اند، کاملاً روشن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ست</w:t>
      </w:r>
      <w:r w:rsidRPr="00FE0E57">
        <w:rPr>
          <w:rFonts w:ascii="Tahoma" w:hAnsi="Tahoma" w:cs="Tahoma"/>
          <w:rtl/>
        </w:rPr>
        <w:t xml:space="preserve">. </w:t>
      </w:r>
      <w:r w:rsidRPr="00FE0E57">
        <w:rPr>
          <w:rFonts w:ascii="Tahoma" w:hAnsi="Tahoma" w:cs="Tahoma" w:hint="eastAsia"/>
          <w:rtl/>
        </w:rPr>
        <w:t>آنچه</w:t>
      </w:r>
      <w:r w:rsidRPr="00FE0E57">
        <w:rPr>
          <w:rFonts w:ascii="Tahoma" w:hAnsi="Tahoma" w:cs="Tahoma"/>
          <w:rtl/>
        </w:rPr>
        <w:t xml:space="preserve"> اهم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دارد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است که 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چ‌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دو را نبا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لهٔ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کپارچه</w:t>
      </w:r>
      <w:r w:rsidRPr="00FE0E57">
        <w:rPr>
          <w:rFonts w:ascii="Tahoma" w:hAnsi="Tahoma" w:cs="Tahoma"/>
          <w:rtl/>
        </w:rPr>
        <w:t xml:space="preserve"> دانست. آنها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ه‌ها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بودند که گرد خاندان‌ها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 شکل گرفتند و طا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فه‌ها،</w:t>
      </w:r>
      <w:r w:rsidRPr="00FE0E57">
        <w:rPr>
          <w:rFonts w:ascii="Tahoma" w:hAnsi="Tahoma" w:cs="Tahoma"/>
          <w:rtl/>
        </w:rPr>
        <w:t xml:space="preserve">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ران،</w:t>
      </w:r>
      <w:r w:rsidRPr="00FE0E57">
        <w:rPr>
          <w:rFonts w:ascii="Tahoma" w:hAnsi="Tahoma" w:cs="Tahoma"/>
          <w:rtl/>
        </w:rPr>
        <w:t xml:space="preserve"> جنگاوران و گروه‌ها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وابسته با منافع گوناگون را در خود جا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دادند.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اصل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آنان سواره‌نظام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بود؛ اما هم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که شهر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گرفتند</w:t>
      </w:r>
      <w:r w:rsidRPr="00FE0E57">
        <w:rPr>
          <w:rFonts w:ascii="Tahoma" w:hAnsi="Tahoma" w:cs="Tahoma"/>
          <w:rtl/>
        </w:rPr>
        <w:t xml:space="preserve"> و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فرمان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آوردند،</w:t>
      </w:r>
      <w:r w:rsidRPr="00FE0E57">
        <w:rPr>
          <w:rFonts w:ascii="Tahoma" w:hAnsi="Tahoma" w:cs="Tahoma"/>
          <w:rtl/>
        </w:rPr>
        <w:t xml:space="preserve"> ناچار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شدند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گردآور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ات،</w:t>
      </w:r>
      <w:r w:rsidRPr="00FE0E57">
        <w:rPr>
          <w:rFonts w:ascii="Tahoma" w:hAnsi="Tahoma" w:cs="Tahoma"/>
          <w:rtl/>
        </w:rPr>
        <w:t xml:space="preserve"> ادارهٔ 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ن‌ها،</w:t>
      </w:r>
      <w:r w:rsidRPr="00FE0E57">
        <w:rPr>
          <w:rFonts w:ascii="Tahoma" w:hAnsi="Tahoma" w:cs="Tahoma"/>
          <w:rtl/>
        </w:rPr>
        <w:t xml:space="preserve"> نگهدار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راه‌ها و بازارها و تأم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هز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نهٔ</w:t>
      </w:r>
      <w:r w:rsidRPr="00FE0E57">
        <w:rPr>
          <w:rFonts w:ascii="Tahoma" w:hAnsi="Tahoma" w:cs="Tahoma"/>
          <w:rtl/>
        </w:rPr>
        <w:t xml:space="preserve"> قشون به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وان‌سالاران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</w:t>
      </w:r>
      <w:r w:rsidRPr="00FE0E57">
        <w:rPr>
          <w:rFonts w:ascii="Tahoma" w:hAnsi="Tahoma" w:cs="Tahoma"/>
          <w:rtl/>
        </w:rPr>
        <w:t xml:space="preserve"> کنند.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از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رو، برآمدن ترکمانان نه گسست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کامل با عصر مغول و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بلکه مرحله‌ا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تازه در دگرگون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همان ساختار بود. قشون همچنان بر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وندها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شخص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استوار بود؛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ن‌ها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شاهزادگان و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تقس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شد؛</w:t>
      </w:r>
      <w:r w:rsidRPr="00FE0E57">
        <w:rPr>
          <w:rFonts w:ascii="Tahoma" w:hAnsi="Tahoma" w:cs="Tahoma"/>
          <w:rtl/>
        </w:rPr>
        <w:t xml:space="preserve"> فرمانروا در برابر اعضا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خاندان و رؤسا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با محدود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روبه‌رو بود؛ و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از دل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متحرک، حکومت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 درآمد منظم و سازمان ادار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دار</w:t>
      </w:r>
      <w:r w:rsidRPr="00FE0E57">
        <w:rPr>
          <w:rFonts w:ascii="Tahoma" w:hAnsi="Tahoma" w:cs="Tahoma"/>
          <w:rtl/>
        </w:rPr>
        <w:t xml:space="preserve"> بسازد. تفاوت مهم آن بود که ضرورت وابستگ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خاندان چنگ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به‌تدر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</w:t>
      </w:r>
      <w:r w:rsidRPr="00FE0E57">
        <w:rPr>
          <w:rFonts w:ascii="Tahoma" w:hAnsi="Tahoma" w:cs="Tahoma"/>
          <w:rtl/>
        </w:rPr>
        <w:t xml:space="preserve"> از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رفت</w:t>
      </w:r>
      <w:r w:rsidRPr="00FE0E57">
        <w:rPr>
          <w:rFonts w:ascii="Tahoma" w:hAnsi="Tahoma" w:cs="Tahoma"/>
          <w:rtl/>
        </w:rPr>
        <w:t>.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لازم نبود فرمانده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روز،</w:t>
      </w:r>
      <w:r w:rsidRPr="00FE0E57">
        <w:rPr>
          <w:rFonts w:ascii="Tahoma" w:hAnsi="Tahoma" w:cs="Tahoma"/>
          <w:rtl/>
        </w:rPr>
        <w:t xml:space="preserve"> خان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چنگ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به‌عنوان سرچشمهٔ </w:t>
      </w:r>
      <w:r w:rsidRPr="00FE0E57">
        <w:rPr>
          <w:rFonts w:ascii="Tahoma" w:hAnsi="Tahoma" w:cs="Tahoma" w:hint="eastAsia"/>
          <w:rtl/>
        </w:rPr>
        <w:t>صور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حقان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حکمران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 تخت بنشاند. خاندان فرمانده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خود به خاندان پادشاه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شود؛ هرچند رس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دن</w:t>
      </w:r>
      <w:r w:rsidRPr="00FE0E57">
        <w:rPr>
          <w:rFonts w:ascii="Tahoma" w:hAnsi="Tahoma" w:cs="Tahoma"/>
          <w:rtl/>
        </w:rPr>
        <w:t xml:space="preserve"> به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مرحله آسان نبود.</w:t>
      </w:r>
    </w:p>
    <w:p w:rsidR="00FE0E57" w:rsidRPr="00FE0E57" w:rsidRDefault="00FE0E57" w:rsidP="00FE0E57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26"/>
          <w:rtl/>
        </w:rPr>
        <w:t>قره‌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وسف</w:t>
      </w:r>
      <w:r w:rsidRPr="00FE0E57">
        <w:rPr>
          <w:rFonts w:ascii="Tahoma" w:hAnsi="Tahoma" w:cs="Tahoma"/>
          <w:b/>
          <w:sz w:val="26"/>
          <w:rtl/>
        </w:rPr>
        <w:t xml:space="preserve"> و مسئلهٔ حقان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ت</w:t>
      </w:r>
      <w:r w:rsidRPr="00FE0E57">
        <w:rPr>
          <w:rFonts w:ascii="Tahoma" w:hAnsi="Tahoma" w:cs="Tahoma"/>
          <w:b/>
          <w:sz w:val="26"/>
          <w:rtl/>
        </w:rPr>
        <w:t xml:space="preserve"> حکمران</w:t>
      </w:r>
      <w:r w:rsidRPr="00FE0E57">
        <w:rPr>
          <w:rFonts w:ascii="Tahoma" w:hAnsi="Tahoma" w:cs="Tahoma" w:hint="cs"/>
          <w:b/>
          <w:sz w:val="26"/>
          <w:rtl/>
        </w:rPr>
        <w:t>ی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از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در نواح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رامون</w:t>
      </w:r>
      <w:r w:rsidRPr="00FE0E57">
        <w:rPr>
          <w:rFonts w:ascii="Tahoma" w:hAnsi="Tahoma" w:cs="Tahoma"/>
          <w:rtl/>
        </w:rPr>
        <w:t xml:space="preserve"> در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اچهٔ</w:t>
      </w:r>
      <w:r w:rsidRPr="00FE0E57">
        <w:rPr>
          <w:rFonts w:ascii="Tahoma" w:hAnsi="Tahoma" w:cs="Tahoma"/>
          <w:rtl/>
        </w:rPr>
        <w:t xml:space="preserve"> وان، ارمنستان و شمال عراق قدرت گرفته بودند. قره‌محمد،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نخست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مهم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ه،</w:t>
      </w:r>
      <w:r w:rsidRPr="00FE0E57">
        <w:rPr>
          <w:rFonts w:ascii="Tahoma" w:hAnsi="Tahoma" w:cs="Tahoma"/>
          <w:rtl/>
        </w:rPr>
        <w:t xml:space="preserve"> 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پراکنده را 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فرمان خاندان خود گرد آورد. اما کس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را از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منطقه‌ا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eastAsia"/>
          <w:rtl/>
        </w:rPr>
        <w:t>به</w:t>
      </w:r>
      <w:r w:rsidRPr="00FE0E57">
        <w:rPr>
          <w:rFonts w:ascii="Tahoma" w:hAnsi="Tahoma" w:cs="Tahoma"/>
          <w:rtl/>
        </w:rPr>
        <w:t xml:space="preserve"> مدع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و عراق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کرد، پسر او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بود.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/>
          <w:rtl/>
        </w:rPr>
        <w:t xml:space="preserve"> به سو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غرب،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را ناچار به عقب‌نش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کرد. او مدت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قلمرو عثمان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رفت و سپس همراه سلطان احمد جلا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ر،</w:t>
      </w:r>
      <w:r w:rsidRPr="00FE0E57">
        <w:rPr>
          <w:rFonts w:ascii="Tahoma" w:hAnsi="Tahoma" w:cs="Tahoma"/>
          <w:rtl/>
        </w:rPr>
        <w:t xml:space="preserve"> آخر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رومند</w:t>
      </w:r>
      <w:r w:rsidRPr="00FE0E57">
        <w:rPr>
          <w:rFonts w:ascii="Tahoma" w:hAnsi="Tahoma" w:cs="Tahoma"/>
          <w:rtl/>
        </w:rPr>
        <w:t xml:space="preserve"> جلا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ان،</w:t>
      </w:r>
      <w:r w:rsidRPr="00FE0E57">
        <w:rPr>
          <w:rFonts w:ascii="Tahoma" w:hAnsi="Tahoma" w:cs="Tahoma"/>
          <w:rtl/>
        </w:rPr>
        <w:t xml:space="preserve"> به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ممال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پناه برد.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همراه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همان آغاز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شکننده بود. هر دو از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/>
          <w:rtl/>
        </w:rPr>
        <w:t xml:space="preserve"> گر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خته</w:t>
      </w:r>
      <w:r w:rsidRPr="00FE0E57">
        <w:rPr>
          <w:rFonts w:ascii="Tahoma" w:hAnsi="Tahoma" w:cs="Tahoma"/>
          <w:rtl/>
        </w:rPr>
        <w:t xml:space="preserve"> بودند، ام</w:t>
      </w: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/>
          <w:rtl/>
        </w:rPr>
        <w:t xml:space="preserve"> هر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خود را صاحب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و عراق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دانست</w:t>
      </w:r>
      <w:r w:rsidRPr="00FE0E57">
        <w:rPr>
          <w:rFonts w:ascii="Tahoma" w:hAnsi="Tahoma" w:cs="Tahoma"/>
          <w:rtl/>
        </w:rPr>
        <w:t>. سلطان احمد از سنت پادشاه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جلا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و سابقهٔ حکومت خاندانش بهره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برد؛</w:t>
      </w:r>
      <w:r w:rsidRPr="00FE0E57">
        <w:rPr>
          <w:rFonts w:ascii="Tahoma" w:hAnsi="Tahoma" w:cs="Tahoma"/>
          <w:rtl/>
        </w:rPr>
        <w:t xml:space="preserve">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قشون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داشت که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آن ادعا را به چالش بکشد.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مرگ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/>
          <w:rtl/>
        </w:rPr>
        <w:t xml:space="preserve"> در سال </w:t>
      </w:r>
      <w:r w:rsidRPr="00FE0E57">
        <w:rPr>
          <w:rFonts w:ascii="Tahoma" w:hAnsi="Tahoma" w:cs="Tahoma"/>
          <w:rtl/>
          <w:lang w:bidi="fa-IR"/>
        </w:rPr>
        <w:t>۱۴۰۵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فرصت بازگشت را فراهم کرد.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به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آمد و در سال‌ها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/>
          <w:rtl/>
          <w:lang w:bidi="fa-IR"/>
        </w:rPr>
        <w:t>۱۴۰۶</w:t>
      </w:r>
      <w:r w:rsidRPr="00FE0E57">
        <w:rPr>
          <w:rFonts w:ascii="Tahoma" w:hAnsi="Tahoma" w:cs="Tahoma"/>
          <w:rtl/>
        </w:rPr>
        <w:t xml:space="preserve"> و </w:t>
      </w:r>
      <w:r w:rsidRPr="00FE0E57">
        <w:rPr>
          <w:rFonts w:ascii="Tahoma" w:hAnsi="Tahoma" w:cs="Tahoma"/>
          <w:rtl/>
          <w:lang w:bidi="fa-IR"/>
        </w:rPr>
        <w:t>۱۴۰۸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شکست داد. در نبرد دوم،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رانشاه،</w:t>
      </w:r>
      <w:r w:rsidRPr="00FE0E57">
        <w:rPr>
          <w:rFonts w:ascii="Tahoma" w:hAnsi="Tahoma" w:cs="Tahoma"/>
          <w:rtl/>
        </w:rPr>
        <w:t xml:space="preserve"> پسر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مور،</w:t>
      </w:r>
      <w:r w:rsidRPr="00FE0E57">
        <w:rPr>
          <w:rFonts w:ascii="Tahoma" w:hAnsi="Tahoma" w:cs="Tahoma"/>
          <w:rtl/>
        </w:rPr>
        <w:t xml:space="preserve"> کشته شد و اقتدار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در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فرور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خت</w:t>
      </w:r>
      <w:r w:rsidRPr="00FE0E57">
        <w:rPr>
          <w:rFonts w:ascii="Tahoma" w:hAnsi="Tahoma" w:cs="Tahoma"/>
          <w:rtl/>
        </w:rPr>
        <w:t>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تنها موفق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نبود.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نخست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بار روشن شد که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ترکمان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تواند</w:t>
      </w:r>
      <w:r w:rsidRPr="00FE0E57">
        <w:rPr>
          <w:rFonts w:ascii="Tahoma" w:hAnsi="Tahoma" w:cs="Tahoma"/>
          <w:rtl/>
        </w:rPr>
        <w:t xml:space="preserve"> جانش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حکومت‌ها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برخاسته از فتوحات مغول و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/>
          <w:rtl/>
        </w:rPr>
        <w:t xml:space="preserve"> شود و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تصرف شهرها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بزرگ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ادعا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کند.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باا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ن‌همه،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در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دان</w:t>
      </w:r>
      <w:r w:rsidRPr="00FE0E57">
        <w:rPr>
          <w:rFonts w:ascii="Tahoma" w:hAnsi="Tahoma" w:cs="Tahoma"/>
          <w:rtl/>
        </w:rPr>
        <w:t xml:space="preserve"> جنگ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مسئله را حل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کرد</w:t>
      </w:r>
      <w:r w:rsidRPr="00FE0E57">
        <w:rPr>
          <w:rFonts w:ascii="Tahoma" w:hAnsi="Tahoma" w:cs="Tahoma"/>
          <w:rtl/>
        </w:rPr>
        <w:t>: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به چه حق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خود را فرمانروا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تصرف‌شده بداند؟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قشون</w:t>
      </w:r>
      <w:r w:rsidRPr="00FE0E57">
        <w:rPr>
          <w:rFonts w:ascii="Tahoma" w:hAnsi="Tahoma" w:cs="Tahoma"/>
          <w:rtl/>
        </w:rPr>
        <w:t xml:space="preserve"> او پاسخ ساده‌ا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پرسش داشت. کس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دشمن را شکست داده، غن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مت</w:t>
      </w:r>
      <w:r w:rsidRPr="00FE0E57">
        <w:rPr>
          <w:rFonts w:ascii="Tahoma" w:hAnsi="Tahoma" w:cs="Tahoma"/>
          <w:rtl/>
        </w:rPr>
        <w:t xml:space="preserve"> را تقس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</w:t>
      </w:r>
      <w:r w:rsidRPr="00FE0E57">
        <w:rPr>
          <w:rFonts w:ascii="Tahoma" w:hAnsi="Tahoma" w:cs="Tahoma"/>
          <w:rtl/>
        </w:rPr>
        <w:t xml:space="preserve"> کرده و امن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را تأم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کرده بود، شا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ستهٔ</w:t>
      </w:r>
      <w:r w:rsidRPr="00FE0E57">
        <w:rPr>
          <w:rFonts w:ascii="Tahoma" w:hAnsi="Tahoma" w:cs="Tahoma"/>
          <w:rtl/>
        </w:rPr>
        <w:t xml:space="preserve"> فرمانبر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بود. اما ادارهٔ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ز،</w:t>
      </w:r>
      <w:r w:rsidRPr="00FE0E57">
        <w:rPr>
          <w:rFonts w:ascii="Tahoma" w:hAnsi="Tahoma" w:cs="Tahoma"/>
          <w:rtl/>
        </w:rPr>
        <w:t xml:space="preserve"> بغداد و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شهرها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بزرگ تنها با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منطق ممکن نبود.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وان‌سالاران،</w:t>
      </w:r>
      <w:r w:rsidRPr="00FE0E57">
        <w:rPr>
          <w:rFonts w:ascii="Tahoma" w:hAnsi="Tahoma" w:cs="Tahoma"/>
          <w:rtl/>
        </w:rPr>
        <w:t xml:space="preserve"> بزرگان شهرها، بازرگانان،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نکاران</w:t>
      </w:r>
      <w:r w:rsidRPr="00FE0E57">
        <w:rPr>
          <w:rFonts w:ascii="Tahoma" w:hAnsi="Tahoma" w:cs="Tahoma"/>
          <w:rtl/>
        </w:rPr>
        <w:t xml:space="preserve"> و مالکان 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با سنت‌ها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سروکار داشتند که در آنها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ازمند</w:t>
      </w:r>
      <w:r w:rsidRPr="00FE0E57">
        <w:rPr>
          <w:rFonts w:ascii="Tahoma" w:hAnsi="Tahoma" w:cs="Tahoma"/>
          <w:rtl/>
        </w:rPr>
        <w:t xml:space="preserve"> نسب، عنوان، فرمان، خطبه، سکه و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قابل‌شناسا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با نظم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بود. قدرت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دروازهٔ شهر را بگشا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د،</w:t>
      </w:r>
      <w:r w:rsidRPr="00FE0E57">
        <w:rPr>
          <w:rFonts w:ascii="Tahoma" w:hAnsi="Tahoma" w:cs="Tahoma"/>
          <w:rtl/>
        </w:rPr>
        <w:t xml:space="preserve"> اما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استمرار حکومت کاف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نبود.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در آغاز 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کمبود را با قرار دادن پسرش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ربوداق</w:t>
      </w:r>
      <w:r w:rsidRPr="00FE0E57">
        <w:rPr>
          <w:rFonts w:ascii="Tahoma" w:hAnsi="Tahoma" w:cs="Tahoma"/>
          <w:rtl/>
        </w:rPr>
        <w:t xml:space="preserve"> در جا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گاه</w:t>
      </w:r>
      <w:r w:rsidRPr="00FE0E57">
        <w:rPr>
          <w:rFonts w:ascii="Tahoma" w:hAnsi="Tahoma" w:cs="Tahoma"/>
          <w:rtl/>
        </w:rPr>
        <w:t xml:space="preserve"> سلطان جبران کند. او خود قدرت واقع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در دست داشت، ول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حکومت به نام پسرش صورت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گرفت</w:t>
      </w:r>
      <w:r w:rsidRPr="00FE0E57">
        <w:rPr>
          <w:rFonts w:ascii="Tahoma" w:hAnsi="Tahoma" w:cs="Tahoma"/>
          <w:rtl/>
        </w:rPr>
        <w:t>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تدب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نشان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داد</w:t>
      </w:r>
      <w:r w:rsidRPr="00FE0E57">
        <w:rPr>
          <w:rFonts w:ascii="Tahoma" w:hAnsi="Tahoma" w:cs="Tahoma"/>
          <w:rtl/>
        </w:rPr>
        <w:t xml:space="preserve"> که حت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فرمانده‌ا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ک‌باره</w:t>
      </w:r>
      <w:r w:rsidRPr="00FE0E57">
        <w:rPr>
          <w:rFonts w:ascii="Tahoma" w:hAnsi="Tahoma" w:cs="Tahoma"/>
          <w:rtl/>
        </w:rPr>
        <w:t xml:space="preserve"> همهٔ سنت‌ها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حقان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حکمران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کنار بگذارد. البته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ربوداق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چنگ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نبود؛ بنابرا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هم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اقدام نشانهٔ تغ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بزرگ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بود. حق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آرام‌آرام از انحصار بازماندگان چنگ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رون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آمد</w:t>
      </w:r>
      <w:r w:rsidRPr="00FE0E57">
        <w:rPr>
          <w:rFonts w:ascii="Tahoma" w:hAnsi="Tahoma" w:cs="Tahoma"/>
          <w:rtl/>
        </w:rPr>
        <w:t xml:space="preserve"> و به خاندان‌ها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تازه منتقل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اتحاد</w:t>
      </w:r>
      <w:r w:rsidRPr="00FE0E57">
        <w:rPr>
          <w:rFonts w:ascii="Tahoma" w:hAnsi="Tahoma" w:cs="Tahoma"/>
          <w:rtl/>
        </w:rPr>
        <w:t xml:space="preserve">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و سلطان احمد جلا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پس از رفع خطر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دوام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اورد</w:t>
      </w:r>
      <w:r w:rsidRPr="00FE0E57">
        <w:rPr>
          <w:rFonts w:ascii="Tahoma" w:hAnsi="Tahoma" w:cs="Tahoma"/>
          <w:rtl/>
        </w:rPr>
        <w:t>. سلطان احمد 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را بار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به قلمرو خود بازگرداند، اما در سال </w:t>
      </w:r>
      <w:r w:rsidRPr="00FE0E57">
        <w:rPr>
          <w:rFonts w:ascii="Tahoma" w:hAnsi="Tahoma" w:cs="Tahoma"/>
          <w:rtl/>
          <w:lang w:bidi="fa-IR"/>
        </w:rPr>
        <w:t>۱۴۱۰</w:t>
      </w:r>
      <w:r w:rsidRPr="00FE0E57">
        <w:rPr>
          <w:rFonts w:ascii="Tahoma" w:hAnsi="Tahoma" w:cs="Tahoma"/>
          <w:rtl/>
        </w:rPr>
        <w:t xml:space="preserve"> در نزد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شکست خورد و کشته شد. با مرگ او، حکومت جلا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در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عملاً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افت</w:t>
      </w:r>
      <w:r w:rsidRPr="00FE0E57">
        <w:rPr>
          <w:rFonts w:ascii="Tahoma" w:hAnsi="Tahoma" w:cs="Tahoma"/>
          <w:rtl/>
        </w:rPr>
        <w:t xml:space="preserve"> و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جا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آنان را گرفتند.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اکنون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جان،</w:t>
      </w:r>
      <w:r w:rsidRPr="00FE0E57">
        <w:rPr>
          <w:rFonts w:ascii="Tahoma" w:hAnsi="Tahoma" w:cs="Tahoma"/>
          <w:rtl/>
        </w:rPr>
        <w:t xml:space="preserve"> بخش‌ها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از ارمنستان و عراق را 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فرمان داشت و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را به مرکز قدرت خود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کرد.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تغ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فرمانروا به معنا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تغ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کامل دستگاه حکومت نبود. دب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ران،</w:t>
      </w:r>
      <w:r w:rsidRPr="00FE0E57">
        <w:rPr>
          <w:rFonts w:ascii="Tahoma" w:hAnsi="Tahoma" w:cs="Tahoma"/>
          <w:rtl/>
        </w:rPr>
        <w:t xml:space="preserve"> مستوف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ان،</w:t>
      </w:r>
      <w:r w:rsidRPr="00FE0E57">
        <w:rPr>
          <w:rFonts w:ascii="Tahoma" w:hAnsi="Tahoma" w:cs="Tahoma"/>
          <w:rtl/>
        </w:rPr>
        <w:t xml:space="preserve"> قاض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ان،</w:t>
      </w:r>
      <w:r w:rsidRPr="00FE0E57">
        <w:rPr>
          <w:rFonts w:ascii="Tahoma" w:hAnsi="Tahoma" w:cs="Tahoma"/>
          <w:rtl/>
        </w:rPr>
        <w:t xml:space="preserve"> کارگزاران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صاحبان تجربهٔ ادار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در خدمت جلا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بودند،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تازه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ضرورت داشتند.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شهرها و روستاها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را تصرف کرده بودند که نظام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ا</w:t>
      </w:r>
      <w:r w:rsidRPr="00FE0E57">
        <w:rPr>
          <w:rFonts w:ascii="Tahoma" w:hAnsi="Tahoma" w:cs="Tahoma" w:hint="eastAsia"/>
          <w:rtl/>
        </w:rPr>
        <w:t>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آنها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چندصدساله داشت. اگر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نظام به‌کل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ده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شد،</w:t>
      </w:r>
      <w:r w:rsidRPr="00FE0E57">
        <w:rPr>
          <w:rFonts w:ascii="Tahoma" w:hAnsi="Tahoma" w:cs="Tahoma"/>
          <w:rtl/>
        </w:rPr>
        <w:t xml:space="preserve"> درآمد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ماند</w:t>
      </w:r>
      <w:r w:rsidRPr="00FE0E57">
        <w:rPr>
          <w:rFonts w:ascii="Tahoma" w:hAnsi="Tahoma" w:cs="Tahoma"/>
          <w:rtl/>
        </w:rPr>
        <w:t xml:space="preserve"> که قشون از آن تغذ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</w:t>
      </w:r>
      <w:r w:rsidRPr="00FE0E57">
        <w:rPr>
          <w:rFonts w:ascii="Tahoma" w:hAnsi="Tahoma" w:cs="Tahoma"/>
          <w:rtl/>
        </w:rPr>
        <w:t xml:space="preserve"> کند. بنابرا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فاتحان ترکمان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ز،</w:t>
      </w:r>
      <w:r w:rsidRPr="00FE0E57">
        <w:rPr>
          <w:rFonts w:ascii="Tahoma" w:hAnsi="Tahoma" w:cs="Tahoma"/>
          <w:rtl/>
        </w:rPr>
        <w:t xml:space="preserve"> همانند مغولان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از خود، ناچار شدند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منطق قشون و منطق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/>
          <w:rtl/>
        </w:rPr>
        <w:t xml:space="preserve"> سازش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برقرار کنند.</w:t>
      </w:r>
    </w:p>
    <w:p w:rsidR="00FE0E57" w:rsidRPr="00FE0E57" w:rsidRDefault="00FE0E57" w:rsidP="00FE0E57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26"/>
          <w:rtl/>
        </w:rPr>
        <w:t>مرگ</w:t>
      </w:r>
      <w:r w:rsidRPr="00FE0E57">
        <w:rPr>
          <w:rFonts w:ascii="Tahoma" w:hAnsi="Tahoma" w:cs="Tahoma"/>
          <w:b/>
          <w:sz w:val="26"/>
          <w:rtl/>
        </w:rPr>
        <w:t xml:space="preserve"> قره‌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وسف</w:t>
      </w:r>
      <w:r w:rsidRPr="00FE0E57">
        <w:rPr>
          <w:rFonts w:ascii="Tahoma" w:hAnsi="Tahoma" w:cs="Tahoma"/>
          <w:b/>
          <w:sz w:val="26"/>
          <w:rtl/>
        </w:rPr>
        <w:t xml:space="preserve"> و بازگشت شاهرخ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سازش هنوز استوار نشده بود که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در سال </w:t>
      </w:r>
      <w:r w:rsidRPr="00FE0E57">
        <w:rPr>
          <w:rFonts w:ascii="Tahoma" w:hAnsi="Tahoma" w:cs="Tahoma"/>
          <w:rtl/>
          <w:lang w:bidi="fa-IR"/>
        </w:rPr>
        <w:t>۱۴۲۰</w:t>
      </w:r>
      <w:r w:rsidRPr="00FE0E57">
        <w:rPr>
          <w:rFonts w:ascii="Tahoma" w:hAnsi="Tahoma" w:cs="Tahoma"/>
          <w:rtl/>
        </w:rPr>
        <w:t>، هنگام 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ارو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با سپاه شاهرخ، درگذشت. مرگ او بار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ضعف بن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حکومت‌ها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استوار بر اقتدار شخص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 را آشکار کرد. تا زمان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زنده بود، توانا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سابقهٔ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نفوذ شخص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او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و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را کنار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نگاه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داشت؛</w:t>
      </w:r>
      <w:r w:rsidRPr="00FE0E57">
        <w:rPr>
          <w:rFonts w:ascii="Tahoma" w:hAnsi="Tahoma" w:cs="Tahoma"/>
          <w:rtl/>
        </w:rPr>
        <w:t xml:space="preserve"> اما با مرگش، پسران و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بر سر جانش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درافتادند.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در ظاهر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حکومت بود، بار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به مجموعه‌ا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</w:t>
      </w:r>
      <w:r w:rsidRPr="00FE0E57">
        <w:rPr>
          <w:rFonts w:ascii="Tahoma" w:hAnsi="Tahoma" w:cs="Tahoma"/>
          <w:rtl/>
        </w:rPr>
        <w:t xml:space="preserve">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شد.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شاهرخ</w:t>
      </w:r>
      <w:r w:rsidRPr="00FE0E57">
        <w:rPr>
          <w:rFonts w:ascii="Tahoma" w:hAnsi="Tahoma" w:cs="Tahoma"/>
          <w:rtl/>
        </w:rPr>
        <w:t xml:space="preserve">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فرصت استفاده کرد و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بازگرداندن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به حوزهٔ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چند بار به غرب لشکر کش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>. او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سپاه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را شکست دهد، اما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حضور دائم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خود را در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چن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دور از هرات حفظ کند. تصرف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به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از</w:t>
      </w:r>
      <w:r w:rsidRPr="00FE0E57">
        <w:rPr>
          <w:rFonts w:ascii="Tahoma" w:hAnsi="Tahoma" w:cs="Tahoma"/>
          <w:rtl/>
        </w:rPr>
        <w:t xml:space="preserve"> داشت و نگاه‌داشتن آن به شبکه‌ا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حاکمان محل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وان‌سالاران،</w:t>
      </w:r>
      <w:r w:rsidRPr="00FE0E57">
        <w:rPr>
          <w:rFonts w:ascii="Tahoma" w:hAnsi="Tahoma" w:cs="Tahoma"/>
          <w:rtl/>
        </w:rPr>
        <w:t xml:space="preserve"> منابع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سازش با رؤسا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>. هر بار که شاهرخ به خراسان بازم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گشت،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بار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سر برم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آوردند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سرانجام</w:t>
      </w:r>
      <w:r w:rsidRPr="00FE0E57">
        <w:rPr>
          <w:rFonts w:ascii="Tahoma" w:hAnsi="Tahoma" w:cs="Tahoma"/>
          <w:rtl/>
        </w:rPr>
        <w:t xml:space="preserve"> شاهرخ راه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برگز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که با 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است</w:t>
      </w:r>
      <w:r w:rsidRPr="00FE0E57">
        <w:rPr>
          <w:rFonts w:ascii="Tahoma" w:hAnsi="Tahoma" w:cs="Tahoma"/>
          <w:rtl/>
        </w:rPr>
        <w:t xml:space="preserve"> عموم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او سازگارتر بود: به جا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آنکه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را مستق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ماً</w:t>
      </w:r>
      <w:r w:rsidRPr="00FE0E57">
        <w:rPr>
          <w:rFonts w:ascii="Tahoma" w:hAnsi="Tahoma" w:cs="Tahoma"/>
          <w:rtl/>
        </w:rPr>
        <w:t xml:space="preserve"> اداره کند،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پسران قره‌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وسف</w:t>
      </w:r>
      <w:r w:rsidRPr="00FE0E57">
        <w:rPr>
          <w:rFonts w:ascii="Tahoma" w:hAnsi="Tahoma" w:cs="Tahoma"/>
          <w:rtl/>
        </w:rPr>
        <w:t xml:space="preserve"> را که حاضر به پذ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رش</w:t>
      </w:r>
      <w:r w:rsidRPr="00FE0E57">
        <w:rPr>
          <w:rFonts w:ascii="Tahoma" w:hAnsi="Tahoma" w:cs="Tahoma"/>
          <w:rtl/>
        </w:rPr>
        <w:t xml:space="preserve"> برتر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او بود، به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آنجا رساند.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شخص جهانشاه بود. جهانشاه در آغاز قدرت خود را نه با شکست شاهرخ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بلکه با پشت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او به دست آورد. او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بود، اما برتر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سلطان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به رسم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شناخت</w:t>
      </w:r>
      <w:r w:rsidRPr="00FE0E57">
        <w:rPr>
          <w:rFonts w:ascii="Tahoma" w:hAnsi="Tahoma" w:cs="Tahoma"/>
          <w:rtl/>
        </w:rPr>
        <w:t xml:space="preserve"> و از هم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وند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کنار زدن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بان</w:t>
      </w:r>
      <w:r w:rsidRPr="00FE0E57">
        <w:rPr>
          <w:rFonts w:ascii="Tahoma" w:hAnsi="Tahoma" w:cs="Tahoma"/>
          <w:rtl/>
        </w:rPr>
        <w:t xml:space="preserve"> خانوادگ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بهره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برد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رابطه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هر دو طرف سودمند بود. شاهرخ بدون استقرار دائم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سپاه در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جان،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تابع در آنجا داشت و جهانشاه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با تک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</w:t>
      </w:r>
      <w:r w:rsidRPr="00FE0E57">
        <w:rPr>
          <w:rFonts w:ascii="Tahoma" w:hAnsi="Tahoma" w:cs="Tahoma"/>
          <w:rtl/>
        </w:rPr>
        <w:t xml:space="preserve"> بر اقتدار شاهرخ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و برادران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</w:t>
      </w:r>
      <w:r w:rsidRPr="00FE0E57">
        <w:rPr>
          <w:rFonts w:ascii="Tahoma" w:hAnsi="Tahoma" w:cs="Tahoma"/>
          <w:rtl/>
        </w:rPr>
        <w:t xml:space="preserve"> را مهار کند. اما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سازش تا زمان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دوام داشت که شاهرخ زنده بود. مرگ او در سال </w:t>
      </w:r>
      <w:r w:rsidRPr="00FE0E57">
        <w:rPr>
          <w:rFonts w:ascii="Tahoma" w:hAnsi="Tahoma" w:cs="Tahoma"/>
          <w:rtl/>
          <w:lang w:bidi="fa-IR"/>
        </w:rPr>
        <w:t>۱۴۴۷</w:t>
      </w:r>
      <w:r w:rsidRPr="00FE0E57">
        <w:rPr>
          <w:rFonts w:ascii="Tahoma" w:hAnsi="Tahoma" w:cs="Tahoma"/>
          <w:rtl/>
        </w:rPr>
        <w:t xml:space="preserve"> موازنه را تغ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داد. جهانشاه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که خود را تابع هرات بداند؛ به‌و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ژه</w:t>
      </w:r>
      <w:r w:rsidRPr="00FE0E57">
        <w:rPr>
          <w:rFonts w:ascii="Tahoma" w:hAnsi="Tahoma" w:cs="Tahoma"/>
          <w:rtl/>
        </w:rPr>
        <w:t xml:space="preserve"> آنکه شاهزادگان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 سر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راث</w:t>
      </w:r>
      <w:r w:rsidRPr="00FE0E57">
        <w:rPr>
          <w:rFonts w:ascii="Tahoma" w:hAnsi="Tahoma" w:cs="Tahoma"/>
          <w:rtl/>
        </w:rPr>
        <w:t xml:space="preserve"> شاهرخ با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جنگ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دند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26"/>
          <w:rtl/>
        </w:rPr>
        <w:t>جهانشاه؛</w:t>
      </w:r>
      <w:r w:rsidRPr="00FE0E57">
        <w:rPr>
          <w:rFonts w:ascii="Tahoma" w:hAnsi="Tahoma" w:cs="Tahoma"/>
          <w:b/>
          <w:sz w:val="26"/>
          <w:rtl/>
        </w:rPr>
        <w:t xml:space="preserve"> از ام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ر</w:t>
      </w:r>
      <w:r w:rsidRPr="00FE0E57">
        <w:rPr>
          <w:rFonts w:ascii="Tahoma" w:hAnsi="Tahoma" w:cs="Tahoma"/>
          <w:b/>
          <w:sz w:val="26"/>
          <w:rtl/>
        </w:rPr>
        <w:t xml:space="preserve"> تابع تا پادشاه ا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ران</w:t>
      </w:r>
      <w:r w:rsidRPr="00FE0E57">
        <w:rPr>
          <w:rFonts w:ascii="Tahoma" w:hAnsi="Tahoma" w:cs="Tahoma"/>
          <w:b/>
          <w:sz w:val="26"/>
          <w:rtl/>
        </w:rPr>
        <w:t xml:space="preserve"> غرب</w:t>
      </w:r>
      <w:r w:rsidRPr="00FE0E57">
        <w:rPr>
          <w:rFonts w:ascii="Tahoma" w:hAnsi="Tahoma" w:cs="Tahoma" w:hint="cs"/>
          <w:b/>
          <w:sz w:val="26"/>
          <w:rtl/>
        </w:rPr>
        <w:t>ی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جهانشاه</w:t>
      </w:r>
      <w:r w:rsidRPr="00FE0E57">
        <w:rPr>
          <w:rFonts w:ascii="Tahoma" w:hAnsi="Tahoma" w:cs="Tahoma"/>
          <w:rtl/>
        </w:rPr>
        <w:t xml:space="preserve"> نزد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به سه دهه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کرد و در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مدت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را به بزرگ‌تر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قدرت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غرب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ساخت. قلمرو او از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و ارمنستان تا عراق عجم، فارس، کرمان و بغداد گسترش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افت</w:t>
      </w:r>
      <w:r w:rsidRPr="00FE0E57">
        <w:rPr>
          <w:rFonts w:ascii="Tahoma" w:hAnsi="Tahoma" w:cs="Tahoma"/>
          <w:rtl/>
        </w:rPr>
        <w:t xml:space="preserve">. تصرف هر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نواح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تازه، شهرها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ثروتمند و منابع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در اخت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</w:t>
      </w:r>
      <w:r w:rsidRPr="00FE0E57">
        <w:rPr>
          <w:rFonts w:ascii="Tahoma" w:hAnsi="Tahoma" w:cs="Tahoma"/>
          <w:rtl/>
        </w:rPr>
        <w:t xml:space="preserve"> او قرار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داد؛</w:t>
      </w:r>
      <w:r w:rsidRPr="00FE0E57">
        <w:rPr>
          <w:rFonts w:ascii="Tahoma" w:hAnsi="Tahoma" w:cs="Tahoma"/>
          <w:rtl/>
        </w:rPr>
        <w:t xml:space="preserve"> اما هم‌زمان ادارهٔ حکومت را دشوارتر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کرد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حکومت</w:t>
      </w:r>
      <w:r w:rsidRPr="00FE0E57">
        <w:rPr>
          <w:rFonts w:ascii="Tahoma" w:hAnsi="Tahoma" w:cs="Tahoma"/>
          <w:rtl/>
        </w:rPr>
        <w:t xml:space="preserve"> جهانشاه بر دو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</w:t>
      </w:r>
      <w:r w:rsidRPr="00FE0E57">
        <w:rPr>
          <w:rFonts w:ascii="Tahoma" w:hAnsi="Tahoma" w:cs="Tahoma"/>
          <w:rtl/>
        </w:rPr>
        <w:t xml:space="preserve"> استوار بود که 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چ‌گاه</w:t>
      </w:r>
      <w:r w:rsidRPr="00FE0E57">
        <w:rPr>
          <w:rFonts w:ascii="Tahoma" w:hAnsi="Tahoma" w:cs="Tahoma"/>
          <w:rtl/>
        </w:rPr>
        <w:t xml:space="preserve"> کاملاً با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سازگار نشدند.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هٔ</w:t>
      </w:r>
      <w:r w:rsidRPr="00FE0E57">
        <w:rPr>
          <w:rFonts w:ascii="Tahoma" w:hAnsi="Tahoma" w:cs="Tahoma"/>
          <w:rtl/>
        </w:rPr>
        <w:t xml:space="preserve"> نخست، قشون ترکمان و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بود. آنان جهانشاه را چون رئ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س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دند</w:t>
      </w:r>
      <w:r w:rsidRPr="00FE0E57">
        <w:rPr>
          <w:rFonts w:ascii="Tahoma" w:hAnsi="Tahoma" w:cs="Tahoma"/>
          <w:rtl/>
        </w:rPr>
        <w:t xml:space="preserve"> که 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غن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مت،</w:t>
      </w:r>
      <w:r w:rsidRPr="00FE0E57">
        <w:rPr>
          <w:rFonts w:ascii="Tahoma" w:hAnsi="Tahoma" w:cs="Tahoma"/>
          <w:rtl/>
        </w:rPr>
        <w:t xml:space="preserve"> چراگاه، منصب و حکومت نواح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همراهان خود تقس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</w:t>
      </w:r>
      <w:r w:rsidRPr="00FE0E57">
        <w:rPr>
          <w:rFonts w:ascii="Tahoma" w:hAnsi="Tahoma" w:cs="Tahoma"/>
          <w:rtl/>
        </w:rPr>
        <w:t xml:space="preserve"> کند.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هٔ</w:t>
      </w:r>
      <w:r w:rsidRPr="00FE0E57">
        <w:rPr>
          <w:rFonts w:ascii="Tahoma" w:hAnsi="Tahoma" w:cs="Tahoma"/>
          <w:rtl/>
        </w:rPr>
        <w:t xml:space="preserve"> دوم،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 که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را مجموعه‌ا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واحدها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شهرها، روستاها، 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کشاورز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راه‌ها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تجار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و خواهان ثبات، حساب‌رس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جلوگ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دست‌انداز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خودسرانهٔ قشون بود.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جهانشاه</w:t>
      </w:r>
      <w:r w:rsidRPr="00FE0E57">
        <w:rPr>
          <w:rFonts w:ascii="Tahoma" w:hAnsi="Tahoma" w:cs="Tahoma"/>
          <w:rtl/>
        </w:rPr>
        <w:t xml:space="preserve">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چ‌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دو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</w:t>
      </w:r>
      <w:r w:rsidRPr="00FE0E57">
        <w:rPr>
          <w:rFonts w:ascii="Tahoma" w:hAnsi="Tahoma" w:cs="Tahoma"/>
          <w:rtl/>
        </w:rPr>
        <w:t xml:space="preserve"> را کنار بگذارد. بدون قشون، توان فتح و دفاع نداشت و بدون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وان،</w:t>
      </w:r>
      <w:r w:rsidRPr="00FE0E57">
        <w:rPr>
          <w:rFonts w:ascii="Tahoma" w:hAnsi="Tahoma" w:cs="Tahoma"/>
          <w:rtl/>
        </w:rPr>
        <w:t xml:space="preserve">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هز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نهٔ</w:t>
      </w:r>
      <w:r w:rsidRPr="00FE0E57">
        <w:rPr>
          <w:rFonts w:ascii="Tahoma" w:hAnsi="Tahoma" w:cs="Tahoma"/>
          <w:rtl/>
        </w:rPr>
        <w:t xml:space="preserve"> همان قشون را تأم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کند. ناچار بود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را با واگذار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حکومت نواح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راض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نگه دارد، اما هر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در ناح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قدرت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گرفت،</w:t>
      </w:r>
      <w:r w:rsidRPr="00FE0E57">
        <w:rPr>
          <w:rFonts w:ascii="Tahoma" w:hAnsi="Tahoma" w:cs="Tahoma"/>
          <w:rtl/>
        </w:rPr>
        <w:t xml:space="preserve"> ممکن بود آ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را ملک شخص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خود بشمارد. همچن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ناچار بود پسران خود را به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شهرها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مهم بفرستد، اما هم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پسران پس از دست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قشون و درآمد محل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به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بان</w:t>
      </w:r>
      <w:r w:rsidRPr="00FE0E57">
        <w:rPr>
          <w:rFonts w:ascii="Tahoma" w:hAnsi="Tahoma" w:cs="Tahoma"/>
          <w:rtl/>
        </w:rPr>
        <w:t xml:space="preserve"> پدر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شدند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در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ساختار، کشور هنوز از دستگاه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مستقل از خاندان فرمانروا برخوردار نبود. قلمرو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شاهزادگان تقس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</w:t>
      </w:r>
      <w:r w:rsidRPr="00FE0E57">
        <w:rPr>
          <w:rFonts w:ascii="Tahoma" w:hAnsi="Tahoma" w:cs="Tahoma"/>
          <w:rtl/>
        </w:rPr>
        <w:t xml:space="preserve"> و هر شاهزاده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حکومت ناح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هٔ</w:t>
      </w:r>
      <w:r w:rsidRPr="00FE0E57">
        <w:rPr>
          <w:rFonts w:ascii="Tahoma" w:hAnsi="Tahoma" w:cs="Tahoma"/>
          <w:rtl/>
        </w:rPr>
        <w:t xml:space="preserve"> خود را مقدمه‌ا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تصرف سراسر کشور بداند. شورش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ربوداق،</w:t>
      </w:r>
      <w:r w:rsidRPr="00FE0E57">
        <w:rPr>
          <w:rFonts w:ascii="Tahoma" w:hAnsi="Tahoma" w:cs="Tahoma"/>
          <w:rtl/>
        </w:rPr>
        <w:t xml:space="preserve"> پسر جهانشاه،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روشن‌تر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نمونه‌ها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وضع بود.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ربوداق</w:t>
      </w:r>
      <w:r w:rsidRPr="00FE0E57">
        <w:rPr>
          <w:rFonts w:ascii="Tahoma" w:hAnsi="Tahoma" w:cs="Tahoma"/>
          <w:rtl/>
        </w:rPr>
        <w:t xml:space="preserve"> که در فارس و سپس بغداد قدرت گرفته بود، حاضر نبود تنها کارگزار پدر باق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بماند. جهانشاه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فرونشاندن او ناچار شد بغداد را محاصره کند و سرانجام در سال </w:t>
      </w:r>
      <w:r w:rsidRPr="00FE0E57">
        <w:rPr>
          <w:rFonts w:ascii="Tahoma" w:hAnsi="Tahoma" w:cs="Tahoma"/>
          <w:rtl/>
          <w:lang w:bidi="fa-IR"/>
        </w:rPr>
        <w:t>۱۴۶۶</w:t>
      </w:r>
      <w:r w:rsidRPr="00FE0E57">
        <w:rPr>
          <w:rFonts w:ascii="Tahoma" w:hAnsi="Tahoma" w:cs="Tahoma"/>
          <w:rtl/>
        </w:rPr>
        <w:t xml:space="preserve"> فرمان قتل پسرش را بدهد.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قتل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ربوداق</w:t>
      </w:r>
      <w:r w:rsidRPr="00FE0E57">
        <w:rPr>
          <w:rFonts w:ascii="Tahoma" w:hAnsi="Tahoma" w:cs="Tahoma"/>
          <w:rtl/>
        </w:rPr>
        <w:t xml:space="preserve"> مسئلهٔ جانش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حل نکرد؛ تنها نشان داد که فرمانروا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حفظ وحدت حکومت تا کجا ناچار به خشونت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شود</w:t>
      </w:r>
      <w:r w:rsidRPr="00FE0E57">
        <w:rPr>
          <w:rFonts w:ascii="Tahoma" w:hAnsi="Tahoma" w:cs="Tahoma"/>
          <w:rtl/>
        </w:rPr>
        <w:t>. در حکومت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مرز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دارا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خاندان و قلمرو کشور روشن نبود، هر پسر فرمانروا هم وارث بود و هم خطر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بالقوه. پدر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ادارهٔ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به فرزندانش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از</w:t>
      </w:r>
      <w:r w:rsidRPr="00FE0E57">
        <w:rPr>
          <w:rFonts w:ascii="Tahoma" w:hAnsi="Tahoma" w:cs="Tahoma"/>
          <w:rtl/>
        </w:rPr>
        <w:t xml:space="preserve"> داشت، اما هر منصب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به آنان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داد،</w:t>
      </w:r>
      <w:r w:rsidRPr="00FE0E57">
        <w:rPr>
          <w:rFonts w:ascii="Tahoma" w:hAnsi="Tahoma" w:cs="Tahoma"/>
          <w:rtl/>
        </w:rPr>
        <w:t xml:space="preserve"> وس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لهٔ</w:t>
      </w:r>
      <w:r w:rsidRPr="00FE0E57">
        <w:rPr>
          <w:rFonts w:ascii="Tahoma" w:hAnsi="Tahoma" w:cs="Tahoma"/>
          <w:rtl/>
        </w:rPr>
        <w:t xml:space="preserve"> شورش آ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نده</w:t>
      </w:r>
      <w:r w:rsidRPr="00FE0E57">
        <w:rPr>
          <w:rFonts w:ascii="Tahoma" w:hAnsi="Tahoma" w:cs="Tahoma"/>
          <w:rtl/>
        </w:rPr>
        <w:t xml:space="preserve"> را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در اخت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ارشان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گذاشت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26"/>
          <w:rtl/>
        </w:rPr>
        <w:t>جهانشاه</w:t>
      </w:r>
      <w:r w:rsidRPr="00FE0E57">
        <w:rPr>
          <w:rFonts w:ascii="Tahoma" w:hAnsi="Tahoma" w:cs="Tahoma"/>
          <w:b/>
          <w:sz w:val="26"/>
          <w:rtl/>
        </w:rPr>
        <w:t xml:space="preserve"> در هرات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اوج</w:t>
      </w:r>
      <w:r w:rsidRPr="00FE0E57">
        <w:rPr>
          <w:rFonts w:ascii="Tahoma" w:hAnsi="Tahoma" w:cs="Tahoma"/>
          <w:rtl/>
        </w:rPr>
        <w:t xml:space="preserve"> قدرت جهانشاه هنگام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 که آشفتگ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در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او را به خراسان کشاند. در سال </w:t>
      </w:r>
      <w:r w:rsidRPr="00FE0E57">
        <w:rPr>
          <w:rFonts w:ascii="Tahoma" w:hAnsi="Tahoma" w:cs="Tahoma"/>
          <w:rtl/>
          <w:lang w:bidi="fa-IR"/>
        </w:rPr>
        <w:t>۱۴۵۸</w:t>
      </w:r>
      <w:r w:rsidRPr="00FE0E57">
        <w:rPr>
          <w:rFonts w:ascii="Tahoma" w:hAnsi="Tahoma" w:cs="Tahoma"/>
          <w:rtl/>
        </w:rPr>
        <w:t xml:space="preserve"> سپاه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وارد هرات شد؛ شهر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مرکز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شاهرخ و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مهم‌تر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کانون‌ها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فرهنگ، هنر و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وان‌سالار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بود. ورود جهانشاه به هرات معنا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فراتر از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داشت.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که زمان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 پشت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شاهرخ بر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مسلط شده بود، اکنون در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تخت</w:t>
      </w:r>
      <w:r w:rsidRPr="00FE0E57">
        <w:rPr>
          <w:rFonts w:ascii="Tahoma" w:hAnsi="Tahoma" w:cs="Tahoma"/>
          <w:rtl/>
        </w:rPr>
        <w:t xml:space="preserve"> همان خاندان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نشست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اما</w:t>
      </w:r>
      <w:r w:rsidRPr="00FE0E57">
        <w:rPr>
          <w:rFonts w:ascii="Tahoma" w:hAnsi="Tahoma" w:cs="Tahoma"/>
          <w:rtl/>
        </w:rPr>
        <w:t xml:space="preserve"> جهانشاه نتوانست هرات را نگاه دارد. قلمرو او 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از اندازه گسترده شده بود، پسران و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رانش</w:t>
      </w:r>
      <w:r w:rsidRPr="00FE0E57">
        <w:rPr>
          <w:rFonts w:ascii="Tahoma" w:hAnsi="Tahoma" w:cs="Tahoma"/>
          <w:rtl/>
        </w:rPr>
        <w:t xml:space="preserve"> در غرب سر به نافرمان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برداشته بودند و ابوسع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بازپس‌گ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خراسان آماده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</w:t>
      </w:r>
      <w:r w:rsidRPr="00FE0E57">
        <w:rPr>
          <w:rFonts w:ascii="Tahoma" w:hAnsi="Tahoma" w:cs="Tahoma"/>
          <w:rtl/>
        </w:rPr>
        <w:t>. جهانشاه با ابوسع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به توافق رس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و به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بازگشت.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عقب‌نش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نشان داد که فتح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شهر با ادارهٔ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دار</w:t>
      </w:r>
      <w:r w:rsidRPr="00FE0E57">
        <w:rPr>
          <w:rFonts w:ascii="Tahoma" w:hAnsi="Tahoma" w:cs="Tahoma"/>
          <w:rtl/>
        </w:rPr>
        <w:t xml:space="preserve"> آن تفاوت دارد. قشون ترکمان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فاصلهٔ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تا هرات را بپ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و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بان</w:t>
      </w:r>
      <w:r w:rsidRPr="00FE0E57">
        <w:rPr>
          <w:rFonts w:ascii="Tahoma" w:hAnsi="Tahoma" w:cs="Tahoma"/>
          <w:rtl/>
        </w:rPr>
        <w:t xml:space="preserve"> را شکست دهد، اما حکومت هم‌زمان بر خراسان،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جان،</w:t>
      </w:r>
      <w:r w:rsidRPr="00FE0E57">
        <w:rPr>
          <w:rFonts w:ascii="Tahoma" w:hAnsi="Tahoma" w:cs="Tahoma"/>
          <w:rtl/>
        </w:rPr>
        <w:t xml:space="preserve"> عراق و فارس به سازمان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از</w:t>
      </w:r>
      <w:r w:rsidRPr="00FE0E57">
        <w:rPr>
          <w:rFonts w:ascii="Tahoma" w:hAnsi="Tahoma" w:cs="Tahoma"/>
          <w:rtl/>
        </w:rPr>
        <w:t xml:space="preserve"> داشت که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هنوز پد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اورده</w:t>
      </w:r>
      <w:r w:rsidRPr="00FE0E57">
        <w:rPr>
          <w:rFonts w:ascii="Tahoma" w:hAnsi="Tahoma" w:cs="Tahoma"/>
          <w:rtl/>
        </w:rPr>
        <w:t xml:space="preserve"> بودند.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باا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ن‌همه،</w:t>
      </w:r>
      <w:r w:rsidRPr="00FE0E57">
        <w:rPr>
          <w:rFonts w:ascii="Tahoma" w:hAnsi="Tahoma" w:cs="Tahoma"/>
          <w:rtl/>
        </w:rPr>
        <w:t xml:space="preserve"> هم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حضور کوتاه در هرات گو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دگرگون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بزرگ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بود. قدرت از خاندان‌ها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مغول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تازه منتقل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</w:t>
      </w:r>
      <w:r w:rsidRPr="00FE0E57">
        <w:rPr>
          <w:rFonts w:ascii="Tahoma" w:hAnsi="Tahoma" w:cs="Tahoma"/>
          <w:rtl/>
        </w:rPr>
        <w:t>.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نسب چنگ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شرط قطع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نبود و اقتدار نظام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تصرف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تخت‌ها</w:t>
      </w:r>
      <w:r w:rsidRPr="00FE0E57">
        <w:rPr>
          <w:rFonts w:ascii="Tahoma" w:hAnsi="Tahoma" w:cs="Tahoma"/>
          <w:rtl/>
        </w:rPr>
        <w:t xml:space="preserve"> و بهره‌گ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خاندان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تازه را در </w:t>
      </w:r>
      <w:r w:rsidRPr="00FE0E57">
        <w:rPr>
          <w:rFonts w:ascii="Tahoma" w:hAnsi="Tahoma" w:cs="Tahoma" w:hint="eastAsia"/>
          <w:rtl/>
        </w:rPr>
        <w:t>مقام</w:t>
      </w:r>
      <w:r w:rsidRPr="00FE0E57">
        <w:rPr>
          <w:rFonts w:ascii="Tahoma" w:hAnsi="Tahoma" w:cs="Tahoma"/>
          <w:rtl/>
        </w:rPr>
        <w:t xml:space="preserve"> پادشاه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بنشاند.</w:t>
      </w:r>
    </w:p>
    <w:p w:rsidR="00FE0E57" w:rsidRPr="00FE0E57" w:rsidRDefault="00FE0E57" w:rsidP="00FE0E57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26"/>
          <w:rtl/>
        </w:rPr>
        <w:t>شهر،</w:t>
      </w:r>
      <w:r w:rsidRPr="00FE0E57">
        <w:rPr>
          <w:rFonts w:ascii="Tahoma" w:hAnsi="Tahoma" w:cs="Tahoma"/>
          <w:b/>
          <w:sz w:val="26"/>
          <w:rtl/>
        </w:rPr>
        <w:t xml:space="preserve"> فرهنگ و بن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ادها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/>
          <w:b/>
          <w:sz w:val="26"/>
          <w:rtl/>
        </w:rPr>
        <w:t xml:space="preserve"> د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ن</w:t>
      </w:r>
      <w:r w:rsidRPr="00FE0E57">
        <w:rPr>
          <w:rFonts w:ascii="Tahoma" w:hAnsi="Tahoma" w:cs="Tahoma" w:hint="cs"/>
          <w:b/>
          <w:sz w:val="26"/>
          <w:rtl/>
        </w:rPr>
        <w:t>ی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جهانشاه</w:t>
      </w:r>
      <w:r w:rsidRPr="00FE0E57">
        <w:rPr>
          <w:rFonts w:ascii="Tahoma" w:hAnsi="Tahoma" w:cs="Tahoma"/>
          <w:rtl/>
        </w:rPr>
        <w:t xml:space="preserve"> تنها فرمانده‌ا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نبود. او در مح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ط</w:t>
      </w:r>
      <w:r w:rsidRPr="00FE0E57">
        <w:rPr>
          <w:rFonts w:ascii="Tahoma" w:hAnsi="Tahoma" w:cs="Tahoma"/>
          <w:rtl/>
        </w:rPr>
        <w:t xml:space="preserve"> فرهنگ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جذب شد، شعر فارس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سرود</w:t>
      </w:r>
      <w:r w:rsidRPr="00FE0E57">
        <w:rPr>
          <w:rFonts w:ascii="Tahoma" w:hAnsi="Tahoma" w:cs="Tahoma"/>
          <w:rtl/>
        </w:rPr>
        <w:t xml:space="preserve"> و تخلص «حق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»</w:t>
      </w:r>
      <w:r w:rsidRPr="00FE0E57">
        <w:rPr>
          <w:rFonts w:ascii="Tahoma" w:hAnsi="Tahoma" w:cs="Tahoma"/>
          <w:rtl/>
        </w:rPr>
        <w:t xml:space="preserve"> را برگز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ده</w:t>
      </w:r>
      <w:r w:rsidRPr="00FE0E57">
        <w:rPr>
          <w:rFonts w:ascii="Tahoma" w:hAnsi="Tahoma" w:cs="Tahoma"/>
          <w:rtl/>
        </w:rPr>
        <w:t xml:space="preserve"> بود. دربار او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از دب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ران،</w:t>
      </w:r>
      <w:r w:rsidRPr="00FE0E57">
        <w:rPr>
          <w:rFonts w:ascii="Tahoma" w:hAnsi="Tahoma" w:cs="Tahoma"/>
          <w:rtl/>
        </w:rPr>
        <w:t xml:space="preserve"> شاعران، هنرمندان و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نکاران</w:t>
      </w:r>
      <w:r w:rsidRPr="00FE0E57">
        <w:rPr>
          <w:rFonts w:ascii="Tahoma" w:hAnsi="Tahoma" w:cs="Tahoma"/>
          <w:rtl/>
        </w:rPr>
        <w:t xml:space="preserve"> بهره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گرفت</w:t>
      </w:r>
      <w:r w:rsidRPr="00FE0E57">
        <w:rPr>
          <w:rFonts w:ascii="Tahoma" w:hAnsi="Tahoma" w:cs="Tahoma"/>
          <w:rtl/>
        </w:rPr>
        <w:t>.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امر را نبا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صرفاً علاقه‌ا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شخص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ادب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ات</w:t>
      </w:r>
      <w:r w:rsidRPr="00FE0E57">
        <w:rPr>
          <w:rFonts w:ascii="Tahoma" w:hAnsi="Tahoma" w:cs="Tahoma"/>
          <w:rtl/>
        </w:rPr>
        <w:t xml:space="preserve"> دانست.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بر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>ران به پذ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رفتن</w:t>
      </w:r>
      <w:r w:rsidRPr="00FE0E57">
        <w:rPr>
          <w:rFonts w:ascii="Tahoma" w:hAnsi="Tahoma" w:cs="Tahoma"/>
          <w:rtl/>
        </w:rPr>
        <w:t xml:space="preserve"> زبان و آداب پادشاه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از</w:t>
      </w:r>
      <w:r w:rsidRPr="00FE0E57">
        <w:rPr>
          <w:rFonts w:ascii="Tahoma" w:hAnsi="Tahoma" w:cs="Tahoma"/>
          <w:rtl/>
        </w:rPr>
        <w:t xml:space="preserve"> داشت. قشون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حکومت را به دست آورد، اما فرهنگ دربار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آن را در چشم جامعه قابل‌شناسا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و پذ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رفتن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کرد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برجسته‌تر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ادگار</w:t>
      </w:r>
      <w:r w:rsidRPr="00FE0E57">
        <w:rPr>
          <w:rFonts w:ascii="Tahoma" w:hAnsi="Tahoma" w:cs="Tahoma"/>
          <w:rtl/>
        </w:rPr>
        <w:t xml:space="preserve"> دوران او مسجد کبود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و مجموعهٔ وابسته به آن بود که در منابع «عمارت مظفر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ه»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نام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ده</w:t>
      </w:r>
      <w:r w:rsidRPr="00FE0E57">
        <w:rPr>
          <w:rFonts w:ascii="Tahoma" w:hAnsi="Tahoma" w:cs="Tahoma"/>
          <w:rtl/>
        </w:rPr>
        <w:t xml:space="preserve"> شده است. خاتون‌جان‌ب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گم،</w:t>
      </w:r>
      <w:r w:rsidRPr="00FE0E57">
        <w:rPr>
          <w:rFonts w:ascii="Tahoma" w:hAnsi="Tahoma" w:cs="Tahoma"/>
          <w:rtl/>
        </w:rPr>
        <w:t xml:space="preserve"> همسر جهانشاه، در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جاد</w:t>
      </w:r>
      <w:r w:rsidRPr="00FE0E57">
        <w:rPr>
          <w:rFonts w:ascii="Tahoma" w:hAnsi="Tahoma" w:cs="Tahoma"/>
          <w:rtl/>
        </w:rPr>
        <w:t xml:space="preserve"> موقوفات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مجموعه نقش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اساس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داشت. بنا تنها مسجد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عبادت نبود؛ آرامگاه، خانقاه، باغ، قنات و اح</w:t>
      </w:r>
      <w:r w:rsidRPr="00FE0E57">
        <w:rPr>
          <w:rFonts w:ascii="Tahoma" w:hAnsi="Tahoma" w:cs="Tahoma" w:hint="eastAsia"/>
          <w:rtl/>
        </w:rPr>
        <w:t>تمالاً</w:t>
      </w:r>
      <w:r w:rsidRPr="00FE0E57">
        <w:rPr>
          <w:rFonts w:ascii="Tahoma" w:hAnsi="Tahoma" w:cs="Tahoma"/>
          <w:rtl/>
        </w:rPr>
        <w:t xml:space="preserve"> مدرسه و حمام را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در بر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گرفت</w:t>
      </w:r>
      <w:r w:rsidRPr="00FE0E57">
        <w:rPr>
          <w:rFonts w:ascii="Tahoma" w:hAnsi="Tahoma" w:cs="Tahoma"/>
          <w:rtl/>
        </w:rPr>
        <w:t xml:space="preserve"> و بازار مجاور آن درآمد لازم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نگهدار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مجموعه را فراهم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کرد</w:t>
      </w:r>
      <w:r w:rsidRPr="00FE0E57">
        <w:rPr>
          <w:rFonts w:ascii="Tahoma" w:hAnsi="Tahoma" w:cs="Tahoma"/>
          <w:rtl/>
        </w:rPr>
        <w:t>. در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نجا</w:t>
      </w:r>
      <w:r w:rsidRPr="00FE0E57">
        <w:rPr>
          <w:rFonts w:ascii="Tahoma" w:hAnsi="Tahoma" w:cs="Tahoma"/>
          <w:rtl/>
        </w:rPr>
        <w:t xml:space="preserve"> حکومت،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ن،</w:t>
      </w:r>
      <w:r w:rsidRPr="00FE0E57">
        <w:rPr>
          <w:rFonts w:ascii="Tahoma" w:hAnsi="Tahoma" w:cs="Tahoma"/>
          <w:rtl/>
        </w:rPr>
        <w:t xml:space="preserve"> تجارت، معمار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ادمان</w:t>
      </w:r>
      <w:r w:rsidRPr="00FE0E57">
        <w:rPr>
          <w:rFonts w:ascii="Tahoma" w:hAnsi="Tahoma" w:cs="Tahoma"/>
          <w:rtl/>
        </w:rPr>
        <w:t xml:space="preserve"> خانوادگ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/>
          <w:rtl/>
        </w:rPr>
        <w:t xml:space="preserve"> بن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اد</w:t>
      </w:r>
      <w:r w:rsidRPr="00FE0E57">
        <w:rPr>
          <w:rFonts w:ascii="Tahoma" w:hAnsi="Tahoma" w:cs="Tahoma"/>
          <w:rtl/>
        </w:rPr>
        <w:t xml:space="preserve"> به هم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وستند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وقف،</w:t>
      </w:r>
      <w:r w:rsidRPr="00FE0E57">
        <w:rPr>
          <w:rFonts w:ascii="Tahoma" w:hAnsi="Tahoma" w:cs="Tahoma"/>
          <w:rtl/>
        </w:rPr>
        <w:t xml:space="preserve"> ثروت بازار و 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را به نهاد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عموم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منتقل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کرد،</w:t>
      </w:r>
      <w:r w:rsidRPr="00FE0E57">
        <w:rPr>
          <w:rFonts w:ascii="Tahoma" w:hAnsi="Tahoma" w:cs="Tahoma"/>
          <w:rtl/>
        </w:rPr>
        <w:t xml:space="preserve"> اما هم‌زمان نام خاندان فرمانروا را در شهر ماندگار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ساخت</w:t>
      </w:r>
      <w:r w:rsidRPr="00FE0E57">
        <w:rPr>
          <w:rFonts w:ascii="Tahoma" w:hAnsi="Tahoma" w:cs="Tahoma"/>
          <w:rtl/>
        </w:rPr>
        <w:t>. مجموعه‌ا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دست، هم نشانهٔ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بود، هم وس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لهٔ</w:t>
      </w:r>
      <w:r w:rsidRPr="00FE0E57">
        <w:rPr>
          <w:rFonts w:ascii="Tahoma" w:hAnsi="Tahoma" w:cs="Tahoma"/>
          <w:rtl/>
        </w:rPr>
        <w:t xml:space="preserve"> نما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قدرت و هم راه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وند</w:t>
      </w:r>
      <w:r w:rsidRPr="00FE0E57">
        <w:rPr>
          <w:rFonts w:ascii="Tahoma" w:hAnsi="Tahoma" w:cs="Tahoma"/>
          <w:rtl/>
        </w:rPr>
        <w:t xml:space="preserve"> دادن خاندان ترکمان با جامعهٔ شهر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>. کاش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کار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معمار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آن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از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وند</w:t>
      </w:r>
      <w:r w:rsidRPr="00FE0E57">
        <w:rPr>
          <w:rFonts w:ascii="Tahoma" w:hAnsi="Tahoma" w:cs="Tahoma"/>
          <w:rtl/>
        </w:rPr>
        <w:t xml:space="preserve"> سنت‌ها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هنر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با دستاوردها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خراسان 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مور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 جهان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رامون</w:t>
      </w:r>
      <w:r w:rsidRPr="00FE0E57">
        <w:rPr>
          <w:rFonts w:ascii="Tahoma" w:hAnsi="Tahoma" w:cs="Tahoma"/>
          <w:rtl/>
        </w:rPr>
        <w:t xml:space="preserve"> حکا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</w:t>
      </w:r>
      <w:r w:rsidRPr="00FE0E57">
        <w:rPr>
          <w:rFonts w:ascii="Tahoma" w:hAnsi="Tahoma" w:cs="Tahoma"/>
          <w:rtl/>
        </w:rPr>
        <w:t xml:space="preserve"> داشت.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تخت</w:t>
      </w:r>
      <w:r w:rsidRPr="00FE0E57">
        <w:rPr>
          <w:rFonts w:ascii="Tahoma" w:hAnsi="Tahoma" w:cs="Tahoma"/>
          <w:rtl/>
        </w:rPr>
        <w:t xml:space="preserve"> ترکمانان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تنها اردوگاه قشون نبود؛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خواست</w:t>
      </w:r>
      <w:r w:rsidRPr="00FE0E57">
        <w:rPr>
          <w:rFonts w:ascii="Tahoma" w:hAnsi="Tahoma" w:cs="Tahoma"/>
          <w:rtl/>
        </w:rPr>
        <w:t xml:space="preserve"> خود را مرکز هنر،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و کشوردار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نشان دهد.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دربارهٔ</w:t>
      </w:r>
      <w:r w:rsidRPr="00FE0E57">
        <w:rPr>
          <w:rFonts w:ascii="Tahoma" w:hAnsi="Tahoma" w:cs="Tahoma"/>
          <w:rtl/>
        </w:rPr>
        <w:t xml:space="preserve"> گرا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جهانشاه و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با احت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اط</w:t>
      </w:r>
      <w:r w:rsidRPr="00FE0E57">
        <w:rPr>
          <w:rFonts w:ascii="Tahoma" w:hAnsi="Tahoma" w:cs="Tahoma"/>
          <w:rtl/>
        </w:rPr>
        <w:t xml:space="preserve"> سخن گفت. در دربار و جامعهٔ آنان نشانه‌ها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از گرا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و ارادت 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ده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شد،</w:t>
      </w:r>
      <w:r w:rsidRPr="00FE0E57">
        <w:rPr>
          <w:rFonts w:ascii="Tahoma" w:hAnsi="Tahoma" w:cs="Tahoma"/>
          <w:rtl/>
        </w:rPr>
        <w:t xml:space="preserve"> اما نم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</w:t>
      </w:r>
      <w:r w:rsidRPr="00FE0E57">
        <w:rPr>
          <w:rFonts w:ascii="Tahoma" w:hAnsi="Tahoma" w:cs="Tahoma"/>
          <w:rtl/>
        </w:rPr>
        <w:t xml:space="preserve"> حکومتشان را با دولت 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عهٔ</w:t>
      </w:r>
      <w:r w:rsidRPr="00FE0E57">
        <w:rPr>
          <w:rFonts w:ascii="Tahoma" w:hAnsi="Tahoma" w:cs="Tahoma"/>
          <w:rtl/>
        </w:rPr>
        <w:t xml:space="preserve"> دوازده‌امام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صفو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کسان</w:t>
      </w:r>
      <w:r w:rsidRPr="00FE0E57">
        <w:rPr>
          <w:rFonts w:ascii="Tahoma" w:hAnsi="Tahoma" w:cs="Tahoma"/>
          <w:rtl/>
        </w:rPr>
        <w:t xml:space="preserve"> دانست. مرزها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مذهب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در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دوره هنوز به صراحت عصر صفو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نبو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>. سنت‌ها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سن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گرا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تصوف و آ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 w:hint="eastAsia"/>
          <w:rtl/>
        </w:rPr>
        <w:t>ن‌ها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عام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انه</w:t>
      </w:r>
      <w:r w:rsidRPr="00FE0E57">
        <w:rPr>
          <w:rFonts w:ascii="Tahoma" w:hAnsi="Tahoma" w:cs="Tahoma"/>
          <w:rtl/>
        </w:rPr>
        <w:t xml:space="preserve"> در کنار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حضور داشتند و فرمانروا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توانست</w:t>
      </w:r>
      <w:r w:rsidRPr="00FE0E57">
        <w:rPr>
          <w:rFonts w:ascii="Tahoma" w:hAnsi="Tahoma" w:cs="Tahoma"/>
          <w:rtl/>
        </w:rPr>
        <w:t xml:space="preserve">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جلب گروه‌ها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مختلف از زبان‌ها و نمادها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متفاوت استفاده کند. رسم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شدن</w:t>
      </w:r>
      <w:r w:rsidRPr="00FE0E57">
        <w:rPr>
          <w:rFonts w:ascii="Tahoma" w:hAnsi="Tahoma" w:cs="Tahoma"/>
          <w:rtl/>
        </w:rPr>
        <w:t xml:space="preserve"> تش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ع</w:t>
      </w:r>
      <w:r w:rsidRPr="00FE0E57">
        <w:rPr>
          <w:rFonts w:ascii="Tahoma" w:hAnsi="Tahoma" w:cs="Tahoma"/>
          <w:rtl/>
        </w:rPr>
        <w:t xml:space="preserve"> دوازده‌امام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،</w:t>
      </w:r>
      <w:r w:rsidRPr="00FE0E57">
        <w:rPr>
          <w:rFonts w:ascii="Tahoma" w:hAnsi="Tahoma" w:cs="Tahoma"/>
          <w:rtl/>
        </w:rPr>
        <w:t xml:space="preserve"> که بعدها به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دولت صفو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شد، هنوز ر</w:t>
      </w:r>
      <w:r w:rsidRPr="00FE0E57">
        <w:rPr>
          <w:rFonts w:ascii="Tahoma" w:hAnsi="Tahoma" w:cs="Tahoma" w:hint="eastAsia"/>
          <w:rtl/>
        </w:rPr>
        <w:t>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نداده بود.</w:t>
      </w:r>
    </w:p>
    <w:p w:rsidR="00FE0E57" w:rsidRPr="00FE0E57" w:rsidRDefault="00FE0E57" w:rsidP="00FE0E57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FE0E57">
        <w:rPr>
          <w:rFonts w:ascii="Tahoma" w:hAnsi="Tahoma" w:cs="Tahoma" w:hint="eastAsia"/>
          <w:b/>
          <w:sz w:val="26"/>
          <w:rtl/>
        </w:rPr>
        <w:t>ناتوان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/>
          <w:b/>
          <w:sz w:val="26"/>
          <w:rtl/>
        </w:rPr>
        <w:t xml:space="preserve"> دولت در مهار اتحاد</w:t>
      </w:r>
      <w:r w:rsidRPr="00FE0E57">
        <w:rPr>
          <w:rFonts w:ascii="Tahoma" w:hAnsi="Tahoma" w:cs="Tahoma" w:hint="cs"/>
          <w:b/>
          <w:sz w:val="26"/>
          <w:rtl/>
        </w:rPr>
        <w:t>ی</w:t>
      </w:r>
      <w:r w:rsidRPr="00FE0E57">
        <w:rPr>
          <w:rFonts w:ascii="Tahoma" w:hAnsi="Tahoma" w:cs="Tahoma" w:hint="eastAsia"/>
          <w:b/>
          <w:sz w:val="26"/>
          <w:rtl/>
        </w:rPr>
        <w:t>ه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در</w:t>
      </w:r>
      <w:r w:rsidRPr="00FE0E57">
        <w:rPr>
          <w:rFonts w:ascii="Tahoma" w:hAnsi="Tahoma" w:cs="Tahoma"/>
          <w:rtl/>
        </w:rPr>
        <w:t xml:space="preserve"> واپس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سال‌ها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جهانشاه، تضاد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گسترش قلمرو و ضعف سازمان حکومت آشکارتر شد. او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وس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در اخت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</w:t>
      </w:r>
      <w:r w:rsidRPr="00FE0E57">
        <w:rPr>
          <w:rFonts w:ascii="Tahoma" w:hAnsi="Tahoma" w:cs="Tahoma"/>
          <w:rtl/>
        </w:rPr>
        <w:t xml:space="preserve"> داشت، اما انسجام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سرزم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/>
          <w:rtl/>
        </w:rPr>
        <w:t xml:space="preserve"> از آنکه به نهادها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دار</w:t>
      </w:r>
      <w:r w:rsidRPr="00FE0E57">
        <w:rPr>
          <w:rFonts w:ascii="Tahoma" w:hAnsi="Tahoma" w:cs="Tahoma"/>
          <w:rtl/>
        </w:rPr>
        <w:t xml:space="preserve"> وابسته باشد، به شخص او و موازنه‌ا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شکننده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بستگ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داشت. سرکوب پسران، تغ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حاکمان و لشکرکش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دوردست، توان حکومت را فرسوده بود.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در</w:t>
      </w:r>
      <w:r w:rsidRPr="00FE0E57">
        <w:rPr>
          <w:rFonts w:ascii="Tahoma" w:hAnsi="Tahoma" w:cs="Tahoma"/>
          <w:rtl/>
        </w:rPr>
        <w:t xml:space="preserve"> غرب قلمرو او،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هٔ</w:t>
      </w:r>
      <w:r w:rsidRPr="00FE0E57">
        <w:rPr>
          <w:rFonts w:ascii="Tahoma" w:hAnsi="Tahoma" w:cs="Tahoma"/>
          <w:rtl/>
        </w:rPr>
        <w:t xml:space="preserve">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</w:t>
      </w:r>
      <w:r w:rsidRPr="00FE0E57">
        <w:rPr>
          <w:rFonts w:ascii="Tahoma" w:hAnsi="Tahoma" w:cs="Tahoma"/>
          <w:rtl/>
        </w:rPr>
        <w:t xml:space="preserve"> آق‌قو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به رهبر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اوزون‌حسن قدرت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گرفت</w:t>
      </w:r>
      <w:r w:rsidRPr="00FE0E57">
        <w:rPr>
          <w:rFonts w:ascii="Tahoma" w:hAnsi="Tahoma" w:cs="Tahoma"/>
          <w:rtl/>
        </w:rPr>
        <w:t>. مرکز نخست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قدرت آق‌قو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اربکر</w:t>
      </w:r>
      <w:r w:rsidRPr="00FE0E57">
        <w:rPr>
          <w:rFonts w:ascii="Tahoma" w:hAnsi="Tahoma" w:cs="Tahoma"/>
          <w:rtl/>
        </w:rPr>
        <w:t xml:space="preserve"> بود. آنها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ترکمان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بودند، اما اوزون‌حسن توانست طوا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ف</w:t>
      </w:r>
      <w:r w:rsidRPr="00FE0E57">
        <w:rPr>
          <w:rFonts w:ascii="Tahoma" w:hAnsi="Tahoma" w:cs="Tahoma"/>
          <w:rtl/>
        </w:rPr>
        <w:t xml:space="preserve"> وابسته را منظم‌تر کند و از رقابت‌ها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درون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بهره ببرد. جهانشاه </w:t>
      </w:r>
      <w:r w:rsidRPr="00FE0E57">
        <w:rPr>
          <w:rFonts w:ascii="Tahoma" w:hAnsi="Tahoma" w:cs="Tahoma" w:hint="eastAsia"/>
          <w:rtl/>
        </w:rPr>
        <w:t>خطر</w:t>
      </w:r>
      <w:r w:rsidRPr="00FE0E57">
        <w:rPr>
          <w:rFonts w:ascii="Tahoma" w:hAnsi="Tahoma" w:cs="Tahoma"/>
          <w:rtl/>
        </w:rPr>
        <w:t xml:space="preserve"> او را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شناخت،</w:t>
      </w:r>
      <w:r w:rsidRPr="00FE0E57">
        <w:rPr>
          <w:rFonts w:ascii="Tahoma" w:hAnsi="Tahoma" w:cs="Tahoma"/>
          <w:rtl/>
        </w:rPr>
        <w:t xml:space="preserve"> ول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شا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وسعت قلمرو و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روز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سبب شده بود توان رق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</w:t>
      </w:r>
      <w:r w:rsidRPr="00FE0E57">
        <w:rPr>
          <w:rFonts w:ascii="Tahoma" w:hAnsi="Tahoma" w:cs="Tahoma"/>
          <w:rtl/>
        </w:rPr>
        <w:t xml:space="preserve"> را کمتر از اندازهٔ واقع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ارز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کند.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در</w:t>
      </w:r>
      <w:r w:rsidRPr="00FE0E57">
        <w:rPr>
          <w:rFonts w:ascii="Tahoma" w:hAnsi="Tahoma" w:cs="Tahoma"/>
          <w:rtl/>
        </w:rPr>
        <w:t xml:space="preserve"> سال </w:t>
      </w:r>
      <w:r w:rsidRPr="00FE0E57">
        <w:rPr>
          <w:rFonts w:ascii="Tahoma" w:hAnsi="Tahoma" w:cs="Tahoma"/>
          <w:rtl/>
          <w:lang w:bidi="fa-IR"/>
        </w:rPr>
        <w:t>۱۴۶۷</w:t>
      </w:r>
      <w:r w:rsidRPr="00FE0E57">
        <w:rPr>
          <w:rFonts w:ascii="Tahoma" w:hAnsi="Tahoma" w:cs="Tahoma"/>
          <w:rtl/>
        </w:rPr>
        <w:t xml:space="preserve"> جهانشاه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بردن آق‌قو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به سو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قلمرو اوزون‌حسن حرکت کرد. فصل سرما فرارس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ده</w:t>
      </w:r>
      <w:r w:rsidRPr="00FE0E57">
        <w:rPr>
          <w:rFonts w:ascii="Tahoma" w:hAnsi="Tahoma" w:cs="Tahoma"/>
          <w:rtl/>
        </w:rPr>
        <w:t xml:space="preserve"> بود، حرکت سپاه کند شده بود و بخش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روها</w:t>
      </w:r>
      <w:r w:rsidRPr="00FE0E57">
        <w:rPr>
          <w:rFonts w:ascii="Tahoma" w:hAnsi="Tahoma" w:cs="Tahoma"/>
          <w:rtl/>
        </w:rPr>
        <w:t xml:space="preserve"> پراکنده شده بودند. اوزون‌حسن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فرصت بهره گرفت و سپاه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</w:t>
      </w:r>
      <w:r w:rsidRPr="00FE0E57">
        <w:rPr>
          <w:rFonts w:ascii="Tahoma" w:hAnsi="Tahoma" w:cs="Tahoma"/>
          <w:rtl/>
        </w:rPr>
        <w:t xml:space="preserve"> را غافلگ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کرد. جهانشاه شکست خورد و کشته شد. حکومت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ط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چند دهه از عراق تا مرزها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خراسان گسترش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افته</w:t>
      </w:r>
      <w:r w:rsidRPr="00FE0E57">
        <w:rPr>
          <w:rFonts w:ascii="Tahoma" w:hAnsi="Tahoma" w:cs="Tahoma"/>
          <w:rtl/>
        </w:rPr>
        <w:t xml:space="preserve"> بود، با مرگ فرمانروا به‌سرعت فروپاش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پسرش</w:t>
      </w:r>
      <w:r w:rsidRPr="00FE0E57">
        <w:rPr>
          <w:rFonts w:ascii="Tahoma" w:hAnsi="Tahoma" w:cs="Tahoma"/>
          <w:rtl/>
        </w:rPr>
        <w:t xml:space="preserve"> حسن‌عل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بقا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</w:t>
      </w:r>
      <w:r w:rsidRPr="00FE0E57">
        <w:rPr>
          <w:rFonts w:ascii="Tahoma" w:hAnsi="Tahoma" w:cs="Tahoma"/>
          <w:rtl/>
        </w:rPr>
        <w:t xml:space="preserve"> را گرد آورد، اما نتوانست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پراکنده و مدع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خانوادگ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ز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</w:t>
      </w:r>
      <w:r w:rsidRPr="00FE0E57">
        <w:rPr>
          <w:rFonts w:ascii="Tahoma" w:hAnsi="Tahoma" w:cs="Tahoma"/>
          <w:rtl/>
        </w:rPr>
        <w:t xml:space="preserve"> فرمان خود 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اورد</w:t>
      </w:r>
      <w:r w:rsidRPr="00FE0E57">
        <w:rPr>
          <w:rFonts w:ascii="Tahoma" w:hAnsi="Tahoma" w:cs="Tahoma"/>
          <w:rtl/>
        </w:rPr>
        <w:t>.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قشون بزرگ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ساخته و شهرها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ثروتمند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تصرف کرده بودند، اما دستگاه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اورده</w:t>
      </w:r>
      <w:r w:rsidRPr="00FE0E57">
        <w:rPr>
          <w:rFonts w:ascii="Tahoma" w:hAnsi="Tahoma" w:cs="Tahoma"/>
          <w:rtl/>
        </w:rPr>
        <w:t xml:space="preserve"> بودند که پس از مرگ فرمانروا مستقل از شخص او ع</w:t>
      </w:r>
      <w:r w:rsidRPr="00FE0E57">
        <w:rPr>
          <w:rFonts w:ascii="Tahoma" w:hAnsi="Tahoma" w:cs="Tahoma" w:hint="eastAsia"/>
          <w:rtl/>
        </w:rPr>
        <w:t>مل</w:t>
      </w:r>
      <w:r w:rsidRPr="00FE0E57">
        <w:rPr>
          <w:rFonts w:ascii="Tahoma" w:hAnsi="Tahoma" w:cs="Tahoma"/>
          <w:rtl/>
        </w:rPr>
        <w:t xml:space="preserve"> کند. بار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/>
          <w:rtl/>
        </w:rPr>
        <w:t xml:space="preserve"> روشن شد که کشورگشا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با کشوردار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ست</w:t>
      </w:r>
      <w:r w:rsidRPr="00FE0E57">
        <w:rPr>
          <w:rFonts w:ascii="Tahoma" w:hAnsi="Tahoma" w:cs="Tahoma"/>
          <w:rtl/>
        </w:rPr>
        <w:t>.</w:t>
      </w:r>
    </w:p>
    <w:p w:rsidR="00FE0E57" w:rsidRP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FE0E57">
        <w:rPr>
          <w:rFonts w:ascii="Tahoma" w:hAnsi="Tahoma" w:cs="Tahoma" w:hint="eastAsia"/>
          <w:rtl/>
        </w:rPr>
        <w:t>جهانشاه</w:t>
      </w:r>
      <w:r w:rsidRPr="00FE0E57">
        <w:rPr>
          <w:rFonts w:ascii="Tahoma" w:hAnsi="Tahoma" w:cs="Tahoma"/>
          <w:rtl/>
        </w:rPr>
        <w:t xml:space="preserve"> 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ک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رومندتر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ن</w:t>
      </w:r>
      <w:r w:rsidRPr="00FE0E57">
        <w:rPr>
          <w:rFonts w:ascii="Tahoma" w:hAnsi="Tahoma" w:cs="Tahoma"/>
          <w:rtl/>
        </w:rPr>
        <w:t xml:space="preserve"> فرمانروا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روزگار خود بود. به هرات وارد شد، بغداد و تبر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ز</w:t>
      </w:r>
      <w:r w:rsidRPr="00FE0E57">
        <w:rPr>
          <w:rFonts w:ascii="Tahoma" w:hAnsi="Tahoma" w:cs="Tahoma"/>
          <w:rtl/>
        </w:rPr>
        <w:t xml:space="preserve"> را در اخت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ار</w:t>
      </w:r>
      <w:r w:rsidRPr="00FE0E57">
        <w:rPr>
          <w:rFonts w:ascii="Tahoma" w:hAnsi="Tahoma" w:cs="Tahoma"/>
          <w:rtl/>
        </w:rPr>
        <w:t xml:space="preserve"> داشت، از هنر و معمار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پشت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بان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کرد و 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به پادشاه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کند. اما در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ان،</w:t>
      </w:r>
      <w:r w:rsidRPr="00FE0E57">
        <w:rPr>
          <w:rFonts w:ascii="Tahoma" w:hAnsi="Tahoma" w:cs="Tahoma"/>
          <w:rtl/>
        </w:rPr>
        <w:t xml:space="preserve"> همان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که او را به قدرت رسانده بود، مانع اس</w:t>
      </w:r>
      <w:r w:rsidRPr="00FE0E57">
        <w:rPr>
          <w:rFonts w:ascii="Tahoma" w:hAnsi="Tahoma" w:cs="Tahoma" w:hint="eastAsia"/>
          <w:rtl/>
        </w:rPr>
        <w:t>تقرار</w:t>
      </w:r>
      <w:r w:rsidRPr="00FE0E57">
        <w:rPr>
          <w:rFonts w:ascii="Tahoma" w:hAnsi="Tahoma" w:cs="Tahoma"/>
          <w:rtl/>
        </w:rPr>
        <w:t xml:space="preserve"> حکومت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دار</w:t>
      </w:r>
      <w:r w:rsidRPr="00FE0E57">
        <w:rPr>
          <w:rFonts w:ascii="Tahoma" w:hAnsi="Tahoma" w:cs="Tahoma"/>
          <w:rtl/>
        </w:rPr>
        <w:t xml:space="preserve"> شد. ام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فرمانروا را تا جا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پذ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رفتند</w:t>
      </w:r>
      <w:r w:rsidRPr="00FE0E57">
        <w:rPr>
          <w:rFonts w:ascii="Tahoma" w:hAnsi="Tahoma" w:cs="Tahoma"/>
          <w:rtl/>
        </w:rPr>
        <w:t xml:space="preserve"> که منافع و استقلالشان محفوظ بماند؛ شاهزادگان قلمروها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واگذارشده را حق موروث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خود م</w:t>
      </w:r>
      <w:r w:rsidRPr="00FE0E57">
        <w:rPr>
          <w:rFonts w:ascii="Tahoma" w:hAnsi="Tahoma" w:cs="Tahoma" w:hint="cs"/>
          <w:rtl/>
        </w:rPr>
        <w:t>ی‌</w:t>
      </w:r>
      <w:r w:rsidRPr="00FE0E57">
        <w:rPr>
          <w:rFonts w:ascii="Tahoma" w:hAnsi="Tahoma" w:cs="Tahoma" w:hint="eastAsia"/>
          <w:rtl/>
        </w:rPr>
        <w:t>دانستند؛</w:t>
      </w:r>
      <w:r w:rsidRPr="00FE0E57">
        <w:rPr>
          <w:rFonts w:ascii="Tahoma" w:hAnsi="Tahoma" w:cs="Tahoma"/>
          <w:rtl/>
        </w:rPr>
        <w:t xml:space="preserve"> و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/>
          <w:rtl/>
        </w:rPr>
        <w:t xml:space="preserve"> هنوز قدرت کاف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نداشت که قشون و خاندان سلطنت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تابع قانون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مشترک سازد.</w:t>
      </w:r>
    </w:p>
    <w:p w:rsidR="00FE0E57" w:rsidRDefault="00FE0E57" w:rsidP="00FE0E57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FE0E57">
        <w:rPr>
          <w:rFonts w:ascii="Tahoma" w:hAnsi="Tahoma" w:cs="Tahoma" w:hint="eastAsia"/>
          <w:rtl/>
        </w:rPr>
        <w:t>با</w:t>
      </w:r>
      <w:r w:rsidRPr="00FE0E57">
        <w:rPr>
          <w:rFonts w:ascii="Tahoma" w:hAnsi="Tahoma" w:cs="Tahoma"/>
          <w:rtl/>
        </w:rPr>
        <w:t xml:space="preserve"> شکست جهانشاه، آذربا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جان</w:t>
      </w:r>
      <w:r w:rsidRPr="00FE0E57">
        <w:rPr>
          <w:rFonts w:ascii="Tahoma" w:hAnsi="Tahoma" w:cs="Tahoma"/>
          <w:rtl/>
        </w:rPr>
        <w:t xml:space="preserve"> و بخش بزرگ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/>
          <w:rtl/>
        </w:rPr>
        <w:t xml:space="preserve"> غرب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دست اوزون‌حسن افتاد. آق‌قو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تنها جا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قره‌قو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ونلوها</w:t>
      </w:r>
      <w:r w:rsidRPr="00FE0E57">
        <w:rPr>
          <w:rFonts w:ascii="Tahoma" w:hAnsi="Tahoma" w:cs="Tahoma"/>
          <w:rtl/>
        </w:rPr>
        <w:t xml:space="preserve"> را نگرفتند. اوزون‌حسن کوش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د</w:t>
      </w:r>
      <w:r w:rsidRPr="00FE0E57">
        <w:rPr>
          <w:rFonts w:ascii="Tahoma" w:hAnsi="Tahoma" w:cs="Tahoma"/>
          <w:rtl/>
        </w:rPr>
        <w:t xml:space="preserve"> اتحاد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هٔ</w:t>
      </w:r>
      <w:r w:rsidRPr="00FE0E57">
        <w:rPr>
          <w:rFonts w:ascii="Tahoma" w:hAnsi="Tahoma" w:cs="Tahoma"/>
          <w:rtl/>
        </w:rPr>
        <w:t xml:space="preserve"> ترکمان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را به دولت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منظم‌تر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کند، مال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ات‌ها</w:t>
      </w:r>
      <w:r w:rsidRPr="00FE0E57">
        <w:rPr>
          <w:rFonts w:ascii="Tahoma" w:hAnsi="Tahoma" w:cs="Tahoma"/>
          <w:rtl/>
        </w:rPr>
        <w:t xml:space="preserve"> را قاعده‌مند سازد، با قدرت‌ها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اروپا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رابطه برقرار کند و خود را در برابر امپراتور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عثمان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به 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رو</w:t>
      </w:r>
      <w:r w:rsidRPr="00FE0E57">
        <w:rPr>
          <w:rFonts w:ascii="Tahoma" w:hAnsi="Tahoma" w:cs="Tahoma" w:hint="cs"/>
          <w:rtl/>
        </w:rPr>
        <w:t>یی</w:t>
      </w:r>
      <w:r w:rsidRPr="00FE0E57">
        <w:rPr>
          <w:rFonts w:ascii="Tahoma" w:hAnsi="Tahoma" w:cs="Tahoma"/>
          <w:rtl/>
        </w:rPr>
        <w:t xml:space="preserve"> بزرگ تبد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</w:t>
      </w:r>
      <w:r w:rsidRPr="00FE0E57">
        <w:rPr>
          <w:rFonts w:ascii="Tahoma" w:hAnsi="Tahoma" w:cs="Tahoma"/>
          <w:rtl/>
        </w:rPr>
        <w:t xml:space="preserve"> سازد. کوشش او مرحلهٔ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گر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از تلاش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رپا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آشت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دادن قشون قب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له‌ا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با د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وان</w:t>
      </w:r>
      <w:r w:rsidRPr="00FE0E57">
        <w:rPr>
          <w:rFonts w:ascii="Tahoma" w:hAnsi="Tahoma" w:cs="Tahoma"/>
          <w:rtl/>
        </w:rPr>
        <w:t xml:space="preserve"> 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ران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بود؛ تلاش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که سرانجام راه را برا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/>
          <w:rtl/>
        </w:rPr>
        <w:t xml:space="preserve"> برآمدن صفو</w:t>
      </w:r>
      <w:r w:rsidRPr="00FE0E57">
        <w:rPr>
          <w:rFonts w:ascii="Tahoma" w:hAnsi="Tahoma" w:cs="Tahoma" w:hint="cs"/>
          <w:rtl/>
        </w:rPr>
        <w:t>ی</w:t>
      </w:r>
      <w:r w:rsidRPr="00FE0E57">
        <w:rPr>
          <w:rFonts w:ascii="Tahoma" w:hAnsi="Tahoma" w:cs="Tahoma" w:hint="eastAsia"/>
          <w:rtl/>
        </w:rPr>
        <w:t>ان</w:t>
      </w:r>
      <w:r w:rsidRPr="00FE0E57">
        <w:rPr>
          <w:rFonts w:ascii="Tahoma" w:hAnsi="Tahoma" w:cs="Tahoma"/>
          <w:rtl/>
        </w:rPr>
        <w:t xml:space="preserve"> گشود.</w:t>
      </w:r>
    </w:p>
    <w:p w:rsidR="00573762" w:rsidRPr="00573762" w:rsidRDefault="00573762" w:rsidP="00573762">
      <w:pPr>
        <w:keepNext/>
        <w:bidi/>
        <w:spacing w:before="200" w:after="120" w:line="360" w:lineRule="auto"/>
        <w:jc w:val="center"/>
        <w:rPr>
          <w:rFonts w:ascii="Tahoma" w:hAnsi="Tahoma" w:cs="Tahoma"/>
        </w:rPr>
      </w:pPr>
      <w:r>
        <w:rPr>
          <w:rFonts w:cs="Calibri"/>
          <w:b/>
          <w:bCs/>
          <w:sz w:val="28"/>
          <w:szCs w:val="28"/>
          <w:rtl/>
        </w:rPr>
        <w:t>قسمت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دوم</w:t>
      </w:r>
      <w:r>
        <w:rPr>
          <w:b/>
          <w:sz w:val="28"/>
        </w:rPr>
        <w:t xml:space="preserve">: </w:t>
      </w:r>
      <w:r>
        <w:rPr>
          <w:rFonts w:cs="Calibri"/>
          <w:b/>
          <w:bCs/>
          <w:sz w:val="28"/>
          <w:szCs w:val="28"/>
          <w:rtl/>
        </w:rPr>
        <w:t>اوزون</w:t>
      </w:r>
      <w:r>
        <w:rPr>
          <w:b/>
          <w:sz w:val="28"/>
        </w:rPr>
        <w:t>‌</w:t>
      </w:r>
      <w:r>
        <w:rPr>
          <w:rFonts w:cs="Calibri"/>
          <w:b/>
          <w:bCs/>
          <w:sz w:val="28"/>
          <w:szCs w:val="28"/>
          <w:rtl/>
        </w:rPr>
        <w:t>حسن،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قانون</w:t>
      </w:r>
      <w:r>
        <w:rPr>
          <w:b/>
          <w:sz w:val="28"/>
        </w:rPr>
        <w:t>‌</w:t>
      </w:r>
      <w:r>
        <w:rPr>
          <w:rFonts w:cs="Calibri"/>
          <w:b/>
          <w:bCs/>
          <w:sz w:val="28"/>
          <w:szCs w:val="28"/>
          <w:rtl/>
        </w:rPr>
        <w:t>نامهٔ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مالیاتی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و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راهی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که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به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صفویان</w:t>
      </w:r>
      <w:r>
        <w:rPr>
          <w:b/>
          <w:sz w:val="28"/>
        </w:rPr>
        <w:t xml:space="preserve"> </w:t>
      </w:r>
      <w:r>
        <w:rPr>
          <w:rFonts w:cs="Calibri"/>
          <w:b/>
          <w:bCs/>
          <w:sz w:val="28"/>
          <w:szCs w:val="28"/>
          <w:rtl/>
        </w:rPr>
        <w:t>رسید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شکست</w:t>
      </w:r>
      <w:r w:rsidRPr="00573762">
        <w:rPr>
          <w:rFonts w:ascii="Tahoma" w:hAnsi="Tahoma" w:cs="Tahoma"/>
          <w:rtl/>
        </w:rPr>
        <w:t xml:space="preserve"> و کشته‌شدن جهانشاه در سال </w:t>
      </w:r>
      <w:r w:rsidRPr="00573762">
        <w:rPr>
          <w:rFonts w:ascii="Tahoma" w:hAnsi="Tahoma" w:cs="Tahoma"/>
          <w:rtl/>
          <w:lang w:bidi="fa-IR"/>
        </w:rPr>
        <w:t>۱۴۶۷</w:t>
      </w:r>
      <w:r w:rsidRPr="00573762">
        <w:rPr>
          <w:rFonts w:ascii="Tahoma" w:hAnsi="Tahoma" w:cs="Tahoma"/>
          <w:rtl/>
        </w:rPr>
        <w:t xml:space="preserve"> تنها به فرمانروا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پادشاه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نداد.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 xml:space="preserve"> موازنهٔ قدرت در سراسر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غرب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دگرگون کرد.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که تا آن هنگام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جان،</w:t>
      </w:r>
      <w:r w:rsidRPr="00573762">
        <w:rPr>
          <w:rFonts w:ascii="Tahoma" w:hAnsi="Tahoma" w:cs="Tahoma"/>
          <w:rtl/>
        </w:rPr>
        <w:t xml:space="preserve"> عراق، فارس، کرمان و بخش‌ها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را در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داشتند، پس از مرگ جهانشا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نتوانستند جانش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بدون جنگ تع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کنند. حسن‌عل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پسر جهانشاه، کوش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با گردآوردن بقا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سپاه پدر در برابر اوزون‌حسن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ستد،</w:t>
      </w:r>
      <w:r w:rsidRPr="00573762">
        <w:rPr>
          <w:rFonts w:ascii="Tahoma" w:hAnsi="Tahoma" w:cs="Tahoma"/>
          <w:rtl/>
        </w:rPr>
        <w:t xml:space="preserve"> اما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اعتماد و انسجام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را نداشتند. برخ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وستند،</w:t>
      </w:r>
      <w:r w:rsidRPr="00573762">
        <w:rPr>
          <w:rFonts w:ascii="Tahoma" w:hAnsi="Tahoma" w:cs="Tahoma"/>
          <w:rtl/>
        </w:rPr>
        <w:t xml:space="preserve"> برخ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اند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شهٔ</w:t>
      </w:r>
      <w:r w:rsidRPr="00573762">
        <w:rPr>
          <w:rFonts w:ascii="Tahoma" w:hAnsi="Tahoma" w:cs="Tahoma"/>
          <w:rtl/>
        </w:rPr>
        <w:t xml:space="preserve"> حفظ قلمرو خود بودند و ب</w:t>
      </w:r>
      <w:r w:rsidRPr="00573762">
        <w:rPr>
          <w:rFonts w:ascii="Tahoma" w:hAnsi="Tahoma" w:cs="Tahoma" w:hint="eastAsia"/>
          <w:rtl/>
        </w:rPr>
        <w:t>رخ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مدع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پشت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کردند. حکومت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وحدتش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هر 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بر اقتدار شخص جهانشاه تک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داشت، با مرگ او از درون گسست.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اکنون در برابر همان مسئله‌ا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قرار گرفته بود که قره‌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وسف</w:t>
      </w:r>
      <w:r w:rsidRPr="00573762">
        <w:rPr>
          <w:rFonts w:ascii="Tahoma" w:hAnsi="Tahoma" w:cs="Tahoma"/>
          <w:rtl/>
        </w:rPr>
        <w:t xml:space="preserve"> و جهانشاه با آن روبه‌رو شده بودند: چگونه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جنگاور را به حکومت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کرد که بتواند شهرها،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کشاورز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راه‌ها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تجار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جمع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ناهمگون را اداره کند؟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جنگ، او را به فرمانروا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رسانده بود؛ اما استمرار حکومت به 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دلاور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قشون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داشت.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از</w:t>
      </w:r>
      <w:r w:rsidRPr="00573762">
        <w:rPr>
          <w:rFonts w:ascii="Tahoma" w:hAnsi="Tahoma" w:cs="Tahoma"/>
          <w:b/>
          <w:sz w:val="26"/>
          <w:rtl/>
        </w:rPr>
        <w:t xml:space="preserve"> د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اربکر</w:t>
      </w:r>
      <w:r w:rsidRPr="00573762">
        <w:rPr>
          <w:rFonts w:ascii="Tahoma" w:hAnsi="Tahoma" w:cs="Tahoma"/>
          <w:b/>
          <w:sz w:val="26"/>
          <w:rtl/>
        </w:rPr>
        <w:t xml:space="preserve"> تا تبر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ز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ونلوها،</w:t>
      </w:r>
      <w:r w:rsidRPr="00573762">
        <w:rPr>
          <w:rFonts w:ascii="Tahoma" w:hAnsi="Tahoma" w:cs="Tahoma"/>
          <w:rtl/>
        </w:rPr>
        <w:t xml:space="preserve"> مانند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ونلوها،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ترکمان بودند. خاندان فرمانروا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آنان از طا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فهٔ</w:t>
      </w:r>
      <w:r w:rsidRPr="00573762">
        <w:rPr>
          <w:rFonts w:ascii="Tahoma" w:hAnsi="Tahoma" w:cs="Tahoma"/>
          <w:rtl/>
        </w:rPr>
        <w:t xml:space="preserve">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ندر</w:t>
      </w:r>
      <w:r w:rsidRPr="00573762">
        <w:rPr>
          <w:rFonts w:ascii="Tahoma" w:hAnsi="Tahoma" w:cs="Tahoma"/>
          <w:rtl/>
        </w:rPr>
        <w:t xml:space="preserve"> برخاسته بود و نسب خود را به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ندرخان،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شخص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سنت‌ها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اوغوز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رساند</w:t>
      </w:r>
      <w:r w:rsidRPr="00573762">
        <w:rPr>
          <w:rFonts w:ascii="Tahoma" w:hAnsi="Tahoma" w:cs="Tahoma"/>
          <w:rtl/>
        </w:rPr>
        <w:t>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نسب‌نامه گرچه آنان را به خاندان چنگ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داد،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جاد</w:t>
      </w:r>
      <w:r w:rsidRPr="00573762">
        <w:rPr>
          <w:rFonts w:ascii="Tahoma" w:hAnsi="Tahoma" w:cs="Tahoma"/>
          <w:rtl/>
        </w:rPr>
        <w:t xml:space="preserve"> همبستگ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ترکمانان و ساختن گذشته‌ا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مشترک اهم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داشت.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حکمران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ضرورتاً از چنگ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زخان</w:t>
      </w:r>
      <w:r w:rsidRPr="00573762">
        <w:rPr>
          <w:rFonts w:ascii="Tahoma" w:hAnsi="Tahoma" w:cs="Tahoma"/>
          <w:rtl/>
        </w:rPr>
        <w:t xml:space="preserve"> سرچشمه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گرفت؛</w:t>
      </w:r>
      <w:r w:rsidRPr="00573762">
        <w:rPr>
          <w:rFonts w:ascii="Tahoma" w:hAnsi="Tahoma" w:cs="Tahoma"/>
          <w:rtl/>
        </w:rPr>
        <w:t xml:space="preserve"> خاندان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خود نسب، تار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و نشانه‌ها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پادشاه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بسازد.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مرکز</w:t>
      </w:r>
      <w:r w:rsidRPr="00573762">
        <w:rPr>
          <w:rFonts w:ascii="Tahoma" w:hAnsi="Tahoma" w:cs="Tahoma"/>
          <w:rtl/>
        </w:rPr>
        <w:t xml:space="preserve"> نخست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قدرت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آمِد،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اربکر</w:t>
      </w:r>
      <w:r w:rsidRPr="00573762">
        <w:rPr>
          <w:rFonts w:ascii="Tahoma" w:hAnsi="Tahoma" w:cs="Tahoma"/>
          <w:rtl/>
        </w:rPr>
        <w:t xml:space="preserve"> کنون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بود. قلمرو آنان در ناح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قرار داشت که در آن قدرت‌ها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گوناگون با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برخورد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کردند</w:t>
      </w:r>
      <w:r w:rsidRPr="00573762">
        <w:rPr>
          <w:rFonts w:ascii="Tahoma" w:hAnsi="Tahoma" w:cs="Tahoma"/>
          <w:rtl/>
        </w:rPr>
        <w:t>: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از غرب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آمدند،</w:t>
      </w:r>
      <w:r w:rsidRPr="00573762">
        <w:rPr>
          <w:rFonts w:ascii="Tahoma" w:hAnsi="Tahoma" w:cs="Tahoma"/>
          <w:rtl/>
        </w:rPr>
        <w:t xml:space="preserve"> ممال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بر سور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فرمان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راندند،</w:t>
      </w:r>
      <w:r w:rsidRPr="00573762">
        <w:rPr>
          <w:rFonts w:ascii="Tahoma" w:hAnsi="Tahoma" w:cs="Tahoma"/>
          <w:rtl/>
        </w:rPr>
        <w:t xml:space="preserve">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بر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و عراق مسلط بودند و د</w:t>
      </w:r>
      <w:r w:rsidRPr="00573762">
        <w:rPr>
          <w:rFonts w:ascii="Tahoma" w:hAnsi="Tahoma" w:cs="Tahoma" w:hint="eastAsia"/>
          <w:rtl/>
        </w:rPr>
        <w:t>ولت‌ها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محل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گرج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ارمن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کرد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هر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بخش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منطقه را در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داشتند. در چن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مح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ط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ادامهٔ زندگ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هٔ</w:t>
      </w:r>
      <w:r w:rsidRPr="00573762">
        <w:rPr>
          <w:rFonts w:ascii="Tahoma" w:hAnsi="Tahoma" w:cs="Tahoma"/>
          <w:rtl/>
        </w:rPr>
        <w:t xml:space="preserve">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تنها با قدرت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ممکن نبود؛ رهبران آن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وسته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جنگ،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مان،</w:t>
      </w:r>
      <w:r w:rsidRPr="00573762">
        <w:rPr>
          <w:rFonts w:ascii="Tahoma" w:hAnsi="Tahoma" w:cs="Tahoma"/>
          <w:rtl/>
        </w:rPr>
        <w:t xml:space="preserve"> ازدواج خانوادگ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سازش با همسا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گان</w:t>
      </w:r>
      <w:r w:rsidRPr="00573762">
        <w:rPr>
          <w:rFonts w:ascii="Tahoma" w:hAnsi="Tahoma" w:cs="Tahoma"/>
          <w:rtl/>
        </w:rPr>
        <w:t xml:space="preserve"> حرکت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کردند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در آغاز حت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 همهٔ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فرمان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راند</w:t>
      </w:r>
      <w:r w:rsidRPr="00573762">
        <w:rPr>
          <w:rFonts w:ascii="Tahoma" w:hAnsi="Tahoma" w:cs="Tahoma"/>
          <w:rtl/>
        </w:rPr>
        <w:t>. او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</w:t>
      </w:r>
      <w:r w:rsidRPr="00573762">
        <w:rPr>
          <w:rFonts w:ascii="Tahoma" w:hAnsi="Tahoma" w:cs="Tahoma"/>
          <w:rtl/>
        </w:rPr>
        <w:t xml:space="preserve"> به 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است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ناچار شد با اعضا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خاندان خود بجنگد و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/>
          <w:rtl/>
        </w:rPr>
        <w:t xml:space="preserve"> را کنار بزند.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نت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جهٔ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حرکت ناگهان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نبود، بلکه حاصل سال‌ها نبرد و ائتلاف بود. 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تجربه به او آموخته بود ک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تا زمان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فرمانروا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ماند</w:t>
      </w:r>
      <w:r w:rsidRPr="00573762">
        <w:rPr>
          <w:rFonts w:ascii="Tahoma" w:hAnsi="Tahoma" w:cs="Tahoma"/>
          <w:rtl/>
        </w:rPr>
        <w:t xml:space="preserve"> که بتواند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دست آورد، غن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مت</w:t>
      </w:r>
      <w:r w:rsidRPr="00573762">
        <w:rPr>
          <w:rFonts w:ascii="Tahoma" w:hAnsi="Tahoma" w:cs="Tahoma"/>
          <w:rtl/>
        </w:rPr>
        <w:t xml:space="preserve"> فراهم کند و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موازنه برقرار سازد.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پس</w:t>
      </w:r>
      <w:r w:rsidRPr="00573762">
        <w:rPr>
          <w:rFonts w:ascii="Tahoma" w:hAnsi="Tahoma" w:cs="Tahoma"/>
          <w:rtl/>
        </w:rPr>
        <w:t xml:space="preserve"> از شکست جهانشاه،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به دست اوزون‌حسن افتاد و مرکز حکومت از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اربکر</w:t>
      </w:r>
      <w:r w:rsidRPr="00573762">
        <w:rPr>
          <w:rFonts w:ascii="Tahoma" w:hAnsi="Tahoma" w:cs="Tahoma"/>
          <w:rtl/>
        </w:rPr>
        <w:t xml:space="preserve"> به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تخت</w:t>
      </w:r>
      <w:r w:rsidRPr="00573762">
        <w:rPr>
          <w:rFonts w:ascii="Tahoma" w:hAnsi="Tahoma" w:cs="Tahoma"/>
          <w:rtl/>
        </w:rPr>
        <w:t xml:space="preserve"> کهن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منتقل شد.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انتقال معنا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فراتر از تغ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محل اقامت فرمانروا داشت.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اربکر</w:t>
      </w:r>
      <w:r w:rsidRPr="00573762">
        <w:rPr>
          <w:rFonts w:ascii="Tahoma" w:hAnsi="Tahoma" w:cs="Tahoma"/>
          <w:rtl/>
        </w:rPr>
        <w:t xml:space="preserve"> مرکز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هٔ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بود، اما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مرکز حکومت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 بازارها،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وان‌ها،</w:t>
      </w:r>
      <w:r w:rsidRPr="00573762">
        <w:rPr>
          <w:rFonts w:ascii="Tahoma" w:hAnsi="Tahoma" w:cs="Tahoma"/>
          <w:rtl/>
        </w:rPr>
        <w:t xml:space="preserve"> ک</w:t>
      </w:r>
      <w:r w:rsidRPr="00573762">
        <w:rPr>
          <w:rFonts w:ascii="Tahoma" w:hAnsi="Tahoma" w:cs="Tahoma" w:hint="eastAsia"/>
          <w:rtl/>
        </w:rPr>
        <w:t>ارگاه‌ها،</w:t>
      </w:r>
      <w:r w:rsidRPr="00573762">
        <w:rPr>
          <w:rFonts w:ascii="Tahoma" w:hAnsi="Tahoma" w:cs="Tahoma"/>
          <w:rtl/>
        </w:rPr>
        <w:t xml:space="preserve">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کشاورز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راه‌ها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بازرگان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گسترده به شمار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رفت</w:t>
      </w:r>
      <w:r w:rsidRPr="00573762">
        <w:rPr>
          <w:rFonts w:ascii="Tahoma" w:hAnsi="Tahoma" w:cs="Tahoma"/>
          <w:rtl/>
        </w:rPr>
        <w:t>. اوزون‌حسن با ورود به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فقط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باق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بماند. او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پادشاه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 xml:space="preserve"> که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شتر</w:t>
      </w:r>
      <w:r w:rsidRPr="00573762">
        <w:rPr>
          <w:rFonts w:ascii="Tahoma" w:hAnsi="Tahoma" w:cs="Tahoma"/>
          <w:rtl/>
        </w:rPr>
        <w:t xml:space="preserve"> ساکنانش عضو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هٔ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نبودند.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آخر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ن</w:t>
      </w:r>
      <w:r w:rsidRPr="00573762">
        <w:rPr>
          <w:rFonts w:ascii="Tahoma" w:hAnsi="Tahoma" w:cs="Tahoma"/>
          <w:b/>
          <w:sz w:val="26"/>
          <w:rtl/>
        </w:rPr>
        <w:t xml:space="preserve"> کوشش ت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مور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ان</w:t>
      </w:r>
      <w:r w:rsidRPr="00573762">
        <w:rPr>
          <w:rFonts w:ascii="Tahoma" w:hAnsi="Tahoma" w:cs="Tahoma"/>
          <w:b/>
          <w:sz w:val="26"/>
          <w:rtl/>
        </w:rPr>
        <w:t xml:space="preserve"> برا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/>
          <w:b/>
          <w:sz w:val="26"/>
          <w:rtl/>
        </w:rPr>
        <w:t xml:space="preserve"> بازگشت به غرب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اوزون‌حسن بر جهانشاه، 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نگران کرد. 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توانسته بود پس از سال‌ها جنگ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شاهزادگان، بخش بزرگ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قلمرو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در خراسان و ماوراءالنهر 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فرمان خود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اورد</w:t>
      </w:r>
      <w:r w:rsidRPr="00573762">
        <w:rPr>
          <w:rFonts w:ascii="Tahoma" w:hAnsi="Tahoma" w:cs="Tahoma"/>
          <w:rtl/>
        </w:rPr>
        <w:t>. فروپاش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را در او برانگ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خت</w:t>
      </w:r>
      <w:r w:rsidRPr="00573762">
        <w:rPr>
          <w:rFonts w:ascii="Tahoma" w:hAnsi="Tahoma" w:cs="Tahoma"/>
          <w:rtl/>
        </w:rPr>
        <w:t xml:space="preserve"> که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و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eastAsia"/>
          <w:rtl/>
        </w:rPr>
        <w:t>غرب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دوباره به قلمرو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فزا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. از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او، اوزون‌حسن هنوز فرمانروا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هٔ</w:t>
      </w:r>
      <w:r w:rsidRPr="00573762">
        <w:rPr>
          <w:rFonts w:ascii="Tahoma" w:hAnsi="Tahoma" w:cs="Tahoma"/>
          <w:rtl/>
        </w:rPr>
        <w:t xml:space="preserve">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 و نبا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اجازه م</w:t>
      </w:r>
      <w:r w:rsidRPr="00573762">
        <w:rPr>
          <w:rFonts w:ascii="Tahoma" w:hAnsi="Tahoma" w:cs="Tahoma" w:hint="cs"/>
          <w:rtl/>
        </w:rPr>
        <w:t>ی‌ی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 xml:space="preserve"> بر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راث</w:t>
      </w:r>
      <w:r w:rsidRPr="00573762">
        <w:rPr>
          <w:rFonts w:ascii="Tahoma" w:hAnsi="Tahoma" w:cs="Tahoma"/>
          <w:rtl/>
        </w:rPr>
        <w:t xml:space="preserve"> شاهرخ و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/>
          <w:rtl/>
        </w:rPr>
        <w:t xml:space="preserve"> مسلط شود.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در سال </w:t>
      </w:r>
      <w:r w:rsidRPr="00573762">
        <w:rPr>
          <w:rFonts w:ascii="Tahoma" w:hAnsi="Tahoma" w:cs="Tahoma"/>
          <w:rtl/>
          <w:lang w:bidi="fa-IR"/>
        </w:rPr>
        <w:t>۱۴۶۸</w:t>
      </w:r>
      <w:r w:rsidRPr="00573762">
        <w:rPr>
          <w:rFonts w:ascii="Tahoma" w:hAnsi="Tahoma" w:cs="Tahoma"/>
          <w:rtl/>
        </w:rPr>
        <w:t xml:space="preserve"> به سو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لشکر کش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. اما اوزون‌حسن به 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شتاب‌زده، راه‌ها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تدارکات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سپاه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بست و از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</w:t>
      </w:r>
      <w:r w:rsidRPr="00573762">
        <w:rPr>
          <w:rFonts w:ascii="Tahoma" w:hAnsi="Tahoma" w:cs="Tahoma"/>
          <w:rtl/>
        </w:rPr>
        <w:t xml:space="preserve"> آذوقه جلوگ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کرد. لشکر بزرگ 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در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دور از مرکز خود گرفتار شد. سرما، کمبود خوراک و 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راه‌ها توان سپاه را فرسود. اوزون‌حسن سرانجام در آغاز سال </w:t>
      </w:r>
      <w:r w:rsidRPr="00573762">
        <w:rPr>
          <w:rFonts w:ascii="Tahoma" w:hAnsi="Tahoma" w:cs="Tahoma"/>
          <w:rtl/>
          <w:lang w:bidi="fa-IR"/>
        </w:rPr>
        <w:t>۱۴۶۹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شکست داد و 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را 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کرد.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اندک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بعد کشته شد. با مرگ او، آخر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کوشش جد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بازگرداندن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غرب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فرمان خود شکست خورد.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در خراسان و ماوراءالنهر باق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ماندند، اما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توانستند</w:t>
      </w:r>
      <w:r w:rsidRPr="00573762">
        <w:rPr>
          <w:rFonts w:ascii="Tahoma" w:hAnsi="Tahoma" w:cs="Tahoma"/>
          <w:rtl/>
        </w:rPr>
        <w:t xml:space="preserve"> خود را فرمانروا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سراسر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بدانند. اوزون‌حسن، که چند سال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تنها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</w:t>
      </w:r>
      <w:r w:rsidRPr="00573762">
        <w:rPr>
          <w:rFonts w:ascii="Tahoma" w:hAnsi="Tahoma" w:cs="Tahoma" w:hint="eastAsia"/>
          <w:rtl/>
        </w:rPr>
        <w:t>مدع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است</w:t>
      </w:r>
      <w:r w:rsidRPr="00573762">
        <w:rPr>
          <w:rFonts w:ascii="Tahoma" w:hAnsi="Tahoma" w:cs="Tahoma"/>
          <w:rtl/>
        </w:rPr>
        <w:t xml:space="preserve">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بود، اکنون بر بخش بزرگ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فرمان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راند</w:t>
      </w:r>
      <w:r w:rsidRPr="00573762">
        <w:rPr>
          <w:rFonts w:ascii="Tahoma" w:hAnsi="Tahoma" w:cs="Tahoma"/>
          <w:rtl/>
        </w:rPr>
        <w:t xml:space="preserve"> و دو قدرت بزرگ زمان خود،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و سپاه 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را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رون</w:t>
      </w:r>
      <w:r w:rsidRPr="00573762">
        <w:rPr>
          <w:rFonts w:ascii="Tahoma" w:hAnsi="Tahoma" w:cs="Tahoma"/>
          <w:rtl/>
        </w:rPr>
        <w:t xml:space="preserve"> کرده بود.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گاه</w:t>
      </w:r>
      <w:r w:rsidRPr="00573762">
        <w:rPr>
          <w:rFonts w:ascii="Tahoma" w:hAnsi="Tahoma" w:cs="Tahoma"/>
          <w:rtl/>
        </w:rPr>
        <w:t xml:space="preserve"> اوزون‌حسن را در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ترکمان استوار کرد، اما مسئلهٔ کشوردار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دشوارتر ساخت. قلمرو او از نواح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شرق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تا عراق، فارس و کرمان امتداد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در مقا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سه</w:t>
      </w:r>
      <w:r w:rsidRPr="00573762">
        <w:rPr>
          <w:rFonts w:ascii="Tahoma" w:hAnsi="Tahoma" w:cs="Tahoma"/>
          <w:rtl/>
        </w:rPr>
        <w:t xml:space="preserve"> با وسعت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و جمع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ساکن در آن گروه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کوچک </w:t>
      </w:r>
      <w:r w:rsidRPr="00573762">
        <w:rPr>
          <w:rFonts w:ascii="Tahoma" w:hAnsi="Tahoma" w:cs="Tahoma" w:hint="eastAsia"/>
          <w:rtl/>
        </w:rPr>
        <w:t>بودند</w:t>
      </w:r>
      <w:r w:rsidRPr="00573762">
        <w:rPr>
          <w:rFonts w:ascii="Tahoma" w:hAnsi="Tahoma" w:cs="Tahoma"/>
          <w:rtl/>
        </w:rPr>
        <w:t>. آنان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توانستند</w:t>
      </w:r>
      <w:r w:rsidRPr="00573762">
        <w:rPr>
          <w:rFonts w:ascii="Tahoma" w:hAnsi="Tahoma" w:cs="Tahoma"/>
          <w:rtl/>
        </w:rPr>
        <w:t xml:space="preserve"> قشون حکومت را فراهم کنند، اما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توانستند</w:t>
      </w:r>
      <w:r w:rsidRPr="00573762">
        <w:rPr>
          <w:rFonts w:ascii="Tahoma" w:hAnsi="Tahoma" w:cs="Tahoma"/>
          <w:rtl/>
        </w:rPr>
        <w:t xml:space="preserve"> همهٔ شهرها، روستاها،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ات‌ها</w:t>
      </w:r>
      <w:r w:rsidRPr="00573762">
        <w:rPr>
          <w:rFonts w:ascii="Tahoma" w:hAnsi="Tahoma" w:cs="Tahoma"/>
          <w:rtl/>
        </w:rPr>
        <w:t xml:space="preserve"> و راه‌ها را خود اداره کنند. اوزون‌حسن ناچار بود دستگاه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بازمانده از جلا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ان،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و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را حفظ کند و از دب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و مستوف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>رد.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/>
          <w:b/>
          <w:sz w:val="26"/>
          <w:rtl/>
        </w:rPr>
        <w:t>قشون فاتح و د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وان</w:t>
      </w:r>
      <w:r w:rsidRPr="00573762">
        <w:rPr>
          <w:rFonts w:ascii="Tahoma" w:hAnsi="Tahoma" w:cs="Tahoma"/>
          <w:b/>
          <w:sz w:val="26"/>
          <w:rtl/>
        </w:rPr>
        <w:t xml:space="preserve"> بازمانده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حکومت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ونلو،</w:t>
      </w:r>
      <w:r w:rsidRPr="00573762">
        <w:rPr>
          <w:rFonts w:ascii="Tahoma" w:hAnsi="Tahoma" w:cs="Tahoma"/>
          <w:rtl/>
        </w:rPr>
        <w:t xml:space="preserve"> مانند حکومت‌ها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ن،</w:t>
      </w:r>
      <w:r w:rsidRPr="00573762">
        <w:rPr>
          <w:rFonts w:ascii="Tahoma" w:hAnsi="Tahoma" w:cs="Tahoma"/>
          <w:rtl/>
        </w:rPr>
        <w:t xml:space="preserve"> دو برداشت متفاوت از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در برابر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قرار داشت.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و حکومت نواح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پاداش خدمت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دانستند</w:t>
      </w:r>
      <w:r w:rsidRPr="00573762">
        <w:rPr>
          <w:rFonts w:ascii="Tahoma" w:hAnsi="Tahoma" w:cs="Tahoma"/>
          <w:rtl/>
        </w:rPr>
        <w:t>. آنان انتظار داشتند که فرمانروا پس از هر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چراگاه، درآمد و حکومت شهرها را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همراها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خود تقس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/>
          <w:rtl/>
        </w:rPr>
        <w:t xml:space="preserve"> کند. از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وان‌سالاران،</w:t>
      </w:r>
      <w:r w:rsidRPr="00573762">
        <w:rPr>
          <w:rFonts w:ascii="Tahoma" w:hAnsi="Tahoma" w:cs="Tahoma"/>
          <w:rtl/>
        </w:rPr>
        <w:t xml:space="preserve"> همان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منبع درآمد حکومت بود و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 xml:space="preserve"> آن را ب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حساب</w:t>
      </w:r>
      <w:r w:rsidRPr="00573762">
        <w:rPr>
          <w:rFonts w:ascii="Tahoma" w:hAnsi="Tahoma" w:cs="Tahoma"/>
          <w:rtl/>
        </w:rPr>
        <w:t xml:space="preserve"> در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گذاشت که درآمدش را ملک شخص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خود بدانند.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اگر</w:t>
      </w:r>
      <w:r w:rsidRPr="00573762">
        <w:rPr>
          <w:rFonts w:ascii="Tahoma" w:hAnsi="Tahoma" w:cs="Tahoma"/>
          <w:rtl/>
        </w:rPr>
        <w:t xml:space="preserve"> فرمانروا همهٔ خواسته‌ها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را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پذ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رفت،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از درآمد ته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 xml:space="preserve"> و خزانه توان پرداخت هز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حکومت را از دست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>. اگر از واگذار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مناصب و درآمدها خوددار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کرد،</w:t>
      </w:r>
      <w:r w:rsidRPr="00573762">
        <w:rPr>
          <w:rFonts w:ascii="Tahoma" w:hAnsi="Tahoma" w:cs="Tahoma"/>
          <w:rtl/>
        </w:rPr>
        <w:t xml:space="preserve">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را تشک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دادند</w:t>
      </w:r>
      <w:r w:rsidRPr="00573762">
        <w:rPr>
          <w:rFonts w:ascii="Tahoma" w:hAnsi="Tahoma" w:cs="Tahoma"/>
          <w:rtl/>
        </w:rPr>
        <w:t xml:space="preserve"> ممکن بود سر به شورش بردارند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به مدع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وندند</w:t>
      </w:r>
      <w:r w:rsidRPr="00573762">
        <w:rPr>
          <w:rFonts w:ascii="Tahoma" w:hAnsi="Tahoma" w:cs="Tahoma"/>
          <w:rtl/>
        </w:rPr>
        <w:t>. بنابرا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اوزون‌حسن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ناچار بود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قشون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او را به قدرت رسانده بود و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حکومتش را نگاه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داشت،</w:t>
      </w:r>
      <w:r w:rsidRPr="00573762">
        <w:rPr>
          <w:rFonts w:ascii="Tahoma" w:hAnsi="Tahoma" w:cs="Tahoma"/>
          <w:rtl/>
        </w:rPr>
        <w:t xml:space="preserve"> موازنه‌ا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دشوار برقرار کند.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تضاد تنها اختلاف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نبود. دو تصور از حکومت در برابر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قرار داشتند. در تصور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فرمانروا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جنگاوران بود و قلمرو به خاندان و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/>
          <w:rtl/>
        </w:rPr>
        <w:t xml:space="preserve"> تعلق داشت. در تصور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حکومت دستگاه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 که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درآمدها را ثبت کند،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ات‌ها</w:t>
      </w:r>
      <w:r w:rsidRPr="00573762">
        <w:rPr>
          <w:rFonts w:ascii="Tahoma" w:hAnsi="Tahoma" w:cs="Tahoma"/>
          <w:rtl/>
        </w:rPr>
        <w:t xml:space="preserve"> را به قاعده درآورد، راه‌ها را امن نگه دارد و توان دفاع از کشور را فراهم سازد. اوزون‌حسن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تصور نخست را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ببرد، اما کوش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آن را تا اندازه‌ا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محدودهٔ تصور دوم قرار دهد.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قانون‌نامهٔ</w:t>
      </w:r>
      <w:r w:rsidRPr="00573762">
        <w:rPr>
          <w:rFonts w:ascii="Tahoma" w:hAnsi="Tahoma" w:cs="Tahoma"/>
          <w:b/>
          <w:sz w:val="26"/>
          <w:rtl/>
        </w:rPr>
        <w:t xml:space="preserve"> اوزون‌حسن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مهم‌تر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کوشش اوزون‌حسن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سامان‌دادن به امور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مجموعه‌ا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مقررات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 که بعدها به «قانون‌نامهٔ حسن پادشاه» شهرت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 مقصود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قانون‌نامه، قانون اساس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معنا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امروز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 نبود. اوزون‌حسن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خواست</w:t>
      </w:r>
      <w:r w:rsidRPr="00573762">
        <w:rPr>
          <w:rFonts w:ascii="Tahoma" w:hAnsi="Tahoma" w:cs="Tahoma"/>
          <w:rtl/>
        </w:rPr>
        <w:t xml:space="preserve"> حقوق شهروندان را در برابر حکومت تعر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کن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قدرت فرمانروا را تابع نهادها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انتخاب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سازد. هدف اصل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 بود که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زان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ات‌ها،</w:t>
      </w:r>
      <w:r w:rsidRPr="00573762">
        <w:rPr>
          <w:rFonts w:ascii="Tahoma" w:hAnsi="Tahoma" w:cs="Tahoma"/>
          <w:rtl/>
        </w:rPr>
        <w:t xml:space="preserve"> عوارض و تکال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مردم روشن‌تر شود و مأموران حکومت و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نتوانند به دلخواه خود بر آنها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فزا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بارها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قشون‌ها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دست‌به‌دست شده بود، کشاورزان،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شه‌وران</w:t>
      </w:r>
      <w:r w:rsidRPr="00573762">
        <w:rPr>
          <w:rFonts w:ascii="Tahoma" w:hAnsi="Tahoma" w:cs="Tahoma"/>
          <w:rtl/>
        </w:rPr>
        <w:t xml:space="preserve"> و بازرگانان تنها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/>
          <w:rtl/>
        </w:rPr>
        <w:t xml:space="preserve"> رسم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پرداختند</w:t>
      </w:r>
      <w:r w:rsidRPr="00573762">
        <w:rPr>
          <w:rFonts w:ascii="Tahoma" w:hAnsi="Tahoma" w:cs="Tahoma"/>
          <w:rtl/>
        </w:rPr>
        <w:t>. هر سپاه عبور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ممکن بود خوراک، چارپا و محل اقامت بخواهد؛ هر حاکم محل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عوارض تازه‌ا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برقرار کند؛ و هر مأمور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ممکن بود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مبلغ تع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ن‌شده</w:t>
      </w:r>
      <w:r w:rsidRPr="00573762">
        <w:rPr>
          <w:rFonts w:ascii="Tahoma" w:hAnsi="Tahoma" w:cs="Tahoma"/>
          <w:rtl/>
        </w:rPr>
        <w:t xml:space="preserve"> مطالبه کند. در چن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وضع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کشاورز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دانست</w:t>
      </w:r>
      <w:r w:rsidRPr="00573762">
        <w:rPr>
          <w:rFonts w:ascii="Tahoma" w:hAnsi="Tahoma" w:cs="Tahoma"/>
          <w:rtl/>
        </w:rPr>
        <w:t xml:space="preserve"> چه اندازه از محصولش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باق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خواهد ماند و بازرگان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هز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نهٔ</w:t>
      </w:r>
      <w:r w:rsidRPr="00573762">
        <w:rPr>
          <w:rFonts w:ascii="Tahoma" w:hAnsi="Tahoma" w:cs="Tahoma"/>
          <w:rtl/>
        </w:rPr>
        <w:t xml:space="preserve"> حمل کالا را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ش‌ب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کند. ناامن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مانند ناامن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راه‌ها، 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و تجارت را کاهش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قانون‌نامهٔ</w:t>
      </w:r>
      <w:r w:rsidRPr="00573762">
        <w:rPr>
          <w:rFonts w:ascii="Tahoma" w:hAnsi="Tahoma" w:cs="Tahoma"/>
          <w:rtl/>
        </w:rPr>
        <w:t xml:space="preserve"> اوزون‌حسن تلاش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محدودکردن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قاعدگ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بود. ثبت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زان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ات‌ها</w:t>
      </w:r>
      <w:r w:rsidRPr="00573762">
        <w:rPr>
          <w:rFonts w:ascii="Tahoma" w:hAnsi="Tahoma" w:cs="Tahoma"/>
          <w:rtl/>
        </w:rPr>
        <w:t xml:space="preserve"> به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امکان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 xml:space="preserve"> درآمد حکومت را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ش‌ب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کند و به مردم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 xml:space="preserve"> تا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/>
          <w:rtl/>
        </w:rPr>
        <w:t xml:space="preserve"> مقرر و 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اده‌خواه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مأموران تفاوت بگذارند. اهم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قانون‌نامه را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</w:t>
      </w:r>
      <w:r w:rsidRPr="00573762">
        <w:rPr>
          <w:rFonts w:ascii="Tahoma" w:hAnsi="Tahoma" w:cs="Tahoma"/>
          <w:rtl/>
        </w:rPr>
        <w:t xml:space="preserve"> از ماند</w:t>
      </w:r>
      <w:r w:rsidRPr="00573762">
        <w:rPr>
          <w:rFonts w:ascii="Tahoma" w:hAnsi="Tahoma" w:cs="Tahoma" w:hint="eastAsia"/>
          <w:rtl/>
        </w:rPr>
        <w:t>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 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 مقررات منسوب به حسن پادشاه پس از مرگ او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در بخش‌ها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و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همسا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اعتبار داشت و حکومت‌ها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برخ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قواعد آن بهره گرفتند.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باا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ن‌حال،</w:t>
      </w:r>
      <w:r w:rsidRPr="00573762">
        <w:rPr>
          <w:rFonts w:ascii="Tahoma" w:hAnsi="Tahoma" w:cs="Tahoma"/>
          <w:rtl/>
        </w:rPr>
        <w:t xml:space="preserve"> نبا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وجود قانون‌نامه را با اجرا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کامل و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کسان</w:t>
      </w:r>
      <w:r w:rsidRPr="00573762">
        <w:rPr>
          <w:rFonts w:ascii="Tahoma" w:hAnsi="Tahoma" w:cs="Tahoma"/>
          <w:rtl/>
        </w:rPr>
        <w:t xml:space="preserve"> قانون اشتباه گرفت. فاصلهٔ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فرمان پادشاه و آنچه در روستا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بازار رخ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 xml:space="preserve"> بس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بود. مأمور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حاکم محل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توانستند</w:t>
      </w:r>
      <w:r w:rsidRPr="00573762">
        <w:rPr>
          <w:rFonts w:ascii="Tahoma" w:hAnsi="Tahoma" w:cs="Tahoma"/>
          <w:rtl/>
        </w:rPr>
        <w:t xml:space="preserve"> در اجرا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مقررات دخالت کنند. حکومت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ابزار کاف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eastAsia"/>
          <w:rtl/>
        </w:rPr>
        <w:t>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نظارت دائم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 سراسر قلمرو نداشت. قانون‌نامه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آنکه نشانهٔ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خودسر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باشد، گواه آن است که خودسر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چنان گسترش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افته</w:t>
      </w:r>
      <w:r w:rsidRPr="00573762">
        <w:rPr>
          <w:rFonts w:ascii="Tahoma" w:hAnsi="Tahoma" w:cs="Tahoma"/>
          <w:rtl/>
        </w:rPr>
        <w:t xml:space="preserve"> بود که حکومت ناچار شد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مهار آن قاعده‌ا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تدو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کوشش، 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گاه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را تقو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</w:t>
      </w:r>
      <w:r w:rsidRPr="00573762">
        <w:rPr>
          <w:rFonts w:ascii="Tahoma" w:hAnsi="Tahoma" w:cs="Tahoma"/>
          <w:rtl/>
        </w:rPr>
        <w:t>. مقررات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نوشته، نسخه‌بردار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به نواح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فرستاده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شد؛</w:t>
      </w:r>
      <w:r w:rsidRPr="00573762">
        <w:rPr>
          <w:rFonts w:ascii="Tahoma" w:hAnsi="Tahoma" w:cs="Tahoma"/>
          <w:rtl/>
        </w:rPr>
        <w:t xml:space="preserve">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/>
          <w:rtl/>
        </w:rPr>
        <w:t xml:space="preserve"> و درآمدها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شناخته و ثبت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شدند؛</w:t>
      </w:r>
      <w:r w:rsidRPr="00573762">
        <w:rPr>
          <w:rFonts w:ascii="Tahoma" w:hAnsi="Tahoma" w:cs="Tahoma"/>
          <w:rtl/>
        </w:rPr>
        <w:t xml:space="preserve"> و مستوف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ست</w:t>
      </w:r>
      <w:r w:rsidRPr="00573762">
        <w:rPr>
          <w:rFonts w:ascii="Tahoma" w:hAnsi="Tahoma" w:cs="Tahoma"/>
          <w:rtl/>
        </w:rPr>
        <w:t xml:space="preserve"> حساب 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ها</w:t>
      </w:r>
      <w:r w:rsidRPr="00573762">
        <w:rPr>
          <w:rFonts w:ascii="Tahoma" w:hAnsi="Tahoma" w:cs="Tahoma"/>
          <w:rtl/>
        </w:rPr>
        <w:t xml:space="preserve"> را با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زان</w:t>
      </w:r>
      <w:r w:rsidRPr="00573762">
        <w:rPr>
          <w:rFonts w:ascii="Tahoma" w:hAnsi="Tahoma" w:cs="Tahoma"/>
          <w:rtl/>
        </w:rPr>
        <w:t xml:space="preserve"> مقرر مقا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سه</w:t>
      </w:r>
      <w:r w:rsidRPr="00573762">
        <w:rPr>
          <w:rFonts w:ascii="Tahoma" w:hAnsi="Tahoma" w:cs="Tahoma"/>
          <w:rtl/>
        </w:rPr>
        <w:t xml:space="preserve"> کنند. بنابرا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قانون‌نامه تنها مجموعه‌ا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ن</w:t>
      </w:r>
      <w:r w:rsidRPr="00573762">
        <w:rPr>
          <w:rFonts w:ascii="Tahoma" w:hAnsi="Tahoma" w:cs="Tahoma" w:hint="eastAsia"/>
          <w:rtl/>
        </w:rPr>
        <w:t>رخ‌ها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نبود، بلکه گام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راه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ارادهٔ شفاه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فرمانروا به قاعده‌ا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مکتوب و قابل انتقال به کارگزاران به شمار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رفت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امر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راث‌ها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مهم دوران مغول و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ادامه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>. قشون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مغول و ترکمان، حکومت را با شمش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به دست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آوردند،</w:t>
      </w:r>
      <w:r w:rsidRPr="00573762">
        <w:rPr>
          <w:rFonts w:ascii="Tahoma" w:hAnsi="Tahoma" w:cs="Tahoma"/>
          <w:rtl/>
        </w:rPr>
        <w:t xml:space="preserve"> اما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نگاه‌داشتن آن ناچار بودند به نوشته، حساب،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تجربهٔ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وان‌سالاران</w:t>
      </w:r>
      <w:r w:rsidRPr="00573762">
        <w:rPr>
          <w:rFonts w:ascii="Tahoma" w:hAnsi="Tahoma" w:cs="Tahoma"/>
          <w:rtl/>
        </w:rPr>
        <w:t xml:space="preserve"> تک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کنند.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به‌تدر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</w:t>
      </w:r>
      <w:r w:rsidRPr="00573762">
        <w:rPr>
          <w:rFonts w:ascii="Tahoma" w:hAnsi="Tahoma" w:cs="Tahoma"/>
          <w:rtl/>
        </w:rPr>
        <w:t xml:space="preserve"> حافظه‌ا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از عمر ف</w:t>
      </w:r>
      <w:r w:rsidRPr="00573762">
        <w:rPr>
          <w:rFonts w:ascii="Tahoma" w:hAnsi="Tahoma" w:cs="Tahoma" w:hint="eastAsia"/>
          <w:rtl/>
        </w:rPr>
        <w:t>رمانروا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ساخت</w:t>
      </w:r>
      <w:r w:rsidRPr="00573762">
        <w:rPr>
          <w:rFonts w:ascii="Tahoma" w:hAnsi="Tahoma" w:cs="Tahoma"/>
          <w:rtl/>
        </w:rPr>
        <w:t>. پادشاهان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مردند</w:t>
      </w:r>
      <w:r w:rsidRPr="00573762">
        <w:rPr>
          <w:rFonts w:ascii="Tahoma" w:hAnsi="Tahoma" w:cs="Tahoma"/>
          <w:rtl/>
        </w:rPr>
        <w:t xml:space="preserve"> و خاندان‌ها فروم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پاش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دند،</w:t>
      </w:r>
      <w:r w:rsidRPr="00573762">
        <w:rPr>
          <w:rFonts w:ascii="Tahoma" w:hAnsi="Tahoma" w:cs="Tahoma"/>
          <w:rtl/>
        </w:rPr>
        <w:t xml:space="preserve"> اما دفترها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نگارش فرمان و تجربهٔ مستوف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به حکومت بعد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منتقل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عنوان</w:t>
      </w:r>
      <w:r w:rsidRPr="00573762">
        <w:rPr>
          <w:rFonts w:ascii="Tahoma" w:hAnsi="Tahoma" w:cs="Tahoma"/>
          <w:b/>
          <w:sz w:val="26"/>
          <w:rtl/>
        </w:rPr>
        <w:t xml:space="preserve"> پادشاه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/>
          <w:b/>
          <w:sz w:val="26"/>
          <w:rtl/>
        </w:rPr>
        <w:t xml:space="preserve"> و حقان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ت</w:t>
      </w:r>
      <w:r w:rsidRPr="00573762">
        <w:rPr>
          <w:rFonts w:ascii="Tahoma" w:hAnsi="Tahoma" w:cs="Tahoma"/>
          <w:b/>
          <w:sz w:val="26"/>
          <w:rtl/>
        </w:rPr>
        <w:t xml:space="preserve"> حکمران</w:t>
      </w:r>
      <w:r w:rsidRPr="00573762">
        <w:rPr>
          <w:rFonts w:ascii="Tahoma" w:hAnsi="Tahoma" w:cs="Tahoma" w:hint="cs"/>
          <w:b/>
          <w:sz w:val="26"/>
          <w:rtl/>
        </w:rPr>
        <w:t>ی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فرمانروا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بر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تنها به 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است</w:t>
      </w:r>
      <w:r w:rsidRPr="00573762">
        <w:rPr>
          <w:rFonts w:ascii="Tahoma" w:hAnsi="Tahoma" w:cs="Tahoma"/>
          <w:rtl/>
        </w:rPr>
        <w:t xml:space="preserve"> خاندان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ندر</w:t>
      </w:r>
      <w:r w:rsidRPr="00573762">
        <w:rPr>
          <w:rFonts w:ascii="Tahoma" w:hAnsi="Tahoma" w:cs="Tahoma"/>
          <w:rtl/>
        </w:rPr>
        <w:t xml:space="preserve"> بسنده کند. او به عنوان‌ها، تشر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فات</w:t>
      </w:r>
      <w:r w:rsidRPr="00573762">
        <w:rPr>
          <w:rFonts w:ascii="Tahoma" w:hAnsi="Tahoma" w:cs="Tahoma"/>
          <w:rtl/>
        </w:rPr>
        <w:t xml:space="preserve"> و نسب‌نامه‌ها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داشت که حکومتش را در چشم مردم و دولت‌ها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همسا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به‌عنوان پادشاه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معرف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کند.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 جهانشاه و ابوسع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مهم‌تر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سرچشمهٔ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حکمران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بود، اما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به زبان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فرهنگ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جامعه ترجمه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فرمان‌ها و مکاتبات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ونلوها،</w:t>
      </w:r>
      <w:r w:rsidRPr="00573762">
        <w:rPr>
          <w:rFonts w:ascii="Tahoma" w:hAnsi="Tahoma" w:cs="Tahoma"/>
          <w:rtl/>
        </w:rPr>
        <w:t xml:space="preserve"> سنت‌ها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مغول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کنار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ده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 عنوان‌ها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مانند «پادشاه» و «بهادر» با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نگارش فرمان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همراه بود که از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ارث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ده</w:t>
      </w:r>
      <w:r w:rsidRPr="00573762">
        <w:rPr>
          <w:rFonts w:ascii="Tahoma" w:hAnsi="Tahoma" w:cs="Tahoma"/>
          <w:rtl/>
        </w:rPr>
        <w:t xml:space="preserve"> بود. پادشاه جد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خواست</w:t>
      </w:r>
      <w:r w:rsidRPr="00573762">
        <w:rPr>
          <w:rFonts w:ascii="Tahoma" w:hAnsi="Tahoma" w:cs="Tahoma"/>
          <w:rtl/>
        </w:rPr>
        <w:t xml:space="preserve"> خود را وارث فرمانر</w:t>
      </w:r>
      <w:r w:rsidRPr="00573762">
        <w:rPr>
          <w:rFonts w:ascii="Tahoma" w:hAnsi="Tahoma" w:cs="Tahoma" w:hint="eastAsia"/>
          <w:rtl/>
        </w:rPr>
        <w:t>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نشان دهد، اما هنوز در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رانش</w:t>
      </w:r>
      <w:r w:rsidRPr="00573762">
        <w:rPr>
          <w:rFonts w:ascii="Tahoma" w:hAnsi="Tahoma" w:cs="Tahoma"/>
          <w:rtl/>
        </w:rPr>
        <w:t xml:space="preserve">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خاندان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دوگانگ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سراسر حکومت او ادامه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 هرچه دستگاه دربار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گسترده‌تر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شد،</w:t>
      </w:r>
      <w:r w:rsidRPr="00573762">
        <w:rPr>
          <w:rFonts w:ascii="Tahoma" w:hAnsi="Tahoma" w:cs="Tahoma"/>
          <w:rtl/>
        </w:rPr>
        <w:t xml:space="preserve"> اوزون‌حسن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شتر</w:t>
      </w:r>
      <w:r w:rsidRPr="00573762">
        <w:rPr>
          <w:rFonts w:ascii="Tahoma" w:hAnsi="Tahoma" w:cs="Tahoma"/>
          <w:rtl/>
        </w:rPr>
        <w:t xml:space="preserve"> به پادشاه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شباهت م</w:t>
      </w:r>
      <w:r w:rsidRPr="00573762">
        <w:rPr>
          <w:rFonts w:ascii="Tahoma" w:hAnsi="Tahoma" w:cs="Tahoma" w:hint="cs"/>
          <w:rtl/>
        </w:rPr>
        <w:t>ی‌ی</w:t>
      </w:r>
      <w:r w:rsidRPr="00573762">
        <w:rPr>
          <w:rFonts w:ascii="Tahoma" w:hAnsi="Tahoma" w:cs="Tahoma" w:hint="eastAsia"/>
          <w:rtl/>
        </w:rPr>
        <w:t>افت؛</w:t>
      </w:r>
      <w:r w:rsidRPr="00573762">
        <w:rPr>
          <w:rFonts w:ascii="Tahoma" w:hAnsi="Tahoma" w:cs="Tahoma"/>
          <w:rtl/>
        </w:rPr>
        <w:t xml:space="preserve"> اما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واقع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اش</w:t>
      </w:r>
      <w:r w:rsidRPr="00573762">
        <w:rPr>
          <w:rFonts w:ascii="Tahoma" w:hAnsi="Tahoma" w:cs="Tahoma"/>
          <w:rtl/>
        </w:rPr>
        <w:t xml:space="preserve"> همچنان از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آمد</w:t>
      </w:r>
      <w:r w:rsidRPr="00573762">
        <w:rPr>
          <w:rFonts w:ascii="Tahoma" w:hAnsi="Tahoma" w:cs="Tahoma"/>
          <w:rtl/>
        </w:rPr>
        <w:t xml:space="preserve"> که از او انتظار داشتند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هٔ</w:t>
      </w:r>
      <w:r w:rsidRPr="00573762">
        <w:rPr>
          <w:rFonts w:ascii="Tahoma" w:hAnsi="Tahoma" w:cs="Tahoma"/>
          <w:rtl/>
        </w:rPr>
        <w:t xml:space="preserve"> آنان باق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بماند. حکومت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کوش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از فرمانرو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شخص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فراتر از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بسازد، 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قشون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خواست</w:t>
      </w:r>
      <w:r w:rsidRPr="00573762">
        <w:rPr>
          <w:rFonts w:ascii="Tahoma" w:hAnsi="Tahoma" w:cs="Tahoma"/>
          <w:rtl/>
        </w:rPr>
        <w:t xml:space="preserve"> قدرت خود را به دستگاه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واگذار کند که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را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تابع قانون و حساب سازد.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رو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ارو</w:t>
      </w:r>
      <w:r w:rsidRPr="00573762">
        <w:rPr>
          <w:rFonts w:ascii="Tahoma" w:hAnsi="Tahoma" w:cs="Tahoma" w:hint="cs"/>
          <w:b/>
          <w:sz w:val="26"/>
          <w:rtl/>
        </w:rPr>
        <w:t>یی</w:t>
      </w:r>
      <w:r w:rsidRPr="00573762">
        <w:rPr>
          <w:rFonts w:ascii="Tahoma" w:hAnsi="Tahoma" w:cs="Tahoma"/>
          <w:b/>
          <w:sz w:val="26"/>
          <w:rtl/>
        </w:rPr>
        <w:t xml:space="preserve"> با عثمان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ان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گسترش</w:t>
      </w:r>
      <w:r w:rsidRPr="00573762">
        <w:rPr>
          <w:rFonts w:ascii="Tahoma" w:hAnsi="Tahoma" w:cs="Tahoma"/>
          <w:rtl/>
        </w:rPr>
        <w:t xml:space="preserve"> قدرت اوزون‌حسن او را ناگز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با امپراتور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روبه‌رو کرد.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در سدهٔ پانزدهم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حکومت منطقه‌ا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قدرت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بزرگ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شده بودند. فتح قسطنطن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در سال </w:t>
      </w:r>
      <w:r w:rsidRPr="00573762">
        <w:rPr>
          <w:rFonts w:ascii="Tahoma" w:hAnsi="Tahoma" w:cs="Tahoma"/>
          <w:rtl/>
          <w:lang w:bidi="fa-IR"/>
        </w:rPr>
        <w:t>۱۴۵۳</w:t>
      </w:r>
      <w:r w:rsidRPr="00573762">
        <w:rPr>
          <w:rFonts w:ascii="Tahoma" w:hAnsi="Tahoma" w:cs="Tahoma"/>
          <w:rtl/>
        </w:rPr>
        <w:t xml:space="preserve"> به دست سلطان محمد دوم، آنان را در 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قرار داد که بتوانند بر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بالکان و راه‌ها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بازرگان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شرق و غرب مسلط شوند.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بر بخش شرق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غرب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فرمان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راند</w:t>
      </w:r>
      <w:r w:rsidRPr="00573762">
        <w:rPr>
          <w:rFonts w:ascii="Tahoma" w:hAnsi="Tahoma" w:cs="Tahoma"/>
          <w:rtl/>
        </w:rPr>
        <w:t xml:space="preserve"> و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را ب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خطر</w:t>
      </w:r>
      <w:r w:rsidRPr="00573762">
        <w:rPr>
          <w:rFonts w:ascii="Tahoma" w:hAnsi="Tahoma" w:cs="Tahoma"/>
          <w:rtl/>
        </w:rPr>
        <w:t xml:space="preserve"> بداند. حکومت‌ها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محل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از گسترش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/>
          <w:rtl/>
        </w:rPr>
        <w:t xml:space="preserve"> داشتند، گاه به او پناه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آوردند</w:t>
      </w:r>
      <w:r w:rsidRPr="00573762">
        <w:rPr>
          <w:rFonts w:ascii="Tahoma" w:hAnsi="Tahoma" w:cs="Tahoma"/>
          <w:rtl/>
        </w:rPr>
        <w:t xml:space="preserve"> و از او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خواستند</w:t>
      </w:r>
      <w:r w:rsidRPr="00573762">
        <w:rPr>
          <w:rFonts w:ascii="Tahoma" w:hAnsi="Tahoma" w:cs="Tahoma"/>
          <w:rtl/>
        </w:rPr>
        <w:t>. اختلاف بر سر سرزم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مرز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راه‌ها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تجار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نفوذ بر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رنش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برخورد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دو قدرت را اجتناب‌ناپذ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زمان، دولت‌ها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اروپا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به‌و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ژه</w:t>
      </w:r>
      <w:r w:rsidRPr="00573762">
        <w:rPr>
          <w:rFonts w:ascii="Tahoma" w:hAnsi="Tahoma" w:cs="Tahoma"/>
          <w:rtl/>
        </w:rPr>
        <w:t xml:space="preserve"> جمهور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در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افتن</w:t>
      </w:r>
      <w:r w:rsidRPr="00573762">
        <w:rPr>
          <w:rFonts w:ascii="Tahoma" w:hAnsi="Tahoma" w:cs="Tahoma"/>
          <w:rtl/>
        </w:rPr>
        <w:t xml:space="preserve"> متحد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شرق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بودند. اوزون‌حسن با 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و نما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ندگان</w:t>
      </w:r>
      <w:r w:rsidRPr="00573762">
        <w:rPr>
          <w:rFonts w:ascii="Tahoma" w:hAnsi="Tahoma" w:cs="Tahoma"/>
          <w:rtl/>
        </w:rPr>
        <w:t xml:space="preserve"> پاپ مکاتبه کرد و فرستادگان اروپا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به دربار او آمدند. اروپا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دوار</w:t>
      </w:r>
      <w:r w:rsidRPr="00573762">
        <w:rPr>
          <w:rFonts w:ascii="Tahoma" w:hAnsi="Tahoma" w:cs="Tahoma"/>
          <w:rtl/>
        </w:rPr>
        <w:t xml:space="preserve"> بودند با حمله‌ا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هم‌زمان از غرب و شرق، قدرت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محدود کنند. اوزون‌حسن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انتظار داشت از آنان سلاح، به‌و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ژه</w:t>
      </w:r>
      <w:r w:rsidRPr="00573762">
        <w:rPr>
          <w:rFonts w:ascii="Tahoma" w:hAnsi="Tahoma" w:cs="Tahoma"/>
          <w:rtl/>
        </w:rPr>
        <w:t xml:space="preserve"> توپ و تفنگ، 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 xml:space="preserve"> کند.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اما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اتحاد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آنکه بر توان عمل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مشترک استوار باشد، بر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دو طرف بنا شده بود. 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منافع خود را دنبال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</w:t>
      </w:r>
      <w:r w:rsidRPr="00573762">
        <w:rPr>
          <w:rFonts w:ascii="Tahoma" w:hAnsi="Tahoma" w:cs="Tahoma"/>
          <w:rtl/>
        </w:rPr>
        <w:t xml:space="preserve"> و توان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ارادهٔ رساندن سلاح کاف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اوزون‌حسن را نداشت. فاصلهٔ جغراف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دشوار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راه‌ها و قدرت 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و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مانع همکار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eastAsia"/>
          <w:rtl/>
        </w:rPr>
        <w:t>مؤثر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 هنگام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نها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فرارس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د،</w:t>
      </w:r>
      <w:r w:rsidRPr="00573762">
        <w:rPr>
          <w:rFonts w:ascii="Tahoma" w:hAnsi="Tahoma" w:cs="Tahoma"/>
          <w:rtl/>
        </w:rPr>
        <w:t xml:space="preserve"> اوزون‌حسن نتوانست از کمک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تع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ن‌کنندهٔ</w:t>
      </w:r>
      <w:r w:rsidRPr="00573762">
        <w:rPr>
          <w:rFonts w:ascii="Tahoma" w:hAnsi="Tahoma" w:cs="Tahoma"/>
          <w:rtl/>
        </w:rPr>
        <w:t xml:space="preserve"> متحدان اروپا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برخوردار شود.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سال </w:t>
      </w:r>
      <w:r w:rsidRPr="00573762">
        <w:rPr>
          <w:rFonts w:ascii="Tahoma" w:hAnsi="Tahoma" w:cs="Tahoma"/>
          <w:rtl/>
          <w:lang w:bidi="fa-IR"/>
        </w:rPr>
        <w:t>۱۴۷۳</w:t>
      </w:r>
      <w:r w:rsidRPr="00573762">
        <w:rPr>
          <w:rFonts w:ascii="Tahoma" w:hAnsi="Tahoma" w:cs="Tahoma"/>
          <w:rtl/>
        </w:rPr>
        <w:t xml:space="preserve"> سپاه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و سپاه سلطان محمد دوم در اوتلوق‌بئل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روبه‌رو شدند. قشون اوزون‌حسن از سواره‌نظام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چابک و جنگ‌آزموده برخوردار بود، اما سپاه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سازمان منظم‌تر،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اده‌نظام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چر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سلاح‌ها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آتش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مؤثرتر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داشت.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شکست خوردن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و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پسران اوزون‌حسن کشته شد.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شکست</w:t>
      </w:r>
      <w:r w:rsidRPr="00573762">
        <w:rPr>
          <w:rFonts w:ascii="Tahoma" w:hAnsi="Tahoma" w:cs="Tahoma"/>
          <w:rtl/>
        </w:rPr>
        <w:t xml:space="preserve"> اوتلوق‌بئل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بار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تفاوت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قشون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ارتش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نشان داد که حکومت مرکز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توانسته بود سازمان، آموزش و سلاح آن را به‌طور منظم تأم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کند. سواره‌نظام ترکمان در حرکت سر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ع،</w:t>
      </w:r>
      <w:r w:rsidRPr="00573762">
        <w:rPr>
          <w:rFonts w:ascii="Tahoma" w:hAnsi="Tahoma" w:cs="Tahoma"/>
          <w:rtl/>
        </w:rPr>
        <w:t xml:space="preserve"> حملهٔ ناگهان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جنگ در فضا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باز توانمند بود، اما در برابر سپاه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از توپخان</w:t>
      </w:r>
      <w:r w:rsidRPr="00573762">
        <w:rPr>
          <w:rFonts w:ascii="Tahoma" w:hAnsi="Tahoma" w:cs="Tahoma" w:hint="eastAsia"/>
          <w:rtl/>
        </w:rPr>
        <w:t>ه،</w:t>
      </w:r>
      <w:r w:rsidRPr="00573762">
        <w:rPr>
          <w:rFonts w:ascii="Tahoma" w:hAnsi="Tahoma" w:cs="Tahoma"/>
          <w:rtl/>
        </w:rPr>
        <w:t xml:space="preserve"> سلاح آتش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و آرا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منظم بهره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برد،</w:t>
      </w:r>
      <w:r w:rsidRPr="00573762">
        <w:rPr>
          <w:rFonts w:ascii="Tahoma" w:hAnsi="Tahoma" w:cs="Tahoma"/>
          <w:rtl/>
        </w:rPr>
        <w:t xml:space="preserve"> با محدود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روبه‌رو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شکست به سقوط فور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اوزون‌حسن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نجام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د،</w:t>
      </w:r>
      <w:r w:rsidRPr="00573762">
        <w:rPr>
          <w:rFonts w:ascii="Tahoma" w:hAnsi="Tahoma" w:cs="Tahoma"/>
          <w:rtl/>
        </w:rPr>
        <w:t xml:space="preserve"> اما جلو گسترش او به سو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غرب را گرفت و برتر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را در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تثب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کرد.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پس از شکست توانست حکومت خود را حفظ کند، اما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امکان نداشت قدرت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از شرق درهم بشکند. همچن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روشن شد که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پلماس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بدون توان رساندن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مشترک به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جنگ،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تواند</w:t>
      </w:r>
      <w:r w:rsidRPr="00573762">
        <w:rPr>
          <w:rFonts w:ascii="Tahoma" w:hAnsi="Tahoma" w:cs="Tahoma"/>
          <w:rtl/>
        </w:rPr>
        <w:t xml:space="preserve"> 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سازمان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رد</w:t>
      </w:r>
      <w:r w:rsidRPr="00573762">
        <w:rPr>
          <w:rFonts w:ascii="Tahoma" w:hAnsi="Tahoma" w:cs="Tahoma"/>
          <w:rtl/>
        </w:rPr>
        <w:t>. مکاتبه با 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و پاپ،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را وارد ش</w:t>
      </w:r>
      <w:r w:rsidRPr="00573762">
        <w:rPr>
          <w:rFonts w:ascii="Tahoma" w:hAnsi="Tahoma" w:cs="Tahoma" w:hint="eastAsia"/>
          <w:rtl/>
        </w:rPr>
        <w:t>بکه‌ا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گسترده از روابط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کرده بود، اما نت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جهٔ</w:t>
      </w:r>
      <w:r w:rsidRPr="00573762">
        <w:rPr>
          <w:rFonts w:ascii="Tahoma" w:hAnsi="Tahoma" w:cs="Tahoma"/>
          <w:rtl/>
        </w:rPr>
        <w:t xml:space="preserve"> جنگ را ابزارها و سازمان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تع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کردند که در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حضور داشتند.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د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ن،</w:t>
      </w:r>
      <w:r w:rsidRPr="00573762">
        <w:rPr>
          <w:rFonts w:ascii="Tahoma" w:hAnsi="Tahoma" w:cs="Tahoma"/>
          <w:b/>
          <w:sz w:val="26"/>
          <w:rtl/>
        </w:rPr>
        <w:t xml:space="preserve"> طر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قت</w:t>
      </w:r>
      <w:r w:rsidRPr="00573762">
        <w:rPr>
          <w:rFonts w:ascii="Tahoma" w:hAnsi="Tahoma" w:cs="Tahoma"/>
          <w:b/>
          <w:sz w:val="26"/>
          <w:rtl/>
        </w:rPr>
        <w:t xml:space="preserve"> و س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است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در ظاهر به سنت تسنن وابسته بودند، اما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است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آنان را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</w:t>
      </w:r>
      <w:r w:rsidRPr="00573762">
        <w:rPr>
          <w:rFonts w:ascii="Tahoma" w:hAnsi="Tahoma" w:cs="Tahoma"/>
          <w:rtl/>
        </w:rPr>
        <w:t xml:space="preserve"> تنها با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عنوان توض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ح</w:t>
      </w:r>
      <w:r w:rsidRPr="00573762">
        <w:rPr>
          <w:rFonts w:ascii="Tahoma" w:hAnsi="Tahoma" w:cs="Tahoma"/>
          <w:rtl/>
        </w:rPr>
        <w:t xml:space="preserve"> داد. در سدهٔ پانزدهم، مرز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تسنن، تش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</w:t>
      </w:r>
      <w:r w:rsidRPr="00573762">
        <w:rPr>
          <w:rFonts w:ascii="Tahoma" w:hAnsi="Tahoma" w:cs="Tahoma"/>
          <w:rtl/>
        </w:rPr>
        <w:t xml:space="preserve"> و تصوف در بس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نواح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و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روشن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دوره‌ها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بعد نبود.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صوف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انه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مردم شه</w:t>
      </w:r>
      <w:r w:rsidRPr="00573762">
        <w:rPr>
          <w:rFonts w:ascii="Tahoma" w:hAnsi="Tahoma" w:cs="Tahoma" w:hint="eastAsia"/>
          <w:rtl/>
        </w:rPr>
        <w:t>رها،</w:t>
      </w:r>
      <w:r w:rsidRPr="00573762">
        <w:rPr>
          <w:rFonts w:ascii="Tahoma" w:hAnsi="Tahoma" w:cs="Tahoma"/>
          <w:rtl/>
        </w:rPr>
        <w:t xml:space="preserve"> روستاها و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داشتند و رهبرانشان گاه از نفوذ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برخوردار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شدند</w:t>
      </w:r>
      <w:r w:rsidRPr="00573762">
        <w:rPr>
          <w:rFonts w:ascii="Tahoma" w:hAnsi="Tahoma" w:cs="Tahoma"/>
          <w:rtl/>
        </w:rPr>
        <w:t xml:space="preserve"> که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به قدرت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شود.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قت‌ها،</w:t>
      </w:r>
      <w:r w:rsidRPr="00573762">
        <w:rPr>
          <w:rFonts w:ascii="Tahoma" w:hAnsi="Tahoma" w:cs="Tahoma"/>
          <w:rtl/>
        </w:rPr>
        <w:t xml:space="preserve"> خاندان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اردب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بود.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در آغاز نه خاندان پادشاه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بلکه صاحبان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صوف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انه</w:t>
      </w:r>
      <w:r w:rsidRPr="00573762">
        <w:rPr>
          <w:rFonts w:ascii="Tahoma" w:hAnsi="Tahoma" w:cs="Tahoma"/>
          <w:rtl/>
        </w:rPr>
        <w:t xml:space="preserve"> بودند که از زمان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صف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الد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اردب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گسترش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افته</w:t>
      </w:r>
      <w:r w:rsidRPr="00573762">
        <w:rPr>
          <w:rFonts w:ascii="Tahoma" w:hAnsi="Tahoma" w:cs="Tahoma"/>
          <w:rtl/>
        </w:rPr>
        <w:t xml:space="preserve"> بود.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آنان در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و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افزا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افته</w:t>
      </w:r>
      <w:r w:rsidRPr="00573762">
        <w:rPr>
          <w:rFonts w:ascii="Tahoma" w:hAnsi="Tahoma" w:cs="Tahoma"/>
          <w:rtl/>
        </w:rPr>
        <w:t xml:space="preserve"> بودند و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مرشد و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به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اج</w:t>
      </w:r>
      <w:r w:rsidRPr="00573762">
        <w:rPr>
          <w:rFonts w:ascii="Tahoma" w:hAnsi="Tahoma" w:cs="Tahoma" w:hint="eastAsia"/>
          <w:rtl/>
        </w:rPr>
        <w:t>تماع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سپس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جن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رهبران خاندان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</w:t>
      </w:r>
      <w:r w:rsidRPr="00573762">
        <w:rPr>
          <w:rFonts w:ascii="Tahoma" w:hAnsi="Tahoma" w:cs="Tahoma"/>
          <w:rtl/>
        </w:rPr>
        <w:t xml:space="preserve"> را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به سو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فعال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برد. افزا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شمار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و جنگاوران او، جهانشاه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را نگران کرد. جهانشاه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در قلمرو خود حضور مرشد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تحمل کند که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روانش</w:t>
      </w:r>
      <w:r w:rsidRPr="00573762">
        <w:rPr>
          <w:rFonts w:ascii="Tahoma" w:hAnsi="Tahoma" w:cs="Tahoma"/>
          <w:rtl/>
        </w:rPr>
        <w:t xml:space="preserve"> فرمان او را بر فرمان حکومت مقدم 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داشتند</w:t>
      </w:r>
      <w:r w:rsidRPr="00573762">
        <w:rPr>
          <w:rFonts w:ascii="Tahoma" w:hAnsi="Tahoma" w:cs="Tahoma"/>
          <w:rtl/>
        </w:rPr>
        <w:t>.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رو، جن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ناچار به ترک اردب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شد.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جن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سرانجام به دربار اوزون‌حسن پناه برد. اوزون‌حسن که در آن زمان با جهانشاه رقابت داشت، حضور رهبر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فرصت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. اتحاد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آنان با ازدواج استوار شد و جن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با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زنان خاندان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زناشو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برقرار کرد.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هر دو طرف سودمن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بود. جن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از حما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فرمانروا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رومند</w:t>
      </w:r>
      <w:r w:rsidRPr="00573762">
        <w:rPr>
          <w:rFonts w:ascii="Tahoma" w:hAnsi="Tahoma" w:cs="Tahoma"/>
          <w:rtl/>
        </w:rPr>
        <w:t xml:space="preserve"> برخوردار شد و اوزون‌حسن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از نفوذ مذهب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رقابت با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بهره گرفت.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جن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در سال </w:t>
      </w:r>
      <w:r w:rsidRPr="00573762">
        <w:rPr>
          <w:rFonts w:ascii="Tahoma" w:hAnsi="Tahoma" w:cs="Tahoma"/>
          <w:rtl/>
          <w:lang w:bidi="fa-IR"/>
        </w:rPr>
        <w:t>۱۴۶۰</w:t>
      </w:r>
      <w:r w:rsidRPr="00573762">
        <w:rPr>
          <w:rFonts w:ascii="Tahoma" w:hAnsi="Tahoma" w:cs="Tahoma"/>
          <w:rtl/>
        </w:rPr>
        <w:t xml:space="preserve"> در نبرد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 شروانشاهان کشته شد، اما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دو خاندان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 پسرش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در دربار اوزون‌حسن پرورش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 xml:space="preserve"> و با دختر او، عالمشاه‌ب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گم</w:t>
      </w:r>
      <w:r w:rsidRPr="00573762">
        <w:rPr>
          <w:rFonts w:ascii="Tahoma" w:hAnsi="Tahoma" w:cs="Tahoma"/>
          <w:rtl/>
        </w:rPr>
        <w:t xml:space="preserve"> که در برخ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منابع حل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مه‌ب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گم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مارتا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خوانده شده است، ازدواج کرد. از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ازدواج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ل،</w:t>
      </w:r>
      <w:r w:rsidRPr="00573762">
        <w:rPr>
          <w:rFonts w:ascii="Tahoma" w:hAnsi="Tahoma" w:cs="Tahoma"/>
          <w:rtl/>
        </w:rPr>
        <w:t xml:space="preserve"> بن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ان‌گذار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eastAsia"/>
          <w:rtl/>
        </w:rPr>
        <w:t>آ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ندهٔ</w:t>
      </w:r>
      <w:r w:rsidRPr="00573762">
        <w:rPr>
          <w:rFonts w:ascii="Tahoma" w:hAnsi="Tahoma" w:cs="Tahoma"/>
          <w:rtl/>
        </w:rPr>
        <w:t xml:space="preserve"> دولت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زاده شد. بنابرا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شاه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از جانب مادر به خاندان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و از جانب پدر به خاندان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تعلق داشت.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بداند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خانوادگ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سرانجام چه نت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خواهد داشت.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او، خاندان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متحد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برابر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/>
          <w:rtl/>
        </w:rPr>
        <w:t xml:space="preserve"> بود. اما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متفاوت از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و قشون معمول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آورد</w:t>
      </w:r>
      <w:r w:rsidRPr="00573762">
        <w:rPr>
          <w:rFonts w:ascii="Tahoma" w:hAnsi="Tahoma" w:cs="Tahoma"/>
          <w:rtl/>
        </w:rPr>
        <w:t>.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تنها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 xml:space="preserve"> غن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مت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حکومت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ناح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جنگ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دند؛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آنان با مرشد رنگ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داشت و فرمانبر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با اعتقاد درهم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خت</w:t>
      </w:r>
      <w:r w:rsidRPr="00573762">
        <w:rPr>
          <w:rFonts w:ascii="Tahoma" w:hAnsi="Tahoma" w:cs="Tahoma"/>
          <w:rtl/>
        </w:rPr>
        <w:t>. 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ترک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بعدها به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امکان داد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بسازند که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از آن ب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بهره</w:t>
      </w:r>
      <w:r w:rsidRPr="00573762">
        <w:rPr>
          <w:rFonts w:ascii="Tahoma" w:hAnsi="Tahoma" w:cs="Tahoma"/>
          <w:rtl/>
        </w:rPr>
        <w:t xml:space="preserve"> بودند: قشون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فرمانروا را نه فقط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طا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فه،</w:t>
      </w:r>
      <w:r w:rsidRPr="00573762">
        <w:rPr>
          <w:rFonts w:ascii="Tahoma" w:hAnsi="Tahoma" w:cs="Tahoma"/>
          <w:rtl/>
        </w:rPr>
        <w:t xml:space="preserve"> بلکه مرشد و صاحب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قدس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/>
          <w:rtl/>
        </w:rPr>
        <w:t>دانست.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/>
          <w:b/>
          <w:sz w:val="26"/>
          <w:rtl/>
        </w:rPr>
        <w:t>مرگ اوزون‌حسن و مسئله‌ا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/>
          <w:b/>
          <w:sz w:val="26"/>
          <w:rtl/>
        </w:rPr>
        <w:t xml:space="preserve"> که باق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/>
          <w:b/>
          <w:sz w:val="26"/>
          <w:rtl/>
        </w:rPr>
        <w:t xml:space="preserve"> ماند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اوزون‌حسن</w:t>
      </w:r>
      <w:r w:rsidRPr="00573762">
        <w:rPr>
          <w:rFonts w:ascii="Tahoma" w:hAnsi="Tahoma" w:cs="Tahoma"/>
          <w:rtl/>
        </w:rPr>
        <w:t xml:space="preserve"> در سال </w:t>
      </w:r>
      <w:r w:rsidRPr="00573762">
        <w:rPr>
          <w:rFonts w:ascii="Tahoma" w:hAnsi="Tahoma" w:cs="Tahoma"/>
          <w:rtl/>
          <w:lang w:bidi="fa-IR"/>
        </w:rPr>
        <w:t>۱۴۷۸</w:t>
      </w:r>
      <w:r w:rsidRPr="00573762">
        <w:rPr>
          <w:rFonts w:ascii="Tahoma" w:hAnsi="Tahoma" w:cs="Tahoma"/>
          <w:rtl/>
        </w:rPr>
        <w:t xml:space="preserve"> درگذشت. او قلمرو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بزرگ‌تر از آنچه به ارث برده بود، برجا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گذاشت.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را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برده، آخر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لشکرکش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بزرگ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به غرب را شکست داده،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را به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تخت</w:t>
      </w:r>
      <w:r w:rsidRPr="00573762">
        <w:rPr>
          <w:rFonts w:ascii="Tahoma" w:hAnsi="Tahoma" w:cs="Tahoma"/>
          <w:rtl/>
        </w:rPr>
        <w:t xml:space="preserve"> خود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کرده، مقررات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آورده و حکومتش را وارد مناسبا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گسترده با عثمان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و اروپا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کرده بود. باا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ن‌همه،</w:t>
      </w:r>
      <w:r w:rsidRPr="00573762">
        <w:rPr>
          <w:rFonts w:ascii="Tahoma" w:hAnsi="Tahoma" w:cs="Tahoma"/>
          <w:rtl/>
        </w:rPr>
        <w:t xml:space="preserve"> نتوانسته بود مهم‌تر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مسئلهٔ حکومت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حل کند: انتقال منظم قدرت.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پس</w:t>
      </w:r>
      <w:r w:rsidRPr="00573762">
        <w:rPr>
          <w:rFonts w:ascii="Tahoma" w:hAnsi="Tahoma" w:cs="Tahoma"/>
          <w:rtl/>
        </w:rPr>
        <w:t xml:space="preserve"> از مرگ او، پسرش سلطان خل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به فرمانروا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د،</w:t>
      </w:r>
      <w:r w:rsidRPr="00573762">
        <w:rPr>
          <w:rFonts w:ascii="Tahoma" w:hAnsi="Tahoma" w:cs="Tahoma"/>
          <w:rtl/>
        </w:rPr>
        <w:t xml:space="preserve"> اما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شاهزادگان و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او را نپذ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رفتند</w:t>
      </w:r>
      <w:r w:rsidRPr="00573762">
        <w:rPr>
          <w:rFonts w:ascii="Tahoma" w:hAnsi="Tahoma" w:cs="Tahoma"/>
          <w:rtl/>
        </w:rPr>
        <w:t>. سلطنت او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چند ماه دوام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اورد</w:t>
      </w:r>
      <w:r w:rsidRPr="00573762">
        <w:rPr>
          <w:rFonts w:ascii="Tahoma" w:hAnsi="Tahoma" w:cs="Tahoma"/>
          <w:rtl/>
        </w:rPr>
        <w:t xml:space="preserve"> و برادرش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</w:t>
      </w:r>
      <w:r w:rsidRPr="00573762">
        <w:rPr>
          <w:rFonts w:ascii="Tahoma" w:hAnsi="Tahoma" w:cs="Tahoma"/>
          <w:rtl/>
        </w:rPr>
        <w:t xml:space="preserve"> او را شکست داد و کشت.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</w:t>
      </w:r>
      <w:r w:rsidRPr="00573762">
        <w:rPr>
          <w:rFonts w:ascii="Tahoma" w:hAnsi="Tahoma" w:cs="Tahoma"/>
          <w:rtl/>
        </w:rPr>
        <w:t xml:space="preserve"> از سال </w:t>
      </w:r>
      <w:r w:rsidRPr="00573762">
        <w:rPr>
          <w:rFonts w:ascii="Tahoma" w:hAnsi="Tahoma" w:cs="Tahoma"/>
          <w:rtl/>
          <w:lang w:bidi="fa-IR"/>
        </w:rPr>
        <w:t>۱۴۷۸</w:t>
      </w:r>
      <w:r w:rsidRPr="00573762">
        <w:rPr>
          <w:rFonts w:ascii="Tahoma" w:hAnsi="Tahoma" w:cs="Tahoma"/>
          <w:rtl/>
        </w:rPr>
        <w:t xml:space="preserve"> تا </w:t>
      </w:r>
      <w:r w:rsidRPr="00573762">
        <w:rPr>
          <w:rFonts w:ascii="Tahoma" w:hAnsi="Tahoma" w:cs="Tahoma"/>
          <w:rtl/>
          <w:lang w:bidi="fa-IR"/>
        </w:rPr>
        <w:t>۱۴۹۰</w:t>
      </w:r>
      <w:r w:rsidRPr="00573762">
        <w:rPr>
          <w:rFonts w:ascii="Tahoma" w:hAnsi="Tahoma" w:cs="Tahoma"/>
          <w:rtl/>
        </w:rPr>
        <w:t xml:space="preserve"> فرمان راند و توانست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مدت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وحدت حکومت را حفظ کند. دوران او </w:t>
      </w: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نظر امن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ت،</w:t>
      </w:r>
      <w:r w:rsidRPr="00573762">
        <w:rPr>
          <w:rFonts w:ascii="Tahoma" w:hAnsi="Tahoma" w:cs="Tahoma"/>
          <w:rtl/>
        </w:rPr>
        <w:t xml:space="preserve"> رونق دربار و ادامهٔ فعال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دوره‌ا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نسبتاً باثبات بود؛ اما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ثبات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آنکه محصول نهادها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باشد، به توانا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شخص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</w:t>
      </w:r>
      <w:r w:rsidRPr="00573762">
        <w:rPr>
          <w:rFonts w:ascii="Tahoma" w:hAnsi="Tahoma" w:cs="Tahoma"/>
          <w:rtl/>
        </w:rPr>
        <w:t xml:space="preserve"> در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جاد</w:t>
      </w:r>
      <w:r w:rsidRPr="00573762">
        <w:rPr>
          <w:rFonts w:ascii="Tahoma" w:hAnsi="Tahoma" w:cs="Tahoma"/>
          <w:rtl/>
        </w:rPr>
        <w:t xml:space="preserve"> موازنه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وابسته بود.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زمان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عقوب،</w:t>
      </w:r>
      <w:r w:rsidRPr="00573762">
        <w:rPr>
          <w:rFonts w:ascii="Tahoma" w:hAnsi="Tahoma" w:cs="Tahoma"/>
          <w:rtl/>
        </w:rPr>
        <w:t xml:space="preserve"> قدرت فزا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ندهٔ</w:t>
      </w:r>
      <w:r w:rsidRPr="00573762">
        <w:rPr>
          <w:rFonts w:ascii="Tahoma" w:hAnsi="Tahoma" w:cs="Tahoma"/>
          <w:rtl/>
        </w:rPr>
        <w:t xml:space="preserve">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حکومت را نگران کرد.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خود را با پوشش و کلاه سرخ مشخص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سازمان داده بود؛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بعدها به نام قزلباش شناخته شدند. حملات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به قفقاز نشان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 xml:space="preserve">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تنها نهاد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ست</w:t>
      </w:r>
      <w:r w:rsidRPr="00573762">
        <w:rPr>
          <w:rFonts w:ascii="Tahoma" w:hAnsi="Tahoma" w:cs="Tahoma"/>
          <w:rtl/>
        </w:rPr>
        <w:t xml:space="preserve"> و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تواند</w:t>
      </w:r>
      <w:r w:rsidRPr="00573762">
        <w:rPr>
          <w:rFonts w:ascii="Tahoma" w:hAnsi="Tahoma" w:cs="Tahoma"/>
          <w:rtl/>
        </w:rPr>
        <w:t xml:space="preserve"> سپاه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گرد آورد.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</w:t>
      </w:r>
      <w:r w:rsidRPr="00573762">
        <w:rPr>
          <w:rFonts w:ascii="Tahoma" w:hAnsi="Tahoma" w:cs="Tahoma"/>
          <w:rtl/>
        </w:rPr>
        <w:t xml:space="preserve"> که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خواست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رون</w:t>
      </w:r>
      <w:r w:rsidRPr="00573762">
        <w:rPr>
          <w:rFonts w:ascii="Tahoma" w:hAnsi="Tahoma" w:cs="Tahoma"/>
          <w:rtl/>
        </w:rPr>
        <w:t xml:space="preserve"> از دستگاه حکومت در آذربا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شکل 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رد،</w:t>
      </w:r>
      <w:r w:rsidRPr="00573762">
        <w:rPr>
          <w:rFonts w:ascii="Tahoma" w:hAnsi="Tahoma" w:cs="Tahoma"/>
          <w:rtl/>
        </w:rPr>
        <w:t xml:space="preserve"> از شروانشاهان در برابر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پشت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کرد.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در سال </w:t>
      </w:r>
      <w:r w:rsidRPr="00573762">
        <w:rPr>
          <w:rFonts w:ascii="Tahoma" w:hAnsi="Tahoma" w:cs="Tahoma"/>
          <w:rtl/>
          <w:lang w:bidi="fa-IR"/>
        </w:rPr>
        <w:t>۱۴۸۸</w:t>
      </w:r>
      <w:r w:rsidRPr="00573762">
        <w:rPr>
          <w:rFonts w:ascii="Tahoma" w:hAnsi="Tahoma" w:cs="Tahoma"/>
          <w:rtl/>
        </w:rPr>
        <w:t xml:space="preserve"> کشته شد و فرزندانش 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مراقبت قرار گرفتند.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ن‌سان،</w:t>
      </w:r>
      <w:r w:rsidRPr="00573762">
        <w:rPr>
          <w:rFonts w:ascii="Tahoma" w:hAnsi="Tahoma" w:cs="Tahoma"/>
          <w:rtl/>
        </w:rPr>
        <w:t xml:space="preserve"> همان خاندان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که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را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مقابله با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پرورانده بود، هنگام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قدرت آنان را خطر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خود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د،</w:t>
      </w:r>
      <w:r w:rsidRPr="00573762">
        <w:rPr>
          <w:rFonts w:ascii="Tahoma" w:hAnsi="Tahoma" w:cs="Tahoma"/>
          <w:rtl/>
        </w:rPr>
        <w:t xml:space="preserve"> به سرکوبشان پرداخت.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تغ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نشانهٔ ب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ثبات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رابطهٔ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حکومت و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نکاران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بود. حکومت از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تا زمان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بهره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گرفت</w:t>
      </w:r>
      <w:r w:rsidRPr="00573762">
        <w:rPr>
          <w:rFonts w:ascii="Tahoma" w:hAnsi="Tahoma" w:cs="Tahoma"/>
          <w:rtl/>
        </w:rPr>
        <w:t xml:space="preserve"> که در خدمت رقابت‌ها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قرار داشت؛ اما اگر همان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/>
          <w:rtl/>
        </w:rPr>
        <w:t xml:space="preserve"> صاحب قشون و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حکمران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شد،</w:t>
      </w:r>
      <w:r w:rsidRPr="00573762">
        <w:rPr>
          <w:rFonts w:ascii="Tahoma" w:hAnsi="Tahoma" w:cs="Tahoma"/>
          <w:rtl/>
        </w:rPr>
        <w:t xml:space="preserve"> به دشمن حکومت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گرد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مرگ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</w:t>
      </w:r>
      <w:r w:rsidRPr="00573762">
        <w:rPr>
          <w:rFonts w:ascii="Tahoma" w:hAnsi="Tahoma" w:cs="Tahoma"/>
          <w:rtl/>
        </w:rPr>
        <w:t xml:space="preserve"> در سال </w:t>
      </w:r>
      <w:r w:rsidRPr="00573762">
        <w:rPr>
          <w:rFonts w:ascii="Tahoma" w:hAnsi="Tahoma" w:cs="Tahoma"/>
          <w:rtl/>
          <w:lang w:bidi="fa-IR"/>
        </w:rPr>
        <w:t>۱۴۹۰</w:t>
      </w:r>
      <w:r w:rsidRPr="00573762">
        <w:rPr>
          <w:rFonts w:ascii="Tahoma" w:hAnsi="Tahoma" w:cs="Tahoma"/>
          <w:rtl/>
        </w:rPr>
        <w:t xml:space="preserve"> راه را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بحران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طولان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گشود. پسران، برادرزادگان و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اعضا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خاندان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بر سر جانش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جنگ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</w:t>
      </w:r>
      <w:r w:rsidRPr="00573762">
        <w:rPr>
          <w:rFonts w:ascii="Tahoma" w:hAnsi="Tahoma" w:cs="Tahoma"/>
          <w:rtl/>
        </w:rPr>
        <w:t>.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سنقر،</w:t>
      </w:r>
      <w:r w:rsidRPr="00573762">
        <w:rPr>
          <w:rFonts w:ascii="Tahoma" w:hAnsi="Tahoma" w:cs="Tahoma"/>
          <w:rtl/>
        </w:rPr>
        <w:t xml:space="preserve"> رستم، احمد، الوند و مراد، هر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مدت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بخش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قلمرو را در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گرفتند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عنوان پادشاه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افتند</w:t>
      </w:r>
      <w:r w:rsidRPr="00573762">
        <w:rPr>
          <w:rFonts w:ascii="Tahoma" w:hAnsi="Tahoma" w:cs="Tahoma"/>
          <w:rtl/>
        </w:rPr>
        <w:t>.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به ج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پشت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مرکز، هر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شاهزاده‌ا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برگز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</w:t>
      </w:r>
      <w:r w:rsidRPr="00573762">
        <w:rPr>
          <w:rFonts w:ascii="Tahoma" w:hAnsi="Tahoma" w:cs="Tahoma"/>
          <w:rtl/>
        </w:rPr>
        <w:t xml:space="preserve"> که منافعشان را بهتر تأم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بار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همان سازوکار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</w:t>
      </w:r>
      <w:r w:rsidRPr="00573762">
        <w:rPr>
          <w:rFonts w:ascii="Tahoma" w:hAnsi="Tahoma" w:cs="Tahoma"/>
          <w:rtl/>
        </w:rPr>
        <w:t xml:space="preserve"> را ساخته بود، حکومت را از هم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گسست</w:t>
      </w:r>
      <w:r w:rsidRPr="00573762">
        <w:rPr>
          <w:rFonts w:ascii="Tahoma" w:hAnsi="Tahoma" w:cs="Tahoma"/>
          <w:rtl/>
        </w:rPr>
        <w:t>. هر شاهزاده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</w:t>
      </w:r>
      <w:r w:rsidRPr="00573762">
        <w:rPr>
          <w:rFonts w:ascii="Tahoma" w:hAnsi="Tahoma" w:cs="Tahoma"/>
          <w:rtl/>
        </w:rPr>
        <w:t xml:space="preserve"> به قدرت به پشت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گروه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داشت و پس از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ناچار بود مناصب و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ن‌ها</w:t>
      </w:r>
      <w:r w:rsidRPr="00573762">
        <w:rPr>
          <w:rFonts w:ascii="Tahoma" w:hAnsi="Tahoma" w:cs="Tahoma"/>
          <w:rtl/>
        </w:rPr>
        <w:t xml:space="preserve"> را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آنان تقس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/>
          <w:rtl/>
        </w:rPr>
        <w:t xml:space="preserve"> کند. در نت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جه،</w:t>
      </w:r>
      <w:r w:rsidRPr="00573762">
        <w:rPr>
          <w:rFonts w:ascii="Tahoma" w:hAnsi="Tahoma" w:cs="Tahoma"/>
          <w:rtl/>
        </w:rPr>
        <w:t xml:space="preserve"> قدرت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و خزانه کاهش م</w:t>
      </w:r>
      <w:r w:rsidRPr="00573762">
        <w:rPr>
          <w:rFonts w:ascii="Tahoma" w:hAnsi="Tahoma" w:cs="Tahoma" w:hint="cs"/>
          <w:rtl/>
        </w:rPr>
        <w:t>ی‌ی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 xml:space="preserve"> و حاکمان </w:t>
      </w:r>
      <w:r w:rsidRPr="00573762">
        <w:rPr>
          <w:rFonts w:ascii="Tahoma" w:hAnsi="Tahoma" w:cs="Tahoma" w:hint="eastAsia"/>
          <w:rtl/>
        </w:rPr>
        <w:t>نواح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استقلال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کردند</w:t>
      </w:r>
      <w:r w:rsidRPr="00573762">
        <w:rPr>
          <w:rFonts w:ascii="Tahoma" w:hAnsi="Tahoma" w:cs="Tahoma"/>
          <w:rtl/>
        </w:rPr>
        <w:t>. 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چ‌کس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بدون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فرمان براند و 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چ</w:t>
      </w:r>
      <w:r w:rsidRPr="00573762">
        <w:rPr>
          <w:rFonts w:ascii="Tahoma" w:hAnsi="Tahoma" w:cs="Tahoma"/>
          <w:rtl/>
        </w:rPr>
        <w:t xml:space="preserve">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خواهان پادشاه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نبود که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او را محدود کند.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قانون‌نامهٔ</w:t>
      </w:r>
      <w:r w:rsidRPr="00573762">
        <w:rPr>
          <w:rFonts w:ascii="Tahoma" w:hAnsi="Tahoma" w:cs="Tahoma"/>
          <w:rtl/>
        </w:rPr>
        <w:t xml:space="preserve"> حسن پادشاه باق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مانده بود، اما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که اجرا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آن را تضم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کند،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رفت</w:t>
      </w:r>
      <w:r w:rsidRPr="00573762">
        <w:rPr>
          <w:rFonts w:ascii="Tahoma" w:hAnsi="Tahoma" w:cs="Tahoma"/>
          <w:rtl/>
        </w:rPr>
        <w:t>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نکته تفاوت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قانون و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حکومت قانون را آشکار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کند</w:t>
      </w:r>
      <w:r w:rsidRPr="00573762">
        <w:rPr>
          <w:rFonts w:ascii="Tahoma" w:hAnsi="Tahoma" w:cs="Tahoma"/>
          <w:rtl/>
        </w:rPr>
        <w:t>. نوشتن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زان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خودسر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مأموران را محدود کند، اما اگر هر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قشون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در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>ار داشت و هر شاهزاده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</w:t>
      </w:r>
      <w:r w:rsidRPr="00573762">
        <w:rPr>
          <w:rFonts w:ascii="Tahoma" w:hAnsi="Tahoma" w:cs="Tahoma"/>
          <w:rtl/>
        </w:rPr>
        <w:t xml:space="preserve"> به تاج به او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ازمند</w:t>
      </w:r>
      <w:r w:rsidRPr="00573762">
        <w:rPr>
          <w:rFonts w:ascii="Tahoma" w:hAnsi="Tahoma" w:cs="Tahoma"/>
          <w:rtl/>
        </w:rPr>
        <w:t xml:space="preserve"> بود، مقررات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بر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غلبه کند. قانون هنوز فرمان پادشاه بود، نه قاعده‌ا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خود پادشاه، خاندان او و قشون را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به‌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کسان</w:t>
      </w:r>
      <w:r w:rsidRPr="00573762">
        <w:rPr>
          <w:rFonts w:ascii="Tahoma" w:hAnsi="Tahoma" w:cs="Tahoma"/>
          <w:rtl/>
        </w:rPr>
        <w:t xml:space="preserve"> مق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سازد.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برآمدن</w:t>
      </w:r>
      <w:r w:rsidRPr="00573762">
        <w:rPr>
          <w:rFonts w:ascii="Tahoma" w:hAnsi="Tahoma" w:cs="Tahoma"/>
          <w:b/>
          <w:sz w:val="26"/>
          <w:rtl/>
        </w:rPr>
        <w:t xml:space="preserve"> اسماع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ل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سال‌ها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آشفتگ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فرزندان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</w:t>
      </w:r>
      <w:r w:rsidRPr="00573762">
        <w:rPr>
          <w:rFonts w:ascii="Tahoma" w:hAnsi="Tahoma" w:cs="Tahoma"/>
          <w:rtl/>
        </w:rPr>
        <w:t xml:space="preserve"> از مراقبت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رها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افتند</w:t>
      </w:r>
      <w:r w:rsidRPr="00573762">
        <w:rPr>
          <w:rFonts w:ascii="Tahoma" w:hAnsi="Tahoma" w:cs="Tahoma"/>
          <w:rtl/>
        </w:rPr>
        <w:t>.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ل،</w:t>
      </w:r>
      <w:r w:rsidRPr="00573762">
        <w:rPr>
          <w:rFonts w:ascii="Tahoma" w:hAnsi="Tahoma" w:cs="Tahoma"/>
          <w:rtl/>
        </w:rPr>
        <w:t xml:space="preserve"> کوچک‌تر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پسر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در،</w:t>
      </w:r>
      <w:r w:rsidRPr="00573762">
        <w:rPr>
          <w:rFonts w:ascii="Tahoma" w:hAnsi="Tahoma" w:cs="Tahoma"/>
          <w:rtl/>
        </w:rPr>
        <w:t xml:space="preserve"> مدت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لان</w:t>
      </w:r>
      <w:r w:rsidRPr="00573762">
        <w:rPr>
          <w:rFonts w:ascii="Tahoma" w:hAnsi="Tahoma" w:cs="Tahoma"/>
          <w:rtl/>
        </w:rPr>
        <w:t xml:space="preserve"> پنهان شد و 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حما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فرمانروا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محل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قرار گرفت. در آنجا شبکهٔ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ارتباط خود را با او حفظ کرد.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در آناتول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آ</w:t>
      </w:r>
      <w:r w:rsidRPr="00573762">
        <w:rPr>
          <w:rFonts w:ascii="Tahoma" w:hAnsi="Tahoma" w:cs="Tahoma" w:hint="eastAsia"/>
          <w:rtl/>
        </w:rPr>
        <w:t>ذربا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جان</w:t>
      </w:r>
      <w:r w:rsidRPr="00573762">
        <w:rPr>
          <w:rFonts w:ascii="Tahoma" w:hAnsi="Tahoma" w:cs="Tahoma"/>
          <w:rtl/>
        </w:rPr>
        <w:t xml:space="preserve"> به خاندان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ارادت داشتند، او را نه تنها وارث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خ</w:t>
      </w:r>
      <w:r w:rsidRPr="00573762">
        <w:rPr>
          <w:rFonts w:ascii="Tahoma" w:hAnsi="Tahoma" w:cs="Tahoma"/>
          <w:rtl/>
        </w:rPr>
        <w:t xml:space="preserve"> ح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در،</w:t>
      </w:r>
      <w:r w:rsidRPr="00573762">
        <w:rPr>
          <w:rFonts w:ascii="Tahoma" w:hAnsi="Tahoma" w:cs="Tahoma"/>
          <w:rtl/>
        </w:rPr>
        <w:t xml:space="preserve"> بلکه مرشد خود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دانستند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هنگام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هنوز نوجوان بود از مخف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گاه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رون</w:t>
      </w:r>
      <w:r w:rsidRPr="00573762">
        <w:rPr>
          <w:rFonts w:ascii="Tahoma" w:hAnsi="Tahoma" w:cs="Tahoma"/>
          <w:rtl/>
        </w:rPr>
        <w:t xml:space="preserve"> آمد و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دانش</w:t>
      </w:r>
      <w:r w:rsidRPr="00573762">
        <w:rPr>
          <w:rFonts w:ascii="Tahoma" w:hAnsi="Tahoma" w:cs="Tahoma"/>
          <w:rtl/>
        </w:rPr>
        <w:t xml:space="preserve"> را گرد آورد.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در آغاز از نظر شمار با سپاه فرمانروا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قابل مقا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سه</w:t>
      </w:r>
      <w:r w:rsidRPr="00573762">
        <w:rPr>
          <w:rFonts w:ascii="Tahoma" w:hAnsi="Tahoma" w:cs="Tahoma"/>
          <w:rtl/>
        </w:rPr>
        <w:t xml:space="preserve"> نبود، اما از انسجام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برخوردار بود که قشون‌ها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نداشتند. قزلباشان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شاهزاده‌ا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جنگ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</w:t>
      </w:r>
      <w:r w:rsidRPr="00573762">
        <w:rPr>
          <w:rFonts w:ascii="Tahoma" w:hAnsi="Tahoma" w:cs="Tahoma"/>
          <w:rtl/>
        </w:rPr>
        <w:t xml:space="preserve"> که تنها س</w:t>
      </w:r>
      <w:r w:rsidRPr="00573762">
        <w:rPr>
          <w:rFonts w:ascii="Tahoma" w:hAnsi="Tahoma" w:cs="Tahoma" w:hint="eastAsia"/>
          <w:rtl/>
        </w:rPr>
        <w:t>هم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غن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مت</w:t>
      </w:r>
      <w:r w:rsidRPr="00573762">
        <w:rPr>
          <w:rFonts w:ascii="Tahoma" w:hAnsi="Tahoma" w:cs="Tahoma"/>
          <w:rtl/>
        </w:rPr>
        <w:t xml:space="preserve"> به آنان بدهد؛ آنان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را مرشد و صاحب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دانستند</w:t>
      </w:r>
      <w:r w:rsidRPr="00573762">
        <w:rPr>
          <w:rFonts w:ascii="Tahoma" w:hAnsi="Tahoma" w:cs="Tahoma"/>
          <w:rtl/>
        </w:rPr>
        <w:t>. 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اعتقاد، فرمانبر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آمادگ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فداکار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افزا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داد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سو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گر،</w:t>
      </w:r>
      <w:r w:rsidRPr="00573762">
        <w:rPr>
          <w:rFonts w:ascii="Tahoma" w:hAnsi="Tahoma" w:cs="Tahoma"/>
          <w:rtl/>
        </w:rPr>
        <w:t xml:space="preserve">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از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</w:t>
      </w:r>
      <w:r w:rsidRPr="00573762">
        <w:rPr>
          <w:rFonts w:ascii="Tahoma" w:hAnsi="Tahoma" w:cs="Tahoma"/>
          <w:rtl/>
        </w:rPr>
        <w:t xml:space="preserve"> مادرش به خاندان اوزون‌حسن تعلق داشت. بنابرا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ادعا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او تنها بر جانش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قت</w:t>
      </w:r>
      <w:r w:rsidRPr="00573762">
        <w:rPr>
          <w:rFonts w:ascii="Tahoma" w:hAnsi="Tahoma" w:cs="Tahoma"/>
          <w:rtl/>
        </w:rPr>
        <w:t xml:space="preserve">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استوار نبود؛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خود را وارث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معرف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کند. در وجود او دو سرچشمهٔ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حکمران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هم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: نسب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خاندان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ندر</w:t>
      </w:r>
      <w:r w:rsidRPr="00573762">
        <w:rPr>
          <w:rFonts w:ascii="Tahoma" w:hAnsi="Tahoma" w:cs="Tahoma"/>
          <w:rtl/>
        </w:rPr>
        <w:t xml:space="preserve"> و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خاندان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فرمانروا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که سرگرم جنگ با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بودند، خطر او را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در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افتند</w:t>
      </w:r>
      <w:r w:rsidRPr="00573762">
        <w:rPr>
          <w:rFonts w:ascii="Tahoma" w:hAnsi="Tahoma" w:cs="Tahoma"/>
          <w:rtl/>
        </w:rPr>
        <w:t xml:space="preserve">. هر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آنکه نگران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تازه باشد،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کوش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خانوادگ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خود را شکست دهد.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از هم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پراکندگ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استفاده کرد. او شروانشاه را شکست داد و سپس در سال </w:t>
      </w:r>
      <w:r w:rsidRPr="00573762">
        <w:rPr>
          <w:rFonts w:ascii="Tahoma" w:hAnsi="Tahoma" w:cs="Tahoma"/>
          <w:rtl/>
          <w:lang w:bidi="fa-IR"/>
        </w:rPr>
        <w:t>۱۵۰۱</w:t>
      </w:r>
      <w:r w:rsidRPr="00573762">
        <w:rPr>
          <w:rFonts w:ascii="Tahoma" w:hAnsi="Tahoma" w:cs="Tahoma"/>
          <w:rtl/>
        </w:rPr>
        <w:t xml:space="preserve"> در نزد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نخجوان </w:t>
      </w:r>
      <w:r w:rsidRPr="00573762">
        <w:rPr>
          <w:rFonts w:ascii="Tahoma" w:hAnsi="Tahoma" w:cs="Tahoma" w:hint="eastAsia"/>
          <w:rtl/>
        </w:rPr>
        <w:t>بر</w:t>
      </w:r>
      <w:r w:rsidRPr="00573762">
        <w:rPr>
          <w:rFonts w:ascii="Tahoma" w:hAnsi="Tahoma" w:cs="Tahoma"/>
          <w:rtl/>
        </w:rPr>
        <w:t xml:space="preserve"> الوند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/>
          <w:rtl/>
        </w:rPr>
        <w:t xml:space="preserve"> شد. پس از آن وارد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شد و خود را شاه خواند.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ورود</w:t>
      </w:r>
      <w:r w:rsidRPr="00573762">
        <w:rPr>
          <w:rFonts w:ascii="Tahoma" w:hAnsi="Tahoma" w:cs="Tahoma"/>
          <w:rtl/>
        </w:rPr>
        <w:t xml:space="preserve">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به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قطع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همهٔ شاخه‌ها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نبود. سلطان مراد چند سال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در عراق و فارس مقاومت کرد، اما توان بازساز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حکومت را نداشت. تا سال </w:t>
      </w:r>
      <w:r w:rsidRPr="00573762">
        <w:rPr>
          <w:rFonts w:ascii="Tahoma" w:hAnsi="Tahoma" w:cs="Tahoma"/>
          <w:rtl/>
          <w:lang w:bidi="fa-IR"/>
        </w:rPr>
        <w:t>۱۵۰۸</w:t>
      </w:r>
      <w:r w:rsidRPr="00573762">
        <w:rPr>
          <w:rFonts w:ascii="Tahoma" w:hAnsi="Tahoma" w:cs="Tahoma"/>
          <w:rtl/>
        </w:rPr>
        <w:t>، بخش‌ها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اصل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قلمرو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به دست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افتاد.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در زمان اوزون‌حسن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بزرگ‌</w:t>
      </w:r>
      <w:r w:rsidRPr="00573762">
        <w:rPr>
          <w:rFonts w:ascii="Tahoma" w:hAnsi="Tahoma" w:cs="Tahoma" w:hint="eastAsia"/>
          <w:rtl/>
        </w:rPr>
        <w:t>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قدرت‌ها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منطقه بود، کمتر از 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سال پس از مرگ او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رفت.</w:t>
      </w:r>
    </w:p>
    <w:p w:rsidR="00573762" w:rsidRPr="00573762" w:rsidRDefault="00573762" w:rsidP="00573762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573762">
        <w:rPr>
          <w:rFonts w:ascii="Tahoma" w:hAnsi="Tahoma" w:cs="Tahoma" w:hint="eastAsia"/>
          <w:b/>
          <w:sz w:val="26"/>
          <w:rtl/>
        </w:rPr>
        <w:t>آنچه</w:t>
      </w:r>
      <w:r w:rsidRPr="00573762">
        <w:rPr>
          <w:rFonts w:ascii="Tahoma" w:hAnsi="Tahoma" w:cs="Tahoma"/>
          <w:b/>
          <w:sz w:val="26"/>
          <w:rtl/>
        </w:rPr>
        <w:t xml:space="preserve"> صفو</w:t>
      </w:r>
      <w:r w:rsidRPr="00573762">
        <w:rPr>
          <w:rFonts w:ascii="Tahoma" w:hAnsi="Tahoma" w:cs="Tahoma" w:hint="cs"/>
          <w:b/>
          <w:sz w:val="26"/>
          <w:rtl/>
        </w:rPr>
        <w:t>ی</w:t>
      </w:r>
      <w:r w:rsidRPr="00573762">
        <w:rPr>
          <w:rFonts w:ascii="Tahoma" w:hAnsi="Tahoma" w:cs="Tahoma" w:hint="eastAsia"/>
          <w:b/>
          <w:sz w:val="26"/>
          <w:rtl/>
        </w:rPr>
        <w:t>ان</w:t>
      </w:r>
      <w:r w:rsidRPr="00573762">
        <w:rPr>
          <w:rFonts w:ascii="Tahoma" w:hAnsi="Tahoma" w:cs="Tahoma"/>
          <w:b/>
          <w:sz w:val="26"/>
          <w:rtl/>
        </w:rPr>
        <w:t xml:space="preserve"> به ارث بردند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حکومت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بر زم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خال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بنا نکردند. آنان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ز،</w:t>
      </w:r>
      <w:r w:rsidRPr="00573762">
        <w:rPr>
          <w:rFonts w:ascii="Tahoma" w:hAnsi="Tahoma" w:cs="Tahoma"/>
          <w:rtl/>
        </w:rPr>
        <w:t xml:space="preserve"> دستگاه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گردآور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ات،</w:t>
      </w:r>
      <w:r w:rsidRPr="00573762">
        <w:rPr>
          <w:rFonts w:ascii="Tahoma" w:hAnsi="Tahoma" w:cs="Tahoma"/>
          <w:rtl/>
        </w:rPr>
        <w:t xml:space="preserve"> سنت‌ها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فرمان‌نو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سازمان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الات</w:t>
      </w:r>
      <w:r w:rsidRPr="00573762">
        <w:rPr>
          <w:rFonts w:ascii="Tahoma" w:hAnsi="Tahoma" w:cs="Tahoma"/>
          <w:rtl/>
        </w:rPr>
        <w:t xml:space="preserve"> و تجربهٔ کشوردار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را به ارث بردند. بس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وان‌سالاران</w:t>
      </w:r>
      <w:r w:rsidRPr="00573762">
        <w:rPr>
          <w:rFonts w:ascii="Tahoma" w:hAnsi="Tahoma" w:cs="Tahoma"/>
          <w:rtl/>
        </w:rPr>
        <w:t xml:space="preserve"> حکومت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به خدمت دولت تازه درآمدند و بخش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مقررات </w:t>
      </w:r>
      <w:r w:rsidRPr="00573762">
        <w:rPr>
          <w:rFonts w:ascii="Tahoma" w:hAnsi="Tahoma" w:cs="Tahoma" w:hint="eastAsia"/>
          <w:rtl/>
        </w:rPr>
        <w:t>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حسن پادشاه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ادامه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 حت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قشون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آغاز از همان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تشک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 xml:space="preserve"> که در حکومت‌ها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و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</w:t>
      </w:r>
      <w:r w:rsidRPr="00573762">
        <w:rPr>
          <w:rFonts w:ascii="Tahoma" w:hAnsi="Tahoma" w:cs="Tahoma"/>
          <w:rtl/>
        </w:rPr>
        <w:t xml:space="preserve"> نقش داشتند.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تفاوت</w:t>
      </w:r>
      <w:r w:rsidRPr="00573762">
        <w:rPr>
          <w:rFonts w:ascii="Tahoma" w:hAnsi="Tahoma" w:cs="Tahoma"/>
          <w:rtl/>
        </w:rPr>
        <w:t xml:space="preserve"> بزرگ در سرچشمهٔ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حکمران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بود. قره‌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وسف،</w:t>
      </w:r>
      <w:r w:rsidRPr="00573762">
        <w:rPr>
          <w:rFonts w:ascii="Tahoma" w:hAnsi="Tahoma" w:cs="Tahoma"/>
          <w:rtl/>
        </w:rPr>
        <w:t xml:space="preserve"> جهانشاه و اوزون‌حسن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حفظ فرمانبر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طوا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</w:t>
      </w:r>
      <w:r w:rsidRPr="00573762">
        <w:rPr>
          <w:rFonts w:ascii="Tahoma" w:hAnsi="Tahoma" w:cs="Tahoma"/>
          <w:rtl/>
        </w:rPr>
        <w:t xml:space="preserve">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دست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آوردند</w:t>
      </w:r>
      <w:r w:rsidRPr="00573762">
        <w:rPr>
          <w:rFonts w:ascii="Tahoma" w:hAnsi="Tahoma" w:cs="Tahoma"/>
          <w:rtl/>
        </w:rPr>
        <w:t xml:space="preserve"> و غن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مت</w:t>
      </w:r>
      <w:r w:rsidRPr="00573762">
        <w:rPr>
          <w:rFonts w:ascii="Tahoma" w:hAnsi="Tahoma" w:cs="Tahoma"/>
          <w:rtl/>
        </w:rPr>
        <w:t xml:space="preserve"> و منصب تقس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کردند</w:t>
      </w:r>
      <w:r w:rsidRPr="00573762">
        <w:rPr>
          <w:rFonts w:ascii="Tahoma" w:hAnsi="Tahoma" w:cs="Tahoma"/>
          <w:rtl/>
        </w:rPr>
        <w:t>.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بدون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حکومت کند، اما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وندش</w:t>
      </w:r>
      <w:r w:rsidRPr="00573762">
        <w:rPr>
          <w:rFonts w:ascii="Tahoma" w:hAnsi="Tahoma" w:cs="Tahoma"/>
          <w:rtl/>
        </w:rPr>
        <w:t xml:space="preserve"> با قزلباشان تنها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فرمانده و جنگاور نبو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. او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روانش</w:t>
      </w:r>
      <w:r w:rsidRPr="00573762">
        <w:rPr>
          <w:rFonts w:ascii="Tahoma" w:hAnsi="Tahoma" w:cs="Tahoma"/>
          <w:rtl/>
        </w:rPr>
        <w:t xml:space="preserve"> مرشد بود و فرمانبر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او معنا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داشت.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امت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در آغاز به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توان شگفت‌انگ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بخش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>. اسماع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توانست با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محدود بر رق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روز</w:t>
      </w:r>
      <w:r w:rsidRPr="00573762">
        <w:rPr>
          <w:rFonts w:ascii="Tahoma" w:hAnsi="Tahoma" w:cs="Tahoma"/>
          <w:rtl/>
        </w:rPr>
        <w:t xml:space="preserve"> شود که قلمرو، ثروت و قشون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داشتند. اما همان ترک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و قشون مسئله‌ا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تازه پد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آورد. قزلباشان که شاه را صاحب منزلت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قدس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دانستند،</w:t>
      </w:r>
      <w:r w:rsidRPr="00573762">
        <w:rPr>
          <w:rFonts w:ascii="Tahoma" w:hAnsi="Tahoma" w:cs="Tahoma"/>
          <w:rtl/>
        </w:rPr>
        <w:t xml:space="preserve"> خود را ستون اصل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حکومت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شمردند</w:t>
      </w:r>
      <w:r w:rsidRPr="00573762">
        <w:rPr>
          <w:rFonts w:ascii="Tahoma" w:hAnsi="Tahoma" w:cs="Tahoma"/>
          <w:rtl/>
        </w:rPr>
        <w:t xml:space="preserve"> و انتظار داشتند ادارهٔ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الات</w:t>
      </w:r>
      <w:r w:rsidRPr="00573762">
        <w:rPr>
          <w:rFonts w:ascii="Tahoma" w:hAnsi="Tahoma" w:cs="Tahoma"/>
          <w:rtl/>
        </w:rPr>
        <w:t xml:space="preserve"> و مناصب نظام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اخت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ار</w:t>
      </w:r>
      <w:r w:rsidRPr="00573762">
        <w:rPr>
          <w:rFonts w:ascii="Tahoma" w:hAnsi="Tahoma" w:cs="Tahoma"/>
          <w:rtl/>
        </w:rPr>
        <w:t xml:space="preserve"> آنان باشد.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وان‌سالاران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بار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کوش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مهار کنند؛ با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تفاوت که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بار قشون نه تنها به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طا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فه‌ا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،</w:t>
      </w:r>
      <w:r w:rsidRPr="00573762">
        <w:rPr>
          <w:rFonts w:ascii="Tahoma" w:hAnsi="Tahoma" w:cs="Tahoma"/>
          <w:rtl/>
        </w:rPr>
        <w:t xml:space="preserve"> بلکه به اعتقاد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مجهز شده بود.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از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دگاه،</w:t>
      </w:r>
      <w:r w:rsidRPr="00573762">
        <w:rPr>
          <w:rFonts w:ascii="Tahoma" w:hAnsi="Tahoma" w:cs="Tahoma"/>
          <w:rtl/>
        </w:rPr>
        <w:t xml:space="preserve"> قره‌قو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و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را نبا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تنها دو سلسلهٔ کوتاه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و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دانست. آنان حلقه‌ا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ضرور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دگرگون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کشوردار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بودند. در دوران آنان، وابستگ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حکمران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به نسب چنگ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ش</w:t>
      </w:r>
      <w:r w:rsidRPr="00573762">
        <w:rPr>
          <w:rFonts w:ascii="Tahoma" w:hAnsi="Tahoma" w:cs="Tahoma"/>
          <w:rtl/>
        </w:rPr>
        <w:t xml:space="preserve"> از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رفت؛ خاندان‌ها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ترکمان توانست</w:t>
      </w:r>
      <w:r w:rsidRPr="00573762">
        <w:rPr>
          <w:rFonts w:ascii="Tahoma" w:hAnsi="Tahoma" w:cs="Tahoma" w:hint="eastAsia"/>
          <w:rtl/>
        </w:rPr>
        <w:t>ند</w:t>
      </w:r>
      <w:r w:rsidRPr="00573762">
        <w:rPr>
          <w:rFonts w:ascii="Tahoma" w:hAnsi="Tahoma" w:cs="Tahoma"/>
          <w:rtl/>
        </w:rPr>
        <w:t xml:space="preserve"> خود را پادشاه بخوانند؛ تبر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بار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مرکز کشوردار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غرب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شد؛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تجربهٔ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لخان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مور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به حکومت‌ها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تازه منتقل کرد؛ و کوشش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تنظ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/>
          <w:rtl/>
        </w:rPr>
        <w:t xml:space="preserve"> در قالب قانون‌نامهٔ حسن پادشاه صورت مشخص‌تر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افت</w:t>
      </w:r>
      <w:r w:rsidRPr="00573762">
        <w:rPr>
          <w:rFonts w:ascii="Tahoma" w:hAnsi="Tahoma" w:cs="Tahoma"/>
          <w:rtl/>
        </w:rPr>
        <w:t>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اما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حکومت‌ها نتوانستند تضاد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قشون قب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را حل کنند. تا هنگام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فرمانروا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رومند</w:t>
      </w:r>
      <w:r w:rsidRPr="00573762">
        <w:rPr>
          <w:rFonts w:ascii="Tahoma" w:hAnsi="Tahoma" w:cs="Tahoma"/>
          <w:rtl/>
        </w:rPr>
        <w:t xml:space="preserve"> مانند جهانشاه، اوزون‌حسن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عقوب</w:t>
      </w:r>
      <w:r w:rsidRPr="00573762">
        <w:rPr>
          <w:rFonts w:ascii="Tahoma" w:hAnsi="Tahoma" w:cs="Tahoma"/>
          <w:rtl/>
        </w:rPr>
        <w:t xml:space="preserve"> حضور داشت، موازنه حفظ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شد؛</w:t>
      </w:r>
      <w:r w:rsidRPr="00573762">
        <w:rPr>
          <w:rFonts w:ascii="Tahoma" w:hAnsi="Tahoma" w:cs="Tahoma"/>
          <w:rtl/>
        </w:rPr>
        <w:t xml:space="preserve"> اما با مرگ او، شاهزادگان و 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قلمرو را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خود تقس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کردند</w:t>
      </w:r>
      <w:r w:rsidRPr="00573762">
        <w:rPr>
          <w:rFonts w:ascii="Tahoma" w:hAnsi="Tahoma" w:cs="Tahoma"/>
          <w:rtl/>
        </w:rPr>
        <w:t>. قانون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مال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ات</w:t>
      </w:r>
      <w:r w:rsidRPr="00573762">
        <w:rPr>
          <w:rFonts w:ascii="Tahoma" w:hAnsi="Tahoma" w:cs="Tahoma"/>
          <w:rtl/>
        </w:rPr>
        <w:t xml:space="preserve"> را تع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کند، ول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هنوز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توانست</w:t>
      </w:r>
      <w:r w:rsidRPr="00573762">
        <w:rPr>
          <w:rFonts w:ascii="Tahoma" w:hAnsi="Tahoma" w:cs="Tahoma"/>
          <w:rtl/>
        </w:rPr>
        <w:t xml:space="preserve"> جانش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از رقابت خون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خاندان ب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رون</w:t>
      </w:r>
      <w:r w:rsidRPr="00573762">
        <w:rPr>
          <w:rFonts w:ascii="Tahoma" w:hAnsi="Tahoma" w:cs="Tahoma"/>
          <w:rtl/>
        </w:rPr>
        <w:t xml:space="preserve"> آورد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قشون را تابع دستگاه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مستقل از شخص پادشاه سازد.</w:t>
      </w:r>
    </w:p>
    <w:p w:rsidR="00573762" w:rsidRP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573762">
        <w:rPr>
          <w:rFonts w:ascii="Tahoma" w:hAnsi="Tahoma" w:cs="Tahoma" w:hint="eastAsia"/>
          <w:rtl/>
        </w:rPr>
        <w:t>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راث</w:t>
      </w:r>
      <w:r w:rsidRPr="00573762">
        <w:rPr>
          <w:rFonts w:ascii="Tahoma" w:hAnsi="Tahoma" w:cs="Tahoma"/>
          <w:rtl/>
        </w:rPr>
        <w:t xml:space="preserve"> مغول در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دوره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تنها در نام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لخانان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</w:t>
      </w:r>
      <w:r w:rsidRPr="00573762">
        <w:rPr>
          <w:rFonts w:ascii="Tahoma" w:hAnsi="Tahoma" w:cs="Tahoma"/>
          <w:rtl/>
        </w:rPr>
        <w:t xml:space="preserve"> حضور خاندان چنگ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ده</w:t>
      </w:r>
      <w:r w:rsidRPr="00573762">
        <w:rPr>
          <w:rFonts w:ascii="Tahoma" w:hAnsi="Tahoma" w:cs="Tahoma"/>
          <w:rtl/>
        </w:rPr>
        <w:t xml:space="preserve"> نم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شد</w:t>
      </w:r>
      <w:r w:rsidRPr="00573762">
        <w:rPr>
          <w:rFonts w:ascii="Tahoma" w:hAnsi="Tahoma" w:cs="Tahoma"/>
          <w:rtl/>
        </w:rPr>
        <w:t>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راث</w:t>
      </w:r>
      <w:r w:rsidRPr="00573762">
        <w:rPr>
          <w:rFonts w:ascii="Tahoma" w:hAnsi="Tahoma" w:cs="Tahoma"/>
          <w:rtl/>
        </w:rPr>
        <w:t xml:space="preserve"> در سازمان قشون، واگذار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الات،</w:t>
      </w:r>
      <w:r w:rsidRPr="00573762">
        <w:rPr>
          <w:rFonts w:ascii="Tahoma" w:hAnsi="Tahoma" w:cs="Tahoma"/>
          <w:rtl/>
        </w:rPr>
        <w:t xml:space="preserve"> رابطهٔ خاندان با قلمرو، 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وهٔ</w:t>
      </w:r>
      <w:r w:rsidRPr="00573762">
        <w:rPr>
          <w:rFonts w:ascii="Tahoma" w:hAnsi="Tahoma" w:cs="Tahoma"/>
          <w:rtl/>
        </w:rPr>
        <w:t xml:space="preserve"> نگارش فرمان‌ها، ساختار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و مسئلهٔ جانش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ادامه داشت. در کنار آن، عنصر تازه‌ا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پد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آمده بود: طر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>قت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توانست مر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دان</w:t>
      </w:r>
      <w:r w:rsidRPr="00573762">
        <w:rPr>
          <w:rFonts w:ascii="Tahoma" w:hAnsi="Tahoma" w:cs="Tahoma"/>
          <w:rtl/>
        </w:rPr>
        <w:t xml:space="preserve"> را به قشون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کند، از پ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وند</w:t>
      </w:r>
      <w:r w:rsidRPr="00573762">
        <w:rPr>
          <w:rFonts w:ascii="Tahoma" w:hAnsi="Tahoma" w:cs="Tahoma"/>
          <w:rtl/>
        </w:rPr>
        <w:t xml:space="preserve"> خانوادگ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بهره 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رد</w:t>
      </w:r>
      <w:r w:rsidRPr="00573762">
        <w:rPr>
          <w:rFonts w:ascii="Tahoma" w:hAnsi="Tahoma" w:cs="Tahoma"/>
          <w:rtl/>
        </w:rPr>
        <w:t xml:space="preserve"> و بر 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حکومت آنان دولت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تازه بسازد.</w:t>
      </w:r>
    </w:p>
    <w:p w:rsidR="00573762" w:rsidRDefault="00573762" w:rsidP="00573762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573762">
        <w:rPr>
          <w:rFonts w:ascii="Tahoma" w:hAnsi="Tahoma" w:cs="Tahoma" w:hint="eastAsia"/>
          <w:rtl/>
        </w:rPr>
        <w:t>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ن‌سان،</w:t>
      </w:r>
      <w:r w:rsidRPr="00573762">
        <w:rPr>
          <w:rFonts w:ascii="Tahoma" w:hAnsi="Tahoma" w:cs="Tahoma"/>
          <w:rtl/>
        </w:rPr>
        <w:t xml:space="preserve">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آق‌قو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ونلوها</w:t>
      </w:r>
      <w:r w:rsidRPr="00573762">
        <w:rPr>
          <w:rFonts w:ascii="Tahoma" w:hAnsi="Tahoma" w:cs="Tahoma"/>
          <w:rtl/>
        </w:rPr>
        <w:t xml:space="preserve"> تنها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</w:t>
      </w:r>
      <w:r w:rsidRPr="00573762">
        <w:rPr>
          <w:rFonts w:ascii="Tahoma" w:hAnsi="Tahoma" w:cs="Tahoma"/>
          <w:rtl/>
        </w:rPr>
        <w:t xml:space="preserve">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/>
          <w:rtl/>
        </w:rPr>
        <w:t xml:space="preserve"> اتحاد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هٔ</w:t>
      </w:r>
      <w:r w:rsidRPr="00573762">
        <w:rPr>
          <w:rFonts w:ascii="Tahoma" w:hAnsi="Tahoma" w:cs="Tahoma"/>
          <w:rtl/>
        </w:rPr>
        <w:t xml:space="preserve"> ترکمان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نبود. با برآمدن صفو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ان،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از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که حکومت‌ها برا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تقو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خود به کار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گرفتند،</w:t>
      </w:r>
      <w:r w:rsidRPr="00573762">
        <w:rPr>
          <w:rFonts w:ascii="Tahoma" w:hAnsi="Tahoma" w:cs="Tahoma"/>
          <w:rtl/>
        </w:rPr>
        <w:t xml:space="preserve"> به 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از پا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ه‌ها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سازندهٔ حکومت تبد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ل</w:t>
      </w:r>
      <w:r w:rsidRPr="00573762">
        <w:rPr>
          <w:rFonts w:ascii="Tahoma" w:hAnsi="Tahoma" w:cs="Tahoma"/>
          <w:rtl/>
        </w:rPr>
        <w:t xml:space="preserve"> شد. قشون ترکمان،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وان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 حقان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ت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در وجود دولت تازه به هم رس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دند</w:t>
      </w:r>
      <w:r w:rsidRPr="00573762">
        <w:rPr>
          <w:rFonts w:ascii="Tahoma" w:hAnsi="Tahoma" w:cs="Tahoma"/>
          <w:rtl/>
        </w:rPr>
        <w:t>.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/>
          <w:rtl/>
        </w:rPr>
        <w:t xml:space="preserve"> ترک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ب</w:t>
      </w:r>
      <w:r w:rsidRPr="00573762">
        <w:rPr>
          <w:rFonts w:ascii="Tahoma" w:hAnsi="Tahoma" w:cs="Tahoma"/>
          <w:rtl/>
        </w:rPr>
        <w:t xml:space="preserve"> توانست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را بار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گر</w:t>
      </w:r>
      <w:r w:rsidRPr="00573762">
        <w:rPr>
          <w:rFonts w:ascii="Tahoma" w:hAnsi="Tahoma" w:cs="Tahoma"/>
          <w:rtl/>
        </w:rPr>
        <w:t xml:space="preserve"> ز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</w:t>
      </w:r>
      <w:r w:rsidRPr="00573762">
        <w:rPr>
          <w:rFonts w:ascii="Tahoma" w:hAnsi="Tahoma" w:cs="Tahoma"/>
          <w:rtl/>
        </w:rPr>
        <w:t xml:space="preserve"> فرمان حکومت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واحد گرد آورد، اما مسئله‌ا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را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ز</w:t>
      </w:r>
      <w:r w:rsidRPr="00573762">
        <w:rPr>
          <w:rFonts w:ascii="Tahoma" w:hAnsi="Tahoma" w:cs="Tahoma"/>
          <w:rtl/>
        </w:rPr>
        <w:t xml:space="preserve"> پد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د</w:t>
      </w:r>
      <w:r w:rsidRPr="00573762">
        <w:rPr>
          <w:rFonts w:ascii="Tahoma" w:hAnsi="Tahoma" w:cs="Tahoma"/>
          <w:rtl/>
        </w:rPr>
        <w:t xml:space="preserve"> آورد که سرنوشت چند سدهٔ بعد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کشوردار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ران</w:t>
      </w:r>
      <w:r w:rsidRPr="00573762">
        <w:rPr>
          <w:rFonts w:ascii="Tahoma" w:hAnsi="Tahoma" w:cs="Tahoma"/>
          <w:rtl/>
        </w:rPr>
        <w:t xml:space="preserve"> را رقم زد: هنگام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که فرمانروا هم رئ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س</w:t>
      </w:r>
      <w:r w:rsidRPr="00573762">
        <w:rPr>
          <w:rFonts w:ascii="Tahoma" w:hAnsi="Tahoma" w:cs="Tahoma"/>
          <w:rtl/>
        </w:rPr>
        <w:t xml:space="preserve"> قشون، هم پادشاه کشور و هم صاحب جا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گاه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د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/>
          <w:rtl/>
        </w:rPr>
        <w:t xml:space="preserve"> باشد، چه ن</w:t>
      </w:r>
      <w:r w:rsidRPr="00573762">
        <w:rPr>
          <w:rFonts w:ascii="Tahoma" w:hAnsi="Tahoma" w:cs="Tahoma" w:hint="cs"/>
          <w:rtl/>
        </w:rPr>
        <w:t>ی</w:t>
      </w:r>
      <w:r w:rsidRPr="00573762">
        <w:rPr>
          <w:rFonts w:ascii="Tahoma" w:hAnsi="Tahoma" w:cs="Tahoma" w:hint="eastAsia"/>
          <w:rtl/>
        </w:rPr>
        <w:t>رو</w:t>
      </w:r>
      <w:r w:rsidRPr="00573762">
        <w:rPr>
          <w:rFonts w:ascii="Tahoma" w:hAnsi="Tahoma" w:cs="Tahoma" w:hint="cs"/>
          <w:rtl/>
        </w:rPr>
        <w:t>یی</w:t>
      </w:r>
      <w:r w:rsidRPr="00573762">
        <w:rPr>
          <w:rFonts w:ascii="Tahoma" w:hAnsi="Tahoma" w:cs="Tahoma"/>
          <w:rtl/>
        </w:rPr>
        <w:t xml:space="preserve"> م</w:t>
      </w:r>
      <w:r w:rsidRPr="00573762">
        <w:rPr>
          <w:rFonts w:ascii="Tahoma" w:hAnsi="Tahoma" w:cs="Tahoma" w:hint="cs"/>
          <w:rtl/>
        </w:rPr>
        <w:t>ی‌</w:t>
      </w:r>
      <w:r w:rsidRPr="00573762">
        <w:rPr>
          <w:rFonts w:ascii="Tahoma" w:hAnsi="Tahoma" w:cs="Tahoma" w:hint="eastAsia"/>
          <w:rtl/>
        </w:rPr>
        <w:t>تواند</w:t>
      </w:r>
      <w:r w:rsidRPr="00573762">
        <w:rPr>
          <w:rFonts w:ascii="Tahoma" w:hAnsi="Tahoma" w:cs="Tahoma"/>
          <w:rtl/>
        </w:rPr>
        <w:t xml:space="preserve"> قدرت او را </w:t>
      </w:r>
      <w:r w:rsidRPr="00573762">
        <w:rPr>
          <w:rFonts w:ascii="Tahoma" w:hAnsi="Tahoma" w:cs="Tahoma" w:hint="eastAsia"/>
          <w:rtl/>
        </w:rPr>
        <w:t>محدود</w:t>
      </w:r>
      <w:r w:rsidRPr="00573762">
        <w:rPr>
          <w:rFonts w:ascii="Tahoma" w:hAnsi="Tahoma" w:cs="Tahoma"/>
          <w:rtl/>
        </w:rPr>
        <w:t xml:space="preserve"> کند؟</w:t>
      </w:r>
    </w:p>
    <w:p w:rsidR="00573762" w:rsidRPr="00374623" w:rsidRDefault="00573762" w:rsidP="00374623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7" w:name="Vol1Chapter14"/>
      <w:bookmarkEnd w:id="17"/>
      <w:r w:rsidRPr="00374623">
        <w:rPr>
          <w:rFonts w:asciiTheme="majorBidi" w:hAnsiTheme="majorBidi" w:cstheme="majorBidi"/>
          <w:b/>
          <w:bCs/>
          <w:sz w:val="36"/>
          <w:szCs w:val="36"/>
          <w:rtl/>
        </w:rPr>
        <w:t>فصل چهاردهم</w:t>
      </w:r>
    </w:p>
    <w:p w:rsidR="00374623" w:rsidRPr="00374623" w:rsidRDefault="00374623" w:rsidP="00374623">
      <w:pPr>
        <w:keepNext/>
        <w:bidi/>
        <w:spacing w:after="24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74623">
        <w:rPr>
          <w:rFonts w:asciiTheme="majorBidi" w:hAnsiTheme="majorBidi" w:cstheme="majorBidi"/>
          <w:b/>
          <w:bCs/>
          <w:sz w:val="36"/>
          <w:szCs w:val="36"/>
          <w:rtl/>
        </w:rPr>
        <w:t>میراث مغولان در کشورداری ایران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سپاه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مغول از مرزها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گذشتند،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ادارهٔ کشور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امده</w:t>
      </w:r>
      <w:r w:rsidRPr="00374623">
        <w:rPr>
          <w:rFonts w:ascii="Tahoma" w:hAnsi="Tahoma" w:cs="Tahoma"/>
          <w:rtl/>
        </w:rPr>
        <w:t xml:space="preserve"> بودند. آنان در تعق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دشمن، در جست‌وجو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</w:t>
      </w:r>
      <w:r w:rsidRPr="00374623">
        <w:rPr>
          <w:rFonts w:ascii="Tahoma" w:hAnsi="Tahoma" w:cs="Tahoma"/>
          <w:rtl/>
        </w:rPr>
        <w:t xml:space="preserve"> و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مجازات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آمدند</w:t>
      </w:r>
      <w:r w:rsidRPr="00374623">
        <w:rPr>
          <w:rFonts w:ascii="Tahoma" w:hAnsi="Tahoma" w:cs="Tahoma"/>
          <w:rtl/>
        </w:rPr>
        <w:t xml:space="preserve"> که از نظرشان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مان</w:t>
      </w:r>
      <w:r w:rsidRPr="00374623">
        <w:rPr>
          <w:rFonts w:ascii="Tahoma" w:hAnsi="Tahoma" w:cs="Tahoma"/>
          <w:rtl/>
        </w:rPr>
        <w:t xml:space="preserve"> شکسته و فرستادگان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زخان</w:t>
      </w:r>
      <w:r w:rsidRPr="00374623">
        <w:rPr>
          <w:rFonts w:ascii="Tahoma" w:hAnsi="Tahoma" w:cs="Tahoma"/>
          <w:rtl/>
        </w:rPr>
        <w:t xml:space="preserve"> را کشته بود. شهرها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که مقاومت کردند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شدند، </w:t>
      </w:r>
      <w:r w:rsidRPr="00374623">
        <w:rPr>
          <w:rFonts w:ascii="Tahoma" w:hAnsi="Tahoma" w:cs="Tahoma" w:hint="eastAsia"/>
          <w:rtl/>
        </w:rPr>
        <w:t>مردمان</w:t>
      </w:r>
      <w:r w:rsidRPr="00374623">
        <w:rPr>
          <w:rFonts w:ascii="Tahoma" w:hAnsi="Tahoma" w:cs="Tahoma"/>
          <w:rtl/>
        </w:rPr>
        <w:t xml:space="preserve">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جان باختند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آواره شدند، شبکه‌ها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 xml:space="preserve"> و رابطهٔ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روستا، شهر و دستگاه حکومت در بخش‌ها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از کشور از هم گسست. اما مغولان پس از هر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همان مسئله‌ا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روبه‌رو شدند که همهٔ فاتحان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آنان با آن روبه‌رو شده بودند: اگر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تصرف‌شده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درآمد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فراهم کند، غارت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ابد</w:t>
      </w:r>
      <w:r w:rsidRPr="00374623">
        <w:rPr>
          <w:rFonts w:ascii="Tahoma" w:hAnsi="Tahoma" w:cs="Tahoma"/>
          <w:rtl/>
        </w:rPr>
        <w:t xml:space="preserve"> و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آغاز شود.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گذار نه فور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و نه بر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نقشه‌ا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آماده انجام گرفت. مغولان از جامعه‌ا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کوچ‌نش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برخاسته بودند و سازمان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آنان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حرکت سر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ع</w:t>
      </w:r>
      <w:r w:rsidRPr="00374623">
        <w:rPr>
          <w:rFonts w:ascii="Tahoma" w:hAnsi="Tahoma" w:cs="Tahoma"/>
          <w:rtl/>
        </w:rPr>
        <w:t xml:space="preserve"> قشون،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جنگاوران و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</w:t>
      </w:r>
      <w:r w:rsidRPr="00374623">
        <w:rPr>
          <w:rFonts w:ascii="Tahoma" w:hAnsi="Tahoma" w:cs="Tahoma"/>
          <w:rtl/>
        </w:rPr>
        <w:t xml:space="preserve"> ساخته شده بود.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در مقابل، کشور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بخش بزرگ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به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آب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شهرها، بازارها، راه‌ها،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منظم،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مستوف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گان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/>
          <w:rtl/>
        </w:rPr>
        <w:t xml:space="preserve"> وابسته بود. قشون مغول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حکومت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 درهم بشکند، اما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با همان سازوکار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جنگ را اداره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همهٔ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کشور را پاسخ دهد.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برخورد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 ساختار، نظم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آمد که نه کاملاً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و نه ادامهٔ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>. خان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مغول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حق تصم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نها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را در دست داشتند؛ اما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شناخت منابع درآمد، گردآور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نگارش فرمان، ادارهٔ شهرها و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ق</w:t>
      </w:r>
      <w:r w:rsidRPr="00374623">
        <w:rPr>
          <w:rFonts w:ascii="Tahoma" w:hAnsi="Tahoma" w:cs="Tahoma" w:hint="eastAsia"/>
          <w:rtl/>
        </w:rPr>
        <w:t>شون</w:t>
      </w:r>
      <w:r w:rsidRPr="00374623">
        <w:rPr>
          <w:rFonts w:ascii="Tahoma" w:hAnsi="Tahoma" w:cs="Tahoma"/>
          <w:rtl/>
        </w:rPr>
        <w:t xml:space="preserve"> به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ازمند</w:t>
      </w:r>
      <w:r w:rsidRPr="00374623">
        <w:rPr>
          <w:rFonts w:ascii="Tahoma" w:hAnsi="Tahoma" w:cs="Tahoma"/>
          <w:rtl/>
        </w:rPr>
        <w:t xml:space="preserve"> بودند. از سو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در خدمت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 که از دل سنت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برخاسته باشد.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خود را با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سازگار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که کشور را با حق فتح از آن خود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</w:t>
      </w:r>
      <w:r w:rsidRPr="00374623">
        <w:rPr>
          <w:rFonts w:ascii="Tahoma" w:hAnsi="Tahoma" w:cs="Tahoma"/>
          <w:rtl/>
        </w:rPr>
        <w:t xml:space="preserve"> و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خاندان، قلمرو حکومت </w:t>
      </w:r>
      <w:r w:rsidRPr="00374623">
        <w:rPr>
          <w:rFonts w:ascii="Tahoma" w:hAnsi="Tahoma" w:cs="Tahoma" w:hint="eastAsia"/>
          <w:rtl/>
        </w:rPr>
        <w:t>و</w:t>
      </w:r>
      <w:r w:rsidRPr="00374623">
        <w:rPr>
          <w:rFonts w:ascii="Tahoma" w:hAnsi="Tahoma" w:cs="Tahoma"/>
          <w:rtl/>
        </w:rPr>
        <w:t xml:space="preserve"> چراگاه قشون تفاوت روشن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گذاشتند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از ورود مغولان تا برآمدن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</w:t>
      </w:r>
      <w:r w:rsidRPr="00374623">
        <w:rPr>
          <w:rFonts w:ascii="Tahoma" w:hAnsi="Tahoma" w:cs="Tahoma"/>
          <w:rtl/>
        </w:rPr>
        <w:t xml:space="preserve">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/>
          <w:rtl/>
        </w:rPr>
        <w:t xml:space="preserve"> کشمکش و سازش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وستهٔ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/>
          <w:rtl/>
        </w:rPr>
        <w:t xml:space="preserve"> دانست: 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کشور را تصرف کرده بود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از آن کشورِ تصرف‌شده،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قابل اداره بسازد.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و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ران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،</w:t>
      </w:r>
      <w:r w:rsidRPr="00374623">
        <w:rPr>
          <w:rFonts w:ascii="Tahoma" w:hAnsi="Tahoma" w:cs="Tahoma"/>
          <w:b/>
          <w:sz w:val="26"/>
          <w:rtl/>
        </w:rPr>
        <w:t xml:space="preserve"> غارت و مسئلهٔ ادامهٔ درآمد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نخست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برخورد مردم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با مغولان، برخورد با دستگاه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نبود؛ برخورد با 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مقاومت را با خشونت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 پاسخ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>. بخارا، سمرقند، مرو،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شابور،</w:t>
      </w:r>
      <w:r w:rsidRPr="00374623">
        <w:rPr>
          <w:rFonts w:ascii="Tahoma" w:hAnsi="Tahoma" w:cs="Tahoma"/>
          <w:rtl/>
        </w:rPr>
        <w:t xml:space="preserve"> 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شهرها و نواح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>. دربارهٔ شمار کشتگان در منابع آن دوره ارقام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</w:t>
      </w:r>
      <w:r w:rsidRPr="00374623">
        <w:rPr>
          <w:rFonts w:ascii="Tahoma" w:hAnsi="Tahoma" w:cs="Tahoma" w:hint="eastAsia"/>
          <w:rtl/>
        </w:rPr>
        <w:t>مده</w:t>
      </w:r>
      <w:r w:rsidRPr="00374623">
        <w:rPr>
          <w:rFonts w:ascii="Tahoma" w:hAnsi="Tahoma" w:cs="Tahoma"/>
          <w:rtl/>
        </w:rPr>
        <w:t xml:space="preserve"> است که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</w:t>
      </w:r>
      <w:r w:rsidRPr="00374623">
        <w:rPr>
          <w:rFonts w:ascii="Tahoma" w:hAnsi="Tahoma" w:cs="Tahoma"/>
          <w:rtl/>
        </w:rPr>
        <w:t xml:space="preserve"> آنها را آمار دق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</w:t>
      </w:r>
      <w:r w:rsidRPr="00374623">
        <w:rPr>
          <w:rFonts w:ascii="Tahoma" w:hAnsi="Tahoma" w:cs="Tahoma"/>
          <w:rtl/>
        </w:rPr>
        <w:t xml:space="preserve"> دانست، اما ترد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ست</w:t>
      </w:r>
      <w:r w:rsidRPr="00374623">
        <w:rPr>
          <w:rFonts w:ascii="Tahoma" w:hAnsi="Tahoma" w:cs="Tahoma"/>
          <w:rtl/>
        </w:rPr>
        <w:t xml:space="preserve"> که جنگ، کشتار، کوچ اجبار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گرسنگ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جمع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مناطق را کاهش داد و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اقتصاد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آنها را مختل کرد.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شهر تنها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ختن</w:t>
      </w:r>
      <w:r w:rsidRPr="00374623">
        <w:rPr>
          <w:rFonts w:ascii="Tahoma" w:hAnsi="Tahoma" w:cs="Tahoma"/>
          <w:rtl/>
        </w:rPr>
        <w:t xml:space="preserve"> خانه‌ها و بازارها نبود. شهر نقطهٔ اتصال روستا، تجارت و حکومت بود. محصول روستا در بازار شهر مبادله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در آنجا ثبت و گردآور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شه‌وران</w:t>
      </w:r>
      <w:r w:rsidRPr="00374623">
        <w:rPr>
          <w:rFonts w:ascii="Tahoma" w:hAnsi="Tahoma" w:cs="Tahoma"/>
          <w:rtl/>
        </w:rPr>
        <w:t xml:space="preserve"> ابزارها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مورد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روزمره را فراهم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و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کارگزاران حکومت در آن مستقر بودند.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شهر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شبکه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به روستاها و شبکه‌ها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امد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درازمدت‌تر داشت. در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نواح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بدون کار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ز،</w:t>
      </w:r>
      <w:r w:rsidRPr="00374623">
        <w:rPr>
          <w:rFonts w:ascii="Tahoma" w:hAnsi="Tahoma" w:cs="Tahoma"/>
          <w:rtl/>
        </w:rPr>
        <w:t xml:space="preserve"> بند، کانال و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منظم آب ممکن نبود. ساختن و نگهدار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تأس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سات</w:t>
      </w:r>
      <w:r w:rsidRPr="00374623">
        <w:rPr>
          <w:rFonts w:ascii="Tahoma" w:hAnsi="Tahoma" w:cs="Tahoma"/>
          <w:rtl/>
        </w:rPr>
        <w:t xml:space="preserve"> به همکار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مردم و وجود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داشت. اگر کشاورزان کشته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آواره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اگر هر ق</w:t>
      </w:r>
      <w:r w:rsidRPr="00374623">
        <w:rPr>
          <w:rFonts w:ascii="Tahoma" w:hAnsi="Tahoma" w:cs="Tahoma" w:hint="eastAsia"/>
          <w:rtl/>
        </w:rPr>
        <w:t>شون</w:t>
      </w:r>
      <w:r w:rsidRPr="00374623">
        <w:rPr>
          <w:rFonts w:ascii="Tahoma" w:hAnsi="Tahoma" w:cs="Tahoma"/>
          <w:rtl/>
        </w:rPr>
        <w:t xml:space="preserve"> عبور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محصول و دامشان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برد،</w:t>
      </w:r>
      <w:r w:rsidRPr="00374623">
        <w:rPr>
          <w:rFonts w:ascii="Tahoma" w:hAnsi="Tahoma" w:cs="Tahoma"/>
          <w:rtl/>
        </w:rPr>
        <w:t xml:space="preserve"> انگ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زه</w:t>
      </w:r>
      <w:r w:rsidRPr="00374623">
        <w:rPr>
          <w:rFonts w:ascii="Tahoma" w:hAnsi="Tahoma" w:cs="Tahoma"/>
          <w:rtl/>
        </w:rPr>
        <w:t xml:space="preserve"> و توان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ممکن بود از نظر حقوق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همچنان متعلق به کس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باشد، اما بدون کشاورز و آب، درآمد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قشون</w:t>
      </w:r>
      <w:r w:rsidRPr="00374623">
        <w:rPr>
          <w:rFonts w:ascii="Tahoma" w:hAnsi="Tahoma" w:cs="Tahoma"/>
          <w:rtl/>
        </w:rPr>
        <w:t xml:space="preserve"> فاتح در آغاز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از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</w:t>
      </w:r>
      <w:r w:rsidRPr="00374623">
        <w:rPr>
          <w:rFonts w:ascii="Tahoma" w:hAnsi="Tahoma" w:cs="Tahoma"/>
          <w:rtl/>
        </w:rPr>
        <w:t xml:space="preserve"> و مصادره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کند؛ اما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</w:t>
      </w:r>
      <w:r w:rsidRPr="00374623">
        <w:rPr>
          <w:rFonts w:ascii="Tahoma" w:hAnsi="Tahoma" w:cs="Tahoma"/>
          <w:rtl/>
        </w:rPr>
        <w:t xml:space="preserve"> منبع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ان‌پذ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بود. هر شهر را تنها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ک‌بار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به‌طور کامل غارت کرد. اگر مردم کشته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شدند،</w:t>
      </w:r>
      <w:r w:rsidRPr="00374623">
        <w:rPr>
          <w:rFonts w:ascii="Tahoma" w:hAnsi="Tahoma" w:cs="Tahoma"/>
          <w:rtl/>
        </w:rPr>
        <w:t xml:space="preserve">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/>
          <w:rtl/>
        </w:rPr>
        <w:t xml:space="preserve"> رها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ماندند</w:t>
      </w:r>
      <w:r w:rsidRPr="00374623">
        <w:rPr>
          <w:rFonts w:ascii="Tahoma" w:hAnsi="Tahoma" w:cs="Tahoma"/>
          <w:rtl/>
        </w:rPr>
        <w:t xml:space="preserve"> و بازرگانان راه خود را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دادند،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</w:t>
      </w:r>
      <w:r w:rsidRPr="00374623">
        <w:rPr>
          <w:rFonts w:ascii="Tahoma" w:hAnsi="Tahoma" w:cs="Tahoma"/>
          <w:rtl/>
        </w:rPr>
        <w:t xml:space="preserve"> که سال بع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از آن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گرفته شود.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ساده، فاتح را ناچار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دو خواستهٔ ناسازگار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برگز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</w:t>
      </w:r>
      <w:r w:rsidRPr="00374623">
        <w:rPr>
          <w:rFonts w:ascii="Tahoma" w:hAnsi="Tahoma" w:cs="Tahoma"/>
          <w:rtl/>
        </w:rPr>
        <w:t>: بهره‌بردار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درآمد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انتخاب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آگاهانه و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ک‌باره</w:t>
      </w:r>
      <w:r w:rsidRPr="00374623">
        <w:rPr>
          <w:rFonts w:ascii="Tahoma" w:hAnsi="Tahoma" w:cs="Tahoma"/>
          <w:rtl/>
        </w:rPr>
        <w:t xml:space="preserve"> انجام نشد.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مغول همچنان خواهان سهم فور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بودند و مردم را منبع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>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در مقابل،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 xml:space="preserve"> به آنان بفهمانند که حفظ کشاورز و بازرگان نه از سر دلسوز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بلکه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قدرت حکومت ضرور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است.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بذر و چارپا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گرفته شده بود،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سال آ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نده</w:t>
      </w:r>
      <w:r w:rsidRPr="00374623">
        <w:rPr>
          <w:rFonts w:ascii="Tahoma" w:hAnsi="Tahoma" w:cs="Tahoma"/>
          <w:rtl/>
        </w:rPr>
        <w:t xml:space="preserve"> را بپردازد. بازرگان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در هر منزل از او عوارض تازه‌ا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خواسته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از آن راه عبور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شهر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قشون را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ن‌سان،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قشون به درآمد، نخست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راه را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بازگشت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به دستگاه حکومت گشود.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از راه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استدلال اخلاق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فاتحان را مهار نکرد؛ آنان را با ضرورت ادامهٔ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روبه‌رو ساخت. قشون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ماندن به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 و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تنها در صورت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دست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</w:t>
      </w:r>
      <w:r w:rsidRPr="00374623">
        <w:rPr>
          <w:rFonts w:ascii="Tahoma" w:hAnsi="Tahoma" w:cs="Tahoma"/>
          <w:rtl/>
        </w:rPr>
        <w:t xml:space="preserve"> که کشور امکان بازتول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اقتصاد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باز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کشور</w:t>
      </w:r>
      <w:r w:rsidRPr="00374623">
        <w:rPr>
          <w:rFonts w:ascii="Tahoma" w:hAnsi="Tahoma" w:cs="Tahoma"/>
          <w:b/>
          <w:sz w:val="26"/>
          <w:rtl/>
        </w:rPr>
        <w:t xml:space="preserve"> به‌مثابه دارا</w:t>
      </w:r>
      <w:r w:rsidRPr="00374623">
        <w:rPr>
          <w:rFonts w:ascii="Tahoma" w:hAnsi="Tahoma" w:cs="Tahoma" w:hint="cs"/>
          <w:b/>
          <w:sz w:val="26"/>
          <w:rtl/>
        </w:rPr>
        <w:t>یی</w:t>
      </w:r>
      <w:r w:rsidRPr="00374623">
        <w:rPr>
          <w:rFonts w:ascii="Tahoma" w:hAnsi="Tahoma" w:cs="Tahoma"/>
          <w:b/>
          <w:sz w:val="26"/>
          <w:rtl/>
        </w:rPr>
        <w:t xml:space="preserve"> خاندان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دشوار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مغول، تصور آنان از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تصرف‌شده بود. امپراتور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زخان</w:t>
      </w:r>
      <w:r w:rsidRPr="00374623">
        <w:rPr>
          <w:rFonts w:ascii="Tahoma" w:hAnsi="Tahoma" w:cs="Tahoma"/>
          <w:rtl/>
        </w:rPr>
        <w:t xml:space="preserve"> پس از مرگ او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فرزندان و شاخه‌ها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خاندانش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شد.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لزوماً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دولت‌ها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با مرزها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روشن نبود. هر شاخه از خاندان در بخش‌ها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گوناگون قلمرو حقو</w:t>
      </w:r>
      <w:r w:rsidRPr="00374623">
        <w:rPr>
          <w:rFonts w:ascii="Tahoma" w:hAnsi="Tahoma" w:cs="Tahoma" w:hint="eastAsia"/>
          <w:rtl/>
        </w:rPr>
        <w:t>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داشت و شاهزادگان، خاتون‌ها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از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ن‌ها،</w:t>
      </w:r>
      <w:r w:rsidRPr="00374623">
        <w:rPr>
          <w:rFonts w:ascii="Tahoma" w:hAnsi="Tahoma" w:cs="Tahoma"/>
          <w:rtl/>
        </w:rPr>
        <w:t xml:space="preserve"> شهرها و گروه‌ها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از مردم سهم ببرند.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ساختار، کشور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آنکه واحد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از خاندان فرمانروا باشد،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مشترک دودمان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/>
          <w:rtl/>
        </w:rPr>
        <w:t xml:space="preserve"> به شمار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 خان در رأس قرار داشت، اما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اعضا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خود را در فتوحات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سه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</w:t>
      </w:r>
      <w:r w:rsidRPr="00374623">
        <w:rPr>
          <w:rFonts w:ascii="Tahoma" w:hAnsi="Tahoma" w:cs="Tahoma"/>
          <w:rtl/>
        </w:rPr>
        <w:t>. فرمانروا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بدون درنظرگرفتن حقوق شاهزادگان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دربارهٔ همهٔ منابع کشور تصم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برداشت با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سازگار نبود.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تنظ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درآمد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</w:t>
      </w:r>
      <w:r w:rsidRPr="00374623">
        <w:rPr>
          <w:rFonts w:ascii="Tahoma" w:hAnsi="Tahoma" w:cs="Tahoma"/>
          <w:rtl/>
        </w:rPr>
        <w:t xml:space="preserve"> هر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فرمان چه کس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است، چه مقدار محصول دارد، چه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آن مقرر شده و درآمدش به کدام بخش از حکومت تعلق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 اما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شاهزاده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به استناد فرما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ن،</w:t>
      </w:r>
      <w:r w:rsidRPr="00374623">
        <w:rPr>
          <w:rFonts w:ascii="Tahoma" w:hAnsi="Tahoma" w:cs="Tahoma"/>
          <w:rtl/>
        </w:rPr>
        <w:t xml:space="preserve"> نسبت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خدمت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درآمد را از آن خود بداند، حساب‌رس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دشوار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واگذار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درآمد به شاهزادگان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در کوتاه‌مدت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خزانه را کاهش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داد؛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</w:t>
      </w:r>
      <w:r w:rsidRPr="00374623">
        <w:rPr>
          <w:rFonts w:ascii="Tahoma" w:hAnsi="Tahoma" w:cs="Tahoma"/>
          <w:rtl/>
        </w:rPr>
        <w:t xml:space="preserve"> حکومت به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پرداخت مستق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م،</w:t>
      </w:r>
      <w:r w:rsidRPr="00374623">
        <w:rPr>
          <w:rFonts w:ascii="Tahoma" w:hAnsi="Tahoma" w:cs="Tahoma"/>
          <w:rtl/>
        </w:rPr>
        <w:t xml:space="preserve"> به آنان اجازه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و افرادشان را از محل درآمد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ناح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کنند. اما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روش در درازمدت قدرت مرکز را کاهش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>.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eastAsia"/>
          <w:rtl/>
        </w:rPr>
        <w:t>که</w:t>
      </w:r>
      <w:r w:rsidRPr="00374623">
        <w:rPr>
          <w:rFonts w:ascii="Tahoma" w:hAnsi="Tahoma" w:cs="Tahoma"/>
          <w:rtl/>
        </w:rPr>
        <w:t xml:space="preserve"> درآمد، قشون و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ادارهٔ ناح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 دست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آورد،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آنجا را قلمرو خود بداند و در برابر فرمان خان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مقاومت کند.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بنابرا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تضادها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عصر مغول شکل گرفت: فرمانروا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حفظ وفادار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ناچار بود منابع کشور را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شاهزادگان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کند، اما هر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م،</w:t>
      </w:r>
      <w:r w:rsidRPr="00374623">
        <w:rPr>
          <w:rFonts w:ascii="Tahoma" w:hAnsi="Tahoma" w:cs="Tahoma"/>
          <w:rtl/>
        </w:rPr>
        <w:t xml:space="preserve"> توان دستگاه مرکز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کاهش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>. هرچه قلمرو گسترش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به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و هرچه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ق</w:t>
      </w:r>
      <w:r w:rsidRPr="00374623">
        <w:rPr>
          <w:rFonts w:ascii="Tahoma" w:hAnsi="Tahoma" w:cs="Tahoma" w:hint="eastAsia"/>
          <w:rtl/>
        </w:rPr>
        <w:t>درت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افتند،</w:t>
      </w:r>
      <w:r w:rsidRPr="00374623">
        <w:rPr>
          <w:rFonts w:ascii="Tahoma" w:hAnsi="Tahoma" w:cs="Tahoma"/>
          <w:rtl/>
        </w:rPr>
        <w:t xml:space="preserve"> حفظ وحدت حکومت دشوارتر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تضاد بعدها در حکومت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قره‌قو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و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ماند. نام خاندان‌ها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کرد، اما قلمرو همچنان در معرض آن بود که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شاهزادگان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شود. فرمانروا کشور را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فرزندان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واگذار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تا اداره شود،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واگذار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ابزار شورش را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آنان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گذاشت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قشون</w:t>
      </w:r>
      <w:r w:rsidRPr="00374623">
        <w:rPr>
          <w:rFonts w:ascii="Tahoma" w:hAnsi="Tahoma" w:cs="Tahoma"/>
          <w:b/>
          <w:sz w:val="26"/>
          <w:rtl/>
        </w:rPr>
        <w:t xml:space="preserve"> و 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وان؛</w:t>
      </w:r>
      <w:r w:rsidRPr="00374623">
        <w:rPr>
          <w:rFonts w:ascii="Tahoma" w:hAnsi="Tahoma" w:cs="Tahoma"/>
          <w:b/>
          <w:sz w:val="26"/>
          <w:rtl/>
        </w:rPr>
        <w:t xml:space="preserve"> دو ن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رو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ناگز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قشون</w:t>
      </w:r>
      <w:r w:rsidRPr="00374623">
        <w:rPr>
          <w:rFonts w:ascii="Tahoma" w:hAnsi="Tahoma" w:cs="Tahoma"/>
          <w:rtl/>
        </w:rPr>
        <w:t xml:space="preserve"> مغول سازمان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رومند،</w:t>
      </w:r>
      <w:r w:rsidRPr="00374623">
        <w:rPr>
          <w:rFonts w:ascii="Tahoma" w:hAnsi="Tahoma" w:cs="Tahoma"/>
          <w:rtl/>
        </w:rPr>
        <w:t xml:space="preserve"> منظم و کارآمد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جنگ بود.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سپاه به واحدها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ده‌تا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صدتا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هزارتا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و ده‌هزارتا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آسان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فرماندهان در برابر خان مسئول بودند و جنگاوران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</w:t>
      </w:r>
      <w:r w:rsidRPr="00374623">
        <w:rPr>
          <w:rFonts w:ascii="Tahoma" w:hAnsi="Tahoma" w:cs="Tahoma"/>
          <w:rtl/>
        </w:rPr>
        <w:t xml:space="preserve"> در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دان</w:t>
      </w:r>
      <w:r w:rsidRPr="00374623">
        <w:rPr>
          <w:rFonts w:ascii="Tahoma" w:hAnsi="Tahoma" w:cs="Tahoma"/>
          <w:rtl/>
        </w:rPr>
        <w:t xml:space="preserve"> نبرد از چه کس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رند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سازمان، </w:t>
      </w:r>
      <w:r w:rsidRPr="00374623">
        <w:rPr>
          <w:rFonts w:ascii="Tahoma" w:hAnsi="Tahoma" w:cs="Tahoma" w:hint="eastAsia"/>
          <w:rtl/>
        </w:rPr>
        <w:t>همراه</w:t>
      </w:r>
      <w:r w:rsidRPr="00374623">
        <w:rPr>
          <w:rFonts w:ascii="Tahoma" w:hAnsi="Tahoma" w:cs="Tahoma"/>
          <w:rtl/>
        </w:rPr>
        <w:t xml:space="preserve"> با حرکت سر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ع</w:t>
      </w:r>
      <w:r w:rsidRPr="00374623">
        <w:rPr>
          <w:rFonts w:ascii="Tahoma" w:hAnsi="Tahoma" w:cs="Tahoma"/>
          <w:rtl/>
        </w:rPr>
        <w:t xml:space="preserve"> سواره‌نظام، انضباط،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ده‌بان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بهره‌گ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اطلاعات و توان سازگار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شرا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ط</w:t>
      </w:r>
      <w:r w:rsidRPr="00374623">
        <w:rPr>
          <w:rFonts w:ascii="Tahoma" w:hAnsi="Tahoma" w:cs="Tahoma"/>
          <w:rtl/>
        </w:rPr>
        <w:t xml:space="preserve"> گوناگون، مغولان را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قشون‌ها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عصر خود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کرد.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همان سازمان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ادارهٔ کشور کاف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نبود. فرمانده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سپاه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حمله به شهر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حرکت دهد،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تنها با فرمان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زان</w:t>
      </w:r>
      <w:r w:rsidRPr="00374623">
        <w:rPr>
          <w:rFonts w:ascii="Tahoma" w:hAnsi="Tahoma" w:cs="Tahoma"/>
          <w:rtl/>
        </w:rPr>
        <w:t xml:space="preserve"> محصول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روستا، سهم آب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مزرعه،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بازار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حقوق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کاروان تجار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کند.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دانش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 که در قشون وجود نداشت.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حامل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دانش بود.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</w:t>
      </w:r>
      <w:r w:rsidRPr="00374623">
        <w:rPr>
          <w:rFonts w:ascii="Tahoma" w:hAnsi="Tahoma" w:cs="Tahoma"/>
          <w:rtl/>
        </w:rPr>
        <w:t xml:space="preserve"> فرمان چگونه نوشته شود، مستوف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حساب درآمد و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</w:t>
      </w:r>
      <w:r w:rsidRPr="00374623">
        <w:rPr>
          <w:rFonts w:ascii="Tahoma" w:hAnsi="Tahoma" w:cs="Tahoma"/>
          <w:rtl/>
        </w:rPr>
        <w:t xml:space="preserve"> را ثبت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کردند،</w:t>
      </w:r>
      <w:r w:rsidRPr="00374623">
        <w:rPr>
          <w:rFonts w:ascii="Tahoma" w:hAnsi="Tahoma" w:cs="Tahoma"/>
          <w:rtl/>
        </w:rPr>
        <w:t xml:space="preserve"> مأموران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/>
          <w:rtl/>
        </w:rPr>
        <w:t xml:space="preserve"> و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شناختند</w:t>
      </w:r>
      <w:r w:rsidRPr="00374623">
        <w:rPr>
          <w:rFonts w:ascii="Tahoma" w:hAnsi="Tahoma" w:cs="Tahoma"/>
          <w:rtl/>
        </w:rPr>
        <w:t xml:space="preserve"> و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خواسته‌ها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دربار، قشون و منابع کشور رابطه برقرار کنند.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دانش در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فرد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کتاب خلاصه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شد؛</w:t>
      </w:r>
      <w:r w:rsidRPr="00374623">
        <w:rPr>
          <w:rFonts w:ascii="Tahoma" w:hAnsi="Tahoma" w:cs="Tahoma"/>
          <w:rtl/>
        </w:rPr>
        <w:t xml:space="preserve"> مجموعه‌ا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تجربه‌ها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انباشته بود که از نسل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نسل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انتقال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مغولان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بکشند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برکنار کنند، اما اگر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خواستند</w:t>
      </w:r>
      <w:r w:rsidRPr="00374623">
        <w:rPr>
          <w:rFonts w:ascii="Tahoma" w:hAnsi="Tahoma" w:cs="Tahoma"/>
          <w:rtl/>
        </w:rPr>
        <w:t xml:space="preserve"> بر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حکومت کنند، ناچار بودند کسان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انجام همان وظا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ابند</w:t>
      </w:r>
      <w:r w:rsidRPr="00374623">
        <w:rPr>
          <w:rFonts w:ascii="Tahoma" w:hAnsi="Tahoma" w:cs="Tahoma"/>
          <w:rtl/>
        </w:rPr>
        <w:t>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حت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پس از بزرگ‌تر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دوباره سر برآورد. نام کارگزاران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خاندان‌ها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سقوط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و خاندان‌ها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آنان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گرفتند،</w:t>
      </w:r>
      <w:r w:rsidRPr="00374623">
        <w:rPr>
          <w:rFonts w:ascii="Tahoma" w:hAnsi="Tahoma" w:cs="Tahoma"/>
          <w:rtl/>
        </w:rPr>
        <w:t xml:space="preserve"> اما خود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استقلال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نبود.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در خدمت فرمانروا بودند و بقا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آنان به رضا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خان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بستگ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داشت.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درآمدها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محدود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حساب‌ها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آنان را بررس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کند، ممکن بود دشمنان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</w:t>
      </w:r>
      <w:r w:rsidRPr="00374623">
        <w:rPr>
          <w:rFonts w:ascii="Tahoma" w:hAnsi="Tahoma" w:cs="Tahoma"/>
          <w:rtl/>
        </w:rPr>
        <w:t xml:space="preserve"> کند. رقابت‌ها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اتهام اخ</w:t>
      </w:r>
      <w:r w:rsidRPr="00374623">
        <w:rPr>
          <w:rFonts w:ascii="Tahoma" w:hAnsi="Tahoma" w:cs="Tahoma" w:hint="eastAsia"/>
          <w:rtl/>
        </w:rPr>
        <w:t>تلاس</w:t>
      </w:r>
      <w:r w:rsidRPr="00374623">
        <w:rPr>
          <w:rFonts w:ascii="Tahoma" w:hAnsi="Tahoma" w:cs="Tahoma"/>
          <w:rtl/>
        </w:rPr>
        <w:t xml:space="preserve"> و دس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بارها به برکنار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مصادرهٔ اموال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کشته‌شدن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انجام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ن‌همه،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قدرت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داشت که قشون فاقد آن بود: بدون آن، حکومت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بداند چه دارد و چه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 قشون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مردم را وادار به پرداخت کند، اما تنها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پرداخت را به درآمد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منظم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کند.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تفاوت،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را از خدمتگزار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ساده فراتر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برد</w:t>
      </w:r>
      <w:r w:rsidRPr="00374623">
        <w:rPr>
          <w:rFonts w:ascii="Tahoma" w:hAnsi="Tahoma" w:cs="Tahoma"/>
          <w:rtl/>
        </w:rPr>
        <w:t>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حافظ رابطهٔ حکومت با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بود؛ رابطه‌ا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قشون در هنگام فتح آن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گسست</w:t>
      </w:r>
      <w:r w:rsidRPr="00374623">
        <w:rPr>
          <w:rFonts w:ascii="Tahoma" w:hAnsi="Tahoma" w:cs="Tahoma"/>
          <w:rtl/>
        </w:rPr>
        <w:t xml:space="preserve"> و سپس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ناچار به بازساز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لخان؛</w:t>
      </w:r>
      <w:r w:rsidRPr="00374623">
        <w:rPr>
          <w:rFonts w:ascii="Tahoma" w:hAnsi="Tahoma" w:cs="Tahoma"/>
          <w:b/>
          <w:sz w:val="26"/>
          <w:rtl/>
        </w:rPr>
        <w:t xml:space="preserve"> فرمانروا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مغول در سرزم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ن</w:t>
      </w:r>
      <w:r w:rsidRPr="00374623">
        <w:rPr>
          <w:rFonts w:ascii="Tahoma" w:hAnsi="Tahoma" w:cs="Tahoma"/>
          <w:b/>
          <w:sz w:val="26"/>
          <w:rtl/>
        </w:rPr>
        <w:t xml:space="preserve"> 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تأس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</w:t>
      </w:r>
      <w:r w:rsidRPr="00374623">
        <w:rPr>
          <w:rFonts w:ascii="Tahoma" w:hAnsi="Tahoma" w:cs="Tahoma"/>
          <w:rtl/>
        </w:rPr>
        <w:t xml:space="preserve"> حکومت هولاکو مرحلهٔ تازه‌ا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روند بود. هولاکو در آغاز به فرمان خاقان بزرگ به غرب آمده بود و مأمور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تش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بردن قدرت‌ها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بود که در برابر امپراتور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 مقاومت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 او اسماع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را شکست داد، بغداد را گرفت و به خلافت عباس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داد. اما پس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فتوحات، خود و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نانش</w:t>
      </w:r>
      <w:r w:rsidRPr="00374623">
        <w:rPr>
          <w:rFonts w:ascii="Tahoma" w:hAnsi="Tahoma" w:cs="Tahoma"/>
          <w:rtl/>
        </w:rPr>
        <w:t xml:space="preserve">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ماندگار شدند.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</w:t>
      </w:r>
      <w:r w:rsidRPr="00374623">
        <w:rPr>
          <w:rFonts w:ascii="Tahoma" w:hAnsi="Tahoma" w:cs="Tahoma"/>
          <w:rtl/>
        </w:rPr>
        <w:t xml:space="preserve"> استقرار خاندان هولاکو، حکومت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شکل گرفت. عنوان «ا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لخان»</w:t>
      </w:r>
      <w:r w:rsidRPr="00374623">
        <w:rPr>
          <w:rFonts w:ascii="Tahoma" w:hAnsi="Tahoma" w:cs="Tahoma"/>
          <w:rtl/>
        </w:rPr>
        <w:t xml:space="preserve"> در آغاز وابستگ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به خاقان بزرگ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هنوز خود را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جهان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</w:t>
      </w:r>
      <w:r w:rsidRPr="00374623">
        <w:rPr>
          <w:rFonts w:ascii="Tahoma" w:hAnsi="Tahoma" w:cs="Tahoma"/>
          <w:rtl/>
        </w:rPr>
        <w:t xml:space="preserve"> و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را از نسبت با خاندان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و فرمان خاقان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>. اما فاص</w:t>
      </w:r>
      <w:r w:rsidRPr="00374623">
        <w:rPr>
          <w:rFonts w:ascii="Tahoma" w:hAnsi="Tahoma" w:cs="Tahoma" w:hint="eastAsia"/>
          <w:rtl/>
        </w:rPr>
        <w:t>لهٔ</w:t>
      </w:r>
      <w:r w:rsidRPr="00374623">
        <w:rPr>
          <w:rFonts w:ascii="Tahoma" w:hAnsi="Tahoma" w:cs="Tahoma"/>
          <w:rtl/>
        </w:rPr>
        <w:t xml:space="preserve"> جغراف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درگ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شاخه‌ها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مغول و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ژهٔ</w:t>
      </w:r>
      <w:r w:rsidRPr="00374623">
        <w:rPr>
          <w:rFonts w:ascii="Tahoma" w:hAnsi="Tahoma" w:cs="Tahoma"/>
          <w:rtl/>
        </w:rPr>
        <w:t xml:space="preserve"> حکومت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را به‌تدر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</w:t>
      </w:r>
      <w:r w:rsidRPr="00374623">
        <w:rPr>
          <w:rFonts w:ascii="Tahoma" w:hAnsi="Tahoma" w:cs="Tahoma"/>
          <w:rtl/>
        </w:rPr>
        <w:t xml:space="preserve"> به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کرد.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تنها گذرگاه قشون بدانند. دربار، اردو، شاهزادگان و سپاه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انشان</w:t>
      </w:r>
      <w:r w:rsidRPr="00374623">
        <w:rPr>
          <w:rFonts w:ascii="Tahoma" w:hAnsi="Tahoma" w:cs="Tahoma"/>
          <w:rtl/>
        </w:rPr>
        <w:t xml:space="preserve">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و درآمدشان از مردم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کشور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بنابرا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حفظ راه‌ها، شهرها و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مسئله‌ا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مربوط به بقا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آنان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شد. از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ن‌جا فرا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</w:t>
      </w:r>
      <w:r w:rsidRPr="00374623">
        <w:rPr>
          <w:rFonts w:ascii="Tahoma" w:hAnsi="Tahoma" w:cs="Tahoma"/>
          <w:rtl/>
        </w:rPr>
        <w:t xml:space="preserve">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فاتح آغاز شد: مغولان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دادند، اما ماندن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آنان را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داد.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تنها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نبود.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آنکه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زبان، آداب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جامعهٔ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فرمان خود را بپذ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رند،</w:t>
      </w:r>
      <w:r w:rsidRPr="00374623">
        <w:rPr>
          <w:rFonts w:ascii="Tahoma" w:hAnsi="Tahoma" w:cs="Tahoma"/>
          <w:rtl/>
        </w:rPr>
        <w:t xml:space="preserve"> ناچار شدند ساختار حکومت را با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سازگار کنند. آنان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برگز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دند،</w:t>
      </w:r>
      <w:r w:rsidRPr="00374623">
        <w:rPr>
          <w:rFonts w:ascii="Tahoma" w:hAnsi="Tahoma" w:cs="Tahoma"/>
          <w:rtl/>
        </w:rPr>
        <w:t xml:space="preserve"> از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مستوف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استفاده کردند، به آبادان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شهرها پر</w:t>
      </w:r>
      <w:r w:rsidRPr="00374623">
        <w:rPr>
          <w:rFonts w:ascii="Tahoma" w:hAnsi="Tahoma" w:cs="Tahoma" w:hint="eastAsia"/>
          <w:rtl/>
        </w:rPr>
        <w:t>داختند</w:t>
      </w:r>
      <w:r w:rsidRPr="00374623">
        <w:rPr>
          <w:rFonts w:ascii="Tahoma" w:hAnsi="Tahoma" w:cs="Tahoma"/>
          <w:rtl/>
        </w:rPr>
        <w:t xml:space="preserve"> و 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 xml:space="preserve"> درآمدها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به قاعده درآورند.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ن‌حال،</w:t>
      </w:r>
      <w:r w:rsidRPr="00374623">
        <w:rPr>
          <w:rFonts w:ascii="Tahoma" w:hAnsi="Tahoma" w:cs="Tahoma"/>
          <w:rtl/>
        </w:rPr>
        <w:t xml:space="preserve"> رابطهٔ قشون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همچنان پرتنش بود.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مغول هر کوشش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ثبت دارا</w:t>
      </w:r>
      <w:r w:rsidRPr="00374623">
        <w:rPr>
          <w:rFonts w:ascii="Tahoma" w:hAnsi="Tahoma" w:cs="Tahoma" w:hint="cs"/>
          <w:rtl/>
        </w:rPr>
        <w:t>یی‌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/>
          <w:rtl/>
        </w:rPr>
        <w:t xml:space="preserve"> و محدودکردن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دخالت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در حقوقشان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</w:t>
      </w:r>
      <w:r w:rsidRPr="00374623">
        <w:rPr>
          <w:rFonts w:ascii="Tahoma" w:hAnsi="Tahoma" w:cs="Tahoma"/>
          <w:rtl/>
        </w:rPr>
        <w:t>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غارت و برداشت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قاعدهٔ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سبب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کشور و کاهش درآمد حکومت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شمردند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ناچار بود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کسان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قدرت نظام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را نگاه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داشتند</w:t>
      </w:r>
      <w:r w:rsidRPr="00374623">
        <w:rPr>
          <w:rFonts w:ascii="Tahoma" w:hAnsi="Tahoma" w:cs="Tahoma"/>
          <w:rtl/>
        </w:rPr>
        <w:t xml:space="preserve"> و کسان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همان قدرت را فراهم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کردند،</w:t>
      </w:r>
      <w:r w:rsidRPr="00374623">
        <w:rPr>
          <w:rFonts w:ascii="Tahoma" w:hAnsi="Tahoma" w:cs="Tahoma"/>
          <w:rtl/>
        </w:rPr>
        <w:t xml:space="preserve"> موازنه برقرار کند.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وز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ر؛</w:t>
      </w:r>
      <w:r w:rsidRPr="00374623">
        <w:rPr>
          <w:rFonts w:ascii="Tahoma" w:hAnsi="Tahoma" w:cs="Tahoma"/>
          <w:b/>
          <w:sz w:val="26"/>
          <w:rtl/>
        </w:rPr>
        <w:t xml:space="preserve"> م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ان</w:t>
      </w:r>
      <w:r w:rsidRPr="00374623">
        <w:rPr>
          <w:rFonts w:ascii="Tahoma" w:hAnsi="Tahoma" w:cs="Tahoma"/>
          <w:b/>
          <w:sz w:val="26"/>
          <w:rtl/>
        </w:rPr>
        <w:t xml:space="preserve"> فرمانروا و ام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دوره،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/>
          <w:rtl/>
        </w:rPr>
        <w:t xml:space="preserve">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تنها رئ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</w:t>
      </w:r>
      <w:r w:rsidRPr="00374623">
        <w:rPr>
          <w:rFonts w:ascii="Tahoma" w:hAnsi="Tahoma" w:cs="Tahoma"/>
          <w:rtl/>
        </w:rPr>
        <w:t xml:space="preserve">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نگارندهٔ فرمان‌ها نبود. او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درآمد کشور را گرد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آورد،</w:t>
      </w:r>
      <w:r w:rsidRPr="00374623">
        <w:rPr>
          <w:rFonts w:ascii="Tahoma" w:hAnsi="Tahoma" w:cs="Tahoma"/>
          <w:rtl/>
        </w:rPr>
        <w:t xml:space="preserve">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قشون و دربار را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فرمان‌ها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 و توان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مردم تناسب برقرار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ساخت</w:t>
      </w:r>
      <w:r w:rsidRPr="00374623">
        <w:rPr>
          <w:rFonts w:ascii="Tahoma" w:hAnsi="Tahoma" w:cs="Tahoma"/>
          <w:rtl/>
        </w:rPr>
        <w:t xml:space="preserve"> و در برابر خواسته‌ها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از من</w:t>
      </w:r>
      <w:r w:rsidRPr="00374623">
        <w:rPr>
          <w:rFonts w:ascii="Tahoma" w:hAnsi="Tahoma" w:cs="Tahoma" w:hint="eastAsia"/>
          <w:rtl/>
        </w:rPr>
        <w:t>ابع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دفاع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گاه،</w:t>
      </w:r>
      <w:r w:rsidRPr="00374623">
        <w:rPr>
          <w:rFonts w:ascii="Tahoma" w:hAnsi="Tahoma" w:cs="Tahoma"/>
          <w:rtl/>
        </w:rPr>
        <w:t xml:space="preserve"> هم قدرت فراوان داشت و هم خطر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>. هرگاه درآمد حکومت کاهش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افت،</w:t>
      </w:r>
      <w:r w:rsidRPr="00374623">
        <w:rPr>
          <w:rFonts w:ascii="Tahoma" w:hAnsi="Tahoma" w:cs="Tahoma"/>
          <w:rtl/>
        </w:rPr>
        <w:t xml:space="preserve">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به کوتاه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انت</w:t>
      </w:r>
      <w:r w:rsidRPr="00374623">
        <w:rPr>
          <w:rFonts w:ascii="Tahoma" w:hAnsi="Tahoma" w:cs="Tahoma"/>
          <w:rtl/>
        </w:rPr>
        <w:t xml:space="preserve"> متهم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اگر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جبران کمبود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را افزا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داد،</w:t>
      </w:r>
      <w:r w:rsidRPr="00374623">
        <w:rPr>
          <w:rFonts w:ascii="Tahoma" w:hAnsi="Tahoma" w:cs="Tahoma"/>
          <w:rtl/>
        </w:rPr>
        <w:t xml:space="preserve"> مردم و حاکمان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ناراض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</w:t>
      </w:r>
      <w:r w:rsidRPr="00374623">
        <w:rPr>
          <w:rFonts w:ascii="Tahoma" w:hAnsi="Tahoma" w:cs="Tahoma"/>
          <w:rtl/>
        </w:rPr>
        <w:t>. اگر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محدود کند، آنان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برکن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قتلش متحد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</w:t>
      </w:r>
      <w:r w:rsidRPr="00374623">
        <w:rPr>
          <w:rFonts w:ascii="Tahoma" w:hAnsi="Tahoma" w:cs="Tahoma"/>
          <w:rtl/>
        </w:rPr>
        <w:t>. اگر ثروت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اندوخت،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ثروت نشانهٔ اختلاس دانسته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و اگر از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و وابستگان خود بهره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گرفت،</w:t>
      </w:r>
      <w:r w:rsidRPr="00374623">
        <w:rPr>
          <w:rFonts w:ascii="Tahoma" w:hAnsi="Tahoma" w:cs="Tahoma"/>
          <w:rtl/>
        </w:rPr>
        <w:t xml:space="preserve"> در رقابت دربار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دفاع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سرنوشت</w:t>
      </w:r>
      <w:r w:rsidRPr="00374623">
        <w:rPr>
          <w:rFonts w:ascii="Tahoma" w:hAnsi="Tahoma" w:cs="Tahoma"/>
          <w:rtl/>
        </w:rPr>
        <w:t xml:space="preserve"> خاندان جو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نمونه‌ا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وضع بود. شمس‌الد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محمد جو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مقام صاحب‌د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و برادرش عطاملک جو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اداره و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خ‌نگار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از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چهره‌ها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دستگاه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بودند. آنان به استقرار حکومت و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امور ادار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کمک کردند، اما قدرت و ثروتشان دشمن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ران و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/>
          <w:rtl/>
        </w:rPr>
        <w:t xml:space="preserve"> را برانگ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</w:t>
      </w:r>
      <w:r w:rsidRPr="00374623">
        <w:rPr>
          <w:rFonts w:ascii="Tahoma" w:hAnsi="Tahoma" w:cs="Tahoma"/>
          <w:rtl/>
        </w:rPr>
        <w:t>. سرانجام خاندانشان از قدرت افتاد و اموالشان مصادره شد.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رش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دالد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فضل‌الله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در دورهٔ غازان‌خان و اولجا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تو</w:t>
      </w:r>
      <w:r w:rsidRPr="00374623">
        <w:rPr>
          <w:rFonts w:ascii="Tahoma" w:hAnsi="Tahoma" w:cs="Tahoma"/>
          <w:rtl/>
        </w:rPr>
        <w:t xml:space="preserve">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شد. او در اصلاح امور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سازمان‌دادن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دانش و نگارش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/>
          <w:rtl/>
        </w:rPr>
        <w:t xml:space="preserve"> نقش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بزرگ داشت. ربع رش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در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اد</w:t>
      </w:r>
      <w:r w:rsidRPr="00374623">
        <w:rPr>
          <w:rFonts w:ascii="Tahoma" w:hAnsi="Tahoma" w:cs="Tahoma"/>
          <w:rtl/>
        </w:rPr>
        <w:t xml:space="preserve"> گذاشت و مجموعه‌ا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 که فعال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علم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آموزش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درمان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اقتصاد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در کنار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قرار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>. اما او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پس از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موازنهٔ دربار متهم و کشته شد و اموال و بن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سرنوشت‌ها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تکرارشونده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دهد</w:t>
      </w:r>
      <w:r w:rsidRPr="00374623">
        <w:rPr>
          <w:rFonts w:ascii="Tahoma" w:hAnsi="Tahoma" w:cs="Tahoma"/>
          <w:rtl/>
        </w:rPr>
        <w:t xml:space="preserve"> که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با وجود ضرورتش، هنوز از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نهاد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برخوردار نبود.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قدرت خود را از قانون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نهاد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گرفت؛</w:t>
      </w:r>
      <w:r w:rsidRPr="00374623">
        <w:rPr>
          <w:rFonts w:ascii="Tahoma" w:hAnsi="Tahoma" w:cs="Tahoma"/>
          <w:rtl/>
        </w:rPr>
        <w:t xml:space="preserve"> فرمانروا او را برم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و همان فرمانروا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او را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بردارد.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حافظ امور کشور ب</w:t>
      </w:r>
      <w:r w:rsidRPr="00374623">
        <w:rPr>
          <w:rFonts w:ascii="Tahoma" w:hAnsi="Tahoma" w:cs="Tahoma" w:hint="eastAsia"/>
          <w:rtl/>
        </w:rPr>
        <w:t>ود،</w:t>
      </w:r>
      <w:r w:rsidRPr="00374623">
        <w:rPr>
          <w:rFonts w:ascii="Tahoma" w:hAnsi="Tahoma" w:cs="Tahoma"/>
          <w:rtl/>
        </w:rPr>
        <w:t xml:space="preserve"> اما خود در برابر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ارادهٔ پادشاه و دس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سهٔ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حفاظ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نداشت.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جه،</w:t>
      </w:r>
      <w:r w:rsidRPr="00374623">
        <w:rPr>
          <w:rFonts w:ascii="Tahoma" w:hAnsi="Tahoma" w:cs="Tahoma"/>
          <w:rtl/>
        </w:rPr>
        <w:t xml:space="preserve"> دانش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ماندگارتر از صاحبان آن بود.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کشته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اما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وهٔ</w:t>
      </w:r>
      <w:r w:rsidRPr="00374623">
        <w:rPr>
          <w:rFonts w:ascii="Tahoma" w:hAnsi="Tahoma" w:cs="Tahoma"/>
          <w:rtl/>
        </w:rPr>
        <w:t xml:space="preserve"> ثبت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نگارش فرمان و ادارهٔ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</w:t>
      </w:r>
      <w:r w:rsidRPr="00374623">
        <w:rPr>
          <w:rFonts w:ascii="Tahoma" w:hAnsi="Tahoma" w:cs="Tahoma"/>
          <w:rtl/>
        </w:rPr>
        <w:t xml:space="preserve"> و به دست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نانش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 حکومت‌ها افراد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را نابود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کردند،</w:t>
      </w:r>
      <w:r w:rsidRPr="00374623">
        <w:rPr>
          <w:rFonts w:ascii="Tahoma" w:hAnsi="Tahoma" w:cs="Tahoma"/>
          <w:rtl/>
        </w:rPr>
        <w:t xml:space="preserve">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وظ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که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انجام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ببرند.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غازان‌خان</w:t>
      </w:r>
      <w:r w:rsidRPr="00374623">
        <w:rPr>
          <w:rFonts w:ascii="Tahoma" w:hAnsi="Tahoma" w:cs="Tahoma"/>
          <w:b/>
          <w:sz w:val="26"/>
          <w:rtl/>
        </w:rPr>
        <w:t xml:space="preserve"> و تبد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ل</w:t>
      </w:r>
      <w:r w:rsidRPr="00374623">
        <w:rPr>
          <w:rFonts w:ascii="Tahoma" w:hAnsi="Tahoma" w:cs="Tahoma"/>
          <w:b/>
          <w:sz w:val="26"/>
          <w:rtl/>
        </w:rPr>
        <w:t xml:space="preserve"> فرمانروا به پادشاه کشور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دوران</w:t>
      </w:r>
      <w:r w:rsidRPr="00374623">
        <w:rPr>
          <w:rFonts w:ascii="Tahoma" w:hAnsi="Tahoma" w:cs="Tahoma"/>
          <w:rtl/>
        </w:rPr>
        <w:t xml:space="preserve"> غازان‌خان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مراحل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بود. او در سال </w:t>
      </w:r>
      <w:r w:rsidRPr="00374623">
        <w:rPr>
          <w:rFonts w:ascii="Tahoma" w:hAnsi="Tahoma" w:cs="Tahoma"/>
          <w:rtl/>
          <w:lang w:bidi="fa-IR"/>
        </w:rPr>
        <w:t>۱۲۹۵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اسلام آورد و مسلمان‌شدنش تنها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شخص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لخان،</w:t>
      </w:r>
      <w:r w:rsidRPr="00374623">
        <w:rPr>
          <w:rFonts w:ascii="Tahoma" w:hAnsi="Tahoma" w:cs="Tahoma"/>
          <w:rtl/>
        </w:rPr>
        <w:t xml:space="preserve"> که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همه از نسب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وابستگ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جهان مغول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گرفت،</w:t>
      </w:r>
      <w:r w:rsidRPr="00374623">
        <w:rPr>
          <w:rFonts w:ascii="Tahoma" w:hAnsi="Tahoma" w:cs="Tahoma"/>
          <w:rtl/>
        </w:rPr>
        <w:t xml:space="preserve"> اکنون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با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مردم کشور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برقرار کند.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رش</w:t>
      </w:r>
      <w:r w:rsidRPr="00374623">
        <w:rPr>
          <w:rFonts w:ascii="Tahoma" w:hAnsi="Tahoma" w:cs="Tahoma"/>
          <w:rtl/>
        </w:rPr>
        <w:t xml:space="preserve"> اسلام به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معنا نبود که همهٔ سنت‌ها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ک‌باره</w:t>
      </w:r>
      <w:r w:rsidRPr="00374623">
        <w:rPr>
          <w:rFonts w:ascii="Tahoma" w:hAnsi="Tahoma" w:cs="Tahoma"/>
          <w:rtl/>
        </w:rPr>
        <w:t xml:space="preserve"> کنار گذاشته شد. غازان همچنان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فرماندهٔ قشون مغول و وارث ساختار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با فتح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آمده بود. اما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پس، فرمانروا ناچار بود خود را نه فقط خان فاتحان، بلکه پادشاه مردم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مسلمان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نشان دهد.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سرچشمه‌ها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/>
          <w:rtl/>
        </w:rPr>
        <w:t xml:space="preserve"> پررنگ‌تر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رابطهٔ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حکومت و جامعه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دوران غازان، کوشش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اصلاح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ات‌ها،</w:t>
      </w:r>
      <w:r w:rsidRPr="00374623">
        <w:rPr>
          <w:rFonts w:ascii="Tahoma" w:hAnsi="Tahoma" w:cs="Tahoma"/>
          <w:rtl/>
        </w:rPr>
        <w:t xml:space="preserve"> جلوگ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قاعده،</w:t>
      </w:r>
      <w:r w:rsidRPr="00374623">
        <w:rPr>
          <w:rFonts w:ascii="Tahoma" w:hAnsi="Tahoma" w:cs="Tahoma"/>
          <w:rtl/>
        </w:rPr>
        <w:t xml:space="preserve"> تنظ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امور چاپار،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کسان‌کردن</w:t>
      </w:r>
      <w:r w:rsidRPr="00374623">
        <w:rPr>
          <w:rFonts w:ascii="Tahoma" w:hAnsi="Tahoma" w:cs="Tahoma"/>
          <w:rtl/>
        </w:rPr>
        <w:t xml:space="preserve"> برخ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اندازه‌ها و حفظ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گسترش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اصلاحات را نبا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نشانهٔ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کاملاً منظم دانست.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مشکلات ادامه داشتند و اجرا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فرمان‌ها در </w:t>
      </w:r>
      <w:r w:rsidRPr="00374623">
        <w:rPr>
          <w:rFonts w:ascii="Tahoma" w:hAnsi="Tahoma" w:cs="Tahoma" w:hint="eastAsia"/>
          <w:rtl/>
        </w:rPr>
        <w:t>سراسر</w:t>
      </w:r>
      <w:r w:rsidRPr="00374623">
        <w:rPr>
          <w:rFonts w:ascii="Tahoma" w:hAnsi="Tahoma" w:cs="Tahoma"/>
          <w:rtl/>
        </w:rPr>
        <w:t xml:space="preserve"> قلمرو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کسان</w:t>
      </w:r>
      <w:r w:rsidRPr="00374623">
        <w:rPr>
          <w:rFonts w:ascii="Tahoma" w:hAnsi="Tahoma" w:cs="Tahoma"/>
          <w:rtl/>
        </w:rPr>
        <w:t xml:space="preserve"> نبود. اما خود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به اصلاح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که حکومت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افته</w:t>
      </w:r>
      <w:r w:rsidRPr="00374623">
        <w:rPr>
          <w:rFonts w:ascii="Tahoma" w:hAnsi="Tahoma" w:cs="Tahoma"/>
          <w:rtl/>
        </w:rPr>
        <w:t xml:space="preserve"> است ادامهٔ برداشت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حساب،</w:t>
      </w:r>
      <w:r w:rsidRPr="00374623">
        <w:rPr>
          <w:rFonts w:ascii="Tahoma" w:hAnsi="Tahoma" w:cs="Tahoma"/>
          <w:rtl/>
        </w:rPr>
        <w:t xml:space="preserve"> سرچشمهٔ قدرتش را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برد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اصول اصلاح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بود که مأموران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نتوانند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ناح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را چند بار مطالبه کنند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زمان برداشت محصول از کشاورزان پول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رند</w:t>
      </w:r>
      <w:r w:rsidRPr="00374623">
        <w:rPr>
          <w:rFonts w:ascii="Tahoma" w:hAnsi="Tahoma" w:cs="Tahoma"/>
          <w:rtl/>
        </w:rPr>
        <w:t>.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به مقاطعه واگذار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مأمور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مقاطعه‌دار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مبلغ تعهدشده از مردم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 xml:space="preserve"> تا سود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دست آورد.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خواست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درآمد حکومت و توان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مردم رابطه‌ا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برقرار کند،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</w:t>
      </w:r>
      <w:r w:rsidRPr="00374623">
        <w:rPr>
          <w:rFonts w:ascii="Tahoma" w:hAnsi="Tahoma" w:cs="Tahoma"/>
          <w:rtl/>
        </w:rPr>
        <w:t xml:space="preserve"> فشار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اندازه به فرار کشاورزان، رهاشدن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کاهش درآمد آ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نده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انجامد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نجا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حفاظت از مردم لزوماً از شناسا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حق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آنان سرچشمه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>. کشاورز حفظ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ات‌دهنده</w:t>
      </w:r>
      <w:r w:rsidRPr="00374623">
        <w:rPr>
          <w:rFonts w:ascii="Tahoma" w:hAnsi="Tahoma" w:cs="Tahoma"/>
          <w:rtl/>
        </w:rPr>
        <w:t xml:space="preserve"> بود؛ بازرگان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</w:t>
      </w:r>
      <w:r w:rsidRPr="00374623">
        <w:rPr>
          <w:rFonts w:ascii="Tahoma" w:hAnsi="Tahoma" w:cs="Tahoma"/>
          <w:rtl/>
        </w:rPr>
        <w:t xml:space="preserve"> تجارتش درآمد حکومت را افزا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داد؛</w:t>
      </w:r>
      <w:r w:rsidRPr="00374623">
        <w:rPr>
          <w:rFonts w:ascii="Tahoma" w:hAnsi="Tahoma" w:cs="Tahoma"/>
          <w:rtl/>
        </w:rPr>
        <w:t xml:space="preserve"> و راه تعم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</w:t>
      </w:r>
      <w:r w:rsidRPr="00374623">
        <w:rPr>
          <w:rFonts w:ascii="Tahoma" w:hAnsi="Tahoma" w:cs="Tahoma"/>
          <w:rtl/>
        </w:rPr>
        <w:t xml:space="preserve"> حرکت کالا، خبر و قشون را ممکن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ساخت</w:t>
      </w:r>
      <w:r w:rsidRPr="00374623">
        <w:rPr>
          <w:rFonts w:ascii="Tahoma" w:hAnsi="Tahoma" w:cs="Tahoma"/>
          <w:rtl/>
        </w:rPr>
        <w:t>. 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ن‌حال،</w:t>
      </w:r>
      <w:r w:rsidRPr="00374623">
        <w:rPr>
          <w:rFonts w:ascii="Tahoma" w:hAnsi="Tahoma" w:cs="Tahoma"/>
          <w:rtl/>
        </w:rPr>
        <w:t xml:space="preserve">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ضرورت اقتصاد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را وادار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رفتار مأموران حد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از دل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حکومت، قاعده‌ا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محدودکردن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خودسر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آورد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نکته در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دارد. محدودشدن قدرت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با اعلام حقوق مردم آغاز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شود</w:t>
      </w:r>
      <w:r w:rsidRPr="00374623">
        <w:rPr>
          <w:rFonts w:ascii="Tahoma" w:hAnsi="Tahoma" w:cs="Tahoma"/>
          <w:rtl/>
        </w:rPr>
        <w:t>. گاه حکومت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درم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ابد</w:t>
      </w:r>
      <w:r w:rsidRPr="00374623">
        <w:rPr>
          <w:rFonts w:ascii="Tahoma" w:hAnsi="Tahoma" w:cs="Tahoma"/>
          <w:rtl/>
        </w:rPr>
        <w:t xml:space="preserve"> که اگر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</w:t>
      </w:r>
      <w:r w:rsidRPr="00374623">
        <w:rPr>
          <w:rFonts w:ascii="Tahoma" w:hAnsi="Tahoma" w:cs="Tahoma"/>
          <w:rtl/>
        </w:rPr>
        <w:t xml:space="preserve"> حد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مأموران و قشون نگذارد، منابعش نابود خواهد شد. قانون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آغاز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حفظ خزانه نوشته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شود،</w:t>
      </w:r>
      <w:r w:rsidRPr="00374623">
        <w:rPr>
          <w:rFonts w:ascii="Tahoma" w:hAnsi="Tahoma" w:cs="Tahoma"/>
          <w:rtl/>
        </w:rPr>
        <w:t xml:space="preserve"> اما هما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قانون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مع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فراهم کند که رفتار مأمور حکومت با آن سنج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شود.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نکاران</w:t>
      </w:r>
      <w:r w:rsidRPr="00374623">
        <w:rPr>
          <w:rFonts w:ascii="Tahoma" w:hAnsi="Tahoma" w:cs="Tahoma"/>
          <w:b/>
          <w:sz w:val="26"/>
          <w:rtl/>
        </w:rPr>
        <w:t xml:space="preserve"> در کنار قشون و 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وان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اسلام‌آوردن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را در ساختار حکومت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داد.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آن، مغولان از 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گوناگون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و در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خاندان حاکم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روان</w:t>
      </w:r>
      <w:r w:rsidRPr="00374623">
        <w:rPr>
          <w:rFonts w:ascii="Tahoma" w:hAnsi="Tahoma" w:cs="Tahoma"/>
          <w:rtl/>
        </w:rPr>
        <w:t xml:space="preserve"> آ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بودا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مس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اسلام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حضور داشتند. حکومت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آنکه خود را نگهبان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بداند،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دعا، دانش و شبکهٔ اجتماع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همهٔ گروه‌ها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بهره 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</w:t>
      </w:r>
      <w:r w:rsidRPr="00374623">
        <w:rPr>
          <w:rFonts w:ascii="Tahoma" w:hAnsi="Tahoma" w:cs="Tahoma"/>
          <w:rtl/>
        </w:rPr>
        <w:t xml:space="preserve"> مسلمان‌شدن غازان‌خان و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نانش،</w:t>
      </w:r>
      <w:r w:rsidRPr="00374623">
        <w:rPr>
          <w:rFonts w:ascii="Tahoma" w:hAnsi="Tahoma" w:cs="Tahoma"/>
          <w:rtl/>
        </w:rPr>
        <w:t xml:space="preserve"> اسلام به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فرمانروا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شد. مسجد، مدرسه، قاض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وقف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مسلمان در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حکومت قرار گرفتند. خطبه و سکه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وابستگ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 را به جهان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اسلام آشکار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 اما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تحول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eastAsia"/>
          <w:rtl/>
        </w:rPr>
        <w:t>ستق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نبود.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مسلمان همچنان قدرت خود را از قشون، نسب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دستگاه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رامون</w:t>
      </w:r>
      <w:r w:rsidRPr="00374623">
        <w:rPr>
          <w:rFonts w:ascii="Tahoma" w:hAnsi="Tahoma" w:cs="Tahoma"/>
          <w:rtl/>
        </w:rPr>
        <w:t xml:space="preserve"> حکومت بودند، نه تنها سرچشمهٔ آن.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وقف</w:t>
      </w:r>
      <w:r w:rsidRPr="00374623">
        <w:rPr>
          <w:rFonts w:ascii="Tahoma" w:hAnsi="Tahoma" w:cs="Tahoma"/>
          <w:rtl/>
        </w:rPr>
        <w:t xml:space="preserve">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فراوان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فرمانروا، خاتون‌ها،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اموال خود را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مسجد، مدرسه، خانقاه،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مارستان،</w:t>
      </w:r>
      <w:r w:rsidRPr="00374623">
        <w:rPr>
          <w:rFonts w:ascii="Tahoma" w:hAnsi="Tahoma" w:cs="Tahoma"/>
          <w:rtl/>
        </w:rPr>
        <w:t xml:space="preserve"> آرامگاه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خدمات عموم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وقف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 وقف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اجتماع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پاسخ دهد، نام 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جاودانه سازد و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کان</w:t>
      </w:r>
      <w:r w:rsidRPr="00374623">
        <w:rPr>
          <w:rFonts w:ascii="Tahoma" w:hAnsi="Tahoma" w:cs="Tahoma"/>
          <w:rtl/>
        </w:rPr>
        <w:t xml:space="preserve"> او منصب و درآمد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آورد. همچن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گاه راه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دور نگه‌داشتن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اموال از مصادرهٔ مستق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حکومت.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ن‌سان،</w:t>
      </w:r>
      <w:r w:rsidRPr="00374623">
        <w:rPr>
          <w:rFonts w:ascii="Tahoma" w:hAnsi="Tahoma" w:cs="Tahoma"/>
          <w:rtl/>
        </w:rPr>
        <w:t xml:space="preserve"> وقف در مرز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خصوص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عموم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قدرت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قرار گرفت.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از موقوفات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ادارهٔ نهادها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استفاده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کردند؛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حدود معاف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آنها را بشناسد؛ و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با بن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ادگذار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بناها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تقو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رابطه در دوره‌ها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ترکمان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گسترده‌تر شد.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فروپاش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لخانان</w:t>
      </w:r>
      <w:r w:rsidRPr="00374623">
        <w:rPr>
          <w:rFonts w:ascii="Tahoma" w:hAnsi="Tahoma" w:cs="Tahoma"/>
          <w:b/>
          <w:sz w:val="26"/>
          <w:rtl/>
        </w:rPr>
        <w:t xml:space="preserve"> و آشکارشدن ضعف ساختار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مرگ</w:t>
      </w:r>
      <w:r w:rsidRPr="00374623">
        <w:rPr>
          <w:rFonts w:ascii="Tahoma" w:hAnsi="Tahoma" w:cs="Tahoma"/>
          <w:rtl/>
        </w:rPr>
        <w:t xml:space="preserve"> ابوسع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سال </w:t>
      </w:r>
      <w:r w:rsidRPr="00374623">
        <w:rPr>
          <w:rFonts w:ascii="Tahoma" w:hAnsi="Tahoma" w:cs="Tahoma"/>
          <w:rtl/>
          <w:lang w:bidi="fa-IR"/>
        </w:rPr>
        <w:t>۱۳۳۵</w:t>
      </w:r>
      <w:r w:rsidRPr="00374623">
        <w:rPr>
          <w:rFonts w:ascii="Tahoma" w:hAnsi="Tahoma" w:cs="Tahoma"/>
          <w:rtl/>
        </w:rPr>
        <w:t>، بدون آنکه وارث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بگذارد، ساختمان حکومت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از هم گسست. تا زمان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مقتدر در رأس قرار داشت،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شاهزادگان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ناچار بودند قدرت او را در محاسبات خود در نظر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رند</w:t>
      </w:r>
      <w:r w:rsidRPr="00374623">
        <w:rPr>
          <w:rFonts w:ascii="Tahoma" w:hAnsi="Tahoma" w:cs="Tahoma"/>
          <w:rtl/>
        </w:rPr>
        <w:t>. با نبودن چن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فرم</w:t>
      </w:r>
      <w:r w:rsidRPr="00374623">
        <w:rPr>
          <w:rFonts w:ascii="Tahoma" w:hAnsi="Tahoma" w:cs="Tahoma" w:hint="eastAsia"/>
          <w:rtl/>
        </w:rPr>
        <w:t>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هر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 نام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بر تخت بنشاند و خود قدرت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 دست 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نشان داد که با وجود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سده حکومت، نهاد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همچنان شکل نگرفته بود. نسب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شرط مهم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شمار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رفت،</w:t>
      </w:r>
      <w:r w:rsidRPr="00374623">
        <w:rPr>
          <w:rFonts w:ascii="Tahoma" w:hAnsi="Tahoma" w:cs="Tahoma"/>
          <w:rtl/>
        </w:rPr>
        <w:t xml:space="preserve"> اما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نسب افراد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 مدع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قانون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وجود نداشت که مشخص کند کدام پسر، برادر، عمو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عضو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خا</w:t>
      </w:r>
      <w:r w:rsidRPr="00374623">
        <w:rPr>
          <w:rFonts w:ascii="Tahoma" w:hAnsi="Tahoma" w:cs="Tahoma" w:hint="eastAsia"/>
          <w:rtl/>
        </w:rPr>
        <w:t>ندان</w:t>
      </w:r>
      <w:r w:rsidRPr="00374623">
        <w:rPr>
          <w:rFonts w:ascii="Tahoma" w:hAnsi="Tahoma" w:cs="Tahoma"/>
          <w:rtl/>
        </w:rPr>
        <w:t xml:space="preserve"> حق مقدم دارد.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</w:t>
      </w:r>
      <w:r w:rsidRPr="00374623">
        <w:rPr>
          <w:rFonts w:ascii="Tahoma" w:hAnsi="Tahoma" w:cs="Tahoma"/>
          <w:rtl/>
        </w:rPr>
        <w:t xml:space="preserve"> را موازنهٔ قشون‌ها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همچن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محدود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را آشکار کرد. دستگاه ادار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رد،</w:t>
      </w:r>
      <w:r w:rsidRPr="00374623">
        <w:rPr>
          <w:rFonts w:ascii="Tahoma" w:hAnsi="Tahoma" w:cs="Tahoma"/>
          <w:rtl/>
        </w:rPr>
        <w:t xml:space="preserve"> فرمان بنو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سد</w:t>
      </w:r>
      <w:r w:rsidRPr="00374623">
        <w:rPr>
          <w:rFonts w:ascii="Tahoma" w:hAnsi="Tahoma" w:cs="Tahoma"/>
          <w:rtl/>
        </w:rPr>
        <w:t xml:space="preserve"> و امور جار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اداره کند، اما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خود فرمانروا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وادار کند از قاعده‌ا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مشترک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کنند.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بدون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قدرت اجرا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eastAsia"/>
          <w:rtl/>
        </w:rPr>
        <w:t>نداشت</w:t>
      </w:r>
      <w:r w:rsidRPr="00374623">
        <w:rPr>
          <w:rFonts w:ascii="Tahoma" w:hAnsi="Tahoma" w:cs="Tahoma"/>
          <w:rtl/>
        </w:rPr>
        <w:t xml:space="preserve"> و قشون بدون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رفته‌شده</w:t>
      </w:r>
      <w:r w:rsidRPr="00374623">
        <w:rPr>
          <w:rFonts w:ascii="Tahoma" w:hAnsi="Tahoma" w:cs="Tahoma"/>
          <w:rtl/>
        </w:rPr>
        <w:t xml:space="preserve"> به گروه‌ها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گوشه‌وکنار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سر برآوردند: جلا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چوپان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مظفر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سربداران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گران</w:t>
      </w:r>
      <w:r w:rsidRPr="00374623">
        <w:rPr>
          <w:rFonts w:ascii="Tahoma" w:hAnsi="Tahoma" w:cs="Tahoma"/>
          <w:rtl/>
        </w:rPr>
        <w:t xml:space="preserve"> هر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قلمرو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را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گرفتند. برخ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همچنان شاهزادگان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به‌عنوان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صور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تخت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نشاندند</w:t>
      </w:r>
      <w:r w:rsidRPr="00374623">
        <w:rPr>
          <w:rFonts w:ascii="Tahoma" w:hAnsi="Tahoma" w:cs="Tahoma"/>
          <w:rtl/>
        </w:rPr>
        <w:t xml:space="preserve"> تا حکومت خود را از پوشش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برخوردار سازند؛ اما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پوشش به‌تدر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</w:t>
      </w:r>
      <w:r w:rsidRPr="00374623">
        <w:rPr>
          <w:rFonts w:ascii="Tahoma" w:hAnsi="Tahoma" w:cs="Tahoma"/>
          <w:rtl/>
        </w:rPr>
        <w:t xml:space="preserve"> نازک‌تر شد. قدرت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دست کس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قشون، شهر و درآمد را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داشت.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دل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آمد. انحصار خاندان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بر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آرام‌آرام سست شد. فرماندهان و خاندان‌ها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غ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افتند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توانند</w:t>
      </w:r>
      <w:r w:rsidRPr="00374623">
        <w:rPr>
          <w:rFonts w:ascii="Tahoma" w:hAnsi="Tahoma" w:cs="Tahoma"/>
          <w:rtl/>
        </w:rPr>
        <w:t xml:space="preserve"> بدون آنکه خود را خان بنامند، با عنوان‌ها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بر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بزرگ فرمان برانند.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/>
          <w:rtl/>
        </w:rPr>
        <w:t xml:space="preserve"> هنوز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رعا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س</w:t>
      </w:r>
      <w:r w:rsidRPr="00374623">
        <w:rPr>
          <w:rFonts w:ascii="Tahoma" w:hAnsi="Tahoma" w:cs="Tahoma" w:hint="eastAsia"/>
          <w:rtl/>
        </w:rPr>
        <w:t>نت،</w:t>
      </w:r>
      <w:r w:rsidRPr="00374623">
        <w:rPr>
          <w:rFonts w:ascii="Tahoma" w:hAnsi="Tahoma" w:cs="Tahoma"/>
          <w:rtl/>
        </w:rPr>
        <w:t xml:space="preserve"> 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در کنار خود نگاه داشت و عنوان «ام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ر»</w:t>
      </w:r>
      <w:r w:rsidRPr="00374623">
        <w:rPr>
          <w:rFonts w:ascii="Tahoma" w:hAnsi="Tahoma" w:cs="Tahoma"/>
          <w:rtl/>
        </w:rPr>
        <w:t xml:space="preserve"> را به کار برد؛ اما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نان</w:t>
      </w:r>
      <w:r w:rsidRPr="00374623">
        <w:rPr>
          <w:rFonts w:ascii="Tahoma" w:hAnsi="Tahoma" w:cs="Tahoma"/>
          <w:rtl/>
        </w:rPr>
        <w:t xml:space="preserve"> او و سپس جهانشاه و اوزون‌حسن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به سو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خاندان خود رفتند.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بنابرا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تنها بازگشت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به پراکندگ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نظم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فرسود: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اعتقاد که تنها کس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خاندان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در رأس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قرار 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پس،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تصرف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تخت،</w:t>
      </w:r>
      <w:r w:rsidRPr="00374623">
        <w:rPr>
          <w:rFonts w:ascii="Tahoma" w:hAnsi="Tahoma" w:cs="Tahoma"/>
          <w:rtl/>
        </w:rPr>
        <w:t xml:space="preserve"> ادارهٔ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و ساختن نسب و عنوا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مناسب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جاد</w:t>
      </w:r>
      <w:r w:rsidRPr="00374623">
        <w:rPr>
          <w:rFonts w:ascii="Tahoma" w:hAnsi="Tahoma" w:cs="Tahoma"/>
          <w:rtl/>
        </w:rPr>
        <w:t xml:space="preserve"> کند.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آنچه</w:t>
      </w:r>
      <w:r w:rsidRPr="00374623">
        <w:rPr>
          <w:rFonts w:ascii="Tahoma" w:hAnsi="Tahoma" w:cs="Tahoma"/>
          <w:b/>
          <w:sz w:val="26"/>
          <w:rtl/>
        </w:rPr>
        <w:t xml:space="preserve"> از و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ران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باق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ماند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پس</w:t>
      </w:r>
      <w:r w:rsidRPr="00374623">
        <w:rPr>
          <w:rFonts w:ascii="Tahoma" w:hAnsi="Tahoma" w:cs="Tahoma"/>
          <w:rtl/>
        </w:rPr>
        <w:t xml:space="preserve"> از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به سه سده،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همان کشور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 که مغولان به آن وارد شده بودند.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شهرها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شدند، برخ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هرگز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 بازن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افتند</w:t>
      </w:r>
      <w:r w:rsidRPr="00374623">
        <w:rPr>
          <w:rFonts w:ascii="Tahoma" w:hAnsi="Tahoma" w:cs="Tahoma"/>
          <w:rtl/>
        </w:rPr>
        <w:t xml:space="preserve"> و مراکز تازه‌ا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</w:t>
      </w:r>
      <w:r w:rsidRPr="00374623">
        <w:rPr>
          <w:rFonts w:ascii="Tahoma" w:hAnsi="Tahoma" w:cs="Tahoma"/>
          <w:rtl/>
        </w:rPr>
        <w:t xml:space="preserve"> کردند.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شد؛ سلطان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ساخته شد؛ هرا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در دورهٔ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به مرکز بزرگ فرهنگ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بدل گرد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د؛</w:t>
      </w:r>
      <w:r w:rsidRPr="00374623">
        <w:rPr>
          <w:rFonts w:ascii="Tahoma" w:hAnsi="Tahoma" w:cs="Tahoma"/>
          <w:rtl/>
        </w:rPr>
        <w:t xml:space="preserve"> و راه‌ها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بازرگان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موازنه‌ها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شکل گرفتند.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راث</w:t>
      </w:r>
      <w:r w:rsidRPr="00374623">
        <w:rPr>
          <w:rFonts w:ascii="Tahoma" w:hAnsi="Tahoma" w:cs="Tahoma"/>
          <w:rtl/>
        </w:rPr>
        <w:t xml:space="preserve"> مغول را نبا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تنها در بناها،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جابه‌جا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تخت‌ها</w:t>
      </w:r>
      <w:r w:rsidRPr="00374623">
        <w:rPr>
          <w:rFonts w:ascii="Tahoma" w:hAnsi="Tahoma" w:cs="Tahoma"/>
          <w:rtl/>
        </w:rPr>
        <w:t xml:space="preserve"> جست‌وجو کرد. آنچه در ساختار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ماند،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قشون، خاندان فرمانروا،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بود. قشون هنوز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ن‌کنندهٔ</w:t>
      </w:r>
      <w:r w:rsidRPr="00374623">
        <w:rPr>
          <w:rFonts w:ascii="Tahoma" w:hAnsi="Tahoma" w:cs="Tahoma"/>
          <w:rtl/>
        </w:rPr>
        <w:t xml:space="preserve"> تصرف و انتقال قدرت بود. خاندان فرم</w:t>
      </w:r>
      <w:r w:rsidRPr="00374623">
        <w:rPr>
          <w:rFonts w:ascii="Tahoma" w:hAnsi="Tahoma" w:cs="Tahoma" w:hint="eastAsia"/>
          <w:rtl/>
        </w:rPr>
        <w:t>انروا</w:t>
      </w:r>
      <w:r w:rsidRPr="00374623">
        <w:rPr>
          <w:rFonts w:ascii="Tahoma" w:hAnsi="Tahoma" w:cs="Tahoma"/>
          <w:rtl/>
        </w:rPr>
        <w:t xml:space="preserve"> هنوز کشور را با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خود درم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</w:t>
      </w:r>
      <w:r w:rsidRPr="00374623">
        <w:rPr>
          <w:rFonts w:ascii="Tahoma" w:hAnsi="Tahoma" w:cs="Tahoma"/>
          <w:rtl/>
        </w:rPr>
        <w:t>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هنوز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درآمدها را به قاعده درآورد و از منابع کشور در برابر برداشت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حساب</w:t>
      </w:r>
      <w:r w:rsidRPr="00374623">
        <w:rPr>
          <w:rFonts w:ascii="Tahoma" w:hAnsi="Tahoma" w:cs="Tahoma"/>
          <w:rtl/>
        </w:rPr>
        <w:t xml:space="preserve"> دفاع کند.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به‌تدر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</w:t>
      </w:r>
      <w:r w:rsidRPr="00374623">
        <w:rPr>
          <w:rFonts w:ascii="Tahoma" w:hAnsi="Tahoma" w:cs="Tahoma"/>
          <w:rtl/>
        </w:rPr>
        <w:t xml:space="preserve"> نقش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گسترده‌تر در ساختن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ادارهٔ نهادها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اجتماع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دست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آوردند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قشون</w:t>
      </w:r>
      <w:r w:rsidRPr="00374623">
        <w:rPr>
          <w:rFonts w:ascii="Tahoma" w:hAnsi="Tahoma" w:cs="Tahoma"/>
          <w:rtl/>
        </w:rPr>
        <w:t xml:space="preserve"> مغول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 درهم شکسته بود، اما نتوانسته بود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را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ببرد.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بازمانده بود، اما نتوانسته بود قشون را تابع قانون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از ارادهٔ فرمانروا سازد.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به دستگاه حکومت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ک‌تر</w:t>
      </w:r>
      <w:r w:rsidRPr="00374623">
        <w:rPr>
          <w:rFonts w:ascii="Tahoma" w:hAnsi="Tahoma" w:cs="Tahoma"/>
          <w:rtl/>
        </w:rPr>
        <w:t xml:space="preserve"> شده بودند، اما هنوز خود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را </w:t>
      </w: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نداشتند. پادشاه در رأس همه قرار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گرفت،</w:t>
      </w:r>
      <w:r w:rsidRPr="00374623">
        <w:rPr>
          <w:rFonts w:ascii="Tahoma" w:hAnsi="Tahoma" w:cs="Tahoma"/>
          <w:rtl/>
        </w:rPr>
        <w:t xml:space="preserve">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قدرتش تا زمان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دوام داشت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روها</w:t>
      </w:r>
      <w:r w:rsidRPr="00374623">
        <w:rPr>
          <w:rFonts w:ascii="Tahoma" w:hAnsi="Tahoma" w:cs="Tahoma"/>
          <w:rtl/>
        </w:rPr>
        <w:t xml:space="preserve"> موازنه برقرار کند.</w:t>
      </w:r>
    </w:p>
    <w:p w:rsid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  <w:rtl/>
        </w:rPr>
      </w:pPr>
      <w:r w:rsidRPr="00374623">
        <w:rPr>
          <w:rFonts w:ascii="Tahoma" w:hAnsi="Tahoma" w:cs="Tahoma" w:hint="eastAsia"/>
          <w:rtl/>
        </w:rPr>
        <w:t>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ن‌سان،</w:t>
      </w:r>
      <w:r w:rsidRPr="00374623">
        <w:rPr>
          <w:rFonts w:ascii="Tahoma" w:hAnsi="Tahoma" w:cs="Tahoma"/>
          <w:rtl/>
        </w:rPr>
        <w:t xml:space="preserve">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پس از مغول به بازگشت سادهٔ نظم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نجام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آمد که در آن سنت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سازمان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مغولان درآم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خته</w:t>
      </w:r>
      <w:r w:rsidRPr="00374623">
        <w:rPr>
          <w:rFonts w:ascii="Tahoma" w:hAnsi="Tahoma" w:cs="Tahoma"/>
          <w:rtl/>
        </w:rPr>
        <w:t xml:space="preserve"> بود.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ترک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در دورهٔ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ترکمانان ادامه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و سرانجام به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وارث کشور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شدند که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وانش</w:t>
      </w:r>
      <w:r w:rsidRPr="00374623">
        <w:rPr>
          <w:rFonts w:ascii="Tahoma" w:hAnsi="Tahoma" w:cs="Tahoma"/>
          <w:rtl/>
        </w:rPr>
        <w:t xml:space="preserve"> از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جان به در برده، قشونش شکل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افته،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از انحصار نسب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آمده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در آستانهٔ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ل‌شدن</w:t>
      </w:r>
      <w:r w:rsidRPr="00374623">
        <w:rPr>
          <w:rFonts w:ascii="Tahoma" w:hAnsi="Tahoma" w:cs="Tahoma"/>
          <w:rtl/>
        </w:rPr>
        <w:t xml:space="preserve">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قرار گرفته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نشان داد که دستگاه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گردآور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نگارش فرمان و ادارهٔ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الات،</w:t>
      </w:r>
      <w:r w:rsidRPr="00374623">
        <w:rPr>
          <w:rFonts w:ascii="Tahoma" w:hAnsi="Tahoma" w:cs="Tahoma"/>
          <w:rtl/>
        </w:rPr>
        <w:t xml:space="preserve"> به‌تنها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وحدت کشور را حفظ کند.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کار حکومت را ادامه دهد، اما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کند چه کس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 رأس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قرار 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 در نبود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رفته‌شده،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قلمرو را تصرف کردند و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برخوردارشدن از ظاهر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در کنار خود نشاندند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عنوان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افتند</w:t>
      </w:r>
      <w:r w:rsidRPr="00374623">
        <w:rPr>
          <w:rFonts w:ascii="Tahoma" w:hAnsi="Tahoma" w:cs="Tahoma"/>
          <w:rtl/>
        </w:rPr>
        <w:t xml:space="preserve"> که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آنان را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رفتن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سازد.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پس، قدرت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آشکارا بر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گرفت. هرکس قشون بزرگ‌تر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داشت،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شهر و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تصرف کند؛ اما همان فرمانده پس از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ادارهٔ قلمرو خود ناچار بود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مستوف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حکومت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 به کار 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 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ن‌سان،</w:t>
      </w:r>
      <w:r w:rsidRPr="00374623">
        <w:rPr>
          <w:rFonts w:ascii="Tahoma" w:hAnsi="Tahoma" w:cs="Tahoma"/>
          <w:rtl/>
        </w:rPr>
        <w:t xml:space="preserve"> سلسله‌ها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کردند،</w:t>
      </w:r>
      <w:r w:rsidRPr="00374623">
        <w:rPr>
          <w:rFonts w:ascii="Tahoma" w:hAnsi="Tahoma" w:cs="Tahoma"/>
          <w:rtl/>
        </w:rPr>
        <w:t xml:space="preserve">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ساختار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همچنان بر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قشون فاتح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بازمانده استوار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ت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مور</w:t>
      </w:r>
      <w:r w:rsidRPr="00374623">
        <w:rPr>
          <w:rFonts w:ascii="Tahoma" w:hAnsi="Tahoma" w:cs="Tahoma"/>
          <w:b/>
          <w:sz w:val="26"/>
          <w:rtl/>
        </w:rPr>
        <w:t xml:space="preserve"> و بازگشت منطق کشورگشا</w:t>
      </w:r>
      <w:r w:rsidRPr="00374623">
        <w:rPr>
          <w:rFonts w:ascii="Tahoma" w:hAnsi="Tahoma" w:cs="Tahoma" w:hint="cs"/>
          <w:b/>
          <w:sz w:val="26"/>
          <w:rtl/>
        </w:rPr>
        <w:t>یی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/>
          <w:rtl/>
        </w:rPr>
        <w:t xml:space="preserve"> از دل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پراکندگ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برخاست. او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 و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عنوان خان را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برگز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</w:t>
      </w:r>
      <w:r w:rsidRPr="00374623">
        <w:rPr>
          <w:rFonts w:ascii="Tahoma" w:hAnsi="Tahoma" w:cs="Tahoma"/>
          <w:rtl/>
        </w:rPr>
        <w:t>. 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ن‌حال،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استعداد فرمانده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توانا</w:t>
      </w:r>
      <w:r w:rsidRPr="00374623">
        <w:rPr>
          <w:rFonts w:ascii="Tahoma" w:hAnsi="Tahoma" w:cs="Tahoma" w:hint="cs"/>
          <w:rtl/>
        </w:rPr>
        <w:t>یی‌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در ساختن ائتلاف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طوا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ف،</w:t>
      </w:r>
      <w:r w:rsidRPr="00374623">
        <w:rPr>
          <w:rFonts w:ascii="Tahoma" w:hAnsi="Tahoma" w:cs="Tahoma"/>
          <w:rtl/>
        </w:rPr>
        <w:t xml:space="preserve"> او را به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زمان خود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کرد.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رعا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سنت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خاندان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را در کنار خود نگه داشت و خود عنوان «ام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ر»</w:t>
      </w:r>
      <w:r w:rsidRPr="00374623">
        <w:rPr>
          <w:rFonts w:ascii="Tahoma" w:hAnsi="Tahoma" w:cs="Tahoma"/>
          <w:rtl/>
        </w:rPr>
        <w:t xml:space="preserve"> را به کار برد. اما قدرت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آن او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ترت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که نسب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هنوز ارزش داشت،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سرچشمهٔ واقع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قدرت نبود. خان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نام و پوشش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فراهم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اما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غ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قشون، خزانه،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حق تصم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را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داشت. صورت سنت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مانده بود،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محتوا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کرده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/>
          <w:rtl/>
        </w:rPr>
        <w:t xml:space="preserve"> در لشکرکش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همان منطق کشورگشا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انهٔ</w:t>
      </w:r>
      <w:r w:rsidRPr="00374623">
        <w:rPr>
          <w:rFonts w:ascii="Tahoma" w:hAnsi="Tahoma" w:cs="Tahoma"/>
          <w:rtl/>
        </w:rPr>
        <w:t xml:space="preserve"> آغاز عصر مغول را زنده کرد. شهرها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که مقاومت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با خشونت روبه‌رو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شدند،</w:t>
      </w:r>
      <w:r w:rsidRPr="00374623">
        <w:rPr>
          <w:rFonts w:ascii="Tahoma" w:hAnsi="Tahoma" w:cs="Tahoma"/>
          <w:rtl/>
        </w:rPr>
        <w:t xml:space="preserve"> مردم کشته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آواره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</w:t>
      </w:r>
      <w:r w:rsidRPr="00374623">
        <w:rPr>
          <w:rFonts w:ascii="Tahoma" w:hAnsi="Tahoma" w:cs="Tahoma"/>
          <w:rtl/>
        </w:rPr>
        <w:t xml:space="preserve"> و صنعتگران و هنرمندان ماهر به سمرقند انتقال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افتند</w:t>
      </w:r>
      <w:r w:rsidRPr="00374623">
        <w:rPr>
          <w:rFonts w:ascii="Tahoma" w:hAnsi="Tahoma" w:cs="Tahoma"/>
          <w:rtl/>
        </w:rPr>
        <w:t>. هدف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لشکرکش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او ساختن نظام ا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کپارچه</w:t>
      </w:r>
      <w:r w:rsidRPr="00374623">
        <w:rPr>
          <w:rFonts w:ascii="Tahoma" w:hAnsi="Tahoma" w:cs="Tahoma"/>
          <w:rtl/>
        </w:rPr>
        <w:t xml:space="preserve"> در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فتح‌شده نبود.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مت،</w:t>
      </w:r>
      <w:r w:rsidRPr="00374623">
        <w:rPr>
          <w:rFonts w:ascii="Tahoma" w:hAnsi="Tahoma" w:cs="Tahoma"/>
          <w:rtl/>
        </w:rPr>
        <w:t xml:space="preserve">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افزا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شکوه فرمانروا در مرکز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است</w:t>
      </w:r>
      <w:r w:rsidRPr="00374623">
        <w:rPr>
          <w:rFonts w:ascii="Tahoma" w:hAnsi="Tahoma" w:cs="Tahoma"/>
          <w:rtl/>
        </w:rPr>
        <w:t xml:space="preserve"> او قرار داشت.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ن‌همه،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باشد. قشون او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حرکت به آذوقه، چارپا، اطلاعات راه‌ها و منابع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داشت. شهرها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تصرف‌شده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پس از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جنگ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پرداختند</w:t>
      </w:r>
      <w:r w:rsidRPr="00374623">
        <w:rPr>
          <w:rFonts w:ascii="Tahoma" w:hAnsi="Tahoma" w:cs="Tahoma"/>
          <w:rtl/>
        </w:rPr>
        <w:t xml:space="preserve"> و کارگزاران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فرمان‌ها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او را اجرا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همان فر</w:t>
      </w:r>
      <w:r w:rsidRPr="00374623">
        <w:rPr>
          <w:rFonts w:ascii="Tahoma" w:hAnsi="Tahoma" w:cs="Tahoma" w:hint="eastAsia"/>
          <w:rtl/>
        </w:rPr>
        <w:t>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شهر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کند،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ادارهٔ قلمرو به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حساب‌داران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ازمند</w:t>
      </w:r>
      <w:r w:rsidRPr="00374623">
        <w:rPr>
          <w:rFonts w:ascii="Tahoma" w:hAnsi="Tahoma" w:cs="Tahoma"/>
          <w:rtl/>
        </w:rPr>
        <w:t xml:space="preserve">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فتح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فاصله‌ا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گذاشت. قلمرو او در زمان 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اتش</w:t>
      </w:r>
      <w:r w:rsidRPr="00374623">
        <w:rPr>
          <w:rFonts w:ascii="Tahoma" w:hAnsi="Tahoma" w:cs="Tahoma"/>
          <w:rtl/>
        </w:rPr>
        <w:t xml:space="preserve"> از هند تا آناتول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گسترش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افت،</w:t>
      </w:r>
      <w:r w:rsidRPr="00374623">
        <w:rPr>
          <w:rFonts w:ascii="Tahoma" w:hAnsi="Tahoma" w:cs="Tahoma"/>
          <w:rtl/>
        </w:rPr>
        <w:t xml:space="preserve"> اما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گستردگ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آنکه بر نهادها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مشترک استوار باشد، به حضور شخص او،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ترس از قشونش وابسته بود. مرگ او در سال </w:t>
      </w:r>
      <w:r w:rsidRPr="00374623">
        <w:rPr>
          <w:rFonts w:ascii="Tahoma" w:hAnsi="Tahoma" w:cs="Tahoma"/>
          <w:rtl/>
          <w:lang w:bidi="fa-IR"/>
        </w:rPr>
        <w:t>۱۴۰۵</w:t>
      </w:r>
      <w:r w:rsidRPr="00374623">
        <w:rPr>
          <w:rFonts w:ascii="Tahoma" w:hAnsi="Tahoma" w:cs="Tahoma"/>
          <w:rtl/>
        </w:rPr>
        <w:t xml:space="preserve"> بلافا</w:t>
      </w:r>
      <w:r w:rsidRPr="00374623">
        <w:rPr>
          <w:rFonts w:ascii="Tahoma" w:hAnsi="Tahoma" w:cs="Tahoma" w:hint="eastAsia"/>
          <w:rtl/>
        </w:rPr>
        <w:t>صله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ضعف را آشکار کرد. شاهزادگان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سر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راث</w:t>
      </w:r>
      <w:r w:rsidRPr="00374623">
        <w:rPr>
          <w:rFonts w:ascii="Tahoma" w:hAnsi="Tahoma" w:cs="Tahoma"/>
          <w:rtl/>
        </w:rPr>
        <w:t xml:space="preserve"> او جنگ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 xml:space="preserve"> و قلمرو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با لشکرکش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هم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وسته</w:t>
      </w:r>
      <w:r w:rsidRPr="00374623">
        <w:rPr>
          <w:rFonts w:ascii="Tahoma" w:hAnsi="Tahoma" w:cs="Tahoma"/>
          <w:rtl/>
        </w:rPr>
        <w:t xml:space="preserve"> بود، بار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به بخش‌ها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شد.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شاهرخ؛</w:t>
      </w:r>
      <w:r w:rsidRPr="00374623">
        <w:rPr>
          <w:rFonts w:ascii="Tahoma" w:hAnsi="Tahoma" w:cs="Tahoma"/>
          <w:b/>
          <w:sz w:val="26"/>
          <w:rtl/>
        </w:rPr>
        <w:t xml:space="preserve"> تبد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ل</w:t>
      </w:r>
      <w:r w:rsidRPr="00374623">
        <w:rPr>
          <w:rFonts w:ascii="Tahoma" w:hAnsi="Tahoma" w:cs="Tahoma"/>
          <w:b/>
          <w:sz w:val="26"/>
          <w:rtl/>
        </w:rPr>
        <w:t xml:space="preserve"> م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راث</w:t>
      </w:r>
      <w:r w:rsidRPr="00374623">
        <w:rPr>
          <w:rFonts w:ascii="Tahoma" w:hAnsi="Tahoma" w:cs="Tahoma"/>
          <w:b/>
          <w:sz w:val="26"/>
          <w:rtl/>
        </w:rPr>
        <w:t xml:space="preserve"> فتح به حکومت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شاهرخ،</w:t>
      </w:r>
      <w:r w:rsidRPr="00374623">
        <w:rPr>
          <w:rFonts w:ascii="Tahoma" w:hAnsi="Tahoma" w:cs="Tahoma"/>
          <w:rtl/>
        </w:rPr>
        <w:t xml:space="preserve"> پسر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مور،</w:t>
      </w:r>
      <w:r w:rsidRPr="00374623">
        <w:rPr>
          <w:rFonts w:ascii="Tahoma" w:hAnsi="Tahoma" w:cs="Tahoma"/>
          <w:rtl/>
        </w:rPr>
        <w:t xml:space="preserve"> راه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متفاوت از پدر برگز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 او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که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</w:t>
      </w:r>
      <w:r w:rsidRPr="00374623">
        <w:rPr>
          <w:rFonts w:ascii="Tahoma" w:hAnsi="Tahoma" w:cs="Tahoma"/>
          <w:rtl/>
        </w:rPr>
        <w:t xml:space="preserve">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 را تنها با تکرار لشکرکش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 کرد. حکومت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درآمد منظم،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راه‌ها و رابطه‌ا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قابل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ش‌ب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ه</w:t>
      </w:r>
      <w:r w:rsidRPr="00374623">
        <w:rPr>
          <w:rFonts w:ascii="Tahoma" w:hAnsi="Tahoma" w:cs="Tahoma" w:hint="eastAsia"/>
          <w:rtl/>
        </w:rPr>
        <w:t>رات</w:t>
      </w:r>
      <w:r w:rsidRPr="00374623">
        <w:rPr>
          <w:rFonts w:ascii="Tahoma" w:hAnsi="Tahoma" w:cs="Tahoma"/>
          <w:rtl/>
        </w:rPr>
        <w:t xml:space="preserve"> را مرکز حکومت قرار داد و 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بخش‌ها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قلمرو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از راه ترک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قدرت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رش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تابع اداره کند.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دوران شاهرخ،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فرصت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نقش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فعال در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فا</w:t>
      </w:r>
      <w:r w:rsidRPr="00374623">
        <w:rPr>
          <w:rFonts w:ascii="Tahoma" w:hAnsi="Tahoma" w:cs="Tahoma"/>
          <w:rtl/>
        </w:rPr>
        <w:t xml:space="preserve"> کند.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مستوف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حاکمان شهرها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دربار هرات و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 xml:space="preserve"> رابطه برقرار کردند.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تجارت و آبادان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شهرها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و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</w:t>
      </w:r>
      <w:r w:rsidRPr="00374623">
        <w:rPr>
          <w:rFonts w:ascii="Tahoma" w:hAnsi="Tahoma" w:cs="Tahoma"/>
          <w:rtl/>
        </w:rPr>
        <w:t xml:space="preserve"> از اردوگاه فرمانده فاتح به مرکز ادا</w:t>
      </w:r>
      <w:r w:rsidRPr="00374623">
        <w:rPr>
          <w:rFonts w:ascii="Tahoma" w:hAnsi="Tahoma" w:cs="Tahoma" w:hint="eastAsia"/>
          <w:rtl/>
        </w:rPr>
        <w:t>ره،</w:t>
      </w:r>
      <w:r w:rsidRPr="00374623">
        <w:rPr>
          <w:rFonts w:ascii="Tahoma" w:hAnsi="Tahoma" w:cs="Tahoma"/>
          <w:rtl/>
        </w:rPr>
        <w:t xml:space="preserve"> دانش و هنر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کناررفتن قشون نبود. شاهرخ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حفظ حکومت به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 و هرگاه ناح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سر به نافرمان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داشت،</w:t>
      </w:r>
      <w:r w:rsidRPr="00374623">
        <w:rPr>
          <w:rFonts w:ascii="Tahoma" w:hAnsi="Tahoma" w:cs="Tahoma"/>
          <w:rtl/>
        </w:rPr>
        <w:t xml:space="preserve"> ناچار به لشکرکش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اما قشون در حکومت او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در خدمت حفظ نظم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قرار گرفت که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اداره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همان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ش‌تر</w:t>
      </w:r>
      <w:r w:rsidRPr="00374623">
        <w:rPr>
          <w:rFonts w:ascii="Tahoma" w:hAnsi="Tahoma" w:cs="Tahoma"/>
          <w:rtl/>
        </w:rPr>
        <w:t xml:space="preserve"> در دوران غازان‌خان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شده بود: کشورگشا پس از استقرار درم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که قدرت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نه تنها به توان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ران‌کردن،</w:t>
      </w:r>
      <w:r w:rsidRPr="00374623">
        <w:rPr>
          <w:rFonts w:ascii="Tahoma" w:hAnsi="Tahoma" w:cs="Tahoma"/>
          <w:rtl/>
        </w:rPr>
        <w:t xml:space="preserve"> بلکه به توان نگاه‌داشتن و بازساز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</w:t>
      </w:r>
      <w:r w:rsidRPr="00374623">
        <w:rPr>
          <w:rFonts w:ascii="Tahoma" w:hAnsi="Tahoma" w:cs="Tahoma"/>
          <w:rtl/>
        </w:rPr>
        <w:t xml:space="preserve"> وابسته است.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ن‌حال،</w:t>
      </w:r>
      <w:r w:rsidRPr="00374623">
        <w:rPr>
          <w:rFonts w:ascii="Tahoma" w:hAnsi="Tahoma" w:cs="Tahoma"/>
          <w:rtl/>
        </w:rPr>
        <w:t xml:space="preserve"> شاهرخ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نتوانست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قاعده‌ا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الزام‌آور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آورد. شاهزادگان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قلمرو را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داشتند، قشون و دربار خود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ساختند</w:t>
      </w:r>
      <w:r w:rsidRPr="00374623">
        <w:rPr>
          <w:rFonts w:ascii="Tahoma" w:hAnsi="Tahoma" w:cs="Tahoma"/>
          <w:rtl/>
        </w:rPr>
        <w:t xml:space="preserve"> و خود را شا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ستهٔ</w:t>
      </w:r>
      <w:r w:rsidRPr="00374623">
        <w:rPr>
          <w:rFonts w:ascii="Tahoma" w:hAnsi="Tahoma" w:cs="Tahoma"/>
          <w:rtl/>
        </w:rPr>
        <w:t xml:space="preserve">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</w:t>
      </w:r>
      <w:r w:rsidRPr="00374623">
        <w:rPr>
          <w:rFonts w:ascii="Tahoma" w:hAnsi="Tahoma" w:cs="Tahoma"/>
          <w:rtl/>
        </w:rPr>
        <w:t>. تا زمان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شاهرخ زنده بود، اقتدار او اختلافات را مهار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کرد؛</w:t>
      </w:r>
      <w:r w:rsidRPr="00374623">
        <w:rPr>
          <w:rFonts w:ascii="Tahoma" w:hAnsi="Tahoma" w:cs="Tahoma"/>
          <w:rtl/>
        </w:rPr>
        <w:t xml:space="preserve"> اما پس از مرگش، همان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حکومت را به جنگ داخل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کشاند.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بنابرا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دوران آرام شاهرخ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آنکه نشانهٔ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نهاد بر شخص باشد،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جهٔ</w:t>
      </w:r>
      <w:r w:rsidRPr="00374623">
        <w:rPr>
          <w:rFonts w:ascii="Tahoma" w:hAnsi="Tahoma" w:cs="Tahoma"/>
          <w:rtl/>
        </w:rPr>
        <w:t xml:space="preserve"> حضور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توانا در رأس ساختار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بود. دستگاه حکومت کار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هنوز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بدون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مقتدر از وحدت خود دفاع کند.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شکوفا</w:t>
      </w:r>
      <w:r w:rsidRPr="00374623">
        <w:rPr>
          <w:rFonts w:ascii="Tahoma" w:hAnsi="Tahoma" w:cs="Tahoma" w:hint="cs"/>
          <w:b/>
          <w:sz w:val="26"/>
          <w:rtl/>
        </w:rPr>
        <w:t>یی</w:t>
      </w:r>
      <w:r w:rsidRPr="00374623">
        <w:rPr>
          <w:rFonts w:ascii="Tahoma" w:hAnsi="Tahoma" w:cs="Tahoma"/>
          <w:b/>
          <w:sz w:val="26"/>
          <w:rtl/>
        </w:rPr>
        <w:t xml:space="preserve"> فرهنگ و ناپا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دار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حکومت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دورهٔ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درخشان‌تر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دوره‌ها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فرهنگ، هنر، معمار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خ‌نگار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دانش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مرکز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بود. هرات، سمرقند و شهرها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به مراکز فعال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هنرمندان، خوش‌نو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سان،</w:t>
      </w:r>
      <w:r w:rsidRPr="00374623">
        <w:rPr>
          <w:rFonts w:ascii="Tahoma" w:hAnsi="Tahoma" w:cs="Tahoma"/>
          <w:rtl/>
        </w:rPr>
        <w:t xml:space="preserve"> شاعران، دانشمندان و معماران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شدند. دربار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به‌و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ژه</w:t>
      </w:r>
      <w:r w:rsidRPr="00374623">
        <w:rPr>
          <w:rFonts w:ascii="Tahoma" w:hAnsi="Tahoma" w:cs="Tahoma"/>
          <w:rtl/>
        </w:rPr>
        <w:t xml:space="preserve"> در دوران شاهرخ، گوه</w:t>
      </w:r>
      <w:r w:rsidRPr="00374623">
        <w:rPr>
          <w:rFonts w:ascii="Tahoma" w:hAnsi="Tahoma" w:cs="Tahoma" w:hint="eastAsia"/>
          <w:rtl/>
        </w:rPr>
        <w:t>رشاد،</w:t>
      </w:r>
      <w:r w:rsidRPr="00374623">
        <w:rPr>
          <w:rFonts w:ascii="Tahoma" w:hAnsi="Tahoma" w:cs="Tahoma"/>
          <w:rtl/>
        </w:rPr>
        <w:t xml:space="preserve"> الغ‌ب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</w:t>
      </w:r>
      <w:r w:rsidRPr="00374623">
        <w:rPr>
          <w:rFonts w:ascii="Tahoma" w:hAnsi="Tahoma" w:cs="Tahoma"/>
          <w:rtl/>
        </w:rPr>
        <w:t xml:space="preserve"> و سپس سلطان حس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قرا،</w:t>
      </w:r>
      <w:r w:rsidRPr="00374623">
        <w:rPr>
          <w:rFonts w:ascii="Tahoma" w:hAnsi="Tahoma" w:cs="Tahoma"/>
          <w:rtl/>
        </w:rPr>
        <w:t xml:space="preserve"> از ساختن مسجد، مدرسه، رصدخانه، کتابخانه و کارگاه‌ها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هنر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کرد.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شکوفا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دهد</w:t>
      </w:r>
      <w:r w:rsidRPr="00374623">
        <w:rPr>
          <w:rFonts w:ascii="Tahoma" w:hAnsi="Tahoma" w:cs="Tahoma"/>
          <w:rtl/>
        </w:rPr>
        <w:t xml:space="preserve"> که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لزوماً به نابود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کامل توان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جامعه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انجامد</w:t>
      </w:r>
      <w:r w:rsidRPr="00374623">
        <w:rPr>
          <w:rFonts w:ascii="Tahoma" w:hAnsi="Tahoma" w:cs="Tahoma"/>
          <w:rtl/>
        </w:rPr>
        <w:t>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بازار، وقف و دربار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منابع لازم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آفر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نش</w:t>
      </w:r>
      <w:r w:rsidRPr="00374623">
        <w:rPr>
          <w:rFonts w:ascii="Tahoma" w:hAnsi="Tahoma" w:cs="Tahoma"/>
          <w:rtl/>
        </w:rPr>
        <w:t xml:space="preserve">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فراهم کنند. هنرمندان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گاه به اجبار از شهر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شهر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منتقل شده بودند، </w:t>
      </w:r>
      <w:r w:rsidRPr="00374623">
        <w:rPr>
          <w:rFonts w:ascii="Tahoma" w:hAnsi="Tahoma" w:cs="Tahoma" w:hint="eastAsia"/>
          <w:rtl/>
        </w:rPr>
        <w:t>سنت‌ها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گوناگون را با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آم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ختند</w:t>
      </w:r>
      <w:r w:rsidRPr="00374623">
        <w:rPr>
          <w:rFonts w:ascii="Tahoma" w:hAnsi="Tahoma" w:cs="Tahoma"/>
          <w:rtl/>
        </w:rPr>
        <w:t xml:space="preserve"> و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تازه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شکوفا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نبا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با استوار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ساختار حکومت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دانست. ممکن بود دربار کتابخانه‌ا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بزرگ بسازد و هم‌زمان نتواند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 را بدون جنگ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کند. ممکن بود شهر از نظر هنر و دانش رونق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ابد،</w:t>
      </w:r>
      <w:r w:rsidRPr="00374623">
        <w:rPr>
          <w:rFonts w:ascii="Tahoma" w:hAnsi="Tahoma" w:cs="Tahoma"/>
          <w:rtl/>
        </w:rPr>
        <w:t xml:space="preserve">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تش</w:t>
      </w:r>
      <w:r w:rsidRPr="00374623">
        <w:rPr>
          <w:rFonts w:ascii="Tahoma" w:hAnsi="Tahoma" w:cs="Tahoma"/>
          <w:rtl/>
        </w:rPr>
        <w:t xml:space="preserve"> همچنان به بقا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پادشاه وابسته باشد. ممکن بو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حساب‌ها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</w:t>
      </w:r>
      <w:r w:rsidRPr="00374623">
        <w:rPr>
          <w:rFonts w:ascii="Tahoma" w:hAnsi="Tahoma" w:cs="Tahoma"/>
          <w:rtl/>
        </w:rPr>
        <w:t xml:space="preserve"> بنو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سد،</w:t>
      </w:r>
      <w:r w:rsidRPr="00374623">
        <w:rPr>
          <w:rFonts w:ascii="Tahoma" w:hAnsi="Tahoma" w:cs="Tahoma"/>
          <w:rtl/>
        </w:rPr>
        <w:t xml:space="preserve"> اما با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شاهزاده بر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گر،</w:t>
      </w:r>
      <w:r w:rsidRPr="00374623">
        <w:rPr>
          <w:rFonts w:ascii="Tahoma" w:hAnsi="Tahoma" w:cs="Tahoma"/>
          <w:rtl/>
        </w:rPr>
        <w:t xml:space="preserve"> کارگزاران و درآمدها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فاتحان تازه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شوند.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فهم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دارد. فرهنگ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در درون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شکوفا شود و آثار ماندگار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آورد، اما نهاد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تنها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استوار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شود</w:t>
      </w:r>
      <w:r w:rsidRPr="00374623">
        <w:rPr>
          <w:rFonts w:ascii="Tahoma" w:hAnsi="Tahoma" w:cs="Tahoma"/>
          <w:rtl/>
        </w:rPr>
        <w:t xml:space="preserve"> که انتقال قدرت، حقوق کارگزاران، رابطهٔ قشون با حکومت و حدود تصرف خاندان فرمانروا به قاعده درآ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در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از فرهنگ کام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</w:t>
      </w:r>
      <w:r w:rsidRPr="00374623">
        <w:rPr>
          <w:rFonts w:ascii="Tahoma" w:hAnsi="Tahoma" w:cs="Tahoma"/>
          <w:rtl/>
        </w:rPr>
        <w:t xml:space="preserve"> بودند، اما نتوانستند کشور را از وابستگ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توان شخص فرمانروا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آورند.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از</w:t>
      </w:r>
      <w:r w:rsidRPr="00374623">
        <w:rPr>
          <w:rFonts w:ascii="Tahoma" w:hAnsi="Tahoma" w:cs="Tahoma"/>
          <w:b/>
          <w:sz w:val="26"/>
          <w:rtl/>
        </w:rPr>
        <w:t xml:space="preserve"> خان چنگ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ز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تا پادشاه ترکمان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پس</w:t>
      </w:r>
      <w:r w:rsidRPr="00374623">
        <w:rPr>
          <w:rFonts w:ascii="Tahoma" w:hAnsi="Tahoma" w:cs="Tahoma"/>
          <w:rtl/>
        </w:rPr>
        <w:t xml:space="preserve"> از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قره‌قو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و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مرحلهٔ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نما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کردند. رهبران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اتحاد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/>
          <w:rtl/>
        </w:rPr>
        <w:t xml:space="preserve"> نه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بودند و نه در آغاز ادعا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بر سراسر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داشتند. آنان رؤسا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اتحاد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بودند که با تک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بر سواره‌نظا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ترکمان،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/>
          <w:rtl/>
        </w:rPr>
        <w:t xml:space="preserve"> خود را کنار زدند و شهرها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بزرگ را تصرف کردند.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قره‌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وسف</w:t>
      </w:r>
      <w:r w:rsidRPr="00374623">
        <w:rPr>
          <w:rFonts w:ascii="Tahoma" w:hAnsi="Tahoma" w:cs="Tahoma"/>
          <w:rtl/>
        </w:rPr>
        <w:t xml:space="preserve"> هنوز هنگام استقرار در آذربا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پسرش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ربوداق</w:t>
      </w:r>
      <w:r w:rsidRPr="00374623">
        <w:rPr>
          <w:rFonts w:ascii="Tahoma" w:hAnsi="Tahoma" w:cs="Tahoma"/>
          <w:rtl/>
        </w:rPr>
        <w:t xml:space="preserve"> را در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/>
          <w:rtl/>
        </w:rPr>
        <w:t xml:space="preserve"> سلطان بنشاند.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اقدام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که فاصلهٔ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فرمانده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/>
          <w:rtl/>
        </w:rPr>
        <w:t xml:space="preserve"> و پادشاه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رفته‌شده</w:t>
      </w:r>
      <w:r w:rsidRPr="00374623">
        <w:rPr>
          <w:rFonts w:ascii="Tahoma" w:hAnsi="Tahoma" w:cs="Tahoma"/>
          <w:rtl/>
        </w:rPr>
        <w:t xml:space="preserve"> همچنان وجود دارد. اما در زمان جهانشاه و اوزون‌حسن،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فاصله کمتر شد. خاندان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خود را خاندان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بداند و بدون واسطهٔ خان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فرمان براند.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اکنون از چند سرچشمه به دست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</w:t>
      </w:r>
      <w:r w:rsidRPr="00374623">
        <w:rPr>
          <w:rFonts w:ascii="Tahoma" w:hAnsi="Tahoma" w:cs="Tahoma"/>
          <w:rtl/>
        </w:rPr>
        <w:t>: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جنگ، تصرف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تخت،</w:t>
      </w:r>
      <w:r w:rsidRPr="00374623">
        <w:rPr>
          <w:rFonts w:ascii="Tahoma" w:hAnsi="Tahoma" w:cs="Tahoma"/>
          <w:rtl/>
        </w:rPr>
        <w:t xml:space="preserve"> توان حفظ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ت،</w:t>
      </w:r>
      <w:r w:rsidRPr="00374623">
        <w:rPr>
          <w:rFonts w:ascii="Tahoma" w:hAnsi="Tahoma" w:cs="Tahoma"/>
          <w:rtl/>
        </w:rPr>
        <w:t xml:space="preserve"> بهره‌گ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ساختن نسب‌نامه،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فرهنگ و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با خاندان‌ها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معتبر.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چ‌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عناصر به‌تنها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کاف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نبود، اما ترک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آنها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فرمانده‌ا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 پادشاه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نتا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</w:t>
      </w:r>
      <w:r w:rsidRPr="00374623">
        <w:rPr>
          <w:rFonts w:ascii="Tahoma" w:hAnsi="Tahoma" w:cs="Tahoma"/>
          <w:rtl/>
        </w:rPr>
        <w:t xml:space="preserve"> عصر مغول بود.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زخان</w:t>
      </w:r>
      <w:r w:rsidRPr="00374623">
        <w:rPr>
          <w:rFonts w:ascii="Tahoma" w:hAnsi="Tahoma" w:cs="Tahoma"/>
          <w:rtl/>
        </w:rPr>
        <w:t xml:space="preserve"> خاندان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ساخته بود که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چند نسل حق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را در انحصار خود داشت؛ اما حکومت‌ها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که از دل امپراتور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او برآمدند، به‌تدر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</w:t>
      </w:r>
      <w:r w:rsidRPr="00374623">
        <w:rPr>
          <w:rFonts w:ascii="Tahoma" w:hAnsi="Tahoma" w:cs="Tahoma"/>
          <w:rtl/>
        </w:rPr>
        <w:t xml:space="preserve"> نشان دادند که قدرت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توان ادارهٔ کشور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سرچشمه‌ها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فراهم کند. عنوان خان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انحصار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از دست داد و عنوان پادشاه بار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در زبان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برجسته شد.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ن‌حال،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به پادشاه، مشکل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حل نکرد. حکومت ترکمان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ملک خاندان شمرده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و هر پسر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برادر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خود را در آن سه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بداند. پادشاه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ادارهٔ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 xml:space="preserve"> به اعضا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متک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بود، اما هر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گرفت،</w:t>
      </w:r>
      <w:r w:rsidRPr="00374623">
        <w:rPr>
          <w:rFonts w:ascii="Tahoma" w:hAnsi="Tahoma" w:cs="Tahoma"/>
          <w:rtl/>
        </w:rPr>
        <w:t xml:space="preserve"> قشون، </w:t>
      </w:r>
      <w:r w:rsidRPr="00374623">
        <w:rPr>
          <w:rFonts w:ascii="Tahoma" w:hAnsi="Tahoma" w:cs="Tahoma" w:hint="eastAsia"/>
          <w:rtl/>
        </w:rPr>
        <w:t>درآمد</w:t>
      </w:r>
      <w:r w:rsidRPr="00374623">
        <w:rPr>
          <w:rFonts w:ascii="Tahoma" w:hAnsi="Tahoma" w:cs="Tahoma"/>
          <w:rtl/>
        </w:rPr>
        <w:t xml:space="preserve"> و امکان شورش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قره‌قو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و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پس از مرگ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</w:t>
      </w:r>
      <w:r w:rsidRPr="00374623">
        <w:rPr>
          <w:rFonts w:ascii="Tahoma" w:hAnsi="Tahoma" w:cs="Tahoma"/>
          <w:rtl/>
        </w:rPr>
        <w:t xml:space="preserve"> گرفتار همان پراکندگ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شدند که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و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تجربه کرده بودند.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قانون؛</w:t>
      </w:r>
      <w:r w:rsidRPr="00374623">
        <w:rPr>
          <w:rFonts w:ascii="Tahoma" w:hAnsi="Tahoma" w:cs="Tahoma"/>
          <w:b/>
          <w:sz w:val="26"/>
          <w:rtl/>
        </w:rPr>
        <w:t xml:space="preserve"> از فرمان فاتح تا قاعدهٔ 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وان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راث‌ها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دوره، گسترش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فرمان مکتوب و قانون‌نامه بود. مغولان با مجموعه‌ا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آداب، فرام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سنت‌ها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منسوب به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زخان</w:t>
      </w:r>
      <w:r w:rsidRPr="00374623">
        <w:rPr>
          <w:rFonts w:ascii="Tahoma" w:hAnsi="Tahoma" w:cs="Tahoma"/>
          <w:rtl/>
        </w:rPr>
        <w:t xml:space="preserve"> وارد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شدند که غالباً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عنوان کل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«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اسا»</w:t>
      </w:r>
      <w:r w:rsidRPr="00374623">
        <w:rPr>
          <w:rFonts w:ascii="Tahoma" w:hAnsi="Tahoma" w:cs="Tahoma"/>
          <w:rtl/>
        </w:rPr>
        <w:t xml:space="preserve"> شناخته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.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اسا</w:t>
      </w:r>
      <w:r w:rsidRPr="00374623">
        <w:rPr>
          <w:rFonts w:ascii="Tahoma" w:hAnsi="Tahoma" w:cs="Tahoma"/>
          <w:rtl/>
        </w:rPr>
        <w:t xml:space="preserve"> را نبا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کتاب قانون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واحد و مدون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امروز دان</w:t>
      </w:r>
      <w:r w:rsidRPr="00374623">
        <w:rPr>
          <w:rFonts w:ascii="Tahoma" w:hAnsi="Tahoma" w:cs="Tahoma" w:hint="eastAsia"/>
          <w:rtl/>
        </w:rPr>
        <w:t>ست؛</w:t>
      </w:r>
      <w:r w:rsidRPr="00374623">
        <w:rPr>
          <w:rFonts w:ascii="Tahoma" w:hAnsi="Tahoma" w:cs="Tahoma"/>
          <w:rtl/>
        </w:rPr>
        <w:t xml:space="preserve"> بلکه مجموعه‌ا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فرمان‌ها، سنت‌ها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قواعد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به نام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اعتبار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</w:t>
      </w:r>
      <w:r w:rsidRPr="00374623">
        <w:rPr>
          <w:rFonts w:ascii="Tahoma" w:hAnsi="Tahoma" w:cs="Tahoma"/>
          <w:rtl/>
        </w:rPr>
        <w:t xml:space="preserve"> استقرار مغولان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قواعد در کنار 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عت</w:t>
      </w:r>
      <w:r w:rsidRPr="00374623">
        <w:rPr>
          <w:rFonts w:ascii="Tahoma" w:hAnsi="Tahoma" w:cs="Tahoma"/>
          <w:rtl/>
        </w:rPr>
        <w:t xml:space="preserve"> اسلام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مقررات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آداب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قرار گرفت.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جه،</w:t>
      </w:r>
      <w:r w:rsidRPr="00374623">
        <w:rPr>
          <w:rFonts w:ascii="Tahoma" w:hAnsi="Tahoma" w:cs="Tahoma"/>
          <w:rtl/>
        </w:rPr>
        <w:t xml:space="preserve"> وجود چند سرچشمهٔ هم‌زمان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قانون و داور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بود.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مغول ممکن بود به سنت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فرمان خان استناد کند؛ قاض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عت</w:t>
      </w:r>
      <w:r w:rsidRPr="00374623">
        <w:rPr>
          <w:rFonts w:ascii="Tahoma" w:hAnsi="Tahoma" w:cs="Tahoma"/>
          <w:rtl/>
        </w:rPr>
        <w:t xml:space="preserve"> حکم دهد؛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ادارهٔ حکومت به فرمان‌ها و 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کند.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چندگانگ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گاه امکان انعطاف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جاد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اما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کشمکش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بود. معلوم نبود در هر اختلاف کدام قاعده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بر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مقدم باشد. فرمانروا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بر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ارادهٔ خود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منابع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برگز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استثنا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آورد. بنابرا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وجود قانون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ق</w:t>
      </w:r>
      <w:r w:rsidRPr="00374623">
        <w:rPr>
          <w:rFonts w:ascii="Tahoma" w:hAnsi="Tahoma" w:cs="Tahoma" w:hint="eastAsia"/>
          <w:rtl/>
        </w:rPr>
        <w:t>انون</w:t>
      </w:r>
      <w:r w:rsidRPr="00374623">
        <w:rPr>
          <w:rFonts w:ascii="Tahoma" w:hAnsi="Tahoma" w:cs="Tahoma"/>
          <w:rtl/>
        </w:rPr>
        <w:t xml:space="preserve"> نبود. قانون اغلب از پادشاه سرچشمه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 xml:space="preserve"> و همان پادشاه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آن را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دهد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ناد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با</w:t>
      </w:r>
      <w:r w:rsidRPr="00374623">
        <w:rPr>
          <w:rFonts w:ascii="Tahoma" w:hAnsi="Tahoma" w:cs="Tahoma"/>
          <w:rtl/>
        </w:rPr>
        <w:t xml:space="preserve"> مسلمان‌شدن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عت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افت،</w:t>
      </w:r>
      <w:r w:rsidRPr="00374623">
        <w:rPr>
          <w:rFonts w:ascii="Tahoma" w:hAnsi="Tahoma" w:cs="Tahoma"/>
          <w:rtl/>
        </w:rPr>
        <w:t xml:space="preserve"> اما قواعد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سنت‌ها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نرفتند. حکومت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مسائل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چون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زان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چاپار، قشون، مراتع و ادارهٔ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 xml:space="preserve"> به مقررات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 که پاسخ آنها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مستق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ماً</w:t>
      </w:r>
      <w:r w:rsidRPr="00374623">
        <w:rPr>
          <w:rFonts w:ascii="Tahoma" w:hAnsi="Tahoma" w:cs="Tahoma"/>
          <w:rtl/>
        </w:rPr>
        <w:t xml:space="preserve"> از فقه به دست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</w:t>
      </w:r>
      <w:r w:rsidRPr="00374623">
        <w:rPr>
          <w:rFonts w:ascii="Tahoma" w:hAnsi="Tahoma" w:cs="Tahoma"/>
          <w:rtl/>
        </w:rPr>
        <w:t>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فرما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پادشاه و قانون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کنار 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عت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اصلاحات</w:t>
      </w:r>
      <w:r w:rsidRPr="00374623">
        <w:rPr>
          <w:rFonts w:ascii="Tahoma" w:hAnsi="Tahoma" w:cs="Tahoma"/>
          <w:rtl/>
        </w:rPr>
        <w:t xml:space="preserve"> غازان‌خان و سپس قانون‌نامهٔ حسن پادشاه نمونه‌ها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از تلاش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تصم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پراکنده به قواعد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عموم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تر</w:t>
      </w:r>
      <w:r w:rsidRPr="00374623">
        <w:rPr>
          <w:rFonts w:ascii="Tahoma" w:hAnsi="Tahoma" w:cs="Tahoma"/>
          <w:rtl/>
        </w:rPr>
        <w:t xml:space="preserve"> بودند. هدف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قواعد، محدودکردن خود پادشاه نبود؛ بلکه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خواستند</w:t>
      </w:r>
      <w:r w:rsidRPr="00374623">
        <w:rPr>
          <w:rFonts w:ascii="Tahoma" w:hAnsi="Tahoma" w:cs="Tahoma"/>
          <w:rtl/>
        </w:rPr>
        <w:t xml:space="preserve"> مأموران، حاکمان و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در چارچوب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قرار دهند که درآمد حکومت را حفظ کند. 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ن‌همه،</w:t>
      </w:r>
      <w:r w:rsidRPr="00374623">
        <w:rPr>
          <w:rFonts w:ascii="Tahoma" w:hAnsi="Tahoma" w:cs="Tahoma"/>
          <w:rtl/>
        </w:rPr>
        <w:t xml:space="preserve">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گذار از دستور مورد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قاعدهٔ نوشته‌شده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تحول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داشت.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زان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نوشته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مأمور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هر مبلغ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بدون مخالفت مطالبه کند. وقت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 در نسخه‌ها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متعدد به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د،</w:t>
      </w:r>
      <w:r w:rsidRPr="00374623">
        <w:rPr>
          <w:rFonts w:ascii="Tahoma" w:hAnsi="Tahoma" w:cs="Tahoma"/>
          <w:rtl/>
        </w:rPr>
        <w:t xml:space="preserve"> رفتار حاکم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مع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از ارادهٔ شخص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او سنج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حساب درآمدها در دفتر ثبت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د،</w:t>
      </w:r>
      <w:r w:rsidRPr="00374623">
        <w:rPr>
          <w:rFonts w:ascii="Tahoma" w:hAnsi="Tahoma" w:cs="Tahoma"/>
          <w:rtl/>
        </w:rPr>
        <w:t xml:space="preserve"> امکان مقا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سه و بازخواست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همه هنوز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سا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ارادهٔ پادشاه قرار داشت، اما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از راه نوشتن و ثبت‌کردن،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قدرت را از حافظه و خواست افراد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آورد</w:t>
      </w:r>
      <w:r w:rsidRPr="00374623">
        <w:rPr>
          <w:rFonts w:ascii="Tahoma" w:hAnsi="Tahoma" w:cs="Tahoma"/>
          <w:rtl/>
        </w:rPr>
        <w:t xml:space="preserve"> و به قاعده منتقل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مال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ات؛</w:t>
      </w:r>
      <w:r w:rsidRPr="00374623">
        <w:rPr>
          <w:rFonts w:ascii="Tahoma" w:hAnsi="Tahoma" w:cs="Tahoma"/>
          <w:b/>
          <w:sz w:val="26"/>
          <w:rtl/>
        </w:rPr>
        <w:t xml:space="preserve"> نقطهٔ اتصال مردم و حکومت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مردم، حکومت نه در دربار و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دان</w:t>
      </w:r>
      <w:r w:rsidRPr="00374623">
        <w:rPr>
          <w:rFonts w:ascii="Tahoma" w:hAnsi="Tahoma" w:cs="Tahoma"/>
          <w:rtl/>
        </w:rPr>
        <w:t xml:space="preserve"> جنگ، بلکه در چهرهٔ مأمور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ظاهر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کشاورز،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شه‌ور</w:t>
      </w:r>
      <w:r w:rsidRPr="00374623">
        <w:rPr>
          <w:rFonts w:ascii="Tahoma" w:hAnsi="Tahoma" w:cs="Tahoma"/>
          <w:rtl/>
        </w:rPr>
        <w:t xml:space="preserve"> و بازرگان ممکن بود هرگز پادشاه را نب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نند،</w:t>
      </w:r>
      <w:r w:rsidRPr="00374623">
        <w:rPr>
          <w:rFonts w:ascii="Tahoma" w:hAnsi="Tahoma" w:cs="Tahoma"/>
          <w:rtl/>
        </w:rPr>
        <w:t xml:space="preserve"> اما اثر حکومت را در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زان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راه، عبور قشون، مصادرهٔ محصول و تکال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بر آنان تحم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تجربه 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دورهٔ مغول و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پس از آن، نام‌ها و شکل‌ها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گوناگون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ات‌ها،</w:t>
      </w:r>
      <w:r w:rsidRPr="00374623">
        <w:rPr>
          <w:rFonts w:ascii="Tahoma" w:hAnsi="Tahoma" w:cs="Tahoma"/>
          <w:rtl/>
        </w:rPr>
        <w:t xml:space="preserve"> عوارض و تکال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وجود داشت. مردم افزون بر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محصول، ممکن بود ناچار به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خوراک قشون، چارپا، محل اقامت مأموران، هز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نهٔ</w:t>
      </w:r>
      <w:r w:rsidRPr="00374623">
        <w:rPr>
          <w:rFonts w:ascii="Tahoma" w:hAnsi="Tahoma" w:cs="Tahoma"/>
          <w:rtl/>
        </w:rPr>
        <w:t xml:space="preserve"> چاپار و انواع عوارض بازار و راه شوند. اگر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تک</w:t>
      </w:r>
      <w:r w:rsidRPr="00374623">
        <w:rPr>
          <w:rFonts w:ascii="Tahoma" w:hAnsi="Tahoma" w:cs="Tahoma" w:hint="eastAsia"/>
          <w:rtl/>
        </w:rPr>
        <w:t>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به قاعده نبود، مرز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و غارت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مرز را دوباره برقرار کند.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هرچند اجبار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بود،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مقدار، زمان و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افت‌کننده‌ا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شناخته‌شده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داشت</w:t>
      </w:r>
      <w:r w:rsidRPr="00374623">
        <w:rPr>
          <w:rFonts w:ascii="Tahoma" w:hAnsi="Tahoma" w:cs="Tahoma"/>
          <w:rtl/>
        </w:rPr>
        <w:t>. غارت، در مقابل،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</w:t>
      </w:r>
      <w:r w:rsidRPr="00374623">
        <w:rPr>
          <w:rFonts w:ascii="Tahoma" w:hAnsi="Tahoma" w:cs="Tahoma"/>
          <w:rtl/>
        </w:rPr>
        <w:t xml:space="preserve"> حد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شناخت</w:t>
      </w:r>
      <w:r w:rsidRPr="00374623">
        <w:rPr>
          <w:rFonts w:ascii="Tahoma" w:hAnsi="Tahoma" w:cs="Tahoma"/>
          <w:rtl/>
        </w:rPr>
        <w:t>.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غارت به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نخست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گام‌ها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قشون فاتح به حکومت بود. اما اگر مأمور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مبلغ مقرر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اگر هر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خود جداگانه مطالبه‌ا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مطرح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بار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به غارت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کشمکش بر سر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تنها اختلاف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دربارهٔ پول نبود؛ مسئلهٔ حدود قدرت حکومت بود.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خواست</w:t>
      </w:r>
      <w:r w:rsidRPr="00374623">
        <w:rPr>
          <w:rFonts w:ascii="Tahoma" w:hAnsi="Tahoma" w:cs="Tahoma"/>
          <w:rtl/>
        </w:rPr>
        <w:t xml:space="preserve"> بداند چه مقدار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آنکه</w:t>
      </w:r>
      <w:r w:rsidRPr="00374623">
        <w:rPr>
          <w:rFonts w:ascii="Tahoma" w:hAnsi="Tahoma" w:cs="Tahoma"/>
          <w:rtl/>
        </w:rPr>
        <w:t xml:space="preserve"> سرچشمهٔ درآمد را نابود کند. مردم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کوش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محصول و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خود را حفظ کنند.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سهم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‌خواستند و پادشاه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خواسته‌ها موازنه برقرار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رابطه هنوز مردم به‌عنوان صاحبان حق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شناخته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</w:t>
      </w:r>
      <w:r w:rsidRPr="00374623">
        <w:rPr>
          <w:rFonts w:ascii="Tahoma" w:hAnsi="Tahoma" w:cs="Tahoma"/>
          <w:rtl/>
        </w:rPr>
        <w:t>. محدود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حفظ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و خزانه بود تا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از حق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مستقل. اما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ن‌جا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آموخت</w:t>
      </w:r>
      <w:r w:rsidRPr="00374623">
        <w:rPr>
          <w:rFonts w:ascii="Tahoma" w:hAnsi="Tahoma" w:cs="Tahoma"/>
          <w:rtl/>
        </w:rPr>
        <w:t xml:space="preserve"> که قدرت اگر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</w:t>
      </w:r>
      <w:r w:rsidRPr="00374623">
        <w:rPr>
          <w:rFonts w:ascii="Tahoma" w:hAnsi="Tahoma" w:cs="Tahoma"/>
          <w:rtl/>
        </w:rPr>
        <w:t xml:space="preserve"> حد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نشناسد، وس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لهٔ</w:t>
      </w:r>
      <w:r w:rsidRPr="00374623">
        <w:rPr>
          <w:rFonts w:ascii="Tahoma" w:hAnsi="Tahoma" w:cs="Tahoma"/>
          <w:rtl/>
        </w:rPr>
        <w:t xml:space="preserve"> ادامهٔ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نابود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کند</w:t>
      </w:r>
      <w:r w:rsidRPr="00374623">
        <w:rPr>
          <w:rFonts w:ascii="Tahoma" w:hAnsi="Tahoma" w:cs="Tahoma"/>
          <w:rtl/>
        </w:rPr>
        <w:t>. حفظ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ات‌دهنده</w:t>
      </w:r>
      <w:r w:rsidRPr="00374623">
        <w:rPr>
          <w:rFonts w:ascii="Tahoma" w:hAnsi="Tahoma" w:cs="Tahoma"/>
          <w:rtl/>
        </w:rPr>
        <w:t xml:space="preserve"> ش</w:t>
      </w:r>
      <w:r w:rsidRPr="00374623">
        <w:rPr>
          <w:rFonts w:ascii="Tahoma" w:hAnsi="Tahoma" w:cs="Tahoma" w:hint="eastAsia"/>
          <w:rtl/>
        </w:rPr>
        <w:t>رط</w:t>
      </w:r>
      <w:r w:rsidRPr="00374623">
        <w:rPr>
          <w:rFonts w:ascii="Tahoma" w:hAnsi="Tahoma" w:cs="Tahoma"/>
          <w:rtl/>
        </w:rPr>
        <w:t xml:space="preserve"> ادامهٔ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بود؛ همان‌گونه که حفظ کشور شرط ادامهٔ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به شمار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راه‌ها،</w:t>
      </w:r>
      <w:r w:rsidRPr="00374623">
        <w:rPr>
          <w:rFonts w:ascii="Tahoma" w:hAnsi="Tahoma" w:cs="Tahoma"/>
          <w:b/>
          <w:sz w:val="26"/>
          <w:rtl/>
        </w:rPr>
        <w:t xml:space="preserve"> بازرگان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و گسترده‌شدن افق حکومت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مغول تنها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بار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اورد</w:t>
      </w:r>
      <w:r w:rsidRPr="00374623">
        <w:rPr>
          <w:rFonts w:ascii="Tahoma" w:hAnsi="Tahoma" w:cs="Tahoma"/>
          <w:rtl/>
        </w:rPr>
        <w:t>.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بخش‌ها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بزرگ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فرمان شاخه‌ها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مغول قرار گرفت، راه‌ها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دوردست در دوره‌ها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از امن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برخوردار شدند و رفت‌وآمد بازرگانان، سف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نکاران،</w:t>
      </w:r>
      <w:r w:rsidRPr="00374623">
        <w:rPr>
          <w:rFonts w:ascii="Tahoma" w:hAnsi="Tahoma" w:cs="Tahoma"/>
          <w:rtl/>
        </w:rPr>
        <w:t xml:space="preserve"> پزشکان، صنعتگران و دانشمندان افزا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در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شبکه‌ا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قرار گرفت که 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ن،</w:t>
      </w:r>
      <w:r w:rsidRPr="00374623">
        <w:rPr>
          <w:rFonts w:ascii="Tahoma" w:hAnsi="Tahoma" w:cs="Tahoma"/>
          <w:rtl/>
        </w:rPr>
        <w:t xml:space="preserve">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مرکز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هند، روس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ه،</w:t>
      </w:r>
      <w:r w:rsidRPr="00374623">
        <w:rPr>
          <w:rFonts w:ascii="Tahoma" w:hAnsi="Tahoma" w:cs="Tahoma"/>
          <w:rtl/>
        </w:rPr>
        <w:t xml:space="preserve"> قفقاز، آناتول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مد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ترانه</w:t>
      </w:r>
      <w:r w:rsidRPr="00374623">
        <w:rPr>
          <w:rFonts w:ascii="Tahoma" w:hAnsi="Tahoma" w:cs="Tahoma"/>
          <w:rtl/>
        </w:rPr>
        <w:t xml:space="preserve"> را به هم متصل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وندها</w:t>
      </w:r>
      <w:r w:rsidRPr="00374623">
        <w:rPr>
          <w:rFonts w:ascii="Tahoma" w:hAnsi="Tahoma" w:cs="Tahoma"/>
          <w:rtl/>
        </w:rPr>
        <w:t xml:space="preserve">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امن و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نبودند. جنگ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و اردو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ن،</w:t>
      </w:r>
      <w:r w:rsidRPr="00374623">
        <w:rPr>
          <w:rFonts w:ascii="Tahoma" w:hAnsi="Tahoma" w:cs="Tahoma"/>
          <w:rtl/>
        </w:rPr>
        <w:t xml:space="preserve"> رقابت با ممال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و درگ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شاخه‌ها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مغول بارها راه‌ها را ناامن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ن‌همه،</w:t>
      </w:r>
      <w:r w:rsidRPr="00374623">
        <w:rPr>
          <w:rFonts w:ascii="Tahoma" w:hAnsi="Tahoma" w:cs="Tahoma"/>
          <w:rtl/>
        </w:rPr>
        <w:t xml:space="preserve"> گستردگ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ارتباطات افق حکومت را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داد. فرمانروا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تنها با همسا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گان</w:t>
      </w:r>
      <w:r w:rsidRPr="00374623">
        <w:rPr>
          <w:rFonts w:ascii="Tahoma" w:hAnsi="Tahoma" w:cs="Tahoma"/>
          <w:rtl/>
        </w:rPr>
        <w:t xml:space="preserve">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سروکار نداشت؛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سف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ر به دربارها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فرستاد،</w:t>
      </w:r>
      <w:r w:rsidRPr="00374623">
        <w:rPr>
          <w:rFonts w:ascii="Tahoma" w:hAnsi="Tahoma" w:cs="Tahoma"/>
          <w:rtl/>
        </w:rPr>
        <w:t xml:space="preserve"> با بازرگانان خارج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تعامل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و از خبرها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آگاه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که از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دور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دستگاه</w:t>
      </w:r>
      <w:r w:rsidRPr="00374623">
        <w:rPr>
          <w:rFonts w:ascii="Tahoma" w:hAnsi="Tahoma" w:cs="Tahoma"/>
          <w:rtl/>
        </w:rPr>
        <w:t xml:space="preserve"> چاپار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داشت. حکومت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رساندن فرمان و خبر به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الات،</w:t>
      </w:r>
      <w:r w:rsidRPr="00374623">
        <w:rPr>
          <w:rFonts w:ascii="Tahoma" w:hAnsi="Tahoma" w:cs="Tahoma"/>
          <w:rtl/>
        </w:rPr>
        <w:t xml:space="preserve"> به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ستگاه‌ها،</w:t>
      </w:r>
      <w:r w:rsidRPr="00374623">
        <w:rPr>
          <w:rFonts w:ascii="Tahoma" w:hAnsi="Tahoma" w:cs="Tahoma"/>
          <w:rtl/>
        </w:rPr>
        <w:t xml:space="preserve"> اسب‌ها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آماده و مأموران منظم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داشت. چاپار در اصل وس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لهٔ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و قشون بود، اما همان شبکه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حرکت اطلاعات و گاه تجارت را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آسان‌تر کند.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از را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چاپار بر فاصله غلبه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و فرمان مرکز را به حاکمان محل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رساند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راه</w:t>
      </w:r>
      <w:r w:rsidRPr="00374623">
        <w:rPr>
          <w:rFonts w:ascii="Tahoma" w:hAnsi="Tahoma" w:cs="Tahoma"/>
          <w:rtl/>
        </w:rPr>
        <w:t xml:space="preserve"> تنها مس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حرکت کالا نبود؛ رشته‌ا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پراکنده را به حکومت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>. اگر راه ناامن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د،</w:t>
      </w:r>
      <w:r w:rsidRPr="00374623">
        <w:rPr>
          <w:rFonts w:ascii="Tahoma" w:hAnsi="Tahoma" w:cs="Tahoma"/>
          <w:rtl/>
        </w:rPr>
        <w:t xml:space="preserve"> خبر شورش به مرکز منتقل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و قشون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به‌موقع حرکت کند. بنابرا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نگهدار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راه‌ها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شد؛ نه فقط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رف</w:t>
      </w:r>
      <w:r w:rsidRPr="00374623">
        <w:rPr>
          <w:rFonts w:ascii="Tahoma" w:hAnsi="Tahoma" w:cs="Tahoma" w:hint="eastAsia"/>
          <w:rtl/>
        </w:rPr>
        <w:t>اه</w:t>
      </w:r>
      <w:r w:rsidRPr="00374623">
        <w:rPr>
          <w:rFonts w:ascii="Tahoma" w:hAnsi="Tahoma" w:cs="Tahoma"/>
          <w:rtl/>
        </w:rPr>
        <w:t xml:space="preserve"> مردم، بلکه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حفظ ارتباط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مرکز و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دوران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ترکمانان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تجربه ادامه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ز،</w:t>
      </w:r>
      <w:r w:rsidRPr="00374623">
        <w:rPr>
          <w:rFonts w:ascii="Tahoma" w:hAnsi="Tahoma" w:cs="Tahoma"/>
          <w:rtl/>
        </w:rPr>
        <w:t xml:space="preserve"> هرات، سمرقند،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راز</w:t>
      </w:r>
      <w:r w:rsidRPr="00374623">
        <w:rPr>
          <w:rFonts w:ascii="Tahoma" w:hAnsi="Tahoma" w:cs="Tahoma"/>
          <w:rtl/>
        </w:rPr>
        <w:t xml:space="preserve"> و بغداد از راه تجارت و انتقال دانش و هنر با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داشتند. دولت‌ها ممکن بود با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بجنگند، اما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وان‌سالاران،</w:t>
      </w:r>
      <w:r w:rsidRPr="00374623">
        <w:rPr>
          <w:rFonts w:ascii="Tahoma" w:hAnsi="Tahoma" w:cs="Tahoma"/>
          <w:rtl/>
        </w:rPr>
        <w:t xml:space="preserve"> بازرگانان و هنرمندان تجربه‌ها و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/>
          <w:rtl/>
        </w:rPr>
        <w:t xml:space="preserve"> را از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قلمرو </w:t>
      </w:r>
      <w:r w:rsidRPr="00374623">
        <w:rPr>
          <w:rFonts w:ascii="Tahoma" w:hAnsi="Tahoma" w:cs="Tahoma" w:hint="eastAsia"/>
          <w:rtl/>
        </w:rPr>
        <w:t>به</w:t>
      </w:r>
      <w:r w:rsidRPr="00374623">
        <w:rPr>
          <w:rFonts w:ascii="Tahoma" w:hAnsi="Tahoma" w:cs="Tahoma"/>
          <w:rtl/>
        </w:rPr>
        <w:t xml:space="preserve"> قلمرو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بردند</w:t>
      </w:r>
      <w:r w:rsidRPr="00374623">
        <w:rPr>
          <w:rFonts w:ascii="Tahoma" w:hAnsi="Tahoma" w:cs="Tahoma"/>
          <w:rtl/>
        </w:rPr>
        <w:t>.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جابه‌جا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سبب شد که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راث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سقوط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سلسله جان به در ببرد.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شهر</w:t>
      </w:r>
      <w:r w:rsidRPr="00374623">
        <w:rPr>
          <w:rFonts w:ascii="Tahoma" w:hAnsi="Tahoma" w:cs="Tahoma"/>
          <w:b/>
          <w:sz w:val="26"/>
          <w:rtl/>
        </w:rPr>
        <w:t xml:space="preserve"> و اردو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ژگ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دوره، هم‌ز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 مرکز قدرت بود: شهر و اردو. اردو محل استقرار فرمانروا، خاندان،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قشون بود. شهر مرکز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بازار،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شه‌وران،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و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شمار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>. فرمانروا گاه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. او از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سو رئ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eastAsia"/>
          <w:rtl/>
        </w:rPr>
        <w:t>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متحرک بود و از سو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در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که دستگاه حکومت در آن کار کند.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اردو</w:t>
      </w:r>
      <w:r w:rsidRPr="00374623">
        <w:rPr>
          <w:rFonts w:ascii="Tahoma" w:hAnsi="Tahoma" w:cs="Tahoma"/>
          <w:rtl/>
        </w:rPr>
        <w:t xml:space="preserve"> به فرمانروا آزاد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حرکت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و او را به قشون نزد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نگه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داشت</w:t>
      </w:r>
      <w:r w:rsidRPr="00374623">
        <w:rPr>
          <w:rFonts w:ascii="Tahoma" w:hAnsi="Tahoma" w:cs="Tahoma"/>
          <w:rtl/>
        </w:rPr>
        <w:t>. شهر به حکومت ثبات، درآمد و حافظهٔ ادار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. اگر فرمانروا تنها در اردو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ماند،</w:t>
      </w:r>
      <w:r w:rsidRPr="00374623">
        <w:rPr>
          <w:rFonts w:ascii="Tahoma" w:hAnsi="Tahoma" w:cs="Tahoma"/>
          <w:rtl/>
        </w:rPr>
        <w:t xml:space="preserve"> خطر آن بود که کشور را مجموعه‌ا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چراگاه‌ها و منابع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</w:t>
      </w:r>
      <w:r w:rsidRPr="00374623">
        <w:rPr>
          <w:rFonts w:ascii="Tahoma" w:hAnsi="Tahoma" w:cs="Tahoma"/>
          <w:rtl/>
        </w:rPr>
        <w:t xml:space="preserve"> بب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ند</w:t>
      </w:r>
      <w:r w:rsidRPr="00374623">
        <w:rPr>
          <w:rFonts w:ascii="Tahoma" w:hAnsi="Tahoma" w:cs="Tahoma"/>
          <w:rtl/>
        </w:rPr>
        <w:t>. اگر از قشون فاصله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 xml:space="preserve"> و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کسره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شهر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وابسته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ممکن بود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جنگاور را از دست بدهد.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ترکمانان هر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به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 مرکز حرکت کردند. ساختن سلطان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ه،</w:t>
      </w:r>
      <w:r w:rsidRPr="00374623">
        <w:rPr>
          <w:rFonts w:ascii="Tahoma" w:hAnsi="Tahoma" w:cs="Tahoma"/>
          <w:rtl/>
        </w:rPr>
        <w:t xml:space="preserve"> گسترش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ز،</w:t>
      </w:r>
      <w:r w:rsidRPr="00374623">
        <w:rPr>
          <w:rFonts w:ascii="Tahoma" w:hAnsi="Tahoma" w:cs="Tahoma"/>
          <w:rtl/>
        </w:rPr>
        <w:t xml:space="preserve"> شکوفا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هرات و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سمرقند نشانهٔ گرا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به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شهر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بود. اما وجود اردو، کوچ فصل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همراه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با دربار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که حکومت هنوز از 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کوچ‌نش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خود جدا نشده است.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دل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هم‌ز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دربار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آمد که هم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ژگ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اردو را داشت و هم تشر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فات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را.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کنار وز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شاعران، منجمان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قرار گرفتند. فرمانروا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قدرت، هم به صف‌آرا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قشون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 و هم به کاخ، مسجد، آرامگاه، کتابخانه و آ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زنان</w:t>
      </w:r>
      <w:r w:rsidRPr="00374623">
        <w:rPr>
          <w:rFonts w:ascii="Tahoma" w:hAnsi="Tahoma" w:cs="Tahoma"/>
          <w:b/>
          <w:sz w:val="26"/>
          <w:rtl/>
        </w:rPr>
        <w:t xml:space="preserve"> خاندان و سهم آنان در حاکم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ت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ساختار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مغول،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زنان خاندان فرمانروا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فراهم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خاتون‌ها تنها همسران خان نبودند. برخ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آنان اردو،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کارگزار و درآمد مستقل داشتند 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در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ن،</w:t>
      </w:r>
      <w:r w:rsidRPr="00374623">
        <w:rPr>
          <w:rFonts w:ascii="Tahoma" w:hAnsi="Tahoma" w:cs="Tahoma"/>
          <w:rtl/>
        </w:rPr>
        <w:t xml:space="preserve"> ساختن ائتلاف و ادارهٔ دربار اثرگذار باشند. در دوره</w:t>
      </w:r>
      <w:r w:rsidRPr="00374623">
        <w:rPr>
          <w:rFonts w:ascii="Tahoma" w:hAnsi="Tahoma" w:cs="Tahoma" w:hint="eastAsia"/>
          <w:rtl/>
        </w:rPr>
        <w:t>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که فرمانروا خردسال بود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شاهزادگان رقابت وجود داشت، نفوذ مادران و همسران آنان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قدرت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عموم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زنان و مردان نبود.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/>
          <w:rtl/>
        </w:rPr>
        <w:t xml:space="preserve"> خاتون از تعلق او به خاندان حاکم سرچشمه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 xml:space="preserve"> و به زنان جامعه تعم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باا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ن‌همه،</w:t>
      </w:r>
      <w:r w:rsidRPr="00374623">
        <w:rPr>
          <w:rFonts w:ascii="Tahoma" w:hAnsi="Tahoma" w:cs="Tahoma"/>
          <w:rtl/>
        </w:rPr>
        <w:t xml:space="preserve"> حضور زنان در بالاتر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سطح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است</w:t>
      </w:r>
      <w:r w:rsidRPr="00374623">
        <w:rPr>
          <w:rFonts w:ascii="Tahoma" w:hAnsi="Tahoma" w:cs="Tahoma"/>
          <w:rtl/>
        </w:rPr>
        <w:t xml:space="preserve"> نشان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که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همچنان ماه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دارد.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کشور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دودم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تلق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زنان آن دودمان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در حفظ،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انتقال قدرت نقش داشته باشند.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نقش</w:t>
      </w:r>
      <w:r w:rsidRPr="00374623">
        <w:rPr>
          <w:rFonts w:ascii="Tahoma" w:hAnsi="Tahoma" w:cs="Tahoma"/>
          <w:rtl/>
        </w:rPr>
        <w:t xml:space="preserve"> گوهرشاد در دورهٔ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خاتون‌جان‌ب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گم</w:t>
      </w:r>
      <w:r w:rsidRPr="00374623">
        <w:rPr>
          <w:rFonts w:ascii="Tahoma" w:hAnsi="Tahoma" w:cs="Tahoma"/>
          <w:rtl/>
        </w:rPr>
        <w:t xml:space="preserve"> در دوران قره‌قو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ادامهٔ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سنت بود. آنان با ساختن مسجد، مدرسه، آرامگاه و بن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وقف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قدرت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به حضور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ماندگار در شهر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کردند. معمار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وقف به آنان امکان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نام و نفوذشان را از محدود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اردو فراتر ببرند.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ادها</w:t>
      </w:r>
      <w:r w:rsidRPr="00374623">
        <w:rPr>
          <w:rFonts w:ascii="Tahoma" w:hAnsi="Tahoma" w:cs="Tahoma"/>
          <w:rtl/>
        </w:rPr>
        <w:t xml:space="preserve"> در 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حال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خاندان حاکم،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نکاران،</w:t>
      </w:r>
      <w:r w:rsidRPr="00374623">
        <w:rPr>
          <w:rFonts w:ascii="Tahoma" w:hAnsi="Tahoma" w:cs="Tahoma"/>
          <w:rtl/>
        </w:rPr>
        <w:t xml:space="preserve"> بازار و مردم رابطه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جاد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 درآمد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دکان به مسجد و مدرسه اختصاص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افت؛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و متول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آن را اداره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کردند؛</w:t>
      </w:r>
      <w:r w:rsidRPr="00374623">
        <w:rPr>
          <w:rFonts w:ascii="Tahoma" w:hAnsi="Tahoma" w:cs="Tahoma"/>
          <w:rtl/>
        </w:rPr>
        <w:t xml:space="preserve"> و نام 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بنا و وقف‌نامه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</w:t>
      </w:r>
      <w:r w:rsidRPr="00374623">
        <w:rPr>
          <w:rFonts w:ascii="Tahoma" w:hAnsi="Tahoma" w:cs="Tahoma"/>
          <w:rtl/>
        </w:rPr>
        <w:t>. 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ن‌سان،</w:t>
      </w:r>
      <w:r w:rsidRPr="00374623">
        <w:rPr>
          <w:rFonts w:ascii="Tahoma" w:hAnsi="Tahoma" w:cs="Tahoma"/>
          <w:rtl/>
        </w:rPr>
        <w:t xml:space="preserve"> زنان خاندان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در ساختن </w:t>
      </w:r>
      <w:r w:rsidRPr="00374623">
        <w:rPr>
          <w:rFonts w:ascii="Tahoma" w:hAnsi="Tahoma" w:cs="Tahoma" w:hint="eastAsia"/>
          <w:rtl/>
        </w:rPr>
        <w:t>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تثب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حضور حکومت در شهر سهم داشتند.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دگرگون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جا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گاه</w:t>
      </w:r>
      <w:r w:rsidRPr="00374623">
        <w:rPr>
          <w:rFonts w:ascii="Tahoma" w:hAnsi="Tahoma" w:cs="Tahoma"/>
          <w:b/>
          <w:sz w:val="26"/>
          <w:rtl/>
        </w:rPr>
        <w:t xml:space="preserve"> د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مغولان</w:t>
      </w:r>
      <w:r w:rsidRPr="00374623">
        <w:rPr>
          <w:rFonts w:ascii="Tahoma" w:hAnsi="Tahoma" w:cs="Tahoma"/>
          <w:rtl/>
        </w:rPr>
        <w:t xml:space="preserve"> هنگام ورود به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حکومت خود را بر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رسم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استوار نکردند. در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آنان آ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/>
          <w:rtl/>
        </w:rPr>
        <w:t xml:space="preserve"> و 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گوناگون حضور داشت و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غالباً به صاحبان 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مختلف اجازهٔ فعال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دادند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مدارا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از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رش</w:t>
      </w:r>
      <w:r w:rsidRPr="00374623">
        <w:rPr>
          <w:rFonts w:ascii="Tahoma" w:hAnsi="Tahoma" w:cs="Tahoma"/>
          <w:rtl/>
        </w:rPr>
        <w:t xml:space="preserve"> اصل آزاد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سرچشمه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گرفت؛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آن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جهٔ</w:t>
      </w:r>
      <w:r w:rsidRPr="00374623">
        <w:rPr>
          <w:rFonts w:ascii="Tahoma" w:hAnsi="Tahoma" w:cs="Tahoma"/>
          <w:rtl/>
        </w:rPr>
        <w:t xml:space="preserve"> ساختار امپراتور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اعتقاد بود که دعا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گوناگون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 سودمند باشد.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ماندن در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نسبت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حکومت را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داد.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مردم مسلمان بودند، قاض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مدارس در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اجتماع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نقش داشتند و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بر آنان بدون برقرار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رابطه با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دشوار بود. مسلمان‌شدن غازان‌خان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رابطه را رسم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تر</w:t>
      </w:r>
      <w:r w:rsidRPr="00374623">
        <w:rPr>
          <w:rFonts w:ascii="Tahoma" w:hAnsi="Tahoma" w:cs="Tahoma"/>
          <w:rtl/>
        </w:rPr>
        <w:t xml:space="preserve"> کرد و اسلام را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ساخت.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پس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ترکمان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 ناد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رند</w:t>
      </w:r>
      <w:r w:rsidRPr="00374623">
        <w:rPr>
          <w:rFonts w:ascii="Tahoma" w:hAnsi="Tahoma" w:cs="Tahoma"/>
          <w:rtl/>
        </w:rPr>
        <w:t>. پادشاهان مسجد و مدرسه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ساختند،</w:t>
      </w:r>
      <w:r w:rsidRPr="00374623">
        <w:rPr>
          <w:rFonts w:ascii="Tahoma" w:hAnsi="Tahoma" w:cs="Tahoma"/>
          <w:rtl/>
        </w:rPr>
        <w:t xml:space="preserve"> وقف برقرار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کردند،</w:t>
      </w:r>
      <w:r w:rsidRPr="00374623">
        <w:rPr>
          <w:rFonts w:ascii="Tahoma" w:hAnsi="Tahoma" w:cs="Tahoma"/>
          <w:rtl/>
        </w:rPr>
        <w:t xml:space="preserve"> از عالمان و صوف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و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گاه</w:t>
      </w:r>
      <w:r w:rsidRPr="00374623">
        <w:rPr>
          <w:rFonts w:ascii="Tahoma" w:hAnsi="Tahoma" w:cs="Tahoma"/>
          <w:rtl/>
        </w:rPr>
        <w:t xml:space="preserve"> خود از زبان و نمادها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گرفتند</w:t>
      </w:r>
      <w:r w:rsidRPr="00374623">
        <w:rPr>
          <w:rFonts w:ascii="Tahoma" w:hAnsi="Tahoma" w:cs="Tahoma"/>
          <w:rtl/>
        </w:rPr>
        <w:t>. اما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هنوز گر</w:t>
      </w:r>
      <w:r w:rsidRPr="00374623">
        <w:rPr>
          <w:rFonts w:ascii="Tahoma" w:hAnsi="Tahoma" w:cs="Tahoma" w:hint="eastAsia"/>
          <w:rtl/>
        </w:rPr>
        <w:t>وه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کپارچه</w:t>
      </w:r>
      <w:r w:rsidRPr="00374623">
        <w:rPr>
          <w:rFonts w:ascii="Tahoma" w:hAnsi="Tahoma" w:cs="Tahoma"/>
          <w:rtl/>
        </w:rPr>
        <w:t xml:space="preserve"> با فرمانده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واحد نبودند. قاض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فق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هان،</w:t>
      </w:r>
      <w:r w:rsidRPr="00374623">
        <w:rPr>
          <w:rFonts w:ascii="Tahoma" w:hAnsi="Tahoma" w:cs="Tahoma"/>
          <w:rtl/>
        </w:rPr>
        <w:t xml:space="preserve"> صوف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سادات و متول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موقوفات هر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منابع و شبکه‌ها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متفاوت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داشتند.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کنار نهادها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رسم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صوف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انه</w:t>
      </w:r>
      <w:r w:rsidRPr="00374623">
        <w:rPr>
          <w:rFonts w:ascii="Tahoma" w:hAnsi="Tahoma" w:cs="Tahoma"/>
          <w:rtl/>
        </w:rPr>
        <w:t xml:space="preserve"> قدرت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گرفتند</w:t>
      </w:r>
      <w:r w:rsidRPr="00374623">
        <w:rPr>
          <w:rFonts w:ascii="Tahoma" w:hAnsi="Tahoma" w:cs="Tahoma"/>
          <w:rtl/>
        </w:rPr>
        <w:t>. رابطهٔ مرشد و مر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از مرز شهر، طا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فه</w:t>
      </w:r>
      <w:r w:rsidRPr="00374623">
        <w:rPr>
          <w:rFonts w:ascii="Tahoma" w:hAnsi="Tahoma" w:cs="Tahoma"/>
          <w:rtl/>
        </w:rPr>
        <w:t xml:space="preserve"> و حت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عبور کند. مر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به مرشد نه چون کارگزار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قشون، بلکه چون راهنما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مقدس فرمان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برد</w:t>
      </w:r>
      <w:r w:rsidRPr="00374623">
        <w:rPr>
          <w:rFonts w:ascii="Tahoma" w:hAnsi="Tahoma" w:cs="Tahoma"/>
          <w:rtl/>
        </w:rPr>
        <w:t>. اگر چن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شبکه‌ا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ادعا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eastAsia"/>
          <w:rtl/>
        </w:rPr>
        <w:t>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خورد،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شود.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خاندان</w:t>
      </w:r>
      <w:r w:rsidRPr="00374623">
        <w:rPr>
          <w:rFonts w:ascii="Tahoma" w:hAnsi="Tahoma" w:cs="Tahoma"/>
          <w:rtl/>
        </w:rPr>
        <w:t xml:space="preserve">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نمونهٔ روشن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بود. آنان کار خود را به‌عنوان صاحبان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اردب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آغاز کردند، اما در نسل‌ها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بعد شبکهٔ مر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دانشان</w:t>
      </w:r>
      <w:r w:rsidRPr="00374623">
        <w:rPr>
          <w:rFonts w:ascii="Tahoma" w:hAnsi="Tahoma" w:cs="Tahoma"/>
          <w:rtl/>
        </w:rPr>
        <w:t xml:space="preserve"> گسترش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و رنگ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گرفت.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آنان با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ونلوها،</w:t>
      </w:r>
      <w:r w:rsidRPr="00374623">
        <w:rPr>
          <w:rFonts w:ascii="Tahoma" w:hAnsi="Tahoma" w:cs="Tahoma"/>
          <w:rtl/>
        </w:rPr>
        <w:t xml:space="preserve"> هم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ارشان</w:t>
      </w:r>
      <w:r w:rsidRPr="00374623">
        <w:rPr>
          <w:rFonts w:ascii="Tahoma" w:hAnsi="Tahoma" w:cs="Tahoma"/>
          <w:rtl/>
        </w:rPr>
        <w:t xml:space="preserve"> گذاشت و هم نسبشان را با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خاندان </w:t>
      </w:r>
      <w:r w:rsidRPr="00374623">
        <w:rPr>
          <w:rFonts w:ascii="Tahoma" w:hAnsi="Tahoma" w:cs="Tahoma" w:hint="eastAsia"/>
          <w:rtl/>
        </w:rPr>
        <w:t>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</w:t>
      </w:r>
      <w:r w:rsidRPr="00374623">
        <w:rPr>
          <w:rFonts w:ascii="Tahoma" w:hAnsi="Tahoma" w:cs="Tahoma"/>
          <w:rtl/>
        </w:rPr>
        <w:t>. سرانجام در وجود اسماع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ل،</w:t>
      </w:r>
      <w:r w:rsidRPr="00374623">
        <w:rPr>
          <w:rFonts w:ascii="Tahoma" w:hAnsi="Tahoma" w:cs="Tahoma"/>
          <w:rtl/>
        </w:rPr>
        <w:t xml:space="preserve"> مرشد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قت،</w:t>
      </w:r>
      <w:r w:rsidRPr="00374623">
        <w:rPr>
          <w:rFonts w:ascii="Tahoma" w:hAnsi="Tahoma" w:cs="Tahoma"/>
          <w:rtl/>
        </w:rPr>
        <w:t xml:space="preserve"> فرمانده قشون و مدع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شخص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چهار</w:t>
      </w:r>
      <w:r w:rsidRPr="00374623">
        <w:rPr>
          <w:rFonts w:ascii="Tahoma" w:hAnsi="Tahoma" w:cs="Tahoma"/>
          <w:b/>
          <w:sz w:val="26"/>
          <w:rtl/>
        </w:rPr>
        <w:t xml:space="preserve"> ن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رو</w:t>
      </w:r>
      <w:r w:rsidRPr="00374623">
        <w:rPr>
          <w:rFonts w:ascii="Tahoma" w:hAnsi="Tahoma" w:cs="Tahoma"/>
          <w:b/>
          <w:sz w:val="26"/>
          <w:rtl/>
        </w:rPr>
        <w:t xml:space="preserve"> در پا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ان</w:t>
      </w:r>
      <w:r w:rsidRPr="00374623">
        <w:rPr>
          <w:rFonts w:ascii="Tahoma" w:hAnsi="Tahoma" w:cs="Tahoma"/>
          <w:b/>
          <w:sz w:val="26"/>
          <w:rtl/>
        </w:rPr>
        <w:t xml:space="preserve"> عصر مغول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آستانهٔ برآمدن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چهار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صورت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مشخص‌تر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افته</w:t>
      </w:r>
      <w:r w:rsidRPr="00374623">
        <w:rPr>
          <w:rFonts w:ascii="Tahoma" w:hAnsi="Tahoma" w:cs="Tahoma"/>
          <w:rtl/>
        </w:rPr>
        <w:t xml:space="preserve"> بودند: پادشاه و خاندانش، قشون،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>.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چ‌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روها</w:t>
      </w:r>
      <w:r w:rsidRPr="00374623">
        <w:rPr>
          <w:rFonts w:ascii="Tahoma" w:hAnsi="Tahoma" w:cs="Tahoma"/>
          <w:rtl/>
        </w:rPr>
        <w:t xml:space="preserve"> به‌تنها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قادر به ادارهٔ کشور نبود، اما رابطهٔ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آنها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بر قانون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ثابت استوار نشده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پادشاه</w:t>
      </w:r>
      <w:r w:rsidRPr="00374623">
        <w:rPr>
          <w:rFonts w:ascii="Tahoma" w:hAnsi="Tahoma" w:cs="Tahoma"/>
          <w:rtl/>
        </w:rPr>
        <w:t xml:space="preserve"> در رأس حکومت قرار داشت و فرمان نها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به نام او صادر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او سرچشمهٔ منصب، واگذار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ن،</w:t>
      </w:r>
      <w:r w:rsidRPr="00374623">
        <w:rPr>
          <w:rFonts w:ascii="Tahoma" w:hAnsi="Tahoma" w:cs="Tahoma"/>
          <w:rtl/>
        </w:rPr>
        <w:t xml:space="preserve"> بخشش، مجازات و فرمان‌ها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بود. اما قدرتش مطلق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نبود. بدون قشون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از تاج خود دفاع کند، بدون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درآمد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نداشت و بدون نوع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در جامعه 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قشون</w:t>
      </w:r>
      <w:r w:rsidRPr="00374623">
        <w:rPr>
          <w:rFonts w:ascii="Tahoma" w:hAnsi="Tahoma" w:cs="Tahoma"/>
          <w:rtl/>
        </w:rPr>
        <w:t xml:space="preserve"> قدرت تصرف و حفظ حکومت را فراهم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و طوا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بر تخت بنشانند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از تخت فروکشند. اما قشون خود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دکنندهٔ</w:t>
      </w:r>
      <w:r w:rsidRPr="00374623">
        <w:rPr>
          <w:rFonts w:ascii="Tahoma" w:hAnsi="Tahoma" w:cs="Tahoma"/>
          <w:rtl/>
        </w:rPr>
        <w:t xml:space="preserve"> درآمد نبود. هرچه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/>
          <w:rtl/>
        </w:rPr>
        <w:t xml:space="preserve"> از مردم و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برداشت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توان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کشور را کاهش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</w:t>
      </w:r>
      <w:r w:rsidRPr="00374623">
        <w:rPr>
          <w:rFonts w:ascii="Tahoma" w:hAnsi="Tahoma" w:cs="Tahoma"/>
          <w:rtl/>
        </w:rPr>
        <w:t xml:space="preserve"> و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سست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ساخت</w:t>
      </w:r>
      <w:r w:rsidRPr="00374623">
        <w:rPr>
          <w:rFonts w:ascii="Tahoma" w:hAnsi="Tahoma" w:cs="Tahoma"/>
          <w:rtl/>
        </w:rPr>
        <w:t>.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رو، قشون به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داشت، هرچند از محدودشدن به دست آن ناخشنود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حافظه و دستگاه ادارهٔ کشور بود. سلسله‌ها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آمدند</w:t>
      </w:r>
      <w:r w:rsidRPr="00374623">
        <w:rPr>
          <w:rFonts w:ascii="Tahoma" w:hAnsi="Tahoma" w:cs="Tahoma"/>
          <w:rtl/>
        </w:rPr>
        <w:t xml:space="preserve"> 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رفتند،</w:t>
      </w:r>
      <w:r w:rsidRPr="00374623">
        <w:rPr>
          <w:rFonts w:ascii="Tahoma" w:hAnsi="Tahoma" w:cs="Tahoma"/>
          <w:rtl/>
        </w:rPr>
        <w:t xml:space="preserve"> اما دب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ران،</w:t>
      </w:r>
      <w:r w:rsidRPr="00374623">
        <w:rPr>
          <w:rFonts w:ascii="Tahoma" w:hAnsi="Tahoma" w:cs="Tahoma"/>
          <w:rtl/>
        </w:rPr>
        <w:t xml:space="preserve"> مستوف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ثبت، دفترها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تجربهٔ ادارهٔ شهرها به حکومت بعد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منتقل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</w:t>
      </w:r>
      <w:r w:rsidRPr="00374623">
        <w:rPr>
          <w:rFonts w:ascii="Tahoma" w:hAnsi="Tahoma" w:cs="Tahoma"/>
          <w:rtl/>
        </w:rPr>
        <w:t>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هر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با استمرار کشور ارتباط داشت؛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هنوز وفادار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به شخص فر</w:t>
      </w:r>
      <w:r w:rsidRPr="00374623">
        <w:rPr>
          <w:rFonts w:ascii="Tahoma" w:hAnsi="Tahoma" w:cs="Tahoma" w:hint="eastAsia"/>
          <w:rtl/>
        </w:rPr>
        <w:t>مانروا</w:t>
      </w:r>
      <w:r w:rsidRPr="00374623">
        <w:rPr>
          <w:rFonts w:ascii="Tahoma" w:hAnsi="Tahoma" w:cs="Tahoma"/>
          <w:rtl/>
        </w:rPr>
        <w:t xml:space="preserve"> و خاندان او تعر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نه به ملت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نهاد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از پادشاه.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و صاحبان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قت،</w:t>
      </w:r>
      <w:r w:rsidRPr="00374623">
        <w:rPr>
          <w:rFonts w:ascii="Tahoma" w:hAnsi="Tahoma" w:cs="Tahoma"/>
          <w:rtl/>
        </w:rPr>
        <w:t xml:space="preserve"> زبان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شبکه‌ها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اجتماع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/>
          <w:rtl/>
        </w:rPr>
        <w:t xml:space="preserve"> داشتند. آنان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حکومت را تأ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کنند، به رفتار آن اعتراض ورزند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مستقل گرد آورند. گسترش وقف و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قت،</w:t>
      </w:r>
      <w:r w:rsidRPr="00374623">
        <w:rPr>
          <w:rFonts w:ascii="Tahoma" w:hAnsi="Tahoma" w:cs="Tahoma"/>
          <w:rtl/>
        </w:rPr>
        <w:t xml:space="preserve"> منابع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اخت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ارشان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گذاشت</w:t>
      </w:r>
      <w:r w:rsidRPr="00374623">
        <w:rPr>
          <w:rFonts w:ascii="Tahoma" w:hAnsi="Tahoma" w:cs="Tahoma"/>
          <w:rtl/>
        </w:rPr>
        <w:t xml:space="preserve"> که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</w:t>
      </w:r>
      <w:r w:rsidRPr="00374623">
        <w:rPr>
          <w:rFonts w:ascii="Tahoma" w:hAnsi="Tahoma" w:cs="Tahoma"/>
          <w:rtl/>
        </w:rPr>
        <w:t xml:space="preserve"> مستق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ماً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فرمان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نبود. با ظهور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ان،</w:t>
      </w:r>
      <w:r w:rsidRPr="00374623">
        <w:rPr>
          <w:rFonts w:ascii="Tahoma" w:hAnsi="Tahoma" w:cs="Tahoma"/>
          <w:rtl/>
        </w:rPr>
        <w:t xml:space="preserve">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آماده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تا از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رامون</w:t>
      </w:r>
      <w:r w:rsidRPr="00374623">
        <w:rPr>
          <w:rFonts w:ascii="Tahoma" w:hAnsi="Tahoma" w:cs="Tahoma"/>
          <w:rtl/>
        </w:rPr>
        <w:t xml:space="preserve">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به مرکز آن انتقال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چهار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/>
          <w:rtl/>
        </w:rPr>
        <w:t xml:space="preserve"> همکار و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بودند. پادشاه از قشون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مهار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و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محدودکردن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استفاده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با ساختن مسجد و وقف،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گرفت</w:t>
      </w:r>
      <w:r w:rsidRPr="00374623">
        <w:rPr>
          <w:rFonts w:ascii="Tahoma" w:hAnsi="Tahoma" w:cs="Tahoma"/>
          <w:rtl/>
        </w:rPr>
        <w:t xml:space="preserve"> و گاه با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از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گروه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گروه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را مهار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قشون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ممکن بود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را در برابر پادشاه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حفظ خود به دربار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متک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شدند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حما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حکومت و حفظ استقلال اجتماع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حرکت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حاصل تعادل موقت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روها</w:t>
      </w:r>
      <w:r w:rsidRPr="00374623">
        <w:rPr>
          <w:rFonts w:ascii="Tahoma" w:hAnsi="Tahoma" w:cs="Tahoma"/>
          <w:rtl/>
        </w:rPr>
        <w:t xml:space="preserve"> بود. هرگاه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آنان چنان قدرت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که سه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را ناد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</w:t>
      </w:r>
      <w:r w:rsidRPr="00374623">
        <w:rPr>
          <w:rFonts w:ascii="Tahoma" w:hAnsi="Tahoma" w:cs="Tahoma"/>
          <w:rtl/>
        </w:rPr>
        <w:t xml:space="preserve">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رد،</w:t>
      </w:r>
      <w:r w:rsidRPr="00374623">
        <w:rPr>
          <w:rFonts w:ascii="Tahoma" w:hAnsi="Tahoma" w:cs="Tahoma"/>
          <w:rtl/>
        </w:rPr>
        <w:t xml:space="preserve"> تعادل برهم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خورد</w:t>
      </w:r>
      <w:r w:rsidRPr="00374623">
        <w:rPr>
          <w:rFonts w:ascii="Tahoma" w:hAnsi="Tahoma" w:cs="Tahoma"/>
          <w:rtl/>
        </w:rPr>
        <w:t>. اگر قشون دست به غارت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حد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زد،</w:t>
      </w:r>
      <w:r w:rsidRPr="00374623">
        <w:rPr>
          <w:rFonts w:ascii="Tahoma" w:hAnsi="Tahoma" w:cs="Tahoma"/>
          <w:rtl/>
        </w:rPr>
        <w:t xml:space="preserve"> درآمد کشور نابود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اگر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را بدون توجه به توان مردم افزا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داد،</w:t>
      </w:r>
      <w:r w:rsidRPr="00374623">
        <w:rPr>
          <w:rFonts w:ascii="Tahoma" w:hAnsi="Tahoma" w:cs="Tahoma"/>
          <w:rtl/>
        </w:rPr>
        <w:t xml:space="preserve"> تول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کاه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و شورش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آمد</w:t>
      </w:r>
      <w:r w:rsidRPr="00374623">
        <w:rPr>
          <w:rFonts w:ascii="Tahoma" w:hAnsi="Tahoma" w:cs="Tahoma"/>
          <w:rtl/>
        </w:rPr>
        <w:t>. اگر شاهزادگان قلمرو را ملک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دانستند،</w:t>
      </w:r>
      <w:r w:rsidRPr="00374623">
        <w:rPr>
          <w:rFonts w:ascii="Tahoma" w:hAnsi="Tahoma" w:cs="Tahoma"/>
          <w:rtl/>
        </w:rPr>
        <w:t xml:space="preserve"> حکومت به جنگ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رفت</w:t>
      </w:r>
      <w:r w:rsidRPr="00374623">
        <w:rPr>
          <w:rFonts w:ascii="Tahoma" w:hAnsi="Tahoma" w:cs="Tahoma"/>
          <w:rtl/>
        </w:rPr>
        <w:t xml:space="preserve">. اگر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صاحب قشون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خود مدع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گردد.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کشور</w:t>
      </w:r>
      <w:r w:rsidRPr="00374623">
        <w:rPr>
          <w:rFonts w:ascii="Tahoma" w:hAnsi="Tahoma" w:cs="Tahoma"/>
          <w:b/>
          <w:sz w:val="26"/>
          <w:rtl/>
        </w:rPr>
        <w:t xml:space="preserve"> باق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/>
          <w:b/>
          <w:sz w:val="26"/>
          <w:rtl/>
        </w:rPr>
        <w:t xml:space="preserve"> ماند، حکومت‌ها رفتند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شا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جهٔ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سه سده آن باشد که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از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حاکم بر خود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دارتر</w:t>
      </w:r>
      <w:r w:rsidRPr="00374623">
        <w:rPr>
          <w:rFonts w:ascii="Tahoma" w:hAnsi="Tahoma" w:cs="Tahoma"/>
          <w:rtl/>
        </w:rPr>
        <w:t xml:space="preserve"> بود. خوارزمشاه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سقوط کردند،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رفتند،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به شاخه‌ها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شدند، قره‌قو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شکست خوردند و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در جنگ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دند؛</w:t>
      </w:r>
      <w:r w:rsidRPr="00374623">
        <w:rPr>
          <w:rFonts w:ascii="Tahoma" w:hAnsi="Tahoma" w:cs="Tahoma"/>
          <w:rtl/>
        </w:rPr>
        <w:t xml:space="preserve"> اما شهرها،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ن‌ها،</w:t>
      </w:r>
      <w:r w:rsidRPr="00374623">
        <w:rPr>
          <w:rFonts w:ascii="Tahoma" w:hAnsi="Tahoma" w:cs="Tahoma"/>
          <w:rtl/>
        </w:rPr>
        <w:t xml:space="preserve"> راه‌ها، زبان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وان،</w:t>
      </w:r>
      <w:r w:rsidRPr="00374623">
        <w:rPr>
          <w:rFonts w:ascii="Tahoma" w:hAnsi="Tahoma" w:cs="Tahoma"/>
          <w:rtl/>
        </w:rPr>
        <w:t xml:space="preserve"> حافظهٔ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تجربهٔ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معنا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مصون‌ماندن کشور از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نبود. جمع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نابود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آواره شدند،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/>
          <w:rtl/>
        </w:rPr>
        <w:t xml:space="preserve"> از کشت افتادند، شهرها فرور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ختند</w:t>
      </w:r>
      <w:r w:rsidRPr="00374623">
        <w:rPr>
          <w:rFonts w:ascii="Tahoma" w:hAnsi="Tahoma" w:cs="Tahoma"/>
          <w:rtl/>
        </w:rPr>
        <w:t xml:space="preserve"> و ثروت‌ها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انباشته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رفتند. اما جامعه توانست از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آوار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ده،</w:t>
      </w:r>
      <w:r w:rsidRPr="00374623">
        <w:rPr>
          <w:rFonts w:ascii="Tahoma" w:hAnsi="Tahoma" w:cs="Tahoma"/>
          <w:rtl/>
        </w:rPr>
        <w:t xml:space="preserve"> ابزارها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زندگ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آورد. </w:t>
      </w:r>
      <w:r w:rsidRPr="00374623">
        <w:rPr>
          <w:rFonts w:ascii="Tahoma" w:hAnsi="Tahoma" w:cs="Tahoma" w:hint="eastAsia"/>
          <w:rtl/>
        </w:rPr>
        <w:t>کشاورزان</w:t>
      </w:r>
      <w:r w:rsidRPr="00374623">
        <w:rPr>
          <w:rFonts w:ascii="Tahoma" w:hAnsi="Tahoma" w:cs="Tahoma"/>
          <w:rtl/>
        </w:rPr>
        <w:t xml:space="preserve"> شبکه‌ها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آب را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کردند، بازرگانان راه‌ها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افتند،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شه‌وران</w:t>
      </w:r>
      <w:r w:rsidRPr="00374623">
        <w:rPr>
          <w:rFonts w:ascii="Tahoma" w:hAnsi="Tahoma" w:cs="Tahoma"/>
          <w:rtl/>
        </w:rPr>
        <w:t xml:space="preserve"> کارگاه‌ها را دوباره برپا کردند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وان‌سالاران</w:t>
      </w:r>
      <w:r w:rsidRPr="00374623">
        <w:rPr>
          <w:rFonts w:ascii="Tahoma" w:hAnsi="Tahoma" w:cs="Tahoma"/>
          <w:rtl/>
        </w:rPr>
        <w:t xml:space="preserve">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اداره را به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تازه آموختند.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معنا،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تنها دستگاه فرمانروا نبود؛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راه‌ها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کشور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بود.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هرچند به پادشاه خدمت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کرد،</w:t>
      </w:r>
      <w:r w:rsidRPr="00374623">
        <w:rPr>
          <w:rFonts w:ascii="Tahoma" w:hAnsi="Tahoma" w:cs="Tahoma"/>
          <w:rtl/>
        </w:rPr>
        <w:t xml:space="preserve"> دانش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حفظ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که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به‌تنها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صاحب آن نبود. نام روستاها،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زان</w:t>
      </w:r>
      <w:r w:rsidRPr="00374623">
        <w:rPr>
          <w:rFonts w:ascii="Tahoma" w:hAnsi="Tahoma" w:cs="Tahoma"/>
          <w:rtl/>
        </w:rPr>
        <w:t xml:space="preserve"> محصول، راه‌ها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ارتباط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مرز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ن‌ها،</w:t>
      </w:r>
      <w:r w:rsidRPr="00374623">
        <w:rPr>
          <w:rFonts w:ascii="Tahoma" w:hAnsi="Tahoma" w:cs="Tahoma"/>
          <w:rtl/>
        </w:rPr>
        <w:t xml:space="preserve">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وهٔ</w:t>
      </w:r>
      <w:r w:rsidRPr="00374623">
        <w:rPr>
          <w:rFonts w:ascii="Tahoma" w:hAnsi="Tahoma" w:cs="Tahoma"/>
          <w:rtl/>
        </w:rPr>
        <w:t xml:space="preserve"> نگارش فرمان‌ها و ت</w:t>
      </w:r>
      <w:r w:rsidRPr="00374623">
        <w:rPr>
          <w:rFonts w:ascii="Tahoma" w:hAnsi="Tahoma" w:cs="Tahoma" w:hint="eastAsia"/>
          <w:rtl/>
        </w:rPr>
        <w:t>جربهٔ</w:t>
      </w:r>
      <w:r w:rsidRPr="00374623">
        <w:rPr>
          <w:rFonts w:ascii="Tahoma" w:hAnsi="Tahoma" w:cs="Tahoma"/>
          <w:rtl/>
        </w:rPr>
        <w:t xml:space="preserve"> ادارهٔ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الات</w:t>
      </w:r>
      <w:r w:rsidRPr="00374623">
        <w:rPr>
          <w:rFonts w:ascii="Tahoma" w:hAnsi="Tahoma" w:cs="Tahoma"/>
          <w:rtl/>
        </w:rPr>
        <w:t xml:space="preserve"> در حافظهٔ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هنوز به فاعل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مستقل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دفاع از کشور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نشده بود. اگر فرمانروا دستور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رانگر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داد،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ممکن بود هشدار دهد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بکوشد آن را تعد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کند،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 نداشت ارادهٔ پادشاه را به استناد منافع ملت باطل سازد. کشور در عمل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ماند،</w:t>
      </w:r>
      <w:r w:rsidRPr="00374623">
        <w:rPr>
          <w:rFonts w:ascii="Tahoma" w:hAnsi="Tahoma" w:cs="Tahoma"/>
          <w:rtl/>
        </w:rPr>
        <w:t xml:space="preserve"> اما در اند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شهٔ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هنوز ملک فرمانروا و خاندان او شمرده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شکاف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بقا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کشور و مالک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مسئله‌ها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/>
          <w:rtl/>
        </w:rPr>
        <w:t xml:space="preserve"> بعد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شد.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روها</w:t>
      </w:r>
      <w:r w:rsidRPr="00374623">
        <w:rPr>
          <w:rFonts w:ascii="Tahoma" w:hAnsi="Tahoma" w:cs="Tahoma"/>
          <w:rtl/>
        </w:rPr>
        <w:t xml:space="preserve"> استمرار کشور را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د،</w:t>
      </w:r>
      <w:r w:rsidRPr="00374623">
        <w:rPr>
          <w:rFonts w:ascii="Tahoma" w:hAnsi="Tahoma" w:cs="Tahoma"/>
          <w:rtl/>
        </w:rPr>
        <w:t xml:space="preserve">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</w:t>
      </w:r>
      <w:r w:rsidRPr="00374623">
        <w:rPr>
          <w:rFonts w:ascii="Tahoma" w:hAnsi="Tahoma" w:cs="Tahoma"/>
          <w:rtl/>
        </w:rPr>
        <w:t xml:space="preserve"> با 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ن،</w:t>
      </w:r>
      <w:r w:rsidRPr="00374623">
        <w:rPr>
          <w:rFonts w:ascii="Tahoma" w:hAnsi="Tahoma" w:cs="Tahoma"/>
          <w:rtl/>
        </w:rPr>
        <w:t xml:space="preserve"> جمع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و درآمد سروکار داشت؛ 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وفادار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اش</w:t>
      </w:r>
      <w:r w:rsidRPr="00374623">
        <w:rPr>
          <w:rFonts w:ascii="Tahoma" w:hAnsi="Tahoma" w:cs="Tahoma"/>
          <w:rtl/>
        </w:rPr>
        <w:t xml:space="preserve"> هنوز به تاج تعر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راه دراز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تا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بتواند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خ</w:t>
      </w:r>
      <w:r w:rsidRPr="00374623">
        <w:rPr>
          <w:rFonts w:ascii="Tahoma" w:hAnsi="Tahoma" w:cs="Tahoma" w:hint="eastAsia"/>
          <w:rtl/>
        </w:rPr>
        <w:t>دمت</w:t>
      </w:r>
      <w:r w:rsidRPr="00374623">
        <w:rPr>
          <w:rFonts w:ascii="Tahoma" w:hAnsi="Tahoma" w:cs="Tahoma"/>
          <w:rtl/>
        </w:rPr>
        <w:t xml:space="preserve"> به فرمانروا و پاسدار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کشور تفاوت بگذارد.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آنچه</w:t>
      </w:r>
      <w:r w:rsidRPr="00374623">
        <w:rPr>
          <w:rFonts w:ascii="Tahoma" w:hAnsi="Tahoma" w:cs="Tahoma"/>
          <w:b/>
          <w:sz w:val="26"/>
          <w:rtl/>
        </w:rPr>
        <w:t xml:space="preserve"> مغولان تغ</w:t>
      </w:r>
      <w:r w:rsidRPr="00374623">
        <w:rPr>
          <w:rFonts w:ascii="Tahoma" w:hAnsi="Tahoma" w:cs="Tahoma" w:hint="cs"/>
          <w:b/>
          <w:sz w:val="26"/>
          <w:rtl/>
        </w:rPr>
        <w:t>یی</w:t>
      </w:r>
      <w:r w:rsidRPr="00374623">
        <w:rPr>
          <w:rFonts w:ascii="Tahoma" w:hAnsi="Tahoma" w:cs="Tahoma" w:hint="eastAsia"/>
          <w:b/>
          <w:sz w:val="26"/>
          <w:rtl/>
        </w:rPr>
        <w:t>ر</w:t>
      </w:r>
      <w:r w:rsidRPr="00374623">
        <w:rPr>
          <w:rFonts w:ascii="Tahoma" w:hAnsi="Tahoma" w:cs="Tahoma"/>
          <w:b/>
          <w:sz w:val="26"/>
          <w:rtl/>
        </w:rPr>
        <w:t xml:space="preserve"> دادند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مغولان</w:t>
      </w:r>
      <w:r w:rsidRPr="00374623">
        <w:rPr>
          <w:rFonts w:ascii="Tahoma" w:hAnsi="Tahoma" w:cs="Tahoma"/>
          <w:rtl/>
        </w:rPr>
        <w:t xml:space="preserve"> سازمان نظام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به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آوردند و ساختار قدرت را دگرگون کردند. آنان نسب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مدت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سرچشمهٔ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کردند، کشور را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شاخه‌ها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خاندان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کردند و قشون متحرک را در مرکز قدرت قرار دادند.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ساختار حت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پس از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رفتن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در حکومت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اتحاد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ترکمان ادامه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آنان</w:t>
      </w:r>
      <w:r w:rsidRPr="00374623">
        <w:rPr>
          <w:rFonts w:ascii="Tahoma" w:hAnsi="Tahoma" w:cs="Tahoma"/>
          <w:rtl/>
        </w:rPr>
        <w:t xml:space="preserve"> همچن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در شبکه‌ا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گسترده‌تر از ارتباطات آس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قرار دادند. 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دانش، هنر، فناور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تجربه‌ها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سرزم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دور جابه‌جا شدند. زبان‌ها و سنت‌ها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گوناگون در دربارها و شهرها با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</w:t>
      </w:r>
      <w:r w:rsidRPr="00374623">
        <w:rPr>
          <w:rFonts w:ascii="Tahoma" w:hAnsi="Tahoma" w:cs="Tahoma"/>
          <w:rtl/>
        </w:rPr>
        <w:t xml:space="preserve"> برخورد کردند و فرهنگ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آمد که هم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و هم از تجربهٔ سراسر جهان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اثر گرفته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قلمرو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آن بود که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ناچار شد با 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سازگار شود و راه‌ها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مهار و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آن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ابد</w:t>
      </w:r>
      <w:r w:rsidRPr="00374623">
        <w:rPr>
          <w:rFonts w:ascii="Tahoma" w:hAnsi="Tahoma" w:cs="Tahoma"/>
          <w:rtl/>
        </w:rPr>
        <w:t>.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ات،</w:t>
      </w:r>
      <w:r w:rsidRPr="00374623">
        <w:rPr>
          <w:rFonts w:ascii="Tahoma" w:hAnsi="Tahoma" w:cs="Tahoma"/>
          <w:rtl/>
        </w:rPr>
        <w:t xml:space="preserve"> ثبت،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چاپار، وقف و فرمان مکتوب اهم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افتند</w:t>
      </w:r>
      <w:r w:rsidRPr="00374623">
        <w:rPr>
          <w:rFonts w:ascii="Tahoma" w:hAnsi="Tahoma" w:cs="Tahoma"/>
          <w:rtl/>
        </w:rPr>
        <w:t>. حکومت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که غارت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ج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درآمد منظم را بگ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</w:t>
      </w:r>
      <w:r w:rsidRPr="00374623">
        <w:rPr>
          <w:rFonts w:ascii="Tahoma" w:hAnsi="Tahoma" w:cs="Tahoma"/>
          <w:rtl/>
        </w:rPr>
        <w:t xml:space="preserve"> و بقا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قشون به حفظ کشاورز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تجارت وابسته است.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مغولان و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نانشان</w:t>
      </w:r>
      <w:r w:rsidRPr="00374623">
        <w:rPr>
          <w:rFonts w:ascii="Tahoma" w:hAnsi="Tahoma" w:cs="Tahoma"/>
          <w:rtl/>
        </w:rPr>
        <w:t xml:space="preserve"> نتوانستند جانش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از رقابت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آورند، کشور را از دارا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خاندان فرمانروا جدا کنند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قشون را تابع نهاد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سازند. هرگاه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رومند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مرد،</w:t>
      </w:r>
      <w:r w:rsidRPr="00374623">
        <w:rPr>
          <w:rFonts w:ascii="Tahoma" w:hAnsi="Tahoma" w:cs="Tahoma"/>
          <w:rtl/>
        </w:rPr>
        <w:t xml:space="preserve"> احتمال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افزا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ناتوان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نه حادثه‌ا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بلکه ضعف </w:t>
      </w:r>
      <w:r w:rsidRPr="00374623">
        <w:rPr>
          <w:rFonts w:ascii="Tahoma" w:hAnsi="Tahoma" w:cs="Tahoma" w:hint="eastAsia"/>
          <w:rtl/>
        </w:rPr>
        <w:t>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ساختمان حکومت بود.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 w:hint="eastAsia"/>
          <w:b/>
          <w:sz w:val="26"/>
          <w:rtl/>
        </w:rPr>
        <w:t>آنچه</w:t>
      </w:r>
      <w:r w:rsidRPr="00374623">
        <w:rPr>
          <w:rFonts w:ascii="Tahoma" w:hAnsi="Tahoma" w:cs="Tahoma"/>
          <w:b/>
          <w:sz w:val="26"/>
          <w:rtl/>
        </w:rPr>
        <w:t xml:space="preserve"> ا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ران</w:t>
      </w:r>
      <w:r w:rsidRPr="00374623">
        <w:rPr>
          <w:rFonts w:ascii="Tahoma" w:hAnsi="Tahoma" w:cs="Tahoma"/>
          <w:b/>
          <w:sz w:val="26"/>
          <w:rtl/>
        </w:rPr>
        <w:t xml:space="preserve"> در مغولان تغ</w:t>
      </w:r>
      <w:r w:rsidRPr="00374623">
        <w:rPr>
          <w:rFonts w:ascii="Tahoma" w:hAnsi="Tahoma" w:cs="Tahoma" w:hint="cs"/>
          <w:b/>
          <w:sz w:val="26"/>
          <w:rtl/>
        </w:rPr>
        <w:t>یی</w:t>
      </w:r>
      <w:r w:rsidRPr="00374623">
        <w:rPr>
          <w:rFonts w:ascii="Tahoma" w:hAnsi="Tahoma" w:cs="Tahoma" w:hint="eastAsia"/>
          <w:b/>
          <w:sz w:val="26"/>
          <w:rtl/>
        </w:rPr>
        <w:t>ر</w:t>
      </w:r>
      <w:r w:rsidRPr="00374623">
        <w:rPr>
          <w:rFonts w:ascii="Tahoma" w:hAnsi="Tahoma" w:cs="Tahoma"/>
          <w:b/>
          <w:sz w:val="26"/>
          <w:rtl/>
        </w:rPr>
        <w:t xml:space="preserve"> داد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همان حال که مغولان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دگرگون کردند،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فاتحان خود را 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داد. فرمانروا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با زبان و آ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و سازمان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وارد کشور شده بودند، به‌تدر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</w:t>
      </w:r>
      <w:r w:rsidRPr="00374623">
        <w:rPr>
          <w:rFonts w:ascii="Tahoma" w:hAnsi="Tahoma" w:cs="Tahoma"/>
          <w:rtl/>
        </w:rPr>
        <w:t xml:space="preserve"> زبان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فات</w:t>
      </w:r>
      <w:r w:rsidRPr="00374623">
        <w:rPr>
          <w:rFonts w:ascii="Tahoma" w:hAnsi="Tahoma" w:cs="Tahoma"/>
          <w:rtl/>
        </w:rPr>
        <w:t xml:space="preserve"> دربار، سنت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معمار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خ‌نگار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جامعهٔ 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فرمانشان را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رفتند.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مغول به پادشاه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شد؛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 هرات دربار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ساخت که از مهم‌تر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مراکز فرهنگ فارس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بود؛ و رئ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س</w:t>
      </w:r>
      <w:r w:rsidRPr="00374623">
        <w:rPr>
          <w:rFonts w:ascii="Tahoma" w:hAnsi="Tahoma" w:cs="Tahoma"/>
          <w:rtl/>
        </w:rPr>
        <w:t xml:space="preserve"> اتحاد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هٔ</w:t>
      </w:r>
      <w:r w:rsidRPr="00374623">
        <w:rPr>
          <w:rFonts w:ascii="Tahoma" w:hAnsi="Tahoma" w:cs="Tahoma"/>
          <w:rtl/>
        </w:rPr>
        <w:t xml:space="preserve"> ترکمان در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عنوان پادشاه گرفت و قانون‌نامهٔ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صادر کرد.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دگرگون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نبا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تنها نشانهٔ قدرت فرهنگ دانست.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به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فاتح را وادار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زبان و سازمان کشور را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اموزد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فرمانروا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به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فارس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زبان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داشت؛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رفته‌شدن</w:t>
      </w:r>
      <w:r w:rsidRPr="00374623">
        <w:rPr>
          <w:rFonts w:ascii="Tahoma" w:hAnsi="Tahoma" w:cs="Tahoma"/>
          <w:rtl/>
        </w:rPr>
        <w:t xml:space="preserve"> در جامعهٔ مسلمان به رابطه با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ازمند</w:t>
      </w:r>
      <w:r w:rsidRPr="00374623">
        <w:rPr>
          <w:rFonts w:ascii="Tahoma" w:hAnsi="Tahoma" w:cs="Tahoma"/>
          <w:rtl/>
        </w:rPr>
        <w:t xml:space="preserve"> بود؛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نما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شکوه خود از معمار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تشر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فات</w:t>
      </w:r>
      <w:r w:rsidRPr="00374623">
        <w:rPr>
          <w:rFonts w:ascii="Tahoma" w:hAnsi="Tahoma" w:cs="Tahoma"/>
          <w:rtl/>
        </w:rPr>
        <w:t xml:space="preserve">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استفاده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کرد؛</w:t>
      </w:r>
      <w:r w:rsidRPr="00374623">
        <w:rPr>
          <w:rFonts w:ascii="Tahoma" w:hAnsi="Tahoma" w:cs="Tahoma"/>
          <w:rtl/>
        </w:rPr>
        <w:t xml:space="preserve"> و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ثبت کارها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به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خ‌نگاران</w:t>
      </w:r>
      <w:r w:rsidRPr="00374623">
        <w:rPr>
          <w:rFonts w:ascii="Tahoma" w:hAnsi="Tahoma" w:cs="Tahoma"/>
          <w:rtl/>
        </w:rPr>
        <w:t xml:space="preserve"> متک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فاتح را با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ادامهٔ حکومت روبه‌رو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و او را به سو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پذ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رفتن</w:t>
      </w:r>
      <w:r w:rsidRPr="00374623">
        <w:rPr>
          <w:rFonts w:ascii="Tahoma" w:hAnsi="Tahoma" w:cs="Tahoma"/>
          <w:rtl/>
        </w:rPr>
        <w:t xml:space="preserve"> ساختارها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کشاند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اما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جذب‌شدن کامل نبود. قشون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قلمرو و فرهنگ 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فتح همچنان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ماند. نت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جه،</w:t>
      </w:r>
      <w:r w:rsidRPr="00374623">
        <w:rPr>
          <w:rFonts w:ascii="Tahoma" w:hAnsi="Tahoma" w:cs="Tahoma"/>
          <w:rtl/>
        </w:rPr>
        <w:t xml:space="preserve"> ترک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 که در آن پادشاه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شده</w:t>
      </w:r>
      <w:r w:rsidRPr="00374623">
        <w:rPr>
          <w:rFonts w:ascii="Tahoma" w:hAnsi="Tahoma" w:cs="Tahoma"/>
          <w:rtl/>
        </w:rPr>
        <w:t xml:space="preserve"> بر 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ترکمان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مغول تک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داشت،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فارس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زبان</w:t>
      </w:r>
      <w:r w:rsidRPr="00374623">
        <w:rPr>
          <w:rFonts w:ascii="Tahoma" w:hAnsi="Tahoma" w:cs="Tahoma"/>
          <w:rtl/>
        </w:rPr>
        <w:t xml:space="preserve"> درآمدش را تأم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او را تقو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>‌کردند.</w:t>
      </w:r>
    </w:p>
    <w:p w:rsidR="00374623" w:rsidRPr="00374623" w:rsidRDefault="00374623" w:rsidP="00374623">
      <w:pPr>
        <w:keepNext/>
        <w:bidi/>
        <w:spacing w:before="200" w:after="60" w:line="360" w:lineRule="auto"/>
        <w:jc w:val="right"/>
        <w:rPr>
          <w:rFonts w:ascii="Tahoma" w:hAnsi="Tahoma" w:cs="Tahoma"/>
        </w:rPr>
      </w:pPr>
      <w:r w:rsidRPr="00374623">
        <w:rPr>
          <w:rFonts w:ascii="Tahoma" w:hAnsi="Tahoma" w:cs="Tahoma"/>
          <w:b/>
          <w:sz w:val="26"/>
          <w:rtl/>
        </w:rPr>
        <w:t>در آستانهٔ صفو</w:t>
      </w:r>
      <w:r w:rsidRPr="00374623">
        <w:rPr>
          <w:rFonts w:ascii="Tahoma" w:hAnsi="Tahoma" w:cs="Tahoma" w:hint="cs"/>
          <w:b/>
          <w:sz w:val="26"/>
          <w:rtl/>
        </w:rPr>
        <w:t>ی</w:t>
      </w:r>
      <w:r w:rsidRPr="00374623">
        <w:rPr>
          <w:rFonts w:ascii="Tahoma" w:hAnsi="Tahoma" w:cs="Tahoma" w:hint="eastAsia"/>
          <w:b/>
          <w:sz w:val="26"/>
          <w:rtl/>
        </w:rPr>
        <w:t>ان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آغاز سدهٔ شانزدهم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در جنگ‌ها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فرسوده شده بودند.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وانشان</w:t>
      </w:r>
      <w:r w:rsidRPr="00374623">
        <w:rPr>
          <w:rFonts w:ascii="Tahoma" w:hAnsi="Tahoma" w:cs="Tahoma"/>
          <w:rtl/>
        </w:rPr>
        <w:t xml:space="preserve"> باق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بود، شهرها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شان</w:t>
      </w:r>
      <w:r w:rsidRPr="00374623">
        <w:rPr>
          <w:rFonts w:ascii="Tahoma" w:hAnsi="Tahoma" w:cs="Tahoma"/>
          <w:rtl/>
        </w:rPr>
        <w:t xml:space="preserve"> کار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کردند</w:t>
      </w:r>
      <w:r w:rsidRPr="00374623">
        <w:rPr>
          <w:rFonts w:ascii="Tahoma" w:hAnsi="Tahoma" w:cs="Tahoma"/>
          <w:rtl/>
        </w:rPr>
        <w:t xml:space="preserve"> و قانون‌نامهٔ حسن پادشاه هنوز اعتبار داشت؛ اما مرکز قدرت از توان واداشتن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به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برخوردار نبود. هر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شاهزاده‌ا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وس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</w:t>
      </w:r>
      <w:r w:rsidRPr="00374623">
        <w:rPr>
          <w:rFonts w:ascii="Tahoma" w:hAnsi="Tahoma" w:cs="Tahoma"/>
          <w:rtl/>
        </w:rPr>
        <w:t>ٔ حفظ موقع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خود کرده بود و هر شاهزاده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دن</w:t>
      </w:r>
      <w:r w:rsidRPr="00374623">
        <w:rPr>
          <w:rFonts w:ascii="Tahoma" w:hAnsi="Tahoma" w:cs="Tahoma"/>
          <w:rtl/>
        </w:rPr>
        <w:t xml:space="preserve"> به تاج بخش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قدرت حکومت را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هوادارانش تقس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هم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هنگام، اسماع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با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دار</w:t>
      </w:r>
      <w:r w:rsidRPr="00374623">
        <w:rPr>
          <w:rFonts w:ascii="Tahoma" w:hAnsi="Tahoma" w:cs="Tahoma"/>
          <w:rtl/>
        </w:rPr>
        <w:t xml:space="preserve"> شد که ساختمان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را به‌طور کامل نم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شناخت</w:t>
      </w:r>
      <w:r w:rsidRPr="00374623">
        <w:rPr>
          <w:rFonts w:ascii="Tahoma" w:hAnsi="Tahoma" w:cs="Tahoma"/>
          <w:rtl/>
        </w:rPr>
        <w:t xml:space="preserve">. او از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سو فرزند خاندان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</w:t>
      </w:r>
      <w:r w:rsidRPr="00374623">
        <w:rPr>
          <w:rFonts w:ascii="Tahoma" w:hAnsi="Tahoma" w:cs="Tahoma"/>
          <w:rtl/>
        </w:rPr>
        <w:t xml:space="preserve">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مرشد مر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دان</w:t>
      </w:r>
      <w:r w:rsidRPr="00374623">
        <w:rPr>
          <w:rFonts w:ascii="Tahoma" w:hAnsi="Tahoma" w:cs="Tahoma"/>
          <w:rtl/>
        </w:rPr>
        <w:t xml:space="preserve"> قزلباش بود؛ از سو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گر،</w:t>
      </w:r>
      <w:r w:rsidRPr="00374623">
        <w:rPr>
          <w:rFonts w:ascii="Tahoma" w:hAnsi="Tahoma" w:cs="Tahoma"/>
          <w:rtl/>
        </w:rPr>
        <w:t xml:space="preserve"> از راه مادر به خاندان اوزون‌حسن تعلق داشت و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</w:t>
      </w:r>
      <w:r w:rsidRPr="00374623">
        <w:rPr>
          <w:rFonts w:ascii="Tahoma" w:hAnsi="Tahoma" w:cs="Tahoma"/>
          <w:rtl/>
        </w:rPr>
        <w:t xml:space="preserve"> خود را وارث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بداند. قشونش بر طوا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ف</w:t>
      </w:r>
      <w:r w:rsidRPr="00374623">
        <w:rPr>
          <w:rFonts w:ascii="Tahoma" w:hAnsi="Tahoma" w:cs="Tahoma"/>
          <w:rtl/>
        </w:rPr>
        <w:t xml:space="preserve"> ترکمان استوار بود، اما فرمانبر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آنان تنها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نبود و با اعتقاد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درآم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خته</w:t>
      </w:r>
      <w:r w:rsidRPr="00374623">
        <w:rPr>
          <w:rFonts w:ascii="Tahoma" w:hAnsi="Tahoma" w:cs="Tahoma"/>
          <w:rtl/>
        </w:rPr>
        <w:t xml:space="preserve">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ترک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/>
          <w:rtl/>
        </w:rPr>
        <w:t xml:space="preserve"> به اسماع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امکان داد رق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بزرگ‌تر از خود را شکست دهد. او هنگام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وارد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شد که چهار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آمادهٔ ترک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بودند: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خواست</w:t>
      </w:r>
      <w:r w:rsidRPr="00374623">
        <w:rPr>
          <w:rFonts w:ascii="Tahoma" w:hAnsi="Tahoma" w:cs="Tahoma"/>
          <w:rtl/>
        </w:rPr>
        <w:t xml:space="preserve"> از نو بر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کپارچه</w:t>
      </w:r>
      <w:r w:rsidRPr="00374623">
        <w:rPr>
          <w:rFonts w:ascii="Tahoma" w:hAnsi="Tahoma" w:cs="Tahoma"/>
          <w:rtl/>
        </w:rPr>
        <w:t xml:space="preserve"> فرمان براند؛ 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ترکمان که به مرشد خود ارادت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داشت؛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تجربهٔ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لخانان،</w:t>
      </w:r>
      <w:r w:rsidRPr="00374623">
        <w:rPr>
          <w:rFonts w:ascii="Tahoma" w:hAnsi="Tahoma" w:cs="Tahoma"/>
          <w:rtl/>
        </w:rPr>
        <w:t xml:space="preserve"> 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مور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و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را حفظ کرده بود؛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و صاحبان طر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قت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توانستند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حکومت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بسازند.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دولت</w:t>
      </w:r>
      <w:r w:rsidRPr="00374623">
        <w:rPr>
          <w:rFonts w:ascii="Tahoma" w:hAnsi="Tahoma" w:cs="Tahoma"/>
          <w:rtl/>
        </w:rPr>
        <w:t xml:space="preserve">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خ</w:t>
      </w:r>
      <w:r w:rsidRPr="00374623">
        <w:rPr>
          <w:rFonts w:ascii="Tahoma" w:hAnsi="Tahoma" w:cs="Tahoma"/>
          <w:rtl/>
        </w:rPr>
        <w:t xml:space="preserve"> پد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امد</w:t>
      </w:r>
      <w:r w:rsidRPr="00374623">
        <w:rPr>
          <w:rFonts w:ascii="Tahoma" w:hAnsi="Tahoma" w:cs="Tahoma"/>
          <w:rtl/>
        </w:rPr>
        <w:t>. قشونش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راث</w:t>
      </w:r>
      <w:r w:rsidRPr="00374623">
        <w:rPr>
          <w:rFonts w:ascii="Tahoma" w:hAnsi="Tahoma" w:cs="Tahoma"/>
          <w:rtl/>
        </w:rPr>
        <w:t xml:space="preserve"> اتحاد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ترکمان بود؛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وانش</w:t>
      </w:r>
      <w:r w:rsidRPr="00374623">
        <w:rPr>
          <w:rFonts w:ascii="Tahoma" w:hAnsi="Tahoma" w:cs="Tahoma"/>
          <w:rtl/>
        </w:rPr>
        <w:t xml:space="preserve"> از حکومت‌ها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به جا مانده بود؛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تخت</w:t>
      </w:r>
      <w:r w:rsidRPr="00374623">
        <w:rPr>
          <w:rFonts w:ascii="Tahoma" w:hAnsi="Tahoma" w:cs="Tahoma"/>
          <w:rtl/>
        </w:rPr>
        <w:t xml:space="preserve"> نخست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نش</w:t>
      </w:r>
      <w:r w:rsidRPr="00374623">
        <w:rPr>
          <w:rFonts w:ascii="Tahoma" w:hAnsi="Tahoma" w:cs="Tahoma"/>
          <w:rtl/>
        </w:rPr>
        <w:t xml:space="preserve"> تبر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ز،</w:t>
      </w:r>
      <w:r w:rsidRPr="00374623">
        <w:rPr>
          <w:rFonts w:ascii="Tahoma" w:hAnsi="Tahoma" w:cs="Tahoma"/>
          <w:rtl/>
        </w:rPr>
        <w:t xml:space="preserve"> مرکز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لخانان</w:t>
      </w:r>
      <w:r w:rsidRPr="00374623">
        <w:rPr>
          <w:rFonts w:ascii="Tahoma" w:hAnsi="Tahoma" w:cs="Tahoma"/>
          <w:rtl/>
        </w:rPr>
        <w:t xml:space="preserve"> و ترکمانان، بود؛ و خاندانش از راه ازدواج با آق‌قو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ونلوها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داشت. حت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مسئله‌ها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تاز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نبودند: چگونه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</w:t>
      </w:r>
      <w:r w:rsidRPr="00374623">
        <w:rPr>
          <w:rFonts w:ascii="Tahoma" w:hAnsi="Tahoma" w:cs="Tahoma"/>
          <w:rtl/>
        </w:rPr>
        <w:t xml:space="preserve"> قشون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را مهار کرد؟ چگونه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</w:t>
      </w:r>
      <w:r w:rsidRPr="00374623">
        <w:rPr>
          <w:rFonts w:ascii="Tahoma" w:hAnsi="Tahoma" w:cs="Tahoma"/>
          <w:rtl/>
        </w:rPr>
        <w:t xml:space="preserve"> درآمدها را به قاعده درآورد؟ چگونه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قدرت شاهزادگان و ام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محدود ساخت؟ و چگونه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ارادهٔ پادشاه، قانون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خواست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نکاران</w:t>
      </w:r>
      <w:r w:rsidRPr="00374623">
        <w:rPr>
          <w:rFonts w:ascii="Tahoma" w:hAnsi="Tahoma" w:cs="Tahoma"/>
          <w:rtl/>
        </w:rPr>
        <w:t xml:space="preserve"> رابطه برقرار کرد؟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آنچه</w:t>
      </w:r>
      <w:r w:rsidRPr="00374623">
        <w:rPr>
          <w:rFonts w:ascii="Tahoma" w:hAnsi="Tahoma" w:cs="Tahoma"/>
          <w:rtl/>
        </w:rPr>
        <w:t xml:space="preserve"> تازه بود، قرارگرفتن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در مرکز ساختمان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بود.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لخان</w:t>
      </w:r>
      <w:r w:rsidRPr="00374623">
        <w:rPr>
          <w:rFonts w:ascii="Tahoma" w:hAnsi="Tahoma" w:cs="Tahoma"/>
          <w:rtl/>
        </w:rPr>
        <w:t xml:space="preserve"> مسلمان از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تقو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خود استفاده کرده بود؛ اما شاه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هم‌زمان پادشاه و مرشد معرف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کرد</w:t>
      </w:r>
      <w:r w:rsidRPr="00374623">
        <w:rPr>
          <w:rFonts w:ascii="Tahoma" w:hAnsi="Tahoma" w:cs="Tahoma"/>
          <w:rtl/>
        </w:rPr>
        <w:t>. در حکومت تازه،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تنها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پشت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بانان</w:t>
      </w:r>
      <w:r w:rsidRPr="00374623">
        <w:rPr>
          <w:rFonts w:ascii="Tahoma" w:hAnsi="Tahoma" w:cs="Tahoma"/>
          <w:rtl/>
        </w:rPr>
        <w:t xml:space="preserve"> تاج نبود؛ به وس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کپارچه‌کردن</w:t>
      </w:r>
      <w:r w:rsidRPr="00374623">
        <w:rPr>
          <w:rFonts w:ascii="Tahoma" w:hAnsi="Tahoma" w:cs="Tahoma"/>
          <w:rtl/>
        </w:rPr>
        <w:t xml:space="preserve"> قشون، ساختن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حکمران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و جداکردن قلمرو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از قدرت‌ها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همسا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ه</w:t>
      </w:r>
      <w:r w:rsidRPr="00374623">
        <w:rPr>
          <w:rFonts w:ascii="Tahoma" w:hAnsi="Tahoma" w:cs="Tahoma"/>
          <w:rtl/>
        </w:rPr>
        <w:t xml:space="preserve">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ن‌سان،</w:t>
      </w:r>
      <w:r w:rsidRPr="00374623">
        <w:rPr>
          <w:rFonts w:ascii="Tahoma" w:hAnsi="Tahoma" w:cs="Tahoma"/>
          <w:rtl/>
        </w:rPr>
        <w:t xml:space="preserve"> دوران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ورش</w:t>
      </w:r>
      <w:r w:rsidRPr="00374623">
        <w:rPr>
          <w:rFonts w:ascii="Tahoma" w:hAnsi="Tahoma" w:cs="Tahoma"/>
          <w:rtl/>
        </w:rPr>
        <w:t xml:space="preserve"> قشون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گانه</w:t>
      </w:r>
      <w:r w:rsidRPr="00374623">
        <w:rPr>
          <w:rFonts w:ascii="Tahoma" w:hAnsi="Tahoma" w:cs="Tahoma"/>
          <w:rtl/>
        </w:rPr>
        <w:t xml:space="preserve"> و 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شهرها آغاز شده بود، با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ش</w:t>
      </w:r>
      <w:r w:rsidRPr="00374623">
        <w:rPr>
          <w:rFonts w:ascii="Tahoma" w:hAnsi="Tahoma" w:cs="Tahoma"/>
          <w:rtl/>
        </w:rPr>
        <w:t xml:space="preserve"> ساختار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 xml:space="preserve"> که همهٔ تجربه‌ها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سه سده را در خود گرد آورده بود. قشون مغول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 قشون ترکمان و سپس قزلباش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شده بود؛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چند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فروپاش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جان به در برده </w:t>
      </w:r>
      <w:r w:rsidRPr="00374623">
        <w:rPr>
          <w:rFonts w:ascii="Tahoma" w:hAnsi="Tahoma" w:cs="Tahoma" w:hint="eastAsia"/>
          <w:rtl/>
        </w:rPr>
        <w:t>بود؛</w:t>
      </w:r>
      <w:r w:rsidRPr="00374623">
        <w:rPr>
          <w:rFonts w:ascii="Tahoma" w:hAnsi="Tahoma" w:cs="Tahoma"/>
          <w:rtl/>
        </w:rPr>
        <w:t xml:space="preserve"> انحصار چنگ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حق فرمانروا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/>
          <w:rtl/>
        </w:rPr>
        <w:t xml:space="preserve"> از 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رفته بود؛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آماده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</w:t>
      </w:r>
      <w:r w:rsidRPr="00374623">
        <w:rPr>
          <w:rFonts w:ascii="Tahoma" w:hAnsi="Tahoma" w:cs="Tahoma"/>
          <w:rtl/>
        </w:rPr>
        <w:t xml:space="preserve"> از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رامون</w:t>
      </w:r>
      <w:r w:rsidRPr="00374623">
        <w:rPr>
          <w:rFonts w:ascii="Tahoma" w:hAnsi="Tahoma" w:cs="Tahoma"/>
          <w:rtl/>
        </w:rPr>
        <w:t xml:space="preserve"> حکومت به مرکز آن راه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ابد</w:t>
      </w:r>
      <w:r w:rsidRPr="00374623">
        <w:rPr>
          <w:rFonts w:ascii="Tahoma" w:hAnsi="Tahoma" w:cs="Tahoma"/>
          <w:rtl/>
        </w:rPr>
        <w:t>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مغولان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فتح کردند، اما نتوانستند کشور را با منطق غن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مت</w:t>
      </w:r>
      <w:r w:rsidRPr="00374623">
        <w:rPr>
          <w:rFonts w:ascii="Tahoma" w:hAnsi="Tahoma" w:cs="Tahoma"/>
          <w:rtl/>
        </w:rPr>
        <w:t xml:space="preserve"> اداره کنند.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ماندن ناچار شدند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را بازساز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کنند، مال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ات</w:t>
      </w:r>
      <w:r w:rsidRPr="00374623">
        <w:rPr>
          <w:rFonts w:ascii="Tahoma" w:hAnsi="Tahoma" w:cs="Tahoma"/>
          <w:rtl/>
        </w:rPr>
        <w:t xml:space="preserve"> را به قاعده درآورند، شهرها را دوباره برپا سازند و خود را با سنت پادشاه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سازگار کنند.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ز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برخورد ب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تغ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ر</w:t>
      </w:r>
      <w:r w:rsidRPr="00374623">
        <w:rPr>
          <w:rFonts w:ascii="Tahoma" w:hAnsi="Tahoma" w:cs="Tahoma"/>
          <w:rtl/>
        </w:rPr>
        <w:t xml:space="preserve"> 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رون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امد</w:t>
      </w:r>
      <w:r w:rsidRPr="00374623">
        <w:rPr>
          <w:rFonts w:ascii="Tahoma" w:hAnsi="Tahoma" w:cs="Tahoma"/>
          <w:rtl/>
        </w:rPr>
        <w:t>. قشون قب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حاکم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خانوادگ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،</w:t>
      </w:r>
      <w:r w:rsidRPr="00374623">
        <w:rPr>
          <w:rFonts w:ascii="Tahoma" w:hAnsi="Tahoma" w:cs="Tahoma"/>
          <w:rtl/>
        </w:rPr>
        <w:t xml:space="preserve"> چندگانگ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منابع قانون و وابستگ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دوام حکومت به اقتدار شخص پادشاه در ساختمان کشوردار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آن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گرفت.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در</w:t>
      </w:r>
      <w:r w:rsidRPr="00374623">
        <w:rPr>
          <w:rFonts w:ascii="Tahoma" w:hAnsi="Tahoma" w:cs="Tahoma"/>
          <w:rtl/>
        </w:rPr>
        <w:t xml:space="preserve"> پا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ان</w:t>
      </w:r>
      <w:r w:rsidRPr="00374623">
        <w:rPr>
          <w:rFonts w:ascii="Tahoma" w:hAnsi="Tahoma" w:cs="Tahoma"/>
          <w:rtl/>
        </w:rPr>
        <w:t xml:space="preserve">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دوره، مسئلهٔ اصل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همچنان حل نشده بود. کشور به دستگاه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از</w:t>
      </w:r>
      <w:r w:rsidRPr="00374623">
        <w:rPr>
          <w:rFonts w:ascii="Tahoma" w:hAnsi="Tahoma" w:cs="Tahoma"/>
          <w:rtl/>
        </w:rPr>
        <w:t xml:space="preserve"> داشت که از مرگ پادشاه و رقابت شاهزادگان جان به در ببرد؛ قشون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از 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تع</w:t>
      </w:r>
      <w:r w:rsidRPr="00374623">
        <w:rPr>
          <w:rFonts w:ascii="Tahoma" w:hAnsi="Tahoma" w:cs="Tahoma" w:hint="cs"/>
          <w:rtl/>
        </w:rPr>
        <w:t>یی</w:t>
      </w:r>
      <w:r w:rsidRPr="00374623">
        <w:rPr>
          <w:rFonts w:ascii="Tahoma" w:hAnsi="Tahoma" w:cs="Tahoma" w:hint="eastAsia"/>
          <w:rtl/>
        </w:rPr>
        <w:t>ن‌کنندهٔ</w:t>
      </w:r>
      <w:r w:rsidRPr="00374623">
        <w:rPr>
          <w:rFonts w:ascii="Tahoma" w:hAnsi="Tahoma" w:cs="Tahoma"/>
          <w:rtl/>
        </w:rPr>
        <w:t xml:space="preserve"> انتقال قدرت به ابزار دفاع از کشور تبد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ل</w:t>
      </w:r>
      <w:r w:rsidRPr="00374623">
        <w:rPr>
          <w:rFonts w:ascii="Tahoma" w:hAnsi="Tahoma" w:cs="Tahoma"/>
          <w:rtl/>
        </w:rPr>
        <w:t xml:space="preserve">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شد؛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وان</w:t>
      </w:r>
      <w:r w:rsidRPr="00374623">
        <w:rPr>
          <w:rFonts w:ascii="Tahoma" w:hAnsi="Tahoma" w:cs="Tahoma"/>
          <w:rtl/>
        </w:rPr>
        <w:t xml:space="preserve">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از خدمت به شخص فرمانروا به پاسدار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از </w:t>
      </w:r>
      <w:r w:rsidRPr="00374623">
        <w:rPr>
          <w:rFonts w:ascii="Tahoma" w:hAnsi="Tahoma" w:cs="Tahoma" w:hint="eastAsia"/>
          <w:rtl/>
        </w:rPr>
        <w:t>موجود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کشور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رس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د؛</w:t>
      </w:r>
      <w:r w:rsidRPr="00374623">
        <w:rPr>
          <w:rFonts w:ascii="Tahoma" w:hAnsi="Tahoma" w:cs="Tahoma"/>
          <w:rtl/>
        </w:rPr>
        <w:t xml:space="preserve">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با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 xml:space="preserve"> جا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خود را در برابر حکومت م</w:t>
      </w:r>
      <w:r w:rsidRPr="00374623">
        <w:rPr>
          <w:rFonts w:ascii="Tahoma" w:hAnsi="Tahoma" w:cs="Tahoma" w:hint="cs"/>
          <w:rtl/>
        </w:rPr>
        <w:t>ی‌ی</w:t>
      </w:r>
      <w:r w:rsidRPr="00374623">
        <w:rPr>
          <w:rFonts w:ascii="Tahoma" w:hAnsi="Tahoma" w:cs="Tahoma" w:hint="eastAsia"/>
          <w:rtl/>
        </w:rPr>
        <w:t>افت</w:t>
      </w:r>
      <w:r w:rsidRPr="00374623">
        <w:rPr>
          <w:rFonts w:ascii="Tahoma" w:hAnsi="Tahoma" w:cs="Tahoma"/>
          <w:rtl/>
        </w:rPr>
        <w:t>. ه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چ‌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</w:t>
      </w:r>
      <w:r w:rsidRPr="00374623">
        <w:rPr>
          <w:rFonts w:ascii="Tahoma" w:hAnsi="Tahoma" w:cs="Tahoma"/>
          <w:rtl/>
        </w:rPr>
        <w:t xml:space="preserve"> از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گذارها هنوز انجام نشده بود.</w:t>
      </w:r>
    </w:p>
    <w:p w:rsidR="00374623" w:rsidRPr="00374623" w:rsidRDefault="00374623" w:rsidP="00374623">
      <w:pPr>
        <w:bidi/>
        <w:spacing w:after="0" w:line="360" w:lineRule="auto"/>
        <w:ind w:firstLine="720"/>
        <w:jc w:val="both"/>
        <w:rPr>
          <w:rFonts w:ascii="Tahoma" w:hAnsi="Tahoma" w:cs="Tahoma"/>
        </w:rPr>
      </w:pPr>
      <w:r w:rsidRPr="00374623">
        <w:rPr>
          <w:rFonts w:ascii="Tahoma" w:hAnsi="Tahoma" w:cs="Tahoma" w:hint="eastAsia"/>
          <w:rtl/>
        </w:rPr>
        <w:t>دولت</w:t>
      </w:r>
      <w:r w:rsidRPr="00374623">
        <w:rPr>
          <w:rFonts w:ascii="Tahoma" w:hAnsi="Tahoma" w:cs="Tahoma"/>
          <w:rtl/>
        </w:rPr>
        <w:t xml:space="preserve"> صفو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پاسخ خود را با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دادن تاج، قشون و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آغاز کرد.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پ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وند</w:t>
      </w:r>
      <w:r w:rsidRPr="00374623">
        <w:rPr>
          <w:rFonts w:ascii="Tahoma" w:hAnsi="Tahoma" w:cs="Tahoma"/>
          <w:rtl/>
        </w:rPr>
        <w:t xml:space="preserve"> توانست 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ران</w:t>
      </w:r>
      <w:r w:rsidRPr="00374623">
        <w:rPr>
          <w:rFonts w:ascii="Tahoma" w:hAnsi="Tahoma" w:cs="Tahoma"/>
          <w:rtl/>
        </w:rPr>
        <w:t xml:space="preserve"> را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کپارچه</w:t>
      </w:r>
      <w:r w:rsidRPr="00374623">
        <w:rPr>
          <w:rFonts w:ascii="Tahoma" w:hAnsi="Tahoma" w:cs="Tahoma"/>
          <w:rtl/>
        </w:rPr>
        <w:t xml:space="preserve"> کند، اما در همان حال مسئله‌ا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تازه و ماندگار آفر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د</w:t>
      </w:r>
      <w:r w:rsidRPr="00374623">
        <w:rPr>
          <w:rFonts w:ascii="Tahoma" w:hAnsi="Tahoma" w:cs="Tahoma"/>
          <w:rtl/>
        </w:rPr>
        <w:t>: حکومت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که برا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استقرار خود از حقان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بهره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رد،</w:t>
      </w:r>
      <w:r w:rsidRPr="00374623">
        <w:rPr>
          <w:rFonts w:ascii="Tahoma" w:hAnsi="Tahoma" w:cs="Tahoma"/>
          <w:rtl/>
        </w:rPr>
        <w:t xml:space="preserve"> چگونه م</w:t>
      </w:r>
      <w:r w:rsidRPr="00374623">
        <w:rPr>
          <w:rFonts w:ascii="Tahoma" w:hAnsi="Tahoma" w:cs="Tahoma" w:hint="cs"/>
          <w:rtl/>
        </w:rPr>
        <w:t>ی‌</w:t>
      </w:r>
      <w:r w:rsidRPr="00374623">
        <w:rPr>
          <w:rFonts w:ascii="Tahoma" w:hAnsi="Tahoma" w:cs="Tahoma" w:hint="eastAsia"/>
          <w:rtl/>
        </w:rPr>
        <w:t>تواند</w:t>
      </w:r>
      <w:r w:rsidRPr="00374623">
        <w:rPr>
          <w:rFonts w:ascii="Tahoma" w:hAnsi="Tahoma" w:cs="Tahoma"/>
          <w:rtl/>
        </w:rPr>
        <w:t xml:space="preserve"> د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ن</w:t>
      </w:r>
      <w:r w:rsidRPr="00374623">
        <w:rPr>
          <w:rFonts w:ascii="Tahoma" w:hAnsi="Tahoma" w:cs="Tahoma"/>
          <w:rtl/>
        </w:rPr>
        <w:t xml:space="preserve"> را از ادعا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شراکت 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ا</w:t>
      </w:r>
      <w:r w:rsidRPr="00374623">
        <w:rPr>
          <w:rFonts w:ascii="Tahoma" w:hAnsi="Tahoma" w:cs="Tahoma"/>
          <w:rtl/>
        </w:rPr>
        <w:t xml:space="preserve"> برتر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/>
          <w:rtl/>
        </w:rPr>
        <w:t xml:space="preserve"> بر حاک</w:t>
      </w:r>
      <w:r w:rsidRPr="00374623">
        <w:rPr>
          <w:rFonts w:ascii="Tahoma" w:hAnsi="Tahoma" w:cs="Tahoma" w:hint="eastAsia"/>
          <w:rtl/>
        </w:rPr>
        <w:t>م</w:t>
      </w:r>
      <w:r w:rsidRPr="00374623">
        <w:rPr>
          <w:rFonts w:ascii="Tahoma" w:hAnsi="Tahoma" w:cs="Tahoma" w:hint="cs"/>
          <w:rtl/>
        </w:rPr>
        <w:t>ی</w:t>
      </w:r>
      <w:r w:rsidRPr="00374623">
        <w:rPr>
          <w:rFonts w:ascii="Tahoma" w:hAnsi="Tahoma" w:cs="Tahoma" w:hint="eastAsia"/>
          <w:rtl/>
        </w:rPr>
        <w:t>ت</w:t>
      </w:r>
      <w:r w:rsidRPr="00374623">
        <w:rPr>
          <w:rFonts w:ascii="Tahoma" w:hAnsi="Tahoma" w:cs="Tahoma"/>
          <w:rtl/>
        </w:rPr>
        <w:t xml:space="preserve"> بازدارد؟</w:t>
      </w:r>
    </w:p>
    <w:p w:rsidR="00374623" w:rsidRPr="00374623" w:rsidRDefault="00374623" w:rsidP="00374623">
      <w:pPr>
        <w:bidi/>
        <w:spacing w:before="200" w:after="0" w:line="360" w:lineRule="auto"/>
        <w:jc w:val="center"/>
        <w:rPr>
          <w:rFonts w:ascii="Tahoma" w:hAnsi="Tahoma" w:cs="Tahoma"/>
        </w:rPr>
      </w:pPr>
      <w:r w:rsidRPr="00374623">
        <w:rPr>
          <w:rFonts w:ascii="Tahoma" w:hAnsi="Tahoma" w:cs="Tahoma" w:hint="eastAsia"/>
          <w:i/>
          <w:rtl/>
        </w:rPr>
        <w:t>پا</w:t>
      </w:r>
      <w:r w:rsidRPr="00374623">
        <w:rPr>
          <w:rFonts w:ascii="Tahoma" w:hAnsi="Tahoma" w:cs="Tahoma" w:hint="cs"/>
          <w:i/>
          <w:rtl/>
        </w:rPr>
        <w:t>ی</w:t>
      </w:r>
      <w:r w:rsidRPr="00374623">
        <w:rPr>
          <w:rFonts w:ascii="Tahoma" w:hAnsi="Tahoma" w:cs="Tahoma" w:hint="eastAsia"/>
          <w:i/>
          <w:rtl/>
        </w:rPr>
        <w:t>ان</w:t>
      </w:r>
      <w:r w:rsidRPr="00374623">
        <w:rPr>
          <w:rFonts w:ascii="Tahoma" w:hAnsi="Tahoma" w:cs="Tahoma"/>
          <w:i/>
          <w:rtl/>
        </w:rPr>
        <w:t xml:space="preserve"> فصل چهاردهم و پا</w:t>
      </w:r>
      <w:r w:rsidRPr="00374623">
        <w:rPr>
          <w:rFonts w:ascii="Tahoma" w:hAnsi="Tahoma" w:cs="Tahoma" w:hint="cs"/>
          <w:i/>
          <w:rtl/>
        </w:rPr>
        <w:t>ی</w:t>
      </w:r>
      <w:r w:rsidRPr="00374623">
        <w:rPr>
          <w:rFonts w:ascii="Tahoma" w:hAnsi="Tahoma" w:cs="Tahoma" w:hint="eastAsia"/>
          <w:i/>
          <w:rtl/>
        </w:rPr>
        <w:t>ان</w:t>
      </w:r>
      <w:r w:rsidRPr="00374623">
        <w:rPr>
          <w:rFonts w:ascii="Tahoma" w:hAnsi="Tahoma" w:cs="Tahoma"/>
          <w:i/>
          <w:rtl/>
        </w:rPr>
        <w:t xml:space="preserve"> کتاب «مغولان در ا</w:t>
      </w:r>
      <w:r w:rsidRPr="00374623">
        <w:rPr>
          <w:rFonts w:ascii="Tahoma" w:hAnsi="Tahoma" w:cs="Tahoma" w:hint="cs"/>
          <w:i/>
          <w:rtl/>
        </w:rPr>
        <w:t>ی</w:t>
      </w:r>
      <w:r w:rsidRPr="00374623">
        <w:rPr>
          <w:rFonts w:ascii="Tahoma" w:hAnsi="Tahoma" w:cs="Tahoma" w:hint="eastAsia"/>
          <w:i/>
          <w:rtl/>
        </w:rPr>
        <w:t>ران»</w:t>
      </w:r>
    </w:p>
    <w:sectPr w:rsidR="00374623" w:rsidRPr="00374623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28B" w:rsidRDefault="006C728B" w:rsidP="00234252">
      <w:pPr>
        <w:spacing w:after="0" w:line="240" w:lineRule="auto"/>
      </w:pPr>
      <w:r>
        <w:separator/>
      </w:r>
    </w:p>
  </w:endnote>
  <w:endnote w:type="continuationSeparator" w:id="0">
    <w:p w:rsidR="006C728B" w:rsidRDefault="006C728B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689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069B" w:rsidRDefault="00B906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2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591C" w:rsidRDefault="008059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28B" w:rsidRDefault="006C728B" w:rsidP="00234252">
      <w:pPr>
        <w:spacing w:after="0" w:line="240" w:lineRule="auto"/>
      </w:pPr>
      <w:r>
        <w:separator/>
      </w:r>
    </w:p>
  </w:footnote>
  <w:footnote w:type="continuationSeparator" w:id="0">
    <w:p w:rsidR="006C728B" w:rsidRDefault="006C728B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C660E2"/>
    <w:multiLevelType w:val="multilevel"/>
    <w:tmpl w:val="107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8"/>
  </w:num>
  <w:num w:numId="3">
    <w:abstractNumId w:val="14"/>
  </w:num>
  <w:num w:numId="4">
    <w:abstractNumId w:val="11"/>
  </w:num>
  <w:num w:numId="5">
    <w:abstractNumId w:val="13"/>
  </w:num>
  <w:num w:numId="6">
    <w:abstractNumId w:val="16"/>
  </w:num>
  <w:num w:numId="7">
    <w:abstractNumId w:val="10"/>
  </w:num>
  <w:num w:numId="8">
    <w:abstractNumId w:val="15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9742E"/>
    <w:rsid w:val="000E6AC0"/>
    <w:rsid w:val="000F2736"/>
    <w:rsid w:val="000F3A96"/>
    <w:rsid w:val="00104586"/>
    <w:rsid w:val="0010463A"/>
    <w:rsid w:val="00122B9B"/>
    <w:rsid w:val="00126998"/>
    <w:rsid w:val="001645D1"/>
    <w:rsid w:val="00183428"/>
    <w:rsid w:val="00192B6E"/>
    <w:rsid w:val="001E23D2"/>
    <w:rsid w:val="00227EEC"/>
    <w:rsid w:val="00234252"/>
    <w:rsid w:val="00252ADB"/>
    <w:rsid w:val="00263097"/>
    <w:rsid w:val="00264D7B"/>
    <w:rsid w:val="00266CAE"/>
    <w:rsid w:val="00267DDA"/>
    <w:rsid w:val="002A608C"/>
    <w:rsid w:val="002D00B4"/>
    <w:rsid w:val="002E0611"/>
    <w:rsid w:val="002F7685"/>
    <w:rsid w:val="003134F9"/>
    <w:rsid w:val="0032040C"/>
    <w:rsid w:val="0034600D"/>
    <w:rsid w:val="00374623"/>
    <w:rsid w:val="00381F37"/>
    <w:rsid w:val="0038630C"/>
    <w:rsid w:val="00390A84"/>
    <w:rsid w:val="00392B22"/>
    <w:rsid w:val="003D0FB8"/>
    <w:rsid w:val="003E124E"/>
    <w:rsid w:val="003E646E"/>
    <w:rsid w:val="00411085"/>
    <w:rsid w:val="00412A18"/>
    <w:rsid w:val="00425A37"/>
    <w:rsid w:val="00462AFB"/>
    <w:rsid w:val="00493501"/>
    <w:rsid w:val="00493843"/>
    <w:rsid w:val="00494964"/>
    <w:rsid w:val="00496747"/>
    <w:rsid w:val="004B129B"/>
    <w:rsid w:val="004B640C"/>
    <w:rsid w:val="004C405E"/>
    <w:rsid w:val="004C70E8"/>
    <w:rsid w:val="004D736E"/>
    <w:rsid w:val="004E2C5E"/>
    <w:rsid w:val="004E4848"/>
    <w:rsid w:val="004E77D4"/>
    <w:rsid w:val="004F1617"/>
    <w:rsid w:val="004F6B0C"/>
    <w:rsid w:val="005054F0"/>
    <w:rsid w:val="005063DF"/>
    <w:rsid w:val="00535490"/>
    <w:rsid w:val="00573762"/>
    <w:rsid w:val="00591D85"/>
    <w:rsid w:val="00593A00"/>
    <w:rsid w:val="005A42B8"/>
    <w:rsid w:val="005E0C7F"/>
    <w:rsid w:val="005F775A"/>
    <w:rsid w:val="006179EA"/>
    <w:rsid w:val="0064050D"/>
    <w:rsid w:val="00654494"/>
    <w:rsid w:val="006C728B"/>
    <w:rsid w:val="006D340F"/>
    <w:rsid w:val="006E21CA"/>
    <w:rsid w:val="006E56B6"/>
    <w:rsid w:val="006E609F"/>
    <w:rsid w:val="006F2E4A"/>
    <w:rsid w:val="00724502"/>
    <w:rsid w:val="007246B0"/>
    <w:rsid w:val="00747E05"/>
    <w:rsid w:val="007532CC"/>
    <w:rsid w:val="007579CE"/>
    <w:rsid w:val="007A0C62"/>
    <w:rsid w:val="007B604F"/>
    <w:rsid w:val="007E6E9C"/>
    <w:rsid w:val="00800283"/>
    <w:rsid w:val="0080591C"/>
    <w:rsid w:val="00837739"/>
    <w:rsid w:val="00850C04"/>
    <w:rsid w:val="00852F48"/>
    <w:rsid w:val="00865426"/>
    <w:rsid w:val="008F19C0"/>
    <w:rsid w:val="00936CA4"/>
    <w:rsid w:val="0097135E"/>
    <w:rsid w:val="0098446D"/>
    <w:rsid w:val="009A74F9"/>
    <w:rsid w:val="009B7EE7"/>
    <w:rsid w:val="009D1EE9"/>
    <w:rsid w:val="00A00B8A"/>
    <w:rsid w:val="00A10D80"/>
    <w:rsid w:val="00A441B4"/>
    <w:rsid w:val="00A500F7"/>
    <w:rsid w:val="00A763A1"/>
    <w:rsid w:val="00A76F10"/>
    <w:rsid w:val="00A85508"/>
    <w:rsid w:val="00A96327"/>
    <w:rsid w:val="00AA70E7"/>
    <w:rsid w:val="00AD05BE"/>
    <w:rsid w:val="00B33786"/>
    <w:rsid w:val="00B76206"/>
    <w:rsid w:val="00B9069B"/>
    <w:rsid w:val="00C07526"/>
    <w:rsid w:val="00C17B3A"/>
    <w:rsid w:val="00C72436"/>
    <w:rsid w:val="00C7776A"/>
    <w:rsid w:val="00CB088F"/>
    <w:rsid w:val="00CC75F9"/>
    <w:rsid w:val="00CE4BA8"/>
    <w:rsid w:val="00D35A80"/>
    <w:rsid w:val="00D804E6"/>
    <w:rsid w:val="00D9353D"/>
    <w:rsid w:val="00E5380D"/>
    <w:rsid w:val="00E629EA"/>
    <w:rsid w:val="00E662AA"/>
    <w:rsid w:val="00E96242"/>
    <w:rsid w:val="00EC2630"/>
    <w:rsid w:val="00ED25BB"/>
    <w:rsid w:val="00EF1C4B"/>
    <w:rsid w:val="00EF2CFD"/>
    <w:rsid w:val="00F12A32"/>
    <w:rsid w:val="00F5092B"/>
    <w:rsid w:val="00F75B1F"/>
    <w:rsid w:val="00FB4553"/>
    <w:rsid w:val="00FE0E57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69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69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69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6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B9069B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B906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06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69B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06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B9069B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9069B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B9069B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B9069B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B9069B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9069B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B9069B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B9069B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B9069B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B9069B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B9069B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B9069B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B9069B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B9069B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B9069B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B9069B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B9069B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B9069B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B9069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B9069B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B9069B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9069B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069B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69B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69B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B9069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9069B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9069B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9069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9069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069B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B9069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9069B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9069B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9069B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9069B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9069B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9069B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9069B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69B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69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69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69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6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B9069B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B906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06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69B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06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B9069B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9069B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B9069B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B9069B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B9069B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9069B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B9069B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B9069B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B9069B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B9069B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B9069B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B9069B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B9069B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B9069B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B9069B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B9069B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B9069B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B9069B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B9069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B9069B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B9069B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9069B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069B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69B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69B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B9069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9069B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9069B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9069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9069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069B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B9069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9069B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9069B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9069B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9069B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9069B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9069B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9069B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906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9069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9069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9069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5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7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86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3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1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8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7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17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90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38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A6E4F-8ED1-4372-96DC-4D5E7060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179</Pages>
  <Words>67057</Words>
  <Characters>382230</Characters>
  <Application>Microsoft Office Word</Application>
  <DocSecurity>0</DocSecurity>
  <Lines>3185</Lines>
  <Paragraphs>896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14</cp:revision>
  <dcterms:created xsi:type="dcterms:W3CDTF">2026-07-31T19:29:00Z</dcterms:created>
  <dcterms:modified xsi:type="dcterms:W3CDTF">2026-08-10T20:17:00Z</dcterms:modified>
</cp:coreProperties>
</file>