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F03" w:rsidRDefault="00987F03" w:rsidP="00987F03">
      <w:pPr>
        <w:bidi/>
        <w:jc w:val="center"/>
        <w:rPr>
          <w:rFonts w:asciiTheme="majorBidi" w:hAnsiTheme="majorBidi" w:cstheme="majorBidi"/>
          <w:b/>
          <w:bCs/>
          <w:sz w:val="36"/>
          <w:szCs w:val="36"/>
        </w:rPr>
      </w:pPr>
    </w:p>
    <w:p w:rsidR="009F3B78" w:rsidRPr="00987F03" w:rsidRDefault="00987F03" w:rsidP="00987F03">
      <w:pPr>
        <w:bidi/>
        <w:jc w:val="center"/>
        <w:rPr>
          <w:rFonts w:asciiTheme="majorBidi" w:hAnsiTheme="majorBidi" w:cstheme="majorBidi"/>
        </w:rPr>
      </w:pPr>
      <w:r w:rsidRPr="00987F03">
        <w:rPr>
          <w:rFonts w:asciiTheme="majorBidi" w:hAnsiTheme="majorBidi" w:cstheme="majorBidi"/>
          <w:b/>
          <w:bCs/>
          <w:sz w:val="36"/>
          <w:szCs w:val="36"/>
          <w:rtl/>
        </w:rPr>
        <w:t>کشورداری</w:t>
      </w:r>
      <w:r w:rsidRPr="00987F03">
        <w:rPr>
          <w:rFonts w:asciiTheme="majorBidi" w:hAnsiTheme="majorBidi" w:cstheme="majorBidi"/>
          <w:b/>
          <w:sz w:val="36"/>
        </w:rPr>
        <w:t xml:space="preserve"> </w:t>
      </w:r>
      <w:r w:rsidRPr="00987F03">
        <w:rPr>
          <w:rFonts w:asciiTheme="majorBidi" w:hAnsiTheme="majorBidi" w:cstheme="majorBidi"/>
          <w:b/>
          <w:bCs/>
          <w:sz w:val="36"/>
          <w:szCs w:val="36"/>
          <w:rtl/>
        </w:rPr>
        <w:t>ایرانی</w:t>
      </w:r>
      <w:r w:rsidRPr="00987F03">
        <w:rPr>
          <w:rFonts w:asciiTheme="majorBidi" w:hAnsiTheme="majorBidi" w:cstheme="majorBidi"/>
          <w:b/>
          <w:sz w:val="36"/>
        </w:rPr>
        <w:t xml:space="preserve"> </w:t>
      </w:r>
    </w:p>
    <w:p w:rsidR="009F3B78" w:rsidRDefault="009F3B78" w:rsidP="00987F03">
      <w:pPr>
        <w:rPr>
          <w:rFonts w:asciiTheme="majorBidi" w:hAnsiTheme="majorBidi" w:cstheme="majorBidi" w:hint="cs"/>
          <w:rtl/>
        </w:rPr>
      </w:pPr>
    </w:p>
    <w:p w:rsidR="00987F03" w:rsidRPr="00987F03" w:rsidRDefault="00987F03" w:rsidP="00987F03">
      <w:pPr>
        <w:rPr>
          <w:rFonts w:asciiTheme="majorBidi" w:hAnsiTheme="majorBidi" w:cstheme="majorBidi"/>
        </w:rPr>
      </w:pPr>
    </w:p>
    <w:p w:rsidR="00987F03" w:rsidRDefault="00987F03" w:rsidP="00987F03">
      <w:pPr>
        <w:bidi/>
        <w:jc w:val="center"/>
        <w:rPr>
          <w:rFonts w:asciiTheme="majorBidi" w:hAnsiTheme="majorBidi" w:cstheme="majorBidi" w:hint="cs"/>
          <w:b/>
          <w:bCs/>
          <w:sz w:val="36"/>
          <w:szCs w:val="36"/>
          <w:rtl/>
          <w:lang w:bidi="fa-IR"/>
        </w:rPr>
      </w:pPr>
      <w:r>
        <w:rPr>
          <w:rFonts w:asciiTheme="majorBidi" w:hAnsiTheme="majorBidi" w:cstheme="majorBidi" w:hint="cs"/>
          <w:b/>
          <w:bCs/>
          <w:sz w:val="36"/>
          <w:szCs w:val="36"/>
          <w:rtl/>
          <w:lang w:bidi="fa-IR"/>
        </w:rPr>
        <w:t>جلد هفتم</w:t>
      </w:r>
    </w:p>
    <w:p w:rsidR="009F3B78" w:rsidRPr="00987F03" w:rsidRDefault="00987F03" w:rsidP="00987F03">
      <w:pPr>
        <w:bidi/>
        <w:jc w:val="center"/>
        <w:rPr>
          <w:rFonts w:asciiTheme="majorBidi" w:hAnsiTheme="majorBidi" w:cstheme="majorBidi"/>
        </w:rPr>
      </w:pPr>
      <w:r w:rsidRPr="00987F03">
        <w:rPr>
          <w:rFonts w:asciiTheme="majorBidi" w:hAnsiTheme="majorBidi" w:cstheme="majorBidi"/>
          <w:b/>
          <w:bCs/>
          <w:sz w:val="36"/>
          <w:szCs w:val="36"/>
          <w:rtl/>
        </w:rPr>
        <w:t>نومسلمانان</w:t>
      </w:r>
      <w:r w:rsidRPr="00987F03">
        <w:rPr>
          <w:rFonts w:asciiTheme="majorBidi" w:hAnsiTheme="majorBidi" w:cstheme="majorBidi"/>
          <w:b/>
          <w:sz w:val="36"/>
        </w:rPr>
        <w:t xml:space="preserve"> </w:t>
      </w:r>
      <w:r w:rsidRPr="00987F03">
        <w:rPr>
          <w:rFonts w:asciiTheme="majorBidi" w:hAnsiTheme="majorBidi" w:cstheme="majorBidi"/>
          <w:b/>
          <w:bCs/>
          <w:sz w:val="36"/>
          <w:szCs w:val="36"/>
          <w:rtl/>
        </w:rPr>
        <w:t>در</w:t>
      </w:r>
      <w:r w:rsidRPr="00987F03">
        <w:rPr>
          <w:rFonts w:asciiTheme="majorBidi" w:hAnsiTheme="majorBidi" w:cstheme="majorBidi"/>
          <w:b/>
          <w:sz w:val="36"/>
        </w:rPr>
        <w:t xml:space="preserve"> </w:t>
      </w:r>
      <w:r w:rsidRPr="00987F03">
        <w:rPr>
          <w:rFonts w:asciiTheme="majorBidi" w:hAnsiTheme="majorBidi" w:cstheme="majorBidi"/>
          <w:b/>
          <w:bCs/>
          <w:sz w:val="36"/>
          <w:szCs w:val="36"/>
          <w:rtl/>
        </w:rPr>
        <w:t>ایران</w:t>
      </w:r>
    </w:p>
    <w:p w:rsidR="009F3B78" w:rsidRDefault="009F3B78" w:rsidP="00987F03">
      <w:pPr>
        <w:rPr>
          <w:rFonts w:asciiTheme="majorBidi" w:hAnsiTheme="majorBidi" w:cstheme="majorBidi" w:hint="cs"/>
          <w:rtl/>
        </w:rPr>
      </w:pPr>
    </w:p>
    <w:p w:rsidR="00987F03" w:rsidRDefault="00987F03" w:rsidP="00987F03">
      <w:pPr>
        <w:rPr>
          <w:rFonts w:asciiTheme="majorBidi" w:hAnsiTheme="majorBidi" w:cstheme="majorBidi" w:hint="cs"/>
          <w:rtl/>
        </w:rPr>
      </w:pPr>
    </w:p>
    <w:p w:rsidR="00987F03" w:rsidRPr="00987F03" w:rsidRDefault="00987F03" w:rsidP="00987F03">
      <w:pPr>
        <w:rPr>
          <w:rFonts w:asciiTheme="majorBidi" w:hAnsiTheme="majorBidi" w:cstheme="majorBidi"/>
        </w:rPr>
      </w:pPr>
    </w:p>
    <w:p w:rsidR="009F3B78" w:rsidRDefault="00987F03" w:rsidP="00987F03">
      <w:pPr>
        <w:bidi/>
        <w:jc w:val="center"/>
        <w:rPr>
          <w:rFonts w:asciiTheme="majorBidi" w:hAnsiTheme="majorBidi" w:cstheme="majorBidi" w:hint="cs"/>
          <w:b/>
          <w:bCs/>
          <w:sz w:val="36"/>
          <w:szCs w:val="36"/>
          <w:rtl/>
        </w:rPr>
      </w:pPr>
      <w:r w:rsidRPr="00987F03">
        <w:rPr>
          <w:rFonts w:asciiTheme="majorBidi" w:hAnsiTheme="majorBidi" w:cstheme="majorBidi"/>
          <w:b/>
          <w:bCs/>
          <w:sz w:val="36"/>
          <w:szCs w:val="36"/>
          <w:rtl/>
        </w:rPr>
        <w:t>اسماعیل</w:t>
      </w:r>
      <w:r w:rsidRPr="00987F03">
        <w:rPr>
          <w:rFonts w:asciiTheme="majorBidi" w:hAnsiTheme="majorBidi" w:cstheme="majorBidi"/>
          <w:b/>
          <w:sz w:val="36"/>
        </w:rPr>
        <w:t xml:space="preserve"> </w:t>
      </w:r>
      <w:r w:rsidRPr="00987F03">
        <w:rPr>
          <w:rFonts w:asciiTheme="majorBidi" w:hAnsiTheme="majorBidi" w:cstheme="majorBidi"/>
          <w:b/>
          <w:bCs/>
          <w:sz w:val="36"/>
          <w:szCs w:val="36"/>
          <w:rtl/>
        </w:rPr>
        <w:t>نوری</w:t>
      </w:r>
      <w:r w:rsidRPr="00987F03">
        <w:rPr>
          <w:rFonts w:asciiTheme="majorBidi" w:hAnsiTheme="majorBidi" w:cstheme="majorBidi"/>
          <w:b/>
          <w:sz w:val="36"/>
        </w:rPr>
        <w:t xml:space="preserve"> </w:t>
      </w:r>
      <w:r w:rsidRPr="00987F03">
        <w:rPr>
          <w:rFonts w:asciiTheme="majorBidi" w:hAnsiTheme="majorBidi" w:cstheme="majorBidi"/>
          <w:b/>
          <w:bCs/>
          <w:sz w:val="36"/>
          <w:szCs w:val="36"/>
          <w:rtl/>
        </w:rPr>
        <w:t>علا</w:t>
      </w:r>
    </w:p>
    <w:p w:rsidR="0090486A" w:rsidRDefault="0090486A">
      <w:pPr>
        <w:spacing w:after="200" w:line="276" w:lineRule="auto"/>
        <w:rPr>
          <w:rFonts w:asciiTheme="majorBidi" w:hAnsiTheme="majorBidi" w:cstheme="majorBidi"/>
          <w:b/>
          <w:bCs/>
          <w:sz w:val="36"/>
          <w:szCs w:val="36"/>
          <w:rtl/>
        </w:rPr>
      </w:pPr>
      <w:r>
        <w:rPr>
          <w:rFonts w:asciiTheme="majorBidi" w:hAnsiTheme="majorBidi" w:cstheme="majorBidi"/>
          <w:b/>
          <w:bCs/>
          <w:sz w:val="36"/>
          <w:szCs w:val="36"/>
          <w:rtl/>
        </w:rPr>
        <w:br w:type="page"/>
      </w:r>
    </w:p>
    <w:p w:rsidR="0090486A" w:rsidRDefault="0090486A" w:rsidP="0090486A">
      <w:pPr>
        <w:bidi/>
        <w:jc w:val="center"/>
        <w:rPr>
          <w:rFonts w:asciiTheme="majorBidi" w:hAnsiTheme="majorBidi" w:cstheme="majorBidi" w:hint="cs"/>
          <w:b/>
          <w:bCs/>
          <w:sz w:val="36"/>
          <w:szCs w:val="36"/>
          <w:rtl/>
        </w:rPr>
      </w:pPr>
      <w:r w:rsidRPr="0090486A">
        <w:rPr>
          <w:rFonts w:asciiTheme="majorBidi" w:hAnsiTheme="majorBidi" w:cstheme="majorBidi"/>
          <w:b/>
          <w:bCs/>
          <w:sz w:val="36"/>
          <w:szCs w:val="36"/>
          <w:rtl/>
        </w:rPr>
        <w:lastRenderedPageBreak/>
        <w:t>فهرست مطالب</w:t>
      </w:r>
    </w:p>
    <w:p w:rsidR="0090486A" w:rsidRDefault="00A87E92" w:rsidP="0090486A">
      <w:pPr>
        <w:bidi/>
        <w:rPr>
          <w:rFonts w:hint="cs"/>
          <w:sz w:val="22"/>
          <w:rtl/>
        </w:rPr>
      </w:pPr>
      <w:hyperlink w:anchor="Vol7Inro" w:history="1">
        <w:r w:rsidR="0090486A" w:rsidRPr="00A87E92">
          <w:rPr>
            <w:rStyle w:val="Hyperlink"/>
            <w:rFonts w:hint="cs"/>
            <w:sz w:val="22"/>
            <w:rtl/>
          </w:rPr>
          <w:t>پیشگفتار</w:t>
        </w:r>
      </w:hyperlink>
    </w:p>
    <w:p w:rsidR="0090486A" w:rsidRDefault="00157D55" w:rsidP="0090486A">
      <w:pPr>
        <w:bidi/>
        <w:rPr>
          <w:rFonts w:hint="cs"/>
          <w:sz w:val="22"/>
          <w:rtl/>
        </w:rPr>
      </w:pPr>
      <w:hyperlink w:anchor="Vol7Preface" w:history="1">
        <w:r w:rsidR="0090486A" w:rsidRPr="00157D55">
          <w:rPr>
            <w:rStyle w:val="Hyperlink"/>
            <w:rFonts w:hint="cs"/>
            <w:sz w:val="22"/>
            <w:rtl/>
          </w:rPr>
          <w:t>سرآ</w:t>
        </w:r>
        <w:r w:rsidR="0090486A" w:rsidRPr="00157D55">
          <w:rPr>
            <w:rStyle w:val="Hyperlink"/>
            <w:rFonts w:hint="cs"/>
            <w:sz w:val="22"/>
            <w:rtl/>
          </w:rPr>
          <w:t>غ</w:t>
        </w:r>
        <w:r w:rsidR="0090486A" w:rsidRPr="00157D55">
          <w:rPr>
            <w:rStyle w:val="Hyperlink"/>
            <w:rFonts w:hint="cs"/>
            <w:sz w:val="22"/>
            <w:rtl/>
          </w:rPr>
          <w:t>از</w:t>
        </w:r>
      </w:hyperlink>
    </w:p>
    <w:p w:rsidR="0090486A" w:rsidRDefault="00157D55" w:rsidP="0090486A">
      <w:pPr>
        <w:bidi/>
        <w:rPr>
          <w:rFonts w:hint="cs"/>
          <w:sz w:val="22"/>
          <w:rtl/>
        </w:rPr>
      </w:pPr>
      <w:hyperlink w:anchor="Vol7Chapter01" w:history="1">
        <w:r w:rsidR="0090486A" w:rsidRPr="00157D55">
          <w:rPr>
            <w:rStyle w:val="Hyperlink"/>
            <w:rFonts w:hint="cs"/>
            <w:sz w:val="22"/>
            <w:rtl/>
          </w:rPr>
          <w:t>فصل نخ</w:t>
        </w:r>
        <w:r w:rsidR="0090486A" w:rsidRPr="00157D55">
          <w:rPr>
            <w:rStyle w:val="Hyperlink"/>
            <w:rFonts w:hint="cs"/>
            <w:sz w:val="22"/>
            <w:rtl/>
          </w:rPr>
          <w:t>س</w:t>
        </w:r>
        <w:r w:rsidR="0090486A" w:rsidRPr="00157D55">
          <w:rPr>
            <w:rStyle w:val="Hyperlink"/>
            <w:rFonts w:hint="cs"/>
            <w:sz w:val="22"/>
            <w:rtl/>
          </w:rPr>
          <w:t>ت:</w:t>
        </w:r>
      </w:hyperlink>
      <w:r w:rsidRPr="00157D55">
        <w:rPr>
          <w:rtl/>
        </w:rPr>
        <w:t xml:space="preserve"> </w:t>
      </w:r>
      <w:r w:rsidRPr="00157D55">
        <w:rPr>
          <w:sz w:val="22"/>
          <w:rtl/>
        </w:rPr>
        <w:t>کشور ب</w:t>
      </w:r>
      <w:r w:rsidRPr="00157D55">
        <w:rPr>
          <w:rFonts w:hint="cs"/>
          <w:sz w:val="22"/>
          <w:rtl/>
        </w:rPr>
        <w:t>ی</w:t>
      </w:r>
      <w:r>
        <w:rPr>
          <w:sz w:val="22"/>
        </w:rPr>
        <w:t xml:space="preserve"> </w:t>
      </w:r>
      <w:r w:rsidRPr="00157D55">
        <w:rPr>
          <w:rFonts w:hint="cs"/>
          <w:sz w:val="22"/>
          <w:rtl/>
        </w:rPr>
        <w:t>پادشاه</w:t>
      </w:r>
    </w:p>
    <w:p w:rsidR="0090486A" w:rsidRDefault="00157D55" w:rsidP="0090486A">
      <w:pPr>
        <w:bidi/>
        <w:rPr>
          <w:sz w:val="22"/>
        </w:rPr>
      </w:pPr>
      <w:hyperlink w:anchor="Vol7Chapter02" w:history="1">
        <w:r w:rsidR="0090486A" w:rsidRPr="00157D55">
          <w:rPr>
            <w:rStyle w:val="Hyperlink"/>
            <w:rFonts w:hint="cs"/>
            <w:sz w:val="22"/>
            <w:rtl/>
          </w:rPr>
          <w:t>فصل ذ</w:t>
        </w:r>
        <w:r w:rsidR="0090486A" w:rsidRPr="00157D55">
          <w:rPr>
            <w:rStyle w:val="Hyperlink"/>
            <w:rFonts w:hint="cs"/>
            <w:sz w:val="22"/>
            <w:rtl/>
          </w:rPr>
          <w:t>و</w:t>
        </w:r>
        <w:r w:rsidR="0090486A" w:rsidRPr="00157D55">
          <w:rPr>
            <w:rStyle w:val="Hyperlink"/>
            <w:rFonts w:hint="cs"/>
            <w:sz w:val="22"/>
            <w:rtl/>
          </w:rPr>
          <w:t>م:</w:t>
        </w:r>
      </w:hyperlink>
      <w:r w:rsidR="0090486A">
        <w:rPr>
          <w:rFonts w:hint="cs"/>
          <w:sz w:val="22"/>
          <w:rtl/>
        </w:rPr>
        <w:t xml:space="preserve"> </w:t>
      </w:r>
      <w:r w:rsidRPr="00157D55">
        <w:rPr>
          <w:sz w:val="22"/>
          <w:rtl/>
        </w:rPr>
        <w:t>از مدائن تا نهاوند؛ فتح قشون</w:t>
      </w:r>
      <w:r w:rsidRPr="00157D55">
        <w:rPr>
          <w:rFonts w:hint="cs"/>
          <w:sz w:val="22"/>
          <w:rtl/>
        </w:rPr>
        <w:t>ی</w:t>
      </w:r>
      <w:r w:rsidRPr="00157D55">
        <w:rPr>
          <w:sz w:val="22"/>
          <w:rtl/>
        </w:rPr>
        <w:t xml:space="preserve"> و مسئلهٔ ادارهٔ کشور</w:t>
      </w:r>
    </w:p>
    <w:p w:rsidR="00157D55" w:rsidRPr="00157D55" w:rsidRDefault="00157D55" w:rsidP="00157D55">
      <w:pPr>
        <w:bidi/>
        <w:rPr>
          <w:rFonts w:hint="cs"/>
          <w:rtl/>
          <w:lang w:bidi="fa-IR"/>
        </w:rPr>
      </w:pPr>
      <w:hyperlink w:anchor="Vol7Chapter03" w:history="1">
        <w:r w:rsidRPr="00157D55">
          <w:rPr>
            <w:rStyle w:val="Hyperlink"/>
            <w:rFonts w:hint="cs"/>
            <w:sz w:val="22"/>
            <w:rtl/>
            <w:lang w:bidi="fa-IR"/>
          </w:rPr>
          <w:t>فصل س</w:t>
        </w:r>
        <w:r w:rsidRPr="00157D55">
          <w:rPr>
            <w:rStyle w:val="Hyperlink"/>
            <w:rFonts w:hint="cs"/>
            <w:sz w:val="22"/>
            <w:rtl/>
            <w:lang w:bidi="fa-IR"/>
          </w:rPr>
          <w:t>و</w:t>
        </w:r>
        <w:r w:rsidRPr="00157D55">
          <w:rPr>
            <w:rStyle w:val="Hyperlink"/>
            <w:rFonts w:hint="cs"/>
            <w:sz w:val="22"/>
            <w:rtl/>
            <w:lang w:bidi="fa-IR"/>
          </w:rPr>
          <w:t>م:</w:t>
        </w:r>
      </w:hyperlink>
      <w:r>
        <w:rPr>
          <w:rFonts w:hint="cs"/>
          <w:sz w:val="22"/>
          <w:rtl/>
          <w:lang w:bidi="fa-IR"/>
        </w:rPr>
        <w:t xml:space="preserve"> </w:t>
      </w:r>
      <w:r>
        <w:rPr>
          <w:rFonts w:eastAsia="Tahoma"/>
          <w:b/>
          <w:sz w:val="32"/>
          <w:rtl/>
        </w:rPr>
        <w:t>فاتح، ذمی و موالی؛ پیدایش جامعه‌ای نابرابر</w:t>
      </w:r>
    </w:p>
    <w:p w:rsidR="00157D55" w:rsidRPr="0027311C" w:rsidRDefault="0027311C" w:rsidP="0027311C">
      <w:pPr>
        <w:bidi/>
        <w:rPr>
          <w:rFonts w:hint="cs"/>
          <w:rtl/>
          <w:lang w:bidi="fa-IR"/>
        </w:rPr>
      </w:pPr>
      <w:hyperlink w:anchor="Vol7Chapter04" w:history="1">
        <w:r w:rsidRPr="0027311C">
          <w:rPr>
            <w:rStyle w:val="Hyperlink"/>
            <w:rFonts w:hint="cs"/>
            <w:sz w:val="22"/>
            <w:rtl/>
            <w:lang w:bidi="fa-IR"/>
          </w:rPr>
          <w:t>ف</w:t>
        </w:r>
        <w:r w:rsidR="00157D55" w:rsidRPr="0027311C">
          <w:rPr>
            <w:rStyle w:val="Hyperlink"/>
            <w:rFonts w:hint="cs"/>
            <w:sz w:val="22"/>
            <w:rtl/>
            <w:lang w:bidi="fa-IR"/>
          </w:rPr>
          <w:t>صل چها</w:t>
        </w:r>
        <w:r w:rsidR="00157D55" w:rsidRPr="0027311C">
          <w:rPr>
            <w:rStyle w:val="Hyperlink"/>
            <w:rFonts w:hint="cs"/>
            <w:sz w:val="22"/>
            <w:rtl/>
            <w:lang w:bidi="fa-IR"/>
          </w:rPr>
          <w:t>ر</w:t>
        </w:r>
        <w:r w:rsidR="00157D55" w:rsidRPr="0027311C">
          <w:rPr>
            <w:rStyle w:val="Hyperlink"/>
            <w:rFonts w:hint="cs"/>
            <w:sz w:val="22"/>
            <w:rtl/>
            <w:lang w:bidi="fa-IR"/>
          </w:rPr>
          <w:t>م:</w:t>
        </w:r>
      </w:hyperlink>
      <w:r w:rsidR="00157D55">
        <w:rPr>
          <w:rFonts w:hint="cs"/>
          <w:sz w:val="22"/>
          <w:rtl/>
          <w:lang w:bidi="fa-IR"/>
        </w:rPr>
        <w:t xml:space="preserve"> </w:t>
      </w:r>
      <w:r>
        <w:rPr>
          <w:rFonts w:eastAsia="Tahoma"/>
          <w:b/>
          <w:sz w:val="32"/>
          <w:rtl/>
        </w:rPr>
        <w:t>خراج و جزیه؛ هنگامی که مسلمان‌شدن درآمد حکومت را کاهش داد</w:t>
      </w:r>
    </w:p>
    <w:p w:rsidR="00157D55" w:rsidRDefault="00DE2611" w:rsidP="00DE2611">
      <w:pPr>
        <w:bidi/>
        <w:rPr>
          <w:rFonts w:eastAsia="Tahoma" w:hint="cs"/>
          <w:b/>
          <w:sz w:val="32"/>
          <w:rtl/>
        </w:rPr>
      </w:pPr>
      <w:hyperlink w:anchor="Vol7Chapter05" w:history="1">
        <w:r w:rsidR="00157D55" w:rsidRPr="00DE2611">
          <w:rPr>
            <w:rStyle w:val="Hyperlink"/>
            <w:rFonts w:hint="cs"/>
            <w:sz w:val="22"/>
            <w:rtl/>
            <w:lang w:bidi="fa-IR"/>
          </w:rPr>
          <w:t>فصل پن</w:t>
        </w:r>
        <w:r w:rsidR="00157D55" w:rsidRPr="00DE2611">
          <w:rPr>
            <w:rStyle w:val="Hyperlink"/>
            <w:rFonts w:hint="cs"/>
            <w:sz w:val="22"/>
            <w:rtl/>
            <w:lang w:bidi="fa-IR"/>
          </w:rPr>
          <w:t>ج</w:t>
        </w:r>
        <w:r w:rsidR="00157D55" w:rsidRPr="00DE2611">
          <w:rPr>
            <w:rStyle w:val="Hyperlink"/>
            <w:rFonts w:hint="cs"/>
            <w:sz w:val="22"/>
            <w:rtl/>
            <w:lang w:bidi="fa-IR"/>
          </w:rPr>
          <w:t>م</w:t>
        </w:r>
      </w:hyperlink>
      <w:r w:rsidR="00157D55">
        <w:rPr>
          <w:rFonts w:hint="cs"/>
          <w:sz w:val="22"/>
          <w:rtl/>
          <w:lang w:bidi="fa-IR"/>
        </w:rPr>
        <w:t xml:space="preserve">: </w:t>
      </w:r>
      <w:r>
        <w:rPr>
          <w:rFonts w:eastAsia="Tahoma"/>
          <w:b/>
          <w:sz w:val="32"/>
          <w:rtl/>
        </w:rPr>
        <w:t>دیوان ساسانی در خدمت خلافت</w:t>
      </w:r>
    </w:p>
    <w:p w:rsidR="00DE2611" w:rsidRPr="00DE2611" w:rsidRDefault="00DE2611" w:rsidP="00DE2611">
      <w:pPr>
        <w:bidi/>
        <w:rPr>
          <w:rFonts w:hint="cs"/>
          <w:rtl/>
          <w:lang w:bidi="fa-IR"/>
        </w:rPr>
      </w:pPr>
      <w:hyperlink w:anchor="Vol7Chapter06" w:history="1">
        <w:r w:rsidRPr="00DE2611">
          <w:rPr>
            <w:rStyle w:val="Hyperlink"/>
            <w:rFonts w:eastAsia="Tahoma" w:hint="cs"/>
            <w:b/>
            <w:sz w:val="32"/>
            <w:rtl/>
          </w:rPr>
          <w:t>فصل شش</w:t>
        </w:r>
        <w:r w:rsidRPr="00DE2611">
          <w:rPr>
            <w:rStyle w:val="Hyperlink"/>
            <w:rFonts w:eastAsia="Tahoma" w:hint="cs"/>
            <w:b/>
            <w:sz w:val="32"/>
            <w:rtl/>
          </w:rPr>
          <w:t>م</w:t>
        </w:r>
      </w:hyperlink>
      <w:r>
        <w:rPr>
          <w:rFonts w:eastAsia="Tahoma" w:hint="cs"/>
          <w:b/>
          <w:sz w:val="32"/>
          <w:rtl/>
        </w:rPr>
        <w:t xml:space="preserve">: </w:t>
      </w:r>
      <w:r>
        <w:rPr>
          <w:rFonts w:eastAsia="Tahoma"/>
          <w:b/>
          <w:sz w:val="32"/>
          <w:rtl/>
        </w:rPr>
        <w:t>امویان و نارضایتی نومسلمانان</w:t>
      </w:r>
    </w:p>
    <w:p w:rsidR="00DE2611" w:rsidRPr="00DE2611" w:rsidRDefault="00DE2611" w:rsidP="00DE2611">
      <w:pPr>
        <w:bidi/>
        <w:rPr>
          <w:rFonts w:hint="cs"/>
          <w:rtl/>
          <w:lang w:bidi="fa-IR"/>
        </w:rPr>
      </w:pPr>
      <w:hyperlink w:anchor="Vol7Chapter07" w:history="1">
        <w:r w:rsidRPr="00DE2611">
          <w:rPr>
            <w:rStyle w:val="Hyperlink"/>
            <w:rFonts w:eastAsia="Tahoma" w:hint="cs"/>
            <w:b/>
            <w:sz w:val="32"/>
            <w:rtl/>
          </w:rPr>
          <w:t>فصل هف</w:t>
        </w:r>
        <w:r w:rsidRPr="00DE2611">
          <w:rPr>
            <w:rStyle w:val="Hyperlink"/>
            <w:rFonts w:eastAsia="Tahoma" w:hint="cs"/>
            <w:b/>
            <w:sz w:val="32"/>
            <w:rtl/>
          </w:rPr>
          <w:t>ت</w:t>
        </w:r>
        <w:r w:rsidRPr="00DE2611">
          <w:rPr>
            <w:rStyle w:val="Hyperlink"/>
            <w:rFonts w:eastAsia="Tahoma" w:hint="cs"/>
            <w:b/>
            <w:sz w:val="32"/>
            <w:rtl/>
          </w:rPr>
          <w:t>م</w:t>
        </w:r>
      </w:hyperlink>
      <w:r>
        <w:rPr>
          <w:rFonts w:eastAsia="Tahoma" w:hint="cs"/>
          <w:b/>
          <w:sz w:val="32"/>
          <w:rtl/>
        </w:rPr>
        <w:t xml:space="preserve">: </w:t>
      </w:r>
      <w:r>
        <w:rPr>
          <w:rFonts w:eastAsia="Tahoma"/>
          <w:b/>
          <w:sz w:val="32"/>
          <w:rtl/>
        </w:rPr>
        <w:t>ابومسلم و انقلاب عباسی؛ قشون ایرانی خلیفه‌ای تازه می‌سازد</w:t>
      </w:r>
    </w:p>
    <w:p w:rsidR="00DE2611" w:rsidRDefault="00DE2611" w:rsidP="00DE2611">
      <w:pPr>
        <w:bidi/>
        <w:rPr>
          <w:rFonts w:eastAsia="Tahoma" w:hint="cs"/>
          <w:b/>
          <w:sz w:val="32"/>
          <w:rtl/>
        </w:rPr>
      </w:pPr>
      <w:hyperlink w:anchor="Vol7Chapter08" w:history="1">
        <w:r w:rsidRPr="00DE2611">
          <w:rPr>
            <w:rStyle w:val="Hyperlink"/>
            <w:rFonts w:eastAsia="Tahoma" w:hint="cs"/>
            <w:b/>
            <w:sz w:val="32"/>
            <w:rtl/>
          </w:rPr>
          <w:t>فصل هشت</w:t>
        </w:r>
        <w:r w:rsidRPr="00DE2611">
          <w:rPr>
            <w:rStyle w:val="Hyperlink"/>
            <w:rFonts w:eastAsia="Tahoma" w:hint="cs"/>
            <w:b/>
            <w:sz w:val="32"/>
            <w:rtl/>
          </w:rPr>
          <w:t>م</w:t>
        </w:r>
      </w:hyperlink>
      <w:r>
        <w:rPr>
          <w:rFonts w:eastAsia="Tahoma" w:hint="cs"/>
          <w:b/>
          <w:sz w:val="32"/>
          <w:rtl/>
        </w:rPr>
        <w:t xml:space="preserve">: </w:t>
      </w:r>
      <w:r>
        <w:rPr>
          <w:rFonts w:eastAsia="Tahoma"/>
          <w:b/>
          <w:sz w:val="32"/>
          <w:rtl/>
        </w:rPr>
        <w:t>بغداد و بازگشت دیوان ایرانی</w:t>
      </w:r>
    </w:p>
    <w:p w:rsidR="00DE2611" w:rsidRPr="00DE2611" w:rsidRDefault="00DE2611" w:rsidP="00DE2611">
      <w:pPr>
        <w:bidi/>
        <w:rPr>
          <w:rFonts w:hint="cs"/>
          <w:rtl/>
          <w:lang w:bidi="fa-IR"/>
        </w:rPr>
      </w:pPr>
      <w:hyperlink w:anchor="Vol7Chapter09" w:history="1">
        <w:r w:rsidRPr="00DE2611">
          <w:rPr>
            <w:rStyle w:val="Hyperlink"/>
            <w:rFonts w:eastAsia="Tahoma" w:hint="cs"/>
            <w:b/>
            <w:sz w:val="32"/>
            <w:rtl/>
          </w:rPr>
          <w:t>فصل نه</w:t>
        </w:r>
        <w:r w:rsidRPr="00DE2611">
          <w:rPr>
            <w:rStyle w:val="Hyperlink"/>
            <w:rFonts w:eastAsia="Tahoma" w:hint="cs"/>
            <w:b/>
            <w:sz w:val="32"/>
            <w:rtl/>
          </w:rPr>
          <w:t>م</w:t>
        </w:r>
      </w:hyperlink>
      <w:r>
        <w:rPr>
          <w:rFonts w:eastAsia="Tahoma" w:hint="cs"/>
          <w:b/>
          <w:sz w:val="32"/>
          <w:rtl/>
        </w:rPr>
        <w:t xml:space="preserve">: </w:t>
      </w:r>
      <w:r>
        <w:rPr>
          <w:rFonts w:eastAsia="Tahoma"/>
          <w:b/>
          <w:sz w:val="32"/>
          <w:rtl/>
        </w:rPr>
        <w:t>خلیفه، وزیر و قشون؛ سه قدرت در یک حکومت</w:t>
      </w:r>
    </w:p>
    <w:p w:rsidR="00DE2611" w:rsidRDefault="00DE2611" w:rsidP="00DE2611">
      <w:pPr>
        <w:bidi/>
        <w:rPr>
          <w:rFonts w:eastAsia="Tahoma" w:hint="cs"/>
          <w:b/>
          <w:sz w:val="32"/>
          <w:rtl/>
        </w:rPr>
      </w:pPr>
      <w:hyperlink w:anchor="Vol7Chapter10" w:history="1">
        <w:r w:rsidRPr="00DE2611">
          <w:rPr>
            <w:rStyle w:val="Hyperlink"/>
            <w:rFonts w:eastAsia="Tahoma" w:hint="cs"/>
            <w:b/>
            <w:sz w:val="32"/>
            <w:rtl/>
          </w:rPr>
          <w:t>فصل ده</w:t>
        </w:r>
        <w:r w:rsidRPr="00DE2611">
          <w:rPr>
            <w:rStyle w:val="Hyperlink"/>
            <w:rFonts w:eastAsia="Tahoma" w:hint="cs"/>
            <w:b/>
            <w:sz w:val="32"/>
            <w:rtl/>
          </w:rPr>
          <w:t>م</w:t>
        </w:r>
      </w:hyperlink>
      <w:r>
        <w:rPr>
          <w:rFonts w:eastAsia="Tahoma" w:hint="cs"/>
          <w:b/>
          <w:sz w:val="32"/>
          <w:rtl/>
        </w:rPr>
        <w:t xml:space="preserve">: </w:t>
      </w:r>
      <w:r>
        <w:rPr>
          <w:rFonts w:eastAsia="Tahoma"/>
          <w:b/>
          <w:sz w:val="32"/>
          <w:rtl/>
        </w:rPr>
        <w:t>طاهریان، صفاریان و سامانیان؛ بازگشت حکومت‌های ایرانی</w:t>
      </w:r>
    </w:p>
    <w:p w:rsidR="00DE2611" w:rsidRPr="00DE2611" w:rsidRDefault="00DE2611" w:rsidP="00DE2611">
      <w:pPr>
        <w:bidi/>
        <w:rPr>
          <w:rFonts w:hint="cs"/>
          <w:rtl/>
          <w:lang w:bidi="fa-IR"/>
        </w:rPr>
      </w:pPr>
      <w:hyperlink w:anchor="Vol7Chapter11" w:history="1">
        <w:r w:rsidRPr="00DE2611">
          <w:rPr>
            <w:rStyle w:val="Hyperlink"/>
            <w:rFonts w:eastAsia="Tahoma" w:hint="cs"/>
            <w:b/>
            <w:sz w:val="32"/>
            <w:rtl/>
          </w:rPr>
          <w:t>فصل یازد</w:t>
        </w:r>
        <w:r w:rsidRPr="00DE2611">
          <w:rPr>
            <w:rStyle w:val="Hyperlink"/>
            <w:rFonts w:eastAsia="Tahoma" w:hint="cs"/>
            <w:b/>
            <w:sz w:val="32"/>
            <w:rtl/>
          </w:rPr>
          <w:t>ه</w:t>
        </w:r>
        <w:r w:rsidRPr="00DE2611">
          <w:rPr>
            <w:rStyle w:val="Hyperlink"/>
            <w:rFonts w:eastAsia="Tahoma" w:hint="cs"/>
            <w:b/>
            <w:sz w:val="32"/>
            <w:rtl/>
          </w:rPr>
          <w:t>م</w:t>
        </w:r>
      </w:hyperlink>
      <w:r>
        <w:rPr>
          <w:rFonts w:eastAsia="Tahoma" w:hint="cs"/>
          <w:b/>
          <w:sz w:val="32"/>
          <w:rtl/>
        </w:rPr>
        <w:t xml:space="preserve">: </w:t>
      </w:r>
      <w:r>
        <w:rPr>
          <w:rFonts w:eastAsia="Tahoma"/>
          <w:b/>
          <w:sz w:val="32"/>
          <w:rtl/>
        </w:rPr>
        <w:t>زبان فارسی و بازسازی حافظهٔ کشور</w:t>
      </w:r>
    </w:p>
    <w:p w:rsidR="00077506" w:rsidRDefault="00077506" w:rsidP="00077506">
      <w:pPr>
        <w:bidi/>
      </w:pPr>
      <w:hyperlink w:anchor="Vol7Chapter12" w:history="1">
        <w:r w:rsidR="00DE2611" w:rsidRPr="00077506">
          <w:rPr>
            <w:rStyle w:val="Hyperlink"/>
            <w:rFonts w:eastAsia="Tahoma" w:hint="cs"/>
            <w:b/>
            <w:sz w:val="32"/>
            <w:rtl/>
          </w:rPr>
          <w:t>فصل ذواز</w:t>
        </w:r>
        <w:r w:rsidR="00DE2611" w:rsidRPr="00077506">
          <w:rPr>
            <w:rStyle w:val="Hyperlink"/>
            <w:rFonts w:eastAsia="Tahoma" w:hint="cs"/>
            <w:b/>
            <w:sz w:val="32"/>
            <w:rtl/>
          </w:rPr>
          <w:t>د</w:t>
        </w:r>
        <w:r w:rsidR="00DE2611" w:rsidRPr="00077506">
          <w:rPr>
            <w:rStyle w:val="Hyperlink"/>
            <w:rFonts w:eastAsia="Tahoma" w:hint="cs"/>
            <w:b/>
            <w:sz w:val="32"/>
            <w:rtl/>
          </w:rPr>
          <w:t>هم</w:t>
        </w:r>
      </w:hyperlink>
      <w:r w:rsidR="00DE2611">
        <w:rPr>
          <w:rFonts w:eastAsia="Tahoma" w:hint="cs"/>
          <w:b/>
          <w:sz w:val="32"/>
          <w:rtl/>
        </w:rPr>
        <w:t xml:space="preserve">: </w:t>
      </w:r>
      <w:r>
        <w:rPr>
          <w:rFonts w:eastAsia="Tahoma"/>
          <w:b/>
          <w:sz w:val="32"/>
          <w:rtl/>
        </w:rPr>
        <w:t>آل‌بویه؛ شمشیر شیعی در کنار خلیفهٔ سنی</w:t>
      </w:r>
    </w:p>
    <w:p w:rsidR="00077506" w:rsidRDefault="00077506" w:rsidP="00077506">
      <w:pPr>
        <w:bidi/>
      </w:pPr>
      <w:hyperlink w:anchor="Vol7Chapter13" w:history="1">
        <w:r w:rsidRPr="00077506">
          <w:rPr>
            <w:rStyle w:val="Hyperlink"/>
            <w:rFonts w:hint="cs"/>
            <w:rtl/>
          </w:rPr>
          <w:t>فصل سیزد</w:t>
        </w:r>
        <w:r w:rsidRPr="00077506">
          <w:rPr>
            <w:rStyle w:val="Hyperlink"/>
            <w:rFonts w:hint="cs"/>
            <w:rtl/>
          </w:rPr>
          <w:t>ه</w:t>
        </w:r>
        <w:r w:rsidRPr="00077506">
          <w:rPr>
            <w:rStyle w:val="Hyperlink"/>
            <w:rFonts w:hint="cs"/>
            <w:rtl/>
          </w:rPr>
          <w:t>م</w:t>
        </w:r>
      </w:hyperlink>
      <w:r>
        <w:rPr>
          <w:rFonts w:hint="cs"/>
          <w:rtl/>
        </w:rPr>
        <w:t xml:space="preserve">: </w:t>
      </w:r>
      <w:r>
        <w:rPr>
          <w:rFonts w:eastAsia="Tahoma"/>
          <w:b/>
          <w:sz w:val="32"/>
          <w:rtl/>
        </w:rPr>
        <w:t>غزنویان و سلجوقیان؛ قشون ترک و دیوان ایرانی</w:t>
      </w:r>
    </w:p>
    <w:p w:rsidR="00077506" w:rsidRDefault="00077506" w:rsidP="00077506">
      <w:pPr>
        <w:bidi/>
      </w:pPr>
      <w:hyperlink w:anchor="Vol7Chapter14" w:history="1">
        <w:r w:rsidRPr="00077506">
          <w:rPr>
            <w:rStyle w:val="Hyperlink"/>
            <w:rFonts w:hint="cs"/>
            <w:rtl/>
          </w:rPr>
          <w:t>فصل چهارده</w:t>
        </w:r>
        <w:r w:rsidRPr="00077506">
          <w:rPr>
            <w:rStyle w:val="Hyperlink"/>
            <w:rFonts w:hint="cs"/>
            <w:rtl/>
          </w:rPr>
          <w:t>م</w:t>
        </w:r>
        <w:r w:rsidRPr="00077506">
          <w:rPr>
            <w:rStyle w:val="Hyperlink"/>
            <w:rFonts w:hint="cs"/>
            <w:rtl/>
          </w:rPr>
          <w:t>:</w:t>
        </w:r>
      </w:hyperlink>
      <w:r>
        <w:rPr>
          <w:rFonts w:hint="cs"/>
          <w:rtl/>
        </w:rPr>
        <w:t xml:space="preserve"> </w:t>
      </w:r>
      <w:r>
        <w:rPr>
          <w:rFonts w:eastAsia="Tahoma"/>
          <w:b/>
          <w:sz w:val="32"/>
          <w:rtl/>
        </w:rPr>
        <w:t>نظام‌الملک و تحولات دولت سلجوقی</w:t>
      </w:r>
    </w:p>
    <w:p w:rsidR="00077506" w:rsidRDefault="00077506" w:rsidP="00077506">
      <w:pPr>
        <w:bidi/>
      </w:pPr>
      <w:hyperlink w:anchor="Vol7Chapter15" w:history="1">
        <w:r w:rsidRPr="00077506">
          <w:rPr>
            <w:rStyle w:val="Hyperlink"/>
            <w:rFonts w:hint="cs"/>
            <w:rtl/>
          </w:rPr>
          <w:t>فصل پانزدهم</w:t>
        </w:r>
      </w:hyperlink>
      <w:bookmarkStart w:id="0" w:name="_GoBack"/>
      <w:bookmarkEnd w:id="0"/>
      <w:r>
        <w:rPr>
          <w:rFonts w:hint="cs"/>
          <w:rtl/>
        </w:rPr>
        <w:t xml:space="preserve">: </w:t>
      </w:r>
      <w:r>
        <w:rPr>
          <w:rFonts w:eastAsia="Tahoma"/>
          <w:b/>
          <w:sz w:val="32"/>
          <w:rtl/>
        </w:rPr>
        <w:t>خوارزمشاهیان؛ حکومت بزرگ و کشور بی‌انسجام</w:t>
      </w:r>
    </w:p>
    <w:p w:rsidR="00DE2611" w:rsidRDefault="00DE2611" w:rsidP="00DE2611">
      <w:pPr>
        <w:bidi/>
      </w:pPr>
    </w:p>
    <w:p w:rsidR="00DE2611" w:rsidRPr="00DE2611" w:rsidRDefault="00DE2611" w:rsidP="00DE2611">
      <w:pPr>
        <w:bidi/>
        <w:rPr>
          <w:rFonts w:hint="cs"/>
          <w:rtl/>
          <w:lang w:bidi="fa-IR"/>
        </w:rPr>
      </w:pPr>
    </w:p>
    <w:p w:rsidR="0090486A" w:rsidRPr="0090486A" w:rsidRDefault="0090486A" w:rsidP="0090486A">
      <w:pPr>
        <w:bidi/>
        <w:rPr>
          <w:sz w:val="22"/>
        </w:rPr>
      </w:pPr>
    </w:p>
    <w:p w:rsidR="0090486A" w:rsidRDefault="00987F03" w:rsidP="0090486A">
      <w:pPr>
        <w:spacing w:after="200" w:line="276" w:lineRule="auto"/>
        <w:rPr>
          <w:rFonts w:asciiTheme="majorBidi" w:hAnsiTheme="majorBidi" w:cstheme="majorBidi"/>
        </w:rPr>
      </w:pPr>
      <w:r w:rsidRPr="00987F03">
        <w:rPr>
          <w:rFonts w:asciiTheme="majorBidi" w:hAnsiTheme="majorBidi" w:cstheme="majorBidi"/>
        </w:rPr>
        <w:br w:type="page"/>
      </w:r>
    </w:p>
    <w:p w:rsidR="009F3B78" w:rsidRPr="00987F03" w:rsidRDefault="009F3B78" w:rsidP="00987F03">
      <w:pPr>
        <w:rPr>
          <w:rFonts w:asciiTheme="majorBidi" w:hAnsiTheme="majorBidi" w:cstheme="majorBidi"/>
        </w:rPr>
      </w:pPr>
    </w:p>
    <w:p w:rsidR="009F3B78" w:rsidRPr="00987F03" w:rsidRDefault="00987F03" w:rsidP="00987F03">
      <w:pPr>
        <w:bidi/>
        <w:jc w:val="center"/>
        <w:rPr>
          <w:rFonts w:asciiTheme="majorBidi" w:hAnsiTheme="majorBidi" w:cstheme="majorBidi"/>
        </w:rPr>
      </w:pPr>
      <w:bookmarkStart w:id="1" w:name="Vol7Inro"/>
      <w:bookmarkEnd w:id="1"/>
      <w:r w:rsidRPr="00987F03">
        <w:rPr>
          <w:rFonts w:asciiTheme="majorBidi" w:eastAsia="Tahoma" w:hAnsiTheme="majorBidi" w:cstheme="majorBidi"/>
          <w:b/>
          <w:bCs/>
          <w:sz w:val="36"/>
          <w:szCs w:val="36"/>
          <w:rtl/>
        </w:rPr>
        <w:t>پیشگفتار</w:t>
      </w:r>
    </w:p>
    <w:p w:rsidR="00987F03" w:rsidRPr="00D914B7" w:rsidRDefault="00987F03" w:rsidP="00987F03">
      <w:pPr>
        <w:keepNext/>
        <w:bidi/>
        <w:rPr>
          <w:sz w:val="22"/>
        </w:rPr>
      </w:pPr>
      <w:r w:rsidRPr="00D914B7">
        <w:rPr>
          <w:b/>
          <w:bCs/>
          <w:sz w:val="22"/>
          <w:rtl/>
        </w:rPr>
        <w:t>۱</w:t>
      </w:r>
      <w:r>
        <w:rPr>
          <w:rFonts w:hint="cs"/>
          <w:b/>
          <w:sz w:val="22"/>
          <w:rtl/>
        </w:rPr>
        <w:t xml:space="preserve">. </w:t>
      </w:r>
      <w:r w:rsidRPr="00D914B7">
        <w:rPr>
          <w:b/>
          <w:bCs/>
          <w:sz w:val="22"/>
          <w:rtl/>
        </w:rPr>
        <w:t>چرا</w:t>
      </w:r>
      <w:r w:rsidRPr="00D914B7">
        <w:rPr>
          <w:b/>
          <w:sz w:val="22"/>
        </w:rPr>
        <w:t xml:space="preserve"> </w:t>
      </w:r>
      <w:r w:rsidRPr="00D914B7">
        <w:rPr>
          <w:b/>
          <w:bCs/>
          <w:sz w:val="22"/>
          <w:rtl/>
        </w:rPr>
        <w:t>این</w:t>
      </w:r>
      <w:r w:rsidRPr="00D914B7">
        <w:rPr>
          <w:b/>
          <w:sz w:val="22"/>
        </w:rPr>
        <w:t xml:space="preserve"> </w:t>
      </w:r>
      <w:r w:rsidRPr="00D914B7">
        <w:rPr>
          <w:b/>
          <w:bCs/>
          <w:sz w:val="22"/>
          <w:rtl/>
        </w:rPr>
        <w:t>مجموعه</w:t>
      </w:r>
      <w:r w:rsidRPr="00D914B7">
        <w:rPr>
          <w:b/>
          <w:sz w:val="22"/>
        </w:rPr>
        <w:t xml:space="preserve"> </w:t>
      </w:r>
      <w:r w:rsidRPr="00D914B7">
        <w:rPr>
          <w:b/>
          <w:bCs/>
          <w:sz w:val="22"/>
          <w:rtl/>
        </w:rPr>
        <w:t>را</w:t>
      </w:r>
      <w:r w:rsidRPr="00D914B7">
        <w:rPr>
          <w:b/>
          <w:sz w:val="22"/>
        </w:rPr>
        <w:t xml:space="preserve"> </w:t>
      </w:r>
      <w:r w:rsidRPr="00D914B7">
        <w:rPr>
          <w:b/>
          <w:bCs/>
          <w:sz w:val="22"/>
          <w:rtl/>
        </w:rPr>
        <w:t>نوشته</w:t>
      </w:r>
      <w:r w:rsidRPr="00D914B7">
        <w:rPr>
          <w:b/>
          <w:sz w:val="22"/>
        </w:rPr>
        <w:t>‌</w:t>
      </w:r>
      <w:r w:rsidRPr="00D914B7">
        <w:rPr>
          <w:b/>
          <w:bCs/>
          <w:sz w:val="22"/>
          <w:rtl/>
        </w:rPr>
        <w:t>ام</w:t>
      </w:r>
    </w:p>
    <w:p w:rsidR="00987F03" w:rsidRPr="00D914B7" w:rsidRDefault="00987F03" w:rsidP="00987F03">
      <w:pPr>
        <w:bidi/>
        <w:ind w:firstLine="720"/>
        <w:rPr>
          <w:sz w:val="22"/>
        </w:rPr>
      </w:pPr>
      <w:r w:rsidRPr="00D914B7">
        <w:rPr>
          <w:sz w:val="22"/>
          <w:rtl/>
        </w:rPr>
        <w:t>شاید</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آخرین</w:t>
      </w:r>
      <w:r w:rsidRPr="00D914B7">
        <w:rPr>
          <w:sz w:val="22"/>
        </w:rPr>
        <w:t xml:space="preserve"> </w:t>
      </w:r>
      <w:r w:rsidRPr="00D914B7">
        <w:rPr>
          <w:sz w:val="22"/>
          <w:rtl/>
        </w:rPr>
        <w:t>کارهای</w:t>
      </w:r>
      <w:r w:rsidRPr="00D914B7">
        <w:rPr>
          <w:sz w:val="22"/>
        </w:rPr>
        <w:t xml:space="preserve"> </w:t>
      </w:r>
      <w:r w:rsidRPr="00D914B7">
        <w:rPr>
          <w:sz w:val="22"/>
          <w:rtl/>
        </w:rPr>
        <w:t>گسترده</w:t>
      </w:r>
      <w:r w:rsidRPr="00D914B7">
        <w:rPr>
          <w:sz w:val="22"/>
        </w:rPr>
        <w:t>‌</w:t>
      </w:r>
      <w:r w:rsidRPr="00D914B7">
        <w:rPr>
          <w:sz w:val="22"/>
          <w:rtl/>
        </w:rPr>
        <w:t>ای</w:t>
      </w:r>
      <w:r w:rsidRPr="00D914B7">
        <w:rPr>
          <w:sz w:val="22"/>
        </w:rPr>
        <w:t xml:space="preserve"> </w:t>
      </w:r>
      <w:r w:rsidRPr="00D914B7">
        <w:rPr>
          <w:sz w:val="22"/>
          <w:rtl/>
        </w:rPr>
        <w:t>باشد</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هشتاد</w:t>
      </w:r>
      <w:r w:rsidRPr="00D914B7">
        <w:rPr>
          <w:sz w:val="22"/>
        </w:rPr>
        <w:t xml:space="preserve"> </w:t>
      </w:r>
      <w:r w:rsidRPr="00D914B7">
        <w:rPr>
          <w:sz w:val="22"/>
          <w:rtl/>
        </w:rPr>
        <w:t>و</w:t>
      </w:r>
      <w:r w:rsidRPr="00D914B7">
        <w:rPr>
          <w:sz w:val="22"/>
        </w:rPr>
        <w:t xml:space="preserve"> </w:t>
      </w:r>
      <w:r w:rsidRPr="00D914B7">
        <w:rPr>
          <w:sz w:val="22"/>
          <w:rtl/>
        </w:rPr>
        <w:t>چهارمین</w:t>
      </w:r>
      <w:r w:rsidRPr="00D914B7">
        <w:rPr>
          <w:sz w:val="22"/>
        </w:rPr>
        <w:t xml:space="preserve"> </w:t>
      </w:r>
      <w:r w:rsidRPr="00D914B7">
        <w:rPr>
          <w:sz w:val="22"/>
          <w:rtl/>
        </w:rPr>
        <w:t>سال</w:t>
      </w:r>
      <w:r w:rsidRPr="00D914B7">
        <w:rPr>
          <w:sz w:val="22"/>
        </w:rPr>
        <w:t xml:space="preserve"> </w:t>
      </w:r>
      <w:r w:rsidRPr="00D914B7">
        <w:rPr>
          <w:sz w:val="22"/>
          <w:rtl/>
        </w:rPr>
        <w:t>زندگی</w:t>
      </w:r>
      <w:r w:rsidRPr="00D914B7">
        <w:rPr>
          <w:sz w:val="22"/>
        </w:rPr>
        <w:t xml:space="preserve"> </w:t>
      </w:r>
      <w:r w:rsidRPr="00D914B7">
        <w:rPr>
          <w:sz w:val="22"/>
          <w:rtl/>
        </w:rPr>
        <w:t>خویش</w:t>
      </w:r>
      <w:r w:rsidRPr="00D914B7">
        <w:rPr>
          <w:sz w:val="22"/>
        </w:rPr>
        <w:t xml:space="preserve"> </w:t>
      </w:r>
      <w:r w:rsidRPr="00D914B7">
        <w:rPr>
          <w:sz w:val="22"/>
          <w:rtl/>
        </w:rPr>
        <w:t>می</w:t>
      </w:r>
      <w:r w:rsidRPr="00D914B7">
        <w:rPr>
          <w:sz w:val="22"/>
        </w:rPr>
        <w:t>‌</w:t>
      </w:r>
      <w:r w:rsidRPr="00D914B7">
        <w:rPr>
          <w:sz w:val="22"/>
          <w:rtl/>
        </w:rPr>
        <w:t>نویسم؛</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که</w:t>
      </w:r>
      <w:r w:rsidRPr="00D914B7">
        <w:rPr>
          <w:sz w:val="22"/>
        </w:rPr>
        <w:t xml:space="preserve"> </w:t>
      </w:r>
      <w:r w:rsidRPr="00D914B7">
        <w:rPr>
          <w:sz w:val="22"/>
          <w:rtl/>
        </w:rPr>
        <w:t>می</w:t>
      </w:r>
      <w:r w:rsidRPr="00D914B7">
        <w:rPr>
          <w:sz w:val="22"/>
        </w:rPr>
        <w:t>‌</w:t>
      </w:r>
      <w:r w:rsidRPr="00D914B7">
        <w:rPr>
          <w:sz w:val="22"/>
          <w:rtl/>
        </w:rPr>
        <w:t>کوشد</w:t>
      </w:r>
      <w:r w:rsidRPr="00D914B7">
        <w:rPr>
          <w:sz w:val="22"/>
        </w:rPr>
        <w:t xml:space="preserve"> </w:t>
      </w:r>
      <w:r w:rsidRPr="00D914B7">
        <w:rPr>
          <w:sz w:val="22"/>
          <w:rtl/>
        </w:rPr>
        <w:t>حاصل</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شش</w:t>
      </w:r>
      <w:r w:rsidRPr="00D914B7">
        <w:rPr>
          <w:sz w:val="22"/>
        </w:rPr>
        <w:t xml:space="preserve"> </w:t>
      </w:r>
      <w:r w:rsidRPr="00D914B7">
        <w:rPr>
          <w:sz w:val="22"/>
          <w:rtl/>
        </w:rPr>
        <w:t>دهه</w:t>
      </w:r>
      <w:r w:rsidRPr="00D914B7">
        <w:rPr>
          <w:sz w:val="22"/>
        </w:rPr>
        <w:t xml:space="preserve"> </w:t>
      </w:r>
      <w:r w:rsidRPr="00D914B7">
        <w:rPr>
          <w:sz w:val="22"/>
          <w:rtl/>
        </w:rPr>
        <w:t>اندیشیدن</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سرگذشت</w:t>
      </w:r>
      <w:r w:rsidRPr="00D914B7">
        <w:rPr>
          <w:sz w:val="22"/>
        </w:rPr>
        <w:t xml:space="preserve"> </w:t>
      </w:r>
      <w:r w:rsidRPr="00D914B7">
        <w:rPr>
          <w:sz w:val="22"/>
          <w:rtl/>
        </w:rPr>
        <w:t>سیاسی</w:t>
      </w:r>
      <w:r w:rsidRPr="00D914B7">
        <w:rPr>
          <w:sz w:val="22"/>
        </w:rPr>
        <w:t xml:space="preserve"> </w:t>
      </w:r>
      <w:r w:rsidRPr="00D914B7">
        <w:rPr>
          <w:sz w:val="22"/>
          <w:rtl/>
        </w:rPr>
        <w:t>زادگاهم،</w:t>
      </w:r>
      <w:r w:rsidRPr="00D914B7">
        <w:rPr>
          <w:sz w:val="22"/>
        </w:rPr>
        <w:t xml:space="preserve"> </w:t>
      </w:r>
      <w:r w:rsidRPr="00D914B7">
        <w:rPr>
          <w:sz w:val="22"/>
          <w:rtl/>
        </w:rPr>
        <w:t>ایران،</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قالب</w:t>
      </w:r>
      <w:r w:rsidRPr="00D914B7">
        <w:rPr>
          <w:sz w:val="22"/>
        </w:rPr>
        <w:t xml:space="preserve"> </w:t>
      </w:r>
      <w:r w:rsidRPr="00D914B7">
        <w:rPr>
          <w:sz w:val="22"/>
          <w:rtl/>
        </w:rPr>
        <w:t>روایتی</w:t>
      </w:r>
      <w:r w:rsidRPr="00D914B7">
        <w:rPr>
          <w:sz w:val="22"/>
        </w:rPr>
        <w:t xml:space="preserve"> </w:t>
      </w:r>
      <w:r w:rsidRPr="00D914B7">
        <w:rPr>
          <w:sz w:val="22"/>
          <w:rtl/>
        </w:rPr>
        <w:t>منسجم</w:t>
      </w:r>
      <w:r w:rsidRPr="00D914B7">
        <w:rPr>
          <w:sz w:val="22"/>
        </w:rPr>
        <w:t xml:space="preserve"> </w:t>
      </w:r>
      <w:r w:rsidRPr="00D914B7">
        <w:rPr>
          <w:sz w:val="22"/>
          <w:rtl/>
        </w:rPr>
        <w:t>گرد</w:t>
      </w:r>
      <w:r w:rsidRPr="00D914B7">
        <w:rPr>
          <w:sz w:val="22"/>
        </w:rPr>
        <w:t xml:space="preserve"> </w:t>
      </w:r>
      <w:r w:rsidRPr="00D914B7">
        <w:rPr>
          <w:sz w:val="22"/>
          <w:rtl/>
        </w:rPr>
        <w:t>آورد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سن</w:t>
      </w:r>
      <w:r w:rsidRPr="00D914B7">
        <w:rPr>
          <w:sz w:val="22"/>
        </w:rPr>
        <w:t xml:space="preserve"> </w:t>
      </w:r>
      <w:r w:rsidRPr="00D914B7">
        <w:rPr>
          <w:sz w:val="22"/>
          <w:rtl/>
        </w:rPr>
        <w:t>و</w:t>
      </w:r>
      <w:r w:rsidRPr="00D914B7">
        <w:rPr>
          <w:sz w:val="22"/>
        </w:rPr>
        <w:t xml:space="preserve"> </w:t>
      </w:r>
      <w:r w:rsidRPr="00D914B7">
        <w:rPr>
          <w:sz w:val="22"/>
          <w:rtl/>
        </w:rPr>
        <w:t>سال،</w:t>
      </w:r>
      <w:r w:rsidRPr="00D914B7">
        <w:rPr>
          <w:sz w:val="22"/>
        </w:rPr>
        <w:t xml:space="preserve"> </w:t>
      </w:r>
      <w:r w:rsidRPr="00D914B7">
        <w:rPr>
          <w:sz w:val="22"/>
          <w:rtl/>
        </w:rPr>
        <w:t>نه</w:t>
      </w:r>
      <w:r w:rsidRPr="00D914B7">
        <w:rPr>
          <w:sz w:val="22"/>
        </w:rPr>
        <w:t xml:space="preserve"> </w:t>
      </w:r>
      <w:r w:rsidRPr="00D914B7">
        <w:rPr>
          <w:sz w:val="22"/>
          <w:rtl/>
        </w:rPr>
        <w:t>فرصت</w:t>
      </w:r>
      <w:r w:rsidRPr="00D914B7">
        <w:rPr>
          <w:sz w:val="22"/>
        </w:rPr>
        <w:t xml:space="preserve"> </w:t>
      </w:r>
      <w:r w:rsidRPr="00D914B7">
        <w:rPr>
          <w:sz w:val="22"/>
          <w:rtl/>
        </w:rPr>
        <w:t>نامحدودی</w:t>
      </w:r>
      <w:r w:rsidRPr="00D914B7">
        <w:rPr>
          <w:sz w:val="22"/>
        </w:rPr>
        <w:t xml:space="preserve"> </w:t>
      </w:r>
      <w:r w:rsidRPr="00D914B7">
        <w:rPr>
          <w:sz w:val="22"/>
          <w:rtl/>
        </w:rPr>
        <w:t>برای</w:t>
      </w:r>
      <w:r w:rsidRPr="00D914B7">
        <w:rPr>
          <w:sz w:val="22"/>
        </w:rPr>
        <w:t xml:space="preserve"> </w:t>
      </w:r>
      <w:r w:rsidRPr="00D914B7">
        <w:rPr>
          <w:sz w:val="22"/>
          <w:rtl/>
        </w:rPr>
        <w:t>پژوهش</w:t>
      </w:r>
      <w:r w:rsidRPr="00D914B7">
        <w:rPr>
          <w:sz w:val="22"/>
        </w:rPr>
        <w:t>‌</w:t>
      </w:r>
      <w:r w:rsidRPr="00D914B7">
        <w:rPr>
          <w:sz w:val="22"/>
          <w:rtl/>
        </w:rPr>
        <w:t>های</w:t>
      </w:r>
      <w:r w:rsidRPr="00D914B7">
        <w:rPr>
          <w:sz w:val="22"/>
        </w:rPr>
        <w:t xml:space="preserve"> </w:t>
      </w:r>
      <w:r w:rsidRPr="00D914B7">
        <w:rPr>
          <w:sz w:val="22"/>
          <w:rtl/>
        </w:rPr>
        <w:t>گسترده</w:t>
      </w:r>
      <w:r>
        <w:rPr>
          <w:sz w:val="22"/>
          <w:rtl/>
        </w:rPr>
        <w:t>ء</w:t>
      </w:r>
      <w:r w:rsidRPr="00D914B7">
        <w:rPr>
          <w:sz w:val="22"/>
        </w:rPr>
        <w:t xml:space="preserve"> </w:t>
      </w:r>
      <w:r w:rsidRPr="00D914B7">
        <w:rPr>
          <w:sz w:val="22"/>
          <w:rtl/>
        </w:rPr>
        <w:t>آرشیوی</w:t>
      </w:r>
      <w:r w:rsidRPr="00D914B7">
        <w:rPr>
          <w:sz w:val="22"/>
        </w:rPr>
        <w:t xml:space="preserve"> </w:t>
      </w:r>
      <w:r w:rsidRPr="00D914B7">
        <w:rPr>
          <w:sz w:val="22"/>
          <w:rtl/>
        </w:rPr>
        <w:t>باقی</w:t>
      </w:r>
      <w:r w:rsidRPr="00D914B7">
        <w:rPr>
          <w:sz w:val="22"/>
        </w:rPr>
        <w:t xml:space="preserve"> </w:t>
      </w:r>
      <w:r w:rsidRPr="00D914B7">
        <w:rPr>
          <w:sz w:val="22"/>
          <w:rtl/>
        </w:rPr>
        <w:t>مانده</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برای</w:t>
      </w:r>
      <w:r w:rsidRPr="00D914B7">
        <w:rPr>
          <w:sz w:val="22"/>
        </w:rPr>
        <w:t xml:space="preserve"> </w:t>
      </w:r>
      <w:r w:rsidRPr="00D914B7">
        <w:rPr>
          <w:sz w:val="22"/>
          <w:rtl/>
        </w:rPr>
        <w:t>هر</w:t>
      </w:r>
      <w:r w:rsidRPr="00D914B7">
        <w:rPr>
          <w:sz w:val="22"/>
        </w:rPr>
        <w:t xml:space="preserve"> </w:t>
      </w:r>
      <w:r w:rsidRPr="00D914B7">
        <w:rPr>
          <w:sz w:val="22"/>
          <w:rtl/>
        </w:rPr>
        <w:t>نکته</w:t>
      </w:r>
      <w:r w:rsidRPr="00D914B7">
        <w:rPr>
          <w:sz w:val="22"/>
        </w:rPr>
        <w:t xml:space="preserve"> </w:t>
      </w:r>
      <w:r w:rsidRPr="00D914B7">
        <w:rPr>
          <w:sz w:val="22"/>
          <w:rtl/>
        </w:rPr>
        <w:t>ده</w:t>
      </w:r>
      <w:r w:rsidRPr="00D914B7">
        <w:rPr>
          <w:sz w:val="22"/>
        </w:rPr>
        <w:t>‌</w:t>
      </w:r>
      <w:r w:rsidRPr="00D914B7">
        <w:rPr>
          <w:sz w:val="22"/>
          <w:rtl/>
        </w:rPr>
        <w:t>ها</w:t>
      </w:r>
      <w:r w:rsidRPr="00D914B7">
        <w:rPr>
          <w:sz w:val="22"/>
        </w:rPr>
        <w:t xml:space="preserve"> </w:t>
      </w:r>
      <w:r w:rsidRPr="00D914B7">
        <w:rPr>
          <w:sz w:val="22"/>
          <w:rtl/>
        </w:rPr>
        <w:t>منبع</w:t>
      </w:r>
      <w:r w:rsidRPr="00D914B7">
        <w:rPr>
          <w:sz w:val="22"/>
        </w:rPr>
        <w:t xml:space="preserve"> </w:t>
      </w:r>
      <w:r w:rsidRPr="00D914B7">
        <w:rPr>
          <w:sz w:val="22"/>
          <w:rtl/>
        </w:rPr>
        <w:t>و</w:t>
      </w:r>
      <w:r w:rsidRPr="00D914B7">
        <w:rPr>
          <w:sz w:val="22"/>
        </w:rPr>
        <w:t xml:space="preserve"> </w:t>
      </w:r>
      <w:r w:rsidRPr="00D914B7">
        <w:rPr>
          <w:sz w:val="22"/>
          <w:rtl/>
        </w:rPr>
        <w:t>ارجاع</w:t>
      </w:r>
      <w:r w:rsidRPr="00D914B7">
        <w:rPr>
          <w:sz w:val="22"/>
        </w:rPr>
        <w:t xml:space="preserve"> </w:t>
      </w:r>
      <w:r w:rsidRPr="00D914B7">
        <w:rPr>
          <w:sz w:val="22"/>
          <w:rtl/>
        </w:rPr>
        <w:t>فراهم</w:t>
      </w:r>
      <w:r w:rsidRPr="00D914B7">
        <w:rPr>
          <w:sz w:val="22"/>
        </w:rPr>
        <w:t xml:space="preserve"> </w:t>
      </w:r>
      <w:r w:rsidRPr="00D914B7">
        <w:rPr>
          <w:sz w:val="22"/>
          <w:rtl/>
        </w:rPr>
        <w:t>آورد</w:t>
      </w:r>
      <w:r>
        <w:rPr>
          <w:sz w:val="22"/>
          <w:rtl/>
        </w:rPr>
        <w:t>.</w:t>
      </w:r>
      <w:r w:rsidRPr="00D914B7">
        <w:rPr>
          <w:sz w:val="22"/>
        </w:rPr>
        <w:t xml:space="preserve"> </w:t>
      </w:r>
      <w:r>
        <w:rPr>
          <w:rFonts w:hint="cs"/>
          <w:sz w:val="22"/>
          <w:rtl/>
        </w:rPr>
        <w:t xml:space="preserve">تنها کاری که از نویسنده بر می آمده مقایسه اطلاعات اش با منابع عامی همچوم فرهنگنامه ها (وبخصوص ایرانیکا) بوده است اما واقعیت اینکه </w:t>
      </w:r>
      <w:r w:rsidRPr="00D914B7">
        <w:rPr>
          <w:sz w:val="22"/>
          <w:rtl/>
        </w:rPr>
        <w:t>آنچه</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کتاب</w:t>
      </w:r>
      <w:r w:rsidRPr="00D914B7">
        <w:rPr>
          <w:sz w:val="22"/>
        </w:rPr>
        <w:t>‌</w:t>
      </w:r>
      <w:r w:rsidRPr="00D914B7">
        <w:rPr>
          <w:sz w:val="22"/>
          <w:rtl/>
        </w:rPr>
        <w:t>ها</w:t>
      </w:r>
      <w:r w:rsidRPr="00D914B7">
        <w:rPr>
          <w:sz w:val="22"/>
        </w:rPr>
        <w:t xml:space="preserve"> </w:t>
      </w:r>
      <w:r w:rsidRPr="00D914B7">
        <w:rPr>
          <w:sz w:val="22"/>
          <w:rtl/>
        </w:rPr>
        <w:t>آمده،</w:t>
      </w:r>
      <w:r w:rsidRPr="00D914B7">
        <w:rPr>
          <w:sz w:val="22"/>
        </w:rPr>
        <w:t xml:space="preserve"> </w:t>
      </w:r>
      <w:r w:rsidRPr="00D914B7">
        <w:rPr>
          <w:sz w:val="22"/>
          <w:rtl/>
        </w:rPr>
        <w:t>آمیزه</w:t>
      </w:r>
      <w:r w:rsidRPr="00D914B7">
        <w:rPr>
          <w:sz w:val="22"/>
        </w:rPr>
        <w:t>‌</w:t>
      </w:r>
      <w:r w:rsidRPr="00D914B7">
        <w:rPr>
          <w:sz w:val="22"/>
          <w:rtl/>
        </w:rPr>
        <w:t>ای</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مطالعه،</w:t>
      </w:r>
      <w:r w:rsidRPr="00D914B7">
        <w:rPr>
          <w:sz w:val="22"/>
        </w:rPr>
        <w:t xml:space="preserve"> </w:t>
      </w:r>
      <w:r w:rsidRPr="00D914B7">
        <w:rPr>
          <w:sz w:val="22"/>
          <w:rtl/>
        </w:rPr>
        <w:t>تجربه،</w:t>
      </w:r>
      <w:r w:rsidRPr="00D914B7">
        <w:rPr>
          <w:sz w:val="22"/>
        </w:rPr>
        <w:t xml:space="preserve"> </w:t>
      </w:r>
      <w:r w:rsidRPr="00D914B7">
        <w:rPr>
          <w:sz w:val="22"/>
          <w:rtl/>
        </w:rPr>
        <w:t>حافظه</w:t>
      </w:r>
      <w:r w:rsidRPr="00D914B7">
        <w:rPr>
          <w:sz w:val="22"/>
        </w:rPr>
        <w:t xml:space="preserve"> </w:t>
      </w:r>
      <w:r w:rsidRPr="00D914B7">
        <w:rPr>
          <w:sz w:val="22"/>
          <w:rtl/>
        </w:rPr>
        <w:t>و</w:t>
      </w:r>
      <w:r w:rsidRPr="00D914B7">
        <w:rPr>
          <w:sz w:val="22"/>
        </w:rPr>
        <w:t xml:space="preserve"> </w:t>
      </w:r>
      <w:r w:rsidRPr="00D914B7">
        <w:rPr>
          <w:sz w:val="22"/>
          <w:rtl/>
        </w:rPr>
        <w:t>تأملاتی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طول</w:t>
      </w:r>
      <w:r w:rsidRPr="00D914B7">
        <w:rPr>
          <w:sz w:val="22"/>
        </w:rPr>
        <w:t xml:space="preserve"> </w:t>
      </w:r>
      <w:r w:rsidRPr="00D914B7">
        <w:rPr>
          <w:sz w:val="22"/>
          <w:rtl/>
        </w:rPr>
        <w:t>زندگی</w:t>
      </w:r>
      <w:r w:rsidRPr="00D914B7">
        <w:rPr>
          <w:sz w:val="22"/>
        </w:rPr>
        <w:t xml:space="preserve"> </w:t>
      </w:r>
      <w:r w:rsidRPr="00D914B7">
        <w:rPr>
          <w:sz w:val="22"/>
          <w:rtl/>
        </w:rPr>
        <w:t>در</w:t>
      </w:r>
      <w:r w:rsidRPr="00D914B7">
        <w:rPr>
          <w:sz w:val="22"/>
        </w:rPr>
        <w:t xml:space="preserve"> </w:t>
      </w:r>
      <w:r w:rsidRPr="00D914B7">
        <w:rPr>
          <w:sz w:val="22"/>
          <w:rtl/>
        </w:rPr>
        <w:t>ذهن</w:t>
      </w:r>
      <w:r w:rsidRPr="00D914B7">
        <w:rPr>
          <w:sz w:val="22"/>
        </w:rPr>
        <w:t xml:space="preserve"> </w:t>
      </w:r>
      <w:r w:rsidRPr="00D914B7">
        <w:rPr>
          <w:sz w:val="22"/>
          <w:rtl/>
        </w:rPr>
        <w:t>من</w:t>
      </w:r>
      <w:r w:rsidRPr="00D914B7">
        <w:rPr>
          <w:sz w:val="22"/>
        </w:rPr>
        <w:t xml:space="preserve"> </w:t>
      </w:r>
      <w:r w:rsidRPr="00D914B7">
        <w:rPr>
          <w:sz w:val="22"/>
          <w:rtl/>
        </w:rPr>
        <w:t>انباشته</w:t>
      </w:r>
      <w:r w:rsidRPr="00D914B7">
        <w:rPr>
          <w:sz w:val="22"/>
        </w:rPr>
        <w:t xml:space="preserve"> </w:t>
      </w:r>
      <w:r w:rsidRPr="00D914B7">
        <w:rPr>
          <w:sz w:val="22"/>
          <w:rtl/>
        </w:rPr>
        <w:t>شده</w:t>
      </w:r>
      <w:r w:rsidRPr="00D914B7">
        <w:rPr>
          <w:sz w:val="22"/>
        </w:rPr>
        <w:t>‌</w:t>
      </w:r>
      <w:r w:rsidRPr="00D914B7">
        <w:rPr>
          <w:sz w:val="22"/>
          <w:rtl/>
        </w:rPr>
        <w:t>اند</w:t>
      </w:r>
      <w:r>
        <w:rPr>
          <w:sz w:val="22"/>
          <w:rtl/>
        </w:rPr>
        <w:t>.</w:t>
      </w:r>
      <w:r w:rsidRPr="00D914B7">
        <w:rPr>
          <w:sz w:val="22"/>
        </w:rPr>
        <w:t xml:space="preserve"> </w:t>
      </w:r>
      <w:r w:rsidRPr="00D914B7">
        <w:rPr>
          <w:sz w:val="22"/>
          <w:rtl/>
        </w:rPr>
        <w:t>خواننده</w:t>
      </w:r>
      <w:r w:rsidRPr="00D914B7">
        <w:rPr>
          <w:sz w:val="22"/>
        </w:rPr>
        <w:t xml:space="preserve"> </w:t>
      </w:r>
      <w:r w:rsidRPr="00D914B7">
        <w:rPr>
          <w:sz w:val="22"/>
          <w:rtl/>
        </w:rPr>
        <w:t>باید</w:t>
      </w:r>
      <w:r w:rsidRPr="00D914B7">
        <w:rPr>
          <w:sz w:val="22"/>
        </w:rPr>
        <w:t xml:space="preserve"> </w:t>
      </w:r>
      <w:r w:rsidRPr="00D914B7">
        <w:rPr>
          <w:sz w:val="22"/>
          <w:rtl/>
        </w:rPr>
        <w:t>این</w:t>
      </w:r>
      <w:r w:rsidRPr="00D914B7">
        <w:rPr>
          <w:sz w:val="22"/>
        </w:rPr>
        <w:t xml:space="preserve"> </w:t>
      </w:r>
      <w:r w:rsidRPr="00D914B7">
        <w:rPr>
          <w:sz w:val="22"/>
          <w:rtl/>
        </w:rPr>
        <w:t>محدودیت</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همان</w:t>
      </w:r>
      <w:r w:rsidRPr="00D914B7">
        <w:rPr>
          <w:sz w:val="22"/>
        </w:rPr>
        <w:t xml:space="preserve"> </w:t>
      </w:r>
      <w:r w:rsidRPr="00D914B7">
        <w:rPr>
          <w:sz w:val="22"/>
          <w:rtl/>
        </w:rPr>
        <w:t>آغاز</w:t>
      </w:r>
      <w:r w:rsidRPr="00D914B7">
        <w:rPr>
          <w:sz w:val="22"/>
        </w:rPr>
        <w:t xml:space="preserve"> </w:t>
      </w:r>
      <w:r w:rsidRPr="00D914B7">
        <w:rPr>
          <w:sz w:val="22"/>
          <w:rtl/>
        </w:rPr>
        <w:t>بداند؛</w:t>
      </w:r>
      <w:r w:rsidRPr="00D914B7">
        <w:rPr>
          <w:sz w:val="22"/>
        </w:rPr>
        <w:t xml:space="preserve"> </w:t>
      </w:r>
      <w:r w:rsidRPr="00D914B7">
        <w:rPr>
          <w:sz w:val="22"/>
          <w:rtl/>
        </w:rPr>
        <w:t>همان</w:t>
      </w:r>
      <w:r w:rsidRPr="00D914B7">
        <w:rPr>
          <w:sz w:val="22"/>
        </w:rPr>
        <w:t>‌</w:t>
      </w:r>
      <w:r w:rsidRPr="00D914B7">
        <w:rPr>
          <w:sz w:val="22"/>
          <w:rtl/>
        </w:rPr>
        <w:t>گونه</w:t>
      </w:r>
      <w:r w:rsidRPr="00D914B7">
        <w:rPr>
          <w:sz w:val="22"/>
        </w:rPr>
        <w:t xml:space="preserve"> </w:t>
      </w:r>
      <w:r w:rsidRPr="00D914B7">
        <w:rPr>
          <w:sz w:val="22"/>
          <w:rtl/>
        </w:rPr>
        <w:t>که</w:t>
      </w:r>
      <w:r w:rsidRPr="00D914B7">
        <w:rPr>
          <w:sz w:val="22"/>
        </w:rPr>
        <w:t xml:space="preserve"> </w:t>
      </w:r>
      <w:r w:rsidRPr="00D914B7">
        <w:rPr>
          <w:sz w:val="22"/>
          <w:rtl/>
        </w:rPr>
        <w:t>باید</w:t>
      </w:r>
      <w:r w:rsidRPr="00D914B7">
        <w:rPr>
          <w:sz w:val="22"/>
        </w:rPr>
        <w:t xml:space="preserve"> </w:t>
      </w:r>
      <w:r w:rsidRPr="00D914B7">
        <w:rPr>
          <w:sz w:val="22"/>
          <w:rtl/>
        </w:rPr>
        <w:t>بداند</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مدعی</w:t>
      </w:r>
      <w:r w:rsidRPr="00D914B7">
        <w:rPr>
          <w:sz w:val="22"/>
        </w:rPr>
        <w:t xml:space="preserve"> </w:t>
      </w:r>
      <w:r w:rsidRPr="00D914B7">
        <w:rPr>
          <w:sz w:val="22"/>
          <w:rtl/>
        </w:rPr>
        <w:t>نگارش</w:t>
      </w:r>
      <w:r w:rsidRPr="00D914B7">
        <w:rPr>
          <w:sz w:val="22"/>
        </w:rPr>
        <w:t xml:space="preserve"> </w:t>
      </w:r>
      <w:r w:rsidRPr="00D914B7">
        <w:rPr>
          <w:sz w:val="22"/>
          <w:rtl/>
        </w:rPr>
        <w:t>تاریخی</w:t>
      </w:r>
      <w:r w:rsidRPr="00D914B7">
        <w:rPr>
          <w:sz w:val="22"/>
        </w:rPr>
        <w:t xml:space="preserve"> </w:t>
      </w:r>
      <w:r w:rsidRPr="00D914B7">
        <w:rPr>
          <w:sz w:val="22"/>
          <w:rtl/>
        </w:rPr>
        <w:t>جامع</w:t>
      </w:r>
      <w:r w:rsidRPr="00D914B7">
        <w:rPr>
          <w:sz w:val="22"/>
        </w:rPr>
        <w:t xml:space="preserve"> </w:t>
      </w:r>
      <w:r w:rsidRPr="00D914B7">
        <w:rPr>
          <w:sz w:val="22"/>
          <w:rtl/>
        </w:rPr>
        <w:t>و</w:t>
      </w:r>
      <w:r w:rsidRPr="00D914B7">
        <w:rPr>
          <w:sz w:val="22"/>
        </w:rPr>
        <w:t xml:space="preserve"> </w:t>
      </w:r>
      <w:r w:rsidRPr="00D914B7">
        <w:rPr>
          <w:sz w:val="22"/>
          <w:rtl/>
        </w:rPr>
        <w:t>بی</w:t>
      </w:r>
      <w:r w:rsidRPr="00D914B7">
        <w:rPr>
          <w:sz w:val="22"/>
        </w:rPr>
        <w:t>‌</w:t>
      </w:r>
      <w:r w:rsidRPr="00D914B7">
        <w:rPr>
          <w:sz w:val="22"/>
          <w:rtl/>
        </w:rPr>
        <w:t>نقص</w:t>
      </w:r>
      <w:r w:rsidRPr="00D914B7">
        <w:rPr>
          <w:sz w:val="22"/>
        </w:rPr>
        <w:t xml:space="preserve"> </w:t>
      </w:r>
      <w:r w:rsidRPr="00D914B7">
        <w:rPr>
          <w:sz w:val="22"/>
          <w:rtl/>
        </w:rPr>
        <w:t>از</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رویدادهای</w:t>
      </w:r>
      <w:r w:rsidRPr="00D914B7">
        <w:rPr>
          <w:sz w:val="22"/>
        </w:rPr>
        <w:t xml:space="preserve"> </w:t>
      </w:r>
      <w:r w:rsidRPr="00D914B7">
        <w:rPr>
          <w:sz w:val="22"/>
          <w:rtl/>
        </w:rPr>
        <w:t>ایران</w:t>
      </w:r>
      <w:r w:rsidRPr="00D914B7">
        <w:rPr>
          <w:sz w:val="22"/>
        </w:rPr>
        <w:t xml:space="preserve"> </w:t>
      </w:r>
      <w:r w:rsidRPr="00D914B7">
        <w:rPr>
          <w:sz w:val="22"/>
          <w:rtl/>
        </w:rPr>
        <w:t>نیست</w:t>
      </w:r>
      <w:r>
        <w:rPr>
          <w:sz w:val="22"/>
          <w:rtl/>
        </w:rPr>
        <w:t>.</w:t>
      </w:r>
    </w:p>
    <w:p w:rsidR="00987F03" w:rsidRPr="00D914B7" w:rsidRDefault="00987F03" w:rsidP="00987F03">
      <w:pPr>
        <w:bidi/>
        <w:ind w:firstLine="720"/>
        <w:rPr>
          <w:sz w:val="22"/>
        </w:rPr>
      </w:pPr>
      <w:r w:rsidRPr="00D914B7">
        <w:rPr>
          <w:sz w:val="22"/>
          <w:rtl/>
        </w:rPr>
        <w:t>نیمی</w:t>
      </w:r>
      <w:r w:rsidRPr="00D914B7">
        <w:rPr>
          <w:sz w:val="22"/>
        </w:rPr>
        <w:t xml:space="preserve"> </w:t>
      </w:r>
      <w:r w:rsidRPr="00D914B7">
        <w:rPr>
          <w:sz w:val="22"/>
          <w:rtl/>
        </w:rPr>
        <w:t>از</w:t>
      </w:r>
      <w:r w:rsidRPr="00D914B7">
        <w:rPr>
          <w:sz w:val="22"/>
        </w:rPr>
        <w:t xml:space="preserve"> </w:t>
      </w:r>
      <w:r w:rsidRPr="00D914B7">
        <w:rPr>
          <w:sz w:val="22"/>
          <w:rtl/>
        </w:rPr>
        <w:t>زندگی</w:t>
      </w:r>
      <w:r w:rsidRPr="00D914B7">
        <w:rPr>
          <w:sz w:val="22"/>
        </w:rPr>
        <w:t xml:space="preserve"> </w:t>
      </w:r>
      <w:r w:rsidRPr="00D914B7">
        <w:rPr>
          <w:sz w:val="22"/>
          <w:rtl/>
        </w:rPr>
        <w:t>کاری</w:t>
      </w:r>
      <w:r w:rsidRPr="00D914B7">
        <w:rPr>
          <w:sz w:val="22"/>
        </w:rPr>
        <w:t xml:space="preserve"> </w:t>
      </w:r>
      <w:r w:rsidRPr="00D914B7">
        <w:rPr>
          <w:sz w:val="22"/>
          <w:rtl/>
        </w:rPr>
        <w:t>من</w:t>
      </w:r>
      <w:r w:rsidRPr="00D914B7">
        <w:rPr>
          <w:sz w:val="22"/>
        </w:rPr>
        <w:t xml:space="preserve"> </w:t>
      </w:r>
      <w:r w:rsidRPr="00D914B7">
        <w:rPr>
          <w:sz w:val="22"/>
          <w:rtl/>
        </w:rPr>
        <w:t>در</w:t>
      </w:r>
      <w:r w:rsidRPr="00D914B7">
        <w:rPr>
          <w:sz w:val="22"/>
        </w:rPr>
        <w:t xml:space="preserve"> </w:t>
      </w:r>
      <w:r w:rsidRPr="00D914B7">
        <w:rPr>
          <w:sz w:val="22"/>
          <w:rtl/>
        </w:rPr>
        <w:t>درون</w:t>
      </w:r>
      <w:r w:rsidRPr="00D914B7">
        <w:rPr>
          <w:sz w:val="22"/>
        </w:rPr>
        <w:t xml:space="preserve"> </w:t>
      </w:r>
      <w:r>
        <w:rPr>
          <w:rFonts w:hint="cs"/>
          <w:sz w:val="22"/>
          <w:rtl/>
        </w:rPr>
        <w:t>«</w:t>
      </w:r>
      <w:r w:rsidRPr="00D914B7">
        <w:rPr>
          <w:sz w:val="22"/>
          <w:rtl/>
        </w:rPr>
        <w:t>دولت</w:t>
      </w:r>
      <w:r>
        <w:rPr>
          <w:rFonts w:hint="cs"/>
          <w:sz w:val="22"/>
          <w:rtl/>
        </w:rPr>
        <w:t>»</w:t>
      </w:r>
      <w:r w:rsidRPr="00D914B7">
        <w:rPr>
          <w:sz w:val="22"/>
          <w:rtl/>
        </w:rPr>
        <w:t>،</w:t>
      </w:r>
      <w:r w:rsidRPr="00D914B7">
        <w:rPr>
          <w:sz w:val="22"/>
        </w:rPr>
        <w:t xml:space="preserve"> </w:t>
      </w:r>
      <w:r w:rsidRPr="00D914B7">
        <w:rPr>
          <w:sz w:val="22"/>
          <w:rtl/>
        </w:rPr>
        <w:t>یا</w:t>
      </w:r>
      <w:r w:rsidRPr="00D914B7">
        <w:rPr>
          <w:sz w:val="22"/>
        </w:rPr>
        <w:t xml:space="preserve"> </w:t>
      </w:r>
      <w:r w:rsidRPr="00D914B7">
        <w:rPr>
          <w:sz w:val="22"/>
          <w:rtl/>
        </w:rPr>
        <w:t>آنچه</w:t>
      </w:r>
      <w:r w:rsidRPr="00D914B7">
        <w:rPr>
          <w:sz w:val="22"/>
        </w:rPr>
        <w:t xml:space="preserve"> </w:t>
      </w:r>
      <w:r w:rsidRPr="00D914B7">
        <w:rPr>
          <w:sz w:val="22"/>
          <w:rtl/>
        </w:rPr>
        <w:t>در</w:t>
      </w:r>
      <w:r w:rsidRPr="00D914B7">
        <w:rPr>
          <w:sz w:val="22"/>
        </w:rPr>
        <w:t xml:space="preserve"> </w:t>
      </w:r>
      <w:r w:rsidRPr="00D914B7">
        <w:rPr>
          <w:sz w:val="22"/>
          <w:rtl/>
        </w:rPr>
        <w:t>زبان</w:t>
      </w:r>
      <w:r w:rsidRPr="00D914B7">
        <w:rPr>
          <w:sz w:val="22"/>
        </w:rPr>
        <w:t xml:space="preserve"> </w:t>
      </w:r>
      <w:r w:rsidRPr="00D914B7">
        <w:rPr>
          <w:sz w:val="22"/>
          <w:rtl/>
        </w:rPr>
        <w:t>تاریخی</w:t>
      </w:r>
      <w:r w:rsidRPr="00D914B7">
        <w:rPr>
          <w:sz w:val="22"/>
        </w:rPr>
        <w:t xml:space="preserve"> </w:t>
      </w:r>
      <w:r w:rsidRPr="00D914B7">
        <w:rPr>
          <w:sz w:val="22"/>
          <w:rtl/>
        </w:rPr>
        <w:t>فارسی</w:t>
      </w:r>
      <w:r w:rsidRPr="00D914B7">
        <w:rPr>
          <w:sz w:val="22"/>
        </w:rPr>
        <w:t xml:space="preserve"> </w:t>
      </w:r>
      <w:r>
        <w:rPr>
          <w:rFonts w:hint="cs"/>
          <w:sz w:val="22"/>
          <w:rtl/>
        </w:rPr>
        <w:t>«</w:t>
      </w:r>
      <w:r w:rsidRPr="00D914B7">
        <w:rPr>
          <w:sz w:val="22"/>
          <w:rtl/>
        </w:rPr>
        <w:t>دیوان</w:t>
      </w:r>
      <w:r>
        <w:rPr>
          <w:rFonts w:hint="cs"/>
          <w:sz w:val="22"/>
          <w:rtl/>
        </w:rPr>
        <w:t>»</w:t>
      </w:r>
      <w:r w:rsidRPr="00D914B7">
        <w:rPr>
          <w:sz w:val="22"/>
        </w:rPr>
        <w:t xml:space="preserve"> </w:t>
      </w:r>
      <w:r w:rsidRPr="00D914B7">
        <w:rPr>
          <w:sz w:val="22"/>
          <w:rtl/>
        </w:rPr>
        <w:t>خوانده</w:t>
      </w:r>
      <w:r w:rsidRPr="00D914B7">
        <w:rPr>
          <w:sz w:val="22"/>
        </w:rPr>
        <w:t xml:space="preserve"> </w:t>
      </w:r>
      <w:r w:rsidRPr="00D914B7">
        <w:rPr>
          <w:sz w:val="22"/>
          <w:rtl/>
        </w:rPr>
        <w:t>می</w:t>
      </w:r>
      <w:r w:rsidRPr="00D914B7">
        <w:rPr>
          <w:sz w:val="22"/>
        </w:rPr>
        <w:t>‌</w:t>
      </w:r>
      <w:r w:rsidRPr="00D914B7">
        <w:rPr>
          <w:sz w:val="22"/>
          <w:rtl/>
        </w:rPr>
        <w:t>شده،</w:t>
      </w:r>
      <w:r w:rsidRPr="00D914B7">
        <w:rPr>
          <w:sz w:val="22"/>
        </w:rPr>
        <w:t xml:space="preserve"> </w:t>
      </w:r>
      <w:r w:rsidRPr="00D914B7">
        <w:rPr>
          <w:sz w:val="22"/>
          <w:rtl/>
        </w:rPr>
        <w:t>گذشته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من</w:t>
      </w:r>
      <w:r w:rsidRPr="00D914B7">
        <w:rPr>
          <w:sz w:val="22"/>
        </w:rPr>
        <w:t xml:space="preserve"> </w:t>
      </w:r>
      <w:r w:rsidRPr="00D914B7">
        <w:rPr>
          <w:sz w:val="22"/>
          <w:rtl/>
        </w:rPr>
        <w:t>عضو</w:t>
      </w:r>
      <w:r w:rsidRPr="00D914B7">
        <w:rPr>
          <w:sz w:val="22"/>
        </w:rPr>
        <w:t xml:space="preserve"> </w:t>
      </w:r>
      <w:r w:rsidRPr="00D914B7">
        <w:rPr>
          <w:sz w:val="22"/>
          <w:rtl/>
        </w:rPr>
        <w:t>کوچکی</w:t>
      </w:r>
      <w:r w:rsidRPr="00D914B7">
        <w:rPr>
          <w:sz w:val="22"/>
        </w:rPr>
        <w:t xml:space="preserve"> </w:t>
      </w:r>
      <w:r w:rsidRPr="00D914B7">
        <w:rPr>
          <w:sz w:val="22"/>
          <w:rtl/>
        </w:rPr>
        <w:t>از</w:t>
      </w:r>
      <w:r w:rsidRPr="00D914B7">
        <w:rPr>
          <w:sz w:val="22"/>
        </w:rPr>
        <w:t xml:space="preserve"> </w:t>
      </w:r>
      <w:r w:rsidRPr="00D914B7">
        <w:rPr>
          <w:sz w:val="22"/>
          <w:rtl/>
        </w:rPr>
        <w:t>دستگاهی</w:t>
      </w:r>
      <w:r w:rsidRPr="00D914B7">
        <w:rPr>
          <w:sz w:val="22"/>
        </w:rPr>
        <w:t xml:space="preserve"> </w:t>
      </w:r>
      <w:r w:rsidRPr="00D914B7">
        <w:rPr>
          <w:sz w:val="22"/>
          <w:rtl/>
        </w:rPr>
        <w:t>بودم</w:t>
      </w:r>
      <w:r w:rsidRPr="00D914B7">
        <w:rPr>
          <w:sz w:val="22"/>
        </w:rPr>
        <w:t xml:space="preserve"> </w:t>
      </w:r>
      <w:r w:rsidRPr="00D914B7">
        <w:rPr>
          <w:sz w:val="22"/>
          <w:rtl/>
        </w:rPr>
        <w:t>که</w:t>
      </w:r>
      <w:r w:rsidRPr="00D914B7">
        <w:rPr>
          <w:sz w:val="22"/>
        </w:rPr>
        <w:t xml:space="preserve"> </w:t>
      </w:r>
      <w:r w:rsidRPr="00D914B7">
        <w:rPr>
          <w:sz w:val="22"/>
          <w:rtl/>
        </w:rPr>
        <w:t>وظیفه</w:t>
      </w:r>
      <w:r w:rsidRPr="00D914B7">
        <w:rPr>
          <w:sz w:val="22"/>
        </w:rPr>
        <w:t>‌</w:t>
      </w:r>
      <w:r w:rsidRPr="00D914B7">
        <w:rPr>
          <w:sz w:val="22"/>
          <w:rtl/>
        </w:rPr>
        <w:t>اش</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امور</w:t>
      </w:r>
      <w:r w:rsidRPr="00D914B7">
        <w:rPr>
          <w:sz w:val="22"/>
        </w:rPr>
        <w:t xml:space="preserve"> </w:t>
      </w:r>
      <w:r w:rsidRPr="00D914B7">
        <w:rPr>
          <w:sz w:val="22"/>
          <w:rtl/>
        </w:rPr>
        <w:t>عمومی</w:t>
      </w:r>
      <w:r w:rsidRPr="00D914B7">
        <w:rPr>
          <w:sz w:val="22"/>
        </w:rPr>
        <w:t xml:space="preserve"> </w:t>
      </w:r>
      <w:r w:rsidRPr="00D914B7">
        <w:rPr>
          <w:sz w:val="22"/>
          <w:rtl/>
        </w:rPr>
        <w:t>کشور</w:t>
      </w:r>
      <w:r w:rsidRPr="00D914B7">
        <w:rPr>
          <w:sz w:val="22"/>
        </w:rPr>
        <w:t xml:space="preserve"> </w:t>
      </w:r>
      <w:r w:rsidRPr="00D914B7">
        <w:rPr>
          <w:sz w:val="22"/>
          <w:rtl/>
        </w:rPr>
        <w:t>بود</w:t>
      </w:r>
      <w:r>
        <w:rPr>
          <w:sz w:val="22"/>
          <w:rtl/>
        </w:rPr>
        <w:t>.</w:t>
      </w:r>
      <w:r w:rsidRPr="00D914B7">
        <w:rPr>
          <w:sz w:val="22"/>
        </w:rPr>
        <w:t xml:space="preserve"> </w:t>
      </w:r>
      <w:r w:rsidRPr="00D914B7">
        <w:rPr>
          <w:sz w:val="22"/>
          <w:rtl/>
        </w:rPr>
        <w:t>بعدها</w:t>
      </w:r>
      <w:r w:rsidRPr="00D914B7">
        <w:rPr>
          <w:sz w:val="22"/>
        </w:rPr>
        <w:t xml:space="preserve"> </w:t>
      </w:r>
      <w:r w:rsidRPr="00D914B7">
        <w:rPr>
          <w:sz w:val="22"/>
          <w:rtl/>
        </w:rPr>
        <w:t>نیز</w:t>
      </w:r>
      <w:r w:rsidRPr="00D914B7">
        <w:rPr>
          <w:sz w:val="22"/>
        </w:rPr>
        <w:t xml:space="preserve"> </w:t>
      </w:r>
      <w:r w:rsidRPr="00D914B7">
        <w:rPr>
          <w:sz w:val="22"/>
          <w:rtl/>
        </w:rPr>
        <w:t>در</w:t>
      </w:r>
      <w:r w:rsidRPr="00D914B7">
        <w:rPr>
          <w:sz w:val="22"/>
        </w:rPr>
        <w:t xml:space="preserve"> </w:t>
      </w:r>
      <w:r w:rsidRPr="00D914B7">
        <w:rPr>
          <w:sz w:val="22"/>
          <w:rtl/>
        </w:rPr>
        <w:t>مقام</w:t>
      </w:r>
      <w:r w:rsidRPr="00D914B7">
        <w:rPr>
          <w:sz w:val="22"/>
        </w:rPr>
        <w:t xml:space="preserve"> </w:t>
      </w:r>
      <w:r w:rsidRPr="00D914B7">
        <w:rPr>
          <w:sz w:val="22"/>
          <w:rtl/>
        </w:rPr>
        <w:t>پژوهشگر،</w:t>
      </w:r>
      <w:r w:rsidRPr="00D914B7">
        <w:rPr>
          <w:sz w:val="22"/>
        </w:rPr>
        <w:t xml:space="preserve"> </w:t>
      </w:r>
      <w:r w:rsidRPr="00D914B7">
        <w:rPr>
          <w:sz w:val="22"/>
          <w:rtl/>
        </w:rPr>
        <w:t>نویسنده</w:t>
      </w:r>
      <w:r w:rsidRPr="00D914B7">
        <w:rPr>
          <w:sz w:val="22"/>
        </w:rPr>
        <w:t xml:space="preserve"> </w:t>
      </w:r>
      <w:r w:rsidRPr="00D914B7">
        <w:rPr>
          <w:sz w:val="22"/>
          <w:rtl/>
        </w:rPr>
        <w:t>و</w:t>
      </w:r>
      <w:r w:rsidRPr="00D914B7">
        <w:rPr>
          <w:sz w:val="22"/>
        </w:rPr>
        <w:t xml:space="preserve"> </w:t>
      </w:r>
      <w:r w:rsidRPr="00D914B7">
        <w:rPr>
          <w:sz w:val="22"/>
          <w:rtl/>
        </w:rPr>
        <w:t>ناظر</w:t>
      </w:r>
      <w:r w:rsidRPr="00D914B7">
        <w:rPr>
          <w:sz w:val="22"/>
        </w:rPr>
        <w:t xml:space="preserve"> </w:t>
      </w:r>
      <w:r w:rsidRPr="00D914B7">
        <w:rPr>
          <w:sz w:val="22"/>
          <w:rtl/>
        </w:rPr>
        <w:t>سیاسی،</w:t>
      </w:r>
      <w:r w:rsidRPr="00D914B7">
        <w:rPr>
          <w:sz w:val="22"/>
        </w:rPr>
        <w:t xml:space="preserve"> </w:t>
      </w:r>
      <w:r w:rsidRPr="00D914B7">
        <w:rPr>
          <w:sz w:val="22"/>
          <w:rtl/>
        </w:rPr>
        <w:t>همچنان</w:t>
      </w:r>
      <w:r w:rsidRPr="00D914B7">
        <w:rPr>
          <w:sz w:val="22"/>
        </w:rPr>
        <w:t xml:space="preserve"> </w:t>
      </w:r>
      <w:r w:rsidRPr="00D914B7">
        <w:rPr>
          <w:sz w:val="22"/>
          <w:rtl/>
        </w:rPr>
        <w:t>با</w:t>
      </w:r>
      <w:r w:rsidRPr="00D914B7">
        <w:rPr>
          <w:sz w:val="22"/>
        </w:rPr>
        <w:t xml:space="preserve"> </w:t>
      </w:r>
      <w:r w:rsidRPr="00D914B7">
        <w:rPr>
          <w:sz w:val="22"/>
          <w:rtl/>
        </w:rPr>
        <w:t>مسئله</w:t>
      </w:r>
      <w:r>
        <w:rPr>
          <w:sz w:val="22"/>
          <w:rtl/>
        </w:rPr>
        <w:t>ء</w:t>
      </w:r>
      <w:r w:rsidRPr="00D914B7">
        <w:rPr>
          <w:sz w:val="22"/>
        </w:rPr>
        <w:t xml:space="preserve"> </w:t>
      </w:r>
      <w:r w:rsidRPr="00D914B7">
        <w:rPr>
          <w:sz w:val="22"/>
          <w:rtl/>
        </w:rPr>
        <w:t>دولت</w:t>
      </w:r>
      <w:r w:rsidRPr="00D914B7">
        <w:rPr>
          <w:sz w:val="22"/>
        </w:rPr>
        <w:t xml:space="preserve"> </w:t>
      </w:r>
      <w:r w:rsidRPr="00D914B7">
        <w:rPr>
          <w:sz w:val="22"/>
          <w:rtl/>
        </w:rPr>
        <w:t>و</w:t>
      </w:r>
      <w:r w:rsidRPr="00D914B7">
        <w:rPr>
          <w:sz w:val="22"/>
        </w:rPr>
        <w:t xml:space="preserve"> </w:t>
      </w:r>
      <w:r w:rsidRPr="00D914B7">
        <w:rPr>
          <w:sz w:val="22"/>
          <w:rtl/>
        </w:rPr>
        <w:t>کشورداری</w:t>
      </w:r>
      <w:r w:rsidRPr="00D914B7">
        <w:rPr>
          <w:sz w:val="22"/>
        </w:rPr>
        <w:t xml:space="preserve"> </w:t>
      </w:r>
      <w:r w:rsidRPr="00D914B7">
        <w:rPr>
          <w:sz w:val="22"/>
          <w:rtl/>
        </w:rPr>
        <w:t>درگیر</w:t>
      </w:r>
      <w:r w:rsidRPr="00D914B7">
        <w:rPr>
          <w:sz w:val="22"/>
        </w:rPr>
        <w:t xml:space="preserve"> </w:t>
      </w:r>
      <w:r w:rsidRPr="00D914B7">
        <w:rPr>
          <w:sz w:val="22"/>
          <w:rtl/>
        </w:rPr>
        <w:t>ماندم</w:t>
      </w:r>
      <w:r>
        <w:rPr>
          <w:sz w:val="22"/>
          <w:rtl/>
        </w:rPr>
        <w:t>.</w:t>
      </w:r>
      <w:r w:rsidRPr="00D914B7">
        <w:rPr>
          <w:sz w:val="22"/>
        </w:rPr>
        <w:t xml:space="preserve"> </w:t>
      </w:r>
      <w:r w:rsidRPr="00D914B7">
        <w:rPr>
          <w:sz w:val="22"/>
          <w:rtl/>
        </w:rPr>
        <w:t>ازاین</w:t>
      </w:r>
      <w:r w:rsidRPr="00D914B7">
        <w:rPr>
          <w:sz w:val="22"/>
        </w:rPr>
        <w:t>‌</w:t>
      </w:r>
      <w:r w:rsidRPr="00D914B7">
        <w:rPr>
          <w:sz w:val="22"/>
          <w:rtl/>
        </w:rPr>
        <w:t>رو،</w:t>
      </w:r>
      <w:r w:rsidRPr="00D914B7">
        <w:rPr>
          <w:sz w:val="22"/>
        </w:rPr>
        <w:t xml:space="preserve"> </w:t>
      </w:r>
      <w:r w:rsidRPr="00D914B7">
        <w:rPr>
          <w:sz w:val="22"/>
          <w:rtl/>
        </w:rPr>
        <w:t>علاقه</w:t>
      </w:r>
      <w:r>
        <w:rPr>
          <w:sz w:val="22"/>
          <w:rtl/>
        </w:rPr>
        <w:t>ء</w:t>
      </w:r>
      <w:r w:rsidRPr="00D914B7">
        <w:rPr>
          <w:sz w:val="22"/>
        </w:rPr>
        <w:t xml:space="preserve"> </w:t>
      </w:r>
      <w:r w:rsidRPr="00D914B7">
        <w:rPr>
          <w:sz w:val="22"/>
          <w:rtl/>
        </w:rPr>
        <w:t>من</w:t>
      </w:r>
      <w:r w:rsidRPr="00D914B7">
        <w:rPr>
          <w:sz w:val="22"/>
        </w:rPr>
        <w:t xml:space="preserve"> </w:t>
      </w:r>
      <w:r w:rsidRPr="00D914B7">
        <w:rPr>
          <w:sz w:val="22"/>
          <w:rtl/>
        </w:rPr>
        <w:t>به</w:t>
      </w:r>
      <w:r w:rsidRPr="00D914B7">
        <w:rPr>
          <w:sz w:val="22"/>
        </w:rPr>
        <w:t xml:space="preserve"> </w:t>
      </w:r>
      <w:r>
        <w:rPr>
          <w:rFonts w:hint="cs"/>
          <w:sz w:val="22"/>
          <w:rtl/>
        </w:rPr>
        <w:t>«کشورداری»</w:t>
      </w:r>
      <w:r w:rsidRPr="00D914B7">
        <w:rPr>
          <w:sz w:val="22"/>
        </w:rPr>
        <w:t xml:space="preserve"> </w:t>
      </w:r>
      <w:r w:rsidRPr="00D914B7">
        <w:rPr>
          <w:sz w:val="22"/>
          <w:rtl/>
        </w:rPr>
        <w:t>صرفاً</w:t>
      </w:r>
      <w:r w:rsidRPr="00D914B7">
        <w:rPr>
          <w:sz w:val="22"/>
        </w:rPr>
        <w:t xml:space="preserve"> </w:t>
      </w:r>
      <w:r w:rsidRPr="00D914B7">
        <w:rPr>
          <w:sz w:val="22"/>
          <w:rtl/>
        </w:rPr>
        <w:t>علاقه</w:t>
      </w:r>
      <w:r w:rsidRPr="00D914B7">
        <w:rPr>
          <w:sz w:val="22"/>
        </w:rPr>
        <w:t>‌</w:t>
      </w:r>
      <w:r w:rsidRPr="00D914B7">
        <w:rPr>
          <w:sz w:val="22"/>
          <w:rtl/>
        </w:rPr>
        <w:t>ای</w:t>
      </w:r>
      <w:r w:rsidRPr="00D914B7">
        <w:rPr>
          <w:sz w:val="22"/>
        </w:rPr>
        <w:t xml:space="preserve"> </w:t>
      </w:r>
      <w:r w:rsidRPr="00D914B7">
        <w:rPr>
          <w:sz w:val="22"/>
          <w:rtl/>
        </w:rPr>
        <w:t>نظری</w:t>
      </w:r>
      <w:r w:rsidRPr="00D914B7">
        <w:rPr>
          <w:sz w:val="22"/>
        </w:rPr>
        <w:t xml:space="preserve"> </w:t>
      </w:r>
      <w:r w:rsidRPr="00D914B7">
        <w:rPr>
          <w:sz w:val="22"/>
          <w:rtl/>
        </w:rPr>
        <w:t>نیست؛</w:t>
      </w:r>
      <w:r w:rsidRPr="00D914B7">
        <w:rPr>
          <w:sz w:val="22"/>
        </w:rPr>
        <w:t xml:space="preserve"> </w:t>
      </w:r>
      <w:r w:rsidRPr="00D914B7">
        <w:rPr>
          <w:sz w:val="22"/>
          <w:rtl/>
        </w:rPr>
        <w:t>بخشی</w:t>
      </w:r>
      <w:r w:rsidRPr="00D914B7">
        <w:rPr>
          <w:sz w:val="22"/>
        </w:rPr>
        <w:t xml:space="preserve"> </w:t>
      </w:r>
      <w:r w:rsidRPr="00D914B7">
        <w:rPr>
          <w:sz w:val="22"/>
          <w:rtl/>
        </w:rPr>
        <w:t>از</w:t>
      </w:r>
      <w:r w:rsidRPr="00D914B7">
        <w:rPr>
          <w:sz w:val="22"/>
        </w:rPr>
        <w:t xml:space="preserve"> </w:t>
      </w:r>
      <w:r w:rsidRPr="00D914B7">
        <w:rPr>
          <w:sz w:val="22"/>
          <w:rtl/>
        </w:rPr>
        <w:t>تجربه</w:t>
      </w:r>
      <w:r>
        <w:rPr>
          <w:sz w:val="22"/>
          <w:rtl/>
        </w:rPr>
        <w:t>ء</w:t>
      </w:r>
      <w:r w:rsidRPr="00D914B7">
        <w:rPr>
          <w:sz w:val="22"/>
        </w:rPr>
        <w:t xml:space="preserve"> </w:t>
      </w:r>
      <w:r w:rsidRPr="00D914B7">
        <w:rPr>
          <w:sz w:val="22"/>
          <w:rtl/>
        </w:rPr>
        <w:t>زیسته</w:t>
      </w:r>
      <w:r>
        <w:rPr>
          <w:sz w:val="22"/>
          <w:rtl/>
        </w:rPr>
        <w:t>ء</w:t>
      </w:r>
      <w:r w:rsidRPr="00D914B7">
        <w:rPr>
          <w:sz w:val="22"/>
        </w:rPr>
        <w:t xml:space="preserve"> </w:t>
      </w:r>
      <w:r w:rsidRPr="00D914B7">
        <w:rPr>
          <w:sz w:val="22"/>
          <w:rtl/>
        </w:rPr>
        <w:t>من</w:t>
      </w:r>
      <w:r w:rsidRPr="00D914B7">
        <w:rPr>
          <w:sz w:val="22"/>
        </w:rPr>
        <w:t xml:space="preserve"> </w:t>
      </w:r>
      <w:r w:rsidRPr="00D914B7">
        <w:rPr>
          <w:sz w:val="22"/>
          <w:rtl/>
        </w:rPr>
        <w:t>نیز</w:t>
      </w:r>
      <w:r w:rsidRPr="00D914B7">
        <w:rPr>
          <w:sz w:val="22"/>
        </w:rPr>
        <w:t xml:space="preserve"> </w:t>
      </w:r>
      <w:r w:rsidRPr="00D914B7">
        <w:rPr>
          <w:sz w:val="22"/>
          <w:rtl/>
        </w:rPr>
        <w:t>هست</w:t>
      </w:r>
      <w:r>
        <w:rPr>
          <w:sz w:val="22"/>
          <w:rtl/>
        </w:rPr>
        <w:t>.</w:t>
      </w:r>
      <w:r w:rsidRPr="00D914B7">
        <w:rPr>
          <w:sz w:val="22"/>
        </w:rPr>
        <w:t xml:space="preserve"> </w:t>
      </w:r>
      <w:r w:rsidRPr="00D914B7">
        <w:rPr>
          <w:sz w:val="22"/>
          <w:rtl/>
        </w:rPr>
        <w:t>من</w:t>
      </w:r>
      <w:r w:rsidRPr="00D914B7">
        <w:rPr>
          <w:sz w:val="22"/>
        </w:rPr>
        <w:t xml:space="preserve"> </w:t>
      </w:r>
      <w:r w:rsidRPr="00D914B7">
        <w:rPr>
          <w:sz w:val="22"/>
          <w:rtl/>
        </w:rPr>
        <w:t>از</w:t>
      </w:r>
      <w:r w:rsidRPr="00D914B7">
        <w:rPr>
          <w:sz w:val="22"/>
        </w:rPr>
        <w:t xml:space="preserve"> </w:t>
      </w:r>
      <w:r w:rsidRPr="00D914B7">
        <w:rPr>
          <w:sz w:val="22"/>
          <w:rtl/>
        </w:rPr>
        <w:t>نزدیک</w:t>
      </w:r>
      <w:r w:rsidRPr="00D914B7">
        <w:rPr>
          <w:sz w:val="22"/>
        </w:rPr>
        <w:t xml:space="preserve"> </w:t>
      </w:r>
      <w:r w:rsidRPr="00D914B7">
        <w:rPr>
          <w:sz w:val="22"/>
          <w:rtl/>
        </w:rPr>
        <w:t>دیده</w:t>
      </w:r>
      <w:r w:rsidRPr="00D914B7">
        <w:rPr>
          <w:sz w:val="22"/>
        </w:rPr>
        <w:t>‌</w:t>
      </w:r>
      <w:r w:rsidRPr="00D914B7">
        <w:rPr>
          <w:sz w:val="22"/>
          <w:rtl/>
        </w:rPr>
        <w:t>ام</w:t>
      </w:r>
      <w:r w:rsidRPr="00D914B7">
        <w:rPr>
          <w:sz w:val="22"/>
        </w:rPr>
        <w:t xml:space="preserve"> </w:t>
      </w:r>
      <w:r w:rsidRPr="00D914B7">
        <w:rPr>
          <w:sz w:val="22"/>
          <w:rtl/>
        </w:rPr>
        <w:t>که</w:t>
      </w:r>
      <w:r w:rsidRPr="00D914B7">
        <w:rPr>
          <w:sz w:val="22"/>
        </w:rPr>
        <w:t xml:space="preserve"> </w:t>
      </w:r>
      <w:r w:rsidRPr="00D914B7">
        <w:rPr>
          <w:sz w:val="22"/>
          <w:rtl/>
        </w:rPr>
        <w:t>میان</w:t>
      </w:r>
      <w:r w:rsidRPr="00D914B7">
        <w:rPr>
          <w:sz w:val="22"/>
        </w:rPr>
        <w:t xml:space="preserve"> </w:t>
      </w:r>
      <w:r w:rsidRPr="00D914B7">
        <w:rPr>
          <w:sz w:val="22"/>
          <w:rtl/>
        </w:rPr>
        <w:t>گرفتن</w:t>
      </w:r>
      <w:r w:rsidRPr="00D914B7">
        <w:rPr>
          <w:sz w:val="22"/>
        </w:rPr>
        <w:t xml:space="preserve"> </w:t>
      </w:r>
      <w:r w:rsidRPr="00D914B7">
        <w:rPr>
          <w:sz w:val="22"/>
          <w:rtl/>
        </w:rPr>
        <w:t>یک</w:t>
      </w:r>
      <w:r w:rsidRPr="00D914B7">
        <w:rPr>
          <w:sz w:val="22"/>
        </w:rPr>
        <w:t xml:space="preserve"> </w:t>
      </w:r>
      <w:r w:rsidRPr="00D914B7">
        <w:rPr>
          <w:sz w:val="22"/>
          <w:rtl/>
        </w:rPr>
        <w:t>تصمیم</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رسیدن</w:t>
      </w:r>
      <w:r w:rsidRPr="00D914B7">
        <w:rPr>
          <w:sz w:val="22"/>
        </w:rPr>
        <w:t xml:space="preserve"> </w:t>
      </w:r>
      <w:r w:rsidRPr="00D914B7">
        <w:rPr>
          <w:sz w:val="22"/>
          <w:rtl/>
        </w:rPr>
        <w:t>نتیجه</w:t>
      </w:r>
      <w:r>
        <w:rPr>
          <w:sz w:val="22"/>
          <w:rtl/>
        </w:rPr>
        <w:t>ء</w:t>
      </w:r>
      <w:r w:rsidRPr="00D914B7">
        <w:rPr>
          <w:sz w:val="22"/>
        </w:rPr>
        <w:t xml:space="preserve"> </w:t>
      </w:r>
      <w:r w:rsidRPr="00D914B7">
        <w:rPr>
          <w:sz w:val="22"/>
          <w:rtl/>
        </w:rPr>
        <w:t>آن</w:t>
      </w:r>
      <w:r w:rsidRPr="00D914B7">
        <w:rPr>
          <w:sz w:val="22"/>
        </w:rPr>
        <w:t xml:space="preserve"> </w:t>
      </w:r>
      <w:r w:rsidRPr="00D914B7">
        <w:rPr>
          <w:sz w:val="22"/>
          <w:rtl/>
        </w:rPr>
        <w:t>به</w:t>
      </w:r>
      <w:r w:rsidRPr="00D914B7">
        <w:rPr>
          <w:sz w:val="22"/>
        </w:rPr>
        <w:t xml:space="preserve"> </w:t>
      </w:r>
      <w:r w:rsidRPr="00D914B7">
        <w:rPr>
          <w:sz w:val="22"/>
          <w:rtl/>
        </w:rPr>
        <w:t>زندگی</w:t>
      </w:r>
      <w:r w:rsidRPr="00D914B7">
        <w:rPr>
          <w:sz w:val="22"/>
        </w:rPr>
        <w:t xml:space="preserve"> </w:t>
      </w:r>
      <w:r w:rsidRPr="00D914B7">
        <w:rPr>
          <w:sz w:val="22"/>
          <w:rtl/>
        </w:rPr>
        <w:t>مردم</w:t>
      </w:r>
      <w:r w:rsidRPr="00D914B7">
        <w:rPr>
          <w:sz w:val="22"/>
        </w:rPr>
        <w:t xml:space="preserve"> </w:t>
      </w:r>
      <w:r w:rsidRPr="00D914B7">
        <w:rPr>
          <w:sz w:val="22"/>
          <w:rtl/>
        </w:rPr>
        <w:t>چه</w:t>
      </w:r>
      <w:r w:rsidRPr="00D914B7">
        <w:rPr>
          <w:sz w:val="22"/>
        </w:rPr>
        <w:t xml:space="preserve"> </w:t>
      </w:r>
      <w:r w:rsidRPr="00D914B7">
        <w:rPr>
          <w:sz w:val="22"/>
          <w:rtl/>
        </w:rPr>
        <w:t>فاصله</w:t>
      </w:r>
      <w:r w:rsidRPr="00D914B7">
        <w:rPr>
          <w:sz w:val="22"/>
        </w:rPr>
        <w:t>‌</w:t>
      </w:r>
      <w:r w:rsidRPr="00D914B7">
        <w:rPr>
          <w:sz w:val="22"/>
          <w:rtl/>
        </w:rPr>
        <w:t>ای</w:t>
      </w:r>
      <w:r w:rsidRPr="00D914B7">
        <w:rPr>
          <w:sz w:val="22"/>
        </w:rPr>
        <w:t xml:space="preserve"> </w:t>
      </w:r>
      <w:r w:rsidRPr="00D914B7">
        <w:rPr>
          <w:sz w:val="22"/>
          <w:rtl/>
        </w:rPr>
        <w:t>وجود</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چگونه</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بهترین</w:t>
      </w:r>
      <w:r w:rsidRPr="00D914B7">
        <w:rPr>
          <w:sz w:val="22"/>
        </w:rPr>
        <w:t xml:space="preserve"> </w:t>
      </w:r>
      <w:r w:rsidRPr="00D914B7">
        <w:rPr>
          <w:sz w:val="22"/>
          <w:rtl/>
        </w:rPr>
        <w:t>وعده</w:t>
      </w:r>
      <w:r w:rsidRPr="00D914B7">
        <w:rPr>
          <w:sz w:val="22"/>
        </w:rPr>
        <w:t>‌</w:t>
      </w:r>
      <w:r w:rsidRPr="00D914B7">
        <w:rPr>
          <w:sz w:val="22"/>
          <w:rtl/>
        </w:rPr>
        <w:t>ها،</w:t>
      </w:r>
      <w:r w:rsidRPr="00D914B7">
        <w:rPr>
          <w:sz w:val="22"/>
        </w:rPr>
        <w:t xml:space="preserve"> </w:t>
      </w:r>
      <w:r w:rsidRPr="00D914B7">
        <w:rPr>
          <w:sz w:val="22"/>
          <w:rtl/>
        </w:rPr>
        <w:t>در</w:t>
      </w:r>
      <w:r w:rsidRPr="00D914B7">
        <w:rPr>
          <w:sz w:val="22"/>
        </w:rPr>
        <w:t xml:space="preserve"> </w:t>
      </w:r>
      <w:r w:rsidRPr="00D914B7">
        <w:rPr>
          <w:sz w:val="22"/>
          <w:rtl/>
        </w:rPr>
        <w:t>نبود</w:t>
      </w:r>
      <w:r w:rsidRPr="00D914B7">
        <w:rPr>
          <w:sz w:val="22"/>
        </w:rPr>
        <w:t xml:space="preserve"> </w:t>
      </w:r>
      <w:r w:rsidRPr="00D914B7">
        <w:rPr>
          <w:sz w:val="22"/>
          <w:rtl/>
        </w:rPr>
        <w:t>دستگاهی</w:t>
      </w:r>
      <w:r w:rsidRPr="00D914B7">
        <w:rPr>
          <w:sz w:val="22"/>
        </w:rPr>
        <w:t xml:space="preserve"> </w:t>
      </w:r>
      <w:r w:rsidRPr="00D914B7">
        <w:rPr>
          <w:sz w:val="22"/>
          <w:rtl/>
        </w:rPr>
        <w:t>کارآمد</w:t>
      </w:r>
      <w:r w:rsidRPr="00D914B7">
        <w:rPr>
          <w:sz w:val="22"/>
        </w:rPr>
        <w:t xml:space="preserve"> </w:t>
      </w:r>
      <w:r w:rsidRPr="00D914B7">
        <w:rPr>
          <w:sz w:val="22"/>
          <w:rtl/>
        </w:rPr>
        <w:t>و</w:t>
      </w:r>
      <w:r w:rsidRPr="00D914B7">
        <w:rPr>
          <w:sz w:val="22"/>
        </w:rPr>
        <w:t xml:space="preserve"> </w:t>
      </w:r>
      <w:r w:rsidRPr="00D914B7">
        <w:rPr>
          <w:sz w:val="22"/>
          <w:rtl/>
        </w:rPr>
        <w:t>پاسخ</w:t>
      </w:r>
      <w:r w:rsidRPr="00D914B7">
        <w:rPr>
          <w:sz w:val="22"/>
        </w:rPr>
        <w:t>‌</w:t>
      </w:r>
      <w:r w:rsidRPr="00D914B7">
        <w:rPr>
          <w:sz w:val="22"/>
          <w:rtl/>
        </w:rPr>
        <w:t>گو،</w:t>
      </w:r>
      <w:r w:rsidRPr="00D914B7">
        <w:rPr>
          <w:sz w:val="22"/>
        </w:rPr>
        <w:t xml:space="preserve"> </w:t>
      </w:r>
      <w:r w:rsidRPr="00D914B7">
        <w:rPr>
          <w:sz w:val="22"/>
          <w:rtl/>
        </w:rPr>
        <w:t>به</w:t>
      </w:r>
      <w:r w:rsidRPr="00D914B7">
        <w:rPr>
          <w:sz w:val="22"/>
        </w:rPr>
        <w:t xml:space="preserve"> </w:t>
      </w:r>
      <w:r w:rsidRPr="00D914B7">
        <w:rPr>
          <w:sz w:val="22"/>
          <w:rtl/>
        </w:rPr>
        <w:t>هیچ</w:t>
      </w:r>
      <w:r w:rsidRPr="00D914B7">
        <w:rPr>
          <w:sz w:val="22"/>
        </w:rPr>
        <w:t xml:space="preserve"> </w:t>
      </w:r>
      <w:r w:rsidRPr="00D914B7">
        <w:rPr>
          <w:sz w:val="22"/>
          <w:rtl/>
        </w:rPr>
        <w:t>نتیجه</w:t>
      </w:r>
      <w:r w:rsidRPr="00D914B7">
        <w:rPr>
          <w:sz w:val="22"/>
        </w:rPr>
        <w:t>‌</w:t>
      </w:r>
      <w:r w:rsidRPr="00D914B7">
        <w:rPr>
          <w:sz w:val="22"/>
          <w:rtl/>
        </w:rPr>
        <w:t>ای</w:t>
      </w:r>
      <w:r w:rsidRPr="00D914B7">
        <w:rPr>
          <w:sz w:val="22"/>
        </w:rPr>
        <w:t xml:space="preserve"> </w:t>
      </w:r>
      <w:r w:rsidRPr="00D914B7">
        <w:rPr>
          <w:sz w:val="22"/>
          <w:rtl/>
        </w:rPr>
        <w:t>نرسند</w:t>
      </w:r>
      <w:r w:rsidRPr="00D914B7">
        <w:rPr>
          <w:sz w:val="22"/>
        </w:rPr>
        <w:t xml:space="preserve"> </w:t>
      </w:r>
      <w:r w:rsidRPr="00D914B7">
        <w:rPr>
          <w:sz w:val="22"/>
          <w:rtl/>
        </w:rPr>
        <w:t>یا</w:t>
      </w:r>
      <w:r w:rsidRPr="00D914B7">
        <w:rPr>
          <w:sz w:val="22"/>
        </w:rPr>
        <w:t xml:space="preserve"> </w:t>
      </w:r>
      <w:r w:rsidRPr="00D914B7">
        <w:rPr>
          <w:sz w:val="22"/>
          <w:rtl/>
        </w:rPr>
        <w:t>حتی</w:t>
      </w:r>
      <w:r w:rsidRPr="00D914B7">
        <w:rPr>
          <w:sz w:val="22"/>
        </w:rPr>
        <w:t xml:space="preserve"> </w:t>
      </w:r>
      <w:r w:rsidRPr="00D914B7">
        <w:rPr>
          <w:sz w:val="22"/>
          <w:rtl/>
        </w:rPr>
        <w:t>نتیجه</w:t>
      </w:r>
      <w:r w:rsidRPr="00D914B7">
        <w:rPr>
          <w:sz w:val="22"/>
        </w:rPr>
        <w:t>‌</w:t>
      </w:r>
      <w:r w:rsidRPr="00D914B7">
        <w:rPr>
          <w:sz w:val="22"/>
          <w:rtl/>
        </w:rPr>
        <w:t>ای</w:t>
      </w:r>
      <w:r w:rsidRPr="00D914B7">
        <w:rPr>
          <w:sz w:val="22"/>
        </w:rPr>
        <w:t xml:space="preserve"> </w:t>
      </w:r>
      <w:r w:rsidRPr="00D914B7">
        <w:rPr>
          <w:sz w:val="22"/>
          <w:rtl/>
        </w:rPr>
        <w:t>خلاف</w:t>
      </w:r>
      <w:r w:rsidRPr="00D914B7">
        <w:rPr>
          <w:sz w:val="22"/>
        </w:rPr>
        <w:t xml:space="preserve"> </w:t>
      </w:r>
      <w:r w:rsidRPr="00D914B7">
        <w:rPr>
          <w:sz w:val="22"/>
          <w:rtl/>
        </w:rPr>
        <w:t>مقصود</w:t>
      </w:r>
      <w:r w:rsidRPr="00D914B7">
        <w:rPr>
          <w:sz w:val="22"/>
        </w:rPr>
        <w:t xml:space="preserve"> </w:t>
      </w:r>
      <w:r w:rsidRPr="00D914B7">
        <w:rPr>
          <w:sz w:val="22"/>
          <w:rtl/>
        </w:rPr>
        <w:t>پدید</w:t>
      </w:r>
      <w:r w:rsidRPr="00D914B7">
        <w:rPr>
          <w:sz w:val="22"/>
        </w:rPr>
        <w:t xml:space="preserve"> </w:t>
      </w:r>
      <w:r w:rsidRPr="00D914B7">
        <w:rPr>
          <w:sz w:val="22"/>
          <w:rtl/>
        </w:rPr>
        <w:t>آورند</w:t>
      </w:r>
      <w:r>
        <w:rPr>
          <w:sz w:val="22"/>
          <w:rtl/>
        </w:rPr>
        <w:t>.</w:t>
      </w:r>
    </w:p>
    <w:p w:rsidR="00987F03" w:rsidRPr="00D914B7" w:rsidRDefault="00987F03" w:rsidP="00987F03">
      <w:pPr>
        <w:bidi/>
        <w:ind w:firstLine="720"/>
        <w:rPr>
          <w:sz w:val="22"/>
        </w:rPr>
      </w:pPr>
      <w:r w:rsidRPr="00D914B7">
        <w:rPr>
          <w:sz w:val="22"/>
          <w:rtl/>
        </w:rPr>
        <w:t>من</w:t>
      </w:r>
      <w:r w:rsidRPr="00D914B7">
        <w:rPr>
          <w:sz w:val="22"/>
        </w:rPr>
        <w:t xml:space="preserve"> </w:t>
      </w:r>
      <w:r w:rsidRPr="00D914B7">
        <w:rPr>
          <w:sz w:val="22"/>
          <w:rtl/>
        </w:rPr>
        <w:t>با</w:t>
      </w:r>
      <w:r w:rsidRPr="00D914B7">
        <w:rPr>
          <w:sz w:val="22"/>
        </w:rPr>
        <w:t xml:space="preserve"> </w:t>
      </w:r>
      <w:r w:rsidRPr="00D914B7">
        <w:rPr>
          <w:sz w:val="22"/>
          <w:rtl/>
        </w:rPr>
        <w:t>آغاز</w:t>
      </w:r>
      <w:r w:rsidRPr="00D914B7">
        <w:rPr>
          <w:sz w:val="22"/>
        </w:rPr>
        <w:t xml:space="preserve"> </w:t>
      </w:r>
      <w:r w:rsidRPr="00D914B7">
        <w:rPr>
          <w:sz w:val="22"/>
          <w:rtl/>
        </w:rPr>
        <w:t>دوران</w:t>
      </w:r>
      <w:r w:rsidRPr="00D914B7">
        <w:rPr>
          <w:sz w:val="22"/>
        </w:rPr>
        <w:t xml:space="preserve"> </w:t>
      </w:r>
      <w:r w:rsidRPr="00D914B7">
        <w:rPr>
          <w:sz w:val="22"/>
          <w:rtl/>
        </w:rPr>
        <w:t>پادشاهی</w:t>
      </w:r>
      <w:r w:rsidRPr="00D914B7">
        <w:rPr>
          <w:sz w:val="22"/>
        </w:rPr>
        <w:t xml:space="preserve"> </w:t>
      </w:r>
      <w:r w:rsidRPr="00D914B7">
        <w:rPr>
          <w:sz w:val="22"/>
          <w:rtl/>
        </w:rPr>
        <w:t>محمدرضاشاه</w:t>
      </w:r>
      <w:r w:rsidRPr="00D914B7">
        <w:rPr>
          <w:sz w:val="22"/>
        </w:rPr>
        <w:t xml:space="preserve"> </w:t>
      </w:r>
      <w:r w:rsidRPr="00D914B7">
        <w:rPr>
          <w:sz w:val="22"/>
          <w:rtl/>
        </w:rPr>
        <w:t>پهلوی</w:t>
      </w:r>
      <w:r w:rsidRPr="00D914B7">
        <w:rPr>
          <w:sz w:val="22"/>
        </w:rPr>
        <w:t xml:space="preserve"> </w:t>
      </w:r>
      <w:r w:rsidRPr="00D914B7">
        <w:rPr>
          <w:sz w:val="22"/>
          <w:rtl/>
        </w:rPr>
        <w:t>به</w:t>
      </w:r>
      <w:r w:rsidRPr="00D914B7">
        <w:rPr>
          <w:sz w:val="22"/>
        </w:rPr>
        <w:t xml:space="preserve"> </w:t>
      </w:r>
      <w:r w:rsidRPr="00D914B7">
        <w:rPr>
          <w:sz w:val="22"/>
          <w:rtl/>
        </w:rPr>
        <w:t>دنیا</w:t>
      </w:r>
      <w:r w:rsidRPr="00D914B7">
        <w:rPr>
          <w:sz w:val="22"/>
        </w:rPr>
        <w:t xml:space="preserve"> </w:t>
      </w:r>
      <w:r w:rsidRPr="00D914B7">
        <w:rPr>
          <w:sz w:val="22"/>
          <w:rtl/>
        </w:rPr>
        <w:t>آمدم،</w:t>
      </w:r>
      <w:r w:rsidRPr="00D914B7">
        <w:rPr>
          <w:sz w:val="22"/>
        </w:rPr>
        <w:t xml:space="preserve"> </w:t>
      </w:r>
      <w:r w:rsidRPr="00D914B7">
        <w:rPr>
          <w:sz w:val="22"/>
          <w:rtl/>
        </w:rPr>
        <w:t>در</w:t>
      </w:r>
      <w:r w:rsidRPr="00D914B7">
        <w:rPr>
          <w:sz w:val="22"/>
        </w:rPr>
        <w:t xml:space="preserve"> </w:t>
      </w:r>
      <w:r w:rsidRPr="00D914B7">
        <w:rPr>
          <w:sz w:val="22"/>
          <w:rtl/>
        </w:rPr>
        <w:t>دوران</w:t>
      </w:r>
      <w:r w:rsidRPr="00D914B7">
        <w:rPr>
          <w:sz w:val="22"/>
        </w:rPr>
        <w:t xml:space="preserve"> </w:t>
      </w:r>
      <w:r w:rsidRPr="00D914B7">
        <w:rPr>
          <w:sz w:val="22"/>
          <w:rtl/>
        </w:rPr>
        <w:t>او</w:t>
      </w:r>
      <w:r w:rsidRPr="00D914B7">
        <w:rPr>
          <w:sz w:val="22"/>
        </w:rPr>
        <w:t xml:space="preserve"> </w:t>
      </w:r>
      <w:r w:rsidRPr="00D914B7">
        <w:rPr>
          <w:sz w:val="22"/>
          <w:rtl/>
        </w:rPr>
        <w:t>رشد</w:t>
      </w:r>
      <w:r w:rsidRPr="00D914B7">
        <w:rPr>
          <w:sz w:val="22"/>
        </w:rPr>
        <w:t xml:space="preserve"> </w:t>
      </w:r>
      <w:r w:rsidRPr="00D914B7">
        <w:rPr>
          <w:sz w:val="22"/>
          <w:rtl/>
        </w:rPr>
        <w:t>کردم،</w:t>
      </w:r>
      <w:r w:rsidRPr="00D914B7">
        <w:rPr>
          <w:sz w:val="22"/>
        </w:rPr>
        <w:t xml:space="preserve"> </w:t>
      </w:r>
      <w:r w:rsidRPr="00D914B7">
        <w:rPr>
          <w:sz w:val="22"/>
          <w:rtl/>
        </w:rPr>
        <w:t>همراه</w:t>
      </w:r>
      <w:r w:rsidRPr="00D914B7">
        <w:rPr>
          <w:sz w:val="22"/>
        </w:rPr>
        <w:t xml:space="preserve"> </w:t>
      </w:r>
      <w:r w:rsidRPr="00D914B7">
        <w:rPr>
          <w:sz w:val="22"/>
          <w:rtl/>
        </w:rPr>
        <w:t>با</w:t>
      </w:r>
      <w:r w:rsidRPr="00D914B7">
        <w:rPr>
          <w:sz w:val="22"/>
        </w:rPr>
        <w:t xml:space="preserve"> </w:t>
      </w:r>
      <w:r w:rsidRPr="00D914B7">
        <w:rPr>
          <w:sz w:val="22"/>
          <w:rtl/>
        </w:rPr>
        <w:t>سقوط</w:t>
      </w:r>
      <w:r w:rsidRPr="00D914B7">
        <w:rPr>
          <w:sz w:val="22"/>
        </w:rPr>
        <w:t xml:space="preserve"> </w:t>
      </w:r>
      <w:r w:rsidRPr="00D914B7">
        <w:rPr>
          <w:sz w:val="22"/>
          <w:rtl/>
        </w:rPr>
        <w:t>نظام</w:t>
      </w:r>
      <w:r w:rsidRPr="00D914B7">
        <w:rPr>
          <w:sz w:val="22"/>
        </w:rPr>
        <w:t xml:space="preserve"> </w:t>
      </w:r>
      <w:r w:rsidRPr="00D914B7">
        <w:rPr>
          <w:sz w:val="22"/>
          <w:rtl/>
        </w:rPr>
        <w:t>پادشاهی</w:t>
      </w:r>
      <w:r>
        <w:rPr>
          <w:rFonts w:hint="cs"/>
          <w:sz w:val="22"/>
          <w:rtl/>
        </w:rPr>
        <w:t xml:space="preserve"> اش</w:t>
      </w:r>
      <w:r w:rsidRPr="00D914B7">
        <w:rPr>
          <w:sz w:val="22"/>
        </w:rPr>
        <w:t xml:space="preserve"> </w:t>
      </w:r>
      <w:r w:rsidRPr="00D914B7">
        <w:rPr>
          <w:sz w:val="22"/>
          <w:rtl/>
        </w:rPr>
        <w:t>آواره</w:t>
      </w:r>
      <w:r w:rsidRPr="00D914B7">
        <w:rPr>
          <w:sz w:val="22"/>
        </w:rPr>
        <w:t xml:space="preserve"> </w:t>
      </w:r>
      <w:r w:rsidRPr="00D914B7">
        <w:rPr>
          <w:sz w:val="22"/>
          <w:rtl/>
        </w:rPr>
        <w:t>شدم</w:t>
      </w:r>
      <w:r w:rsidRPr="00D914B7">
        <w:rPr>
          <w:sz w:val="22"/>
        </w:rPr>
        <w:t xml:space="preserve"> </w:t>
      </w:r>
      <w:r w:rsidRPr="00D914B7">
        <w:rPr>
          <w:sz w:val="22"/>
          <w:rtl/>
        </w:rPr>
        <w:t>و</w:t>
      </w:r>
      <w:r w:rsidRPr="00D914B7">
        <w:rPr>
          <w:sz w:val="22"/>
        </w:rPr>
        <w:t xml:space="preserve"> </w:t>
      </w:r>
      <w:r w:rsidRPr="00D914B7">
        <w:rPr>
          <w:sz w:val="22"/>
          <w:rtl/>
        </w:rPr>
        <w:t>نزدیک</w:t>
      </w:r>
      <w:r w:rsidRPr="00D914B7">
        <w:rPr>
          <w:sz w:val="22"/>
        </w:rPr>
        <w:t xml:space="preserve"> </w:t>
      </w:r>
      <w:r w:rsidRPr="00D914B7">
        <w:rPr>
          <w:sz w:val="22"/>
          <w:rtl/>
        </w:rPr>
        <w:t>به</w:t>
      </w:r>
      <w:r w:rsidRPr="00D914B7">
        <w:rPr>
          <w:sz w:val="22"/>
        </w:rPr>
        <w:t xml:space="preserve"> </w:t>
      </w:r>
      <w:r w:rsidRPr="00D914B7">
        <w:rPr>
          <w:sz w:val="22"/>
          <w:rtl/>
        </w:rPr>
        <w:t>نیم</w:t>
      </w:r>
      <w:r w:rsidRPr="00D914B7">
        <w:rPr>
          <w:sz w:val="22"/>
        </w:rPr>
        <w:t xml:space="preserve"> </w:t>
      </w:r>
      <w:r w:rsidRPr="00D914B7">
        <w:rPr>
          <w:sz w:val="22"/>
          <w:rtl/>
        </w:rPr>
        <w:t>قرن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از</w:t>
      </w:r>
      <w:r w:rsidRPr="00D914B7">
        <w:rPr>
          <w:sz w:val="22"/>
        </w:rPr>
        <w:t xml:space="preserve"> </w:t>
      </w:r>
      <w:r w:rsidRPr="00D914B7">
        <w:rPr>
          <w:sz w:val="22"/>
          <w:rtl/>
        </w:rPr>
        <w:t>دور</w:t>
      </w:r>
      <w:r w:rsidRPr="00D914B7">
        <w:rPr>
          <w:sz w:val="22"/>
        </w:rPr>
        <w:t xml:space="preserve"> </w:t>
      </w:r>
      <w:r w:rsidRPr="00D914B7">
        <w:rPr>
          <w:sz w:val="22"/>
          <w:rtl/>
        </w:rPr>
        <w:t>شاهد</w:t>
      </w:r>
      <w:r>
        <w:rPr>
          <w:rFonts w:hint="cs"/>
          <w:sz w:val="22"/>
          <w:rtl/>
        </w:rPr>
        <w:t xml:space="preserve"> زشت کاری های</w:t>
      </w:r>
      <w:r w:rsidRPr="00D914B7">
        <w:rPr>
          <w:sz w:val="22"/>
        </w:rPr>
        <w:t xml:space="preserve"> </w:t>
      </w:r>
      <w:r w:rsidRPr="00D914B7">
        <w:rPr>
          <w:sz w:val="22"/>
          <w:rtl/>
        </w:rPr>
        <w:t>حکومت</w:t>
      </w:r>
      <w:r w:rsidRPr="00D914B7">
        <w:rPr>
          <w:sz w:val="22"/>
        </w:rPr>
        <w:t xml:space="preserve"> </w:t>
      </w:r>
      <w:r w:rsidRPr="00D914B7">
        <w:rPr>
          <w:sz w:val="22"/>
          <w:rtl/>
        </w:rPr>
        <w:t>رژیم</w:t>
      </w:r>
      <w:r w:rsidRPr="00D914B7">
        <w:rPr>
          <w:sz w:val="22"/>
        </w:rPr>
        <w:t xml:space="preserve"> </w:t>
      </w:r>
      <w:r w:rsidRPr="00D914B7">
        <w:rPr>
          <w:sz w:val="22"/>
          <w:rtl/>
        </w:rPr>
        <w:t>اسلامی</w:t>
      </w:r>
      <w:r w:rsidRPr="00D914B7">
        <w:rPr>
          <w:sz w:val="22"/>
        </w:rPr>
        <w:t xml:space="preserve"> </w:t>
      </w:r>
      <w:r w:rsidRPr="00D914B7">
        <w:rPr>
          <w:sz w:val="22"/>
          <w:rtl/>
        </w:rPr>
        <w:t>بوده</w:t>
      </w:r>
      <w:r w:rsidRPr="00D914B7">
        <w:rPr>
          <w:sz w:val="22"/>
        </w:rPr>
        <w:t>‌</w:t>
      </w:r>
      <w:r w:rsidRPr="00D914B7">
        <w:rPr>
          <w:sz w:val="22"/>
          <w:rtl/>
        </w:rPr>
        <w:t>ام</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تمام</w:t>
      </w:r>
      <w:r w:rsidRPr="00D914B7">
        <w:rPr>
          <w:sz w:val="22"/>
        </w:rPr>
        <w:t xml:space="preserve"> </w:t>
      </w:r>
      <w:r w:rsidRPr="00D914B7">
        <w:rPr>
          <w:sz w:val="22"/>
          <w:rtl/>
        </w:rPr>
        <w:t>این</w:t>
      </w:r>
      <w:r w:rsidRPr="00D914B7">
        <w:rPr>
          <w:sz w:val="22"/>
        </w:rPr>
        <w:t xml:space="preserve"> </w:t>
      </w:r>
      <w:r w:rsidRPr="00D914B7">
        <w:rPr>
          <w:sz w:val="22"/>
          <w:rtl/>
        </w:rPr>
        <w:t>سال</w:t>
      </w:r>
      <w:r w:rsidRPr="00D914B7">
        <w:rPr>
          <w:sz w:val="22"/>
        </w:rPr>
        <w:t>‌</w:t>
      </w:r>
      <w:r w:rsidRPr="00D914B7">
        <w:rPr>
          <w:sz w:val="22"/>
          <w:rtl/>
        </w:rPr>
        <w:t>ها،</w:t>
      </w:r>
      <w:r w:rsidRPr="00D914B7">
        <w:rPr>
          <w:sz w:val="22"/>
        </w:rPr>
        <w:t xml:space="preserve"> </w:t>
      </w:r>
      <w:r w:rsidRPr="00D914B7">
        <w:rPr>
          <w:sz w:val="22"/>
          <w:rtl/>
        </w:rPr>
        <w:t>یک</w:t>
      </w:r>
      <w:r w:rsidRPr="00D914B7">
        <w:rPr>
          <w:sz w:val="22"/>
        </w:rPr>
        <w:t xml:space="preserve"> </w:t>
      </w:r>
      <w:r w:rsidRPr="00D914B7">
        <w:rPr>
          <w:sz w:val="22"/>
          <w:rtl/>
        </w:rPr>
        <w:t>پرسش</w:t>
      </w:r>
      <w:r w:rsidRPr="00D914B7">
        <w:rPr>
          <w:sz w:val="22"/>
        </w:rPr>
        <w:t xml:space="preserve"> </w:t>
      </w:r>
      <w:r w:rsidRPr="00D914B7">
        <w:rPr>
          <w:sz w:val="22"/>
          <w:rtl/>
        </w:rPr>
        <w:t>ذهن</w:t>
      </w:r>
      <w:r w:rsidRPr="00D914B7">
        <w:rPr>
          <w:sz w:val="22"/>
        </w:rPr>
        <w:t xml:space="preserve"> </w:t>
      </w:r>
      <w:r w:rsidRPr="00D914B7">
        <w:rPr>
          <w:sz w:val="22"/>
          <w:rtl/>
        </w:rPr>
        <w:t>مرا</w:t>
      </w:r>
      <w:r w:rsidRPr="00D914B7">
        <w:rPr>
          <w:sz w:val="22"/>
        </w:rPr>
        <w:t xml:space="preserve"> </w:t>
      </w:r>
      <w:r w:rsidRPr="00D914B7">
        <w:rPr>
          <w:sz w:val="22"/>
          <w:rtl/>
        </w:rPr>
        <w:t>رها</w:t>
      </w:r>
      <w:r w:rsidRPr="00D914B7">
        <w:rPr>
          <w:sz w:val="22"/>
        </w:rPr>
        <w:t xml:space="preserve"> </w:t>
      </w:r>
      <w:r w:rsidRPr="00D914B7">
        <w:rPr>
          <w:sz w:val="22"/>
          <w:rtl/>
        </w:rPr>
        <w:t>نکرده</w:t>
      </w:r>
      <w:r w:rsidRPr="00D914B7">
        <w:rPr>
          <w:sz w:val="22"/>
        </w:rPr>
        <w:t xml:space="preserve"> </w:t>
      </w:r>
      <w:r w:rsidRPr="00D914B7">
        <w:rPr>
          <w:sz w:val="22"/>
          <w:rtl/>
        </w:rPr>
        <w:t>است</w:t>
      </w:r>
      <w:r w:rsidRPr="00D914B7">
        <w:rPr>
          <w:sz w:val="22"/>
        </w:rPr>
        <w:t xml:space="preserve">: </w:t>
      </w:r>
      <w:r w:rsidRPr="00D914B7">
        <w:rPr>
          <w:sz w:val="22"/>
          <w:rtl/>
        </w:rPr>
        <w:t>چگونه</w:t>
      </w:r>
      <w:r w:rsidRPr="00D914B7">
        <w:rPr>
          <w:sz w:val="22"/>
        </w:rPr>
        <w:t xml:space="preserve"> </w:t>
      </w:r>
      <w:r w:rsidRPr="00D914B7">
        <w:rPr>
          <w:sz w:val="22"/>
          <w:rtl/>
        </w:rPr>
        <w:t>کشوری</w:t>
      </w:r>
      <w:r w:rsidRPr="00D914B7">
        <w:rPr>
          <w:sz w:val="22"/>
        </w:rPr>
        <w:t xml:space="preserve"> </w:t>
      </w:r>
      <w:r w:rsidRPr="00D914B7">
        <w:rPr>
          <w:sz w:val="22"/>
          <w:rtl/>
        </w:rPr>
        <w:t>با</w:t>
      </w:r>
      <w:r w:rsidRPr="00D914B7">
        <w:rPr>
          <w:sz w:val="22"/>
        </w:rPr>
        <w:t xml:space="preserve"> </w:t>
      </w:r>
      <w:r w:rsidRPr="00D914B7">
        <w:rPr>
          <w:sz w:val="22"/>
          <w:rtl/>
        </w:rPr>
        <w:t>چنین</w:t>
      </w:r>
      <w:r w:rsidRPr="00D914B7">
        <w:rPr>
          <w:sz w:val="22"/>
        </w:rPr>
        <w:t xml:space="preserve"> </w:t>
      </w:r>
      <w:r w:rsidRPr="00D914B7">
        <w:rPr>
          <w:sz w:val="22"/>
          <w:rtl/>
        </w:rPr>
        <w:t>پیشینه</w:t>
      </w:r>
      <w:r>
        <w:rPr>
          <w:sz w:val="22"/>
          <w:rtl/>
        </w:rPr>
        <w:t>ء</w:t>
      </w:r>
      <w:r w:rsidRPr="00D914B7">
        <w:rPr>
          <w:sz w:val="22"/>
        </w:rPr>
        <w:t xml:space="preserve"> </w:t>
      </w:r>
      <w:r w:rsidRPr="00D914B7">
        <w:rPr>
          <w:sz w:val="22"/>
          <w:rtl/>
        </w:rPr>
        <w:t>بلند</w:t>
      </w:r>
      <w:r w:rsidRPr="00D914B7">
        <w:rPr>
          <w:sz w:val="22"/>
        </w:rPr>
        <w:t xml:space="preserve"> </w:t>
      </w:r>
      <w:r w:rsidRPr="00D914B7">
        <w:rPr>
          <w:sz w:val="22"/>
          <w:rtl/>
        </w:rPr>
        <w:t>تاریخی</w:t>
      </w:r>
      <w:r w:rsidRPr="00D914B7">
        <w:rPr>
          <w:sz w:val="22"/>
        </w:rPr>
        <w:t xml:space="preserve"> </w:t>
      </w:r>
      <w:r w:rsidRPr="00D914B7">
        <w:rPr>
          <w:sz w:val="22"/>
          <w:rtl/>
        </w:rPr>
        <w:t>بارها</w:t>
      </w:r>
      <w:r w:rsidRPr="00D914B7">
        <w:rPr>
          <w:sz w:val="22"/>
        </w:rPr>
        <w:t xml:space="preserve"> </w:t>
      </w:r>
      <w:r w:rsidRPr="00D914B7">
        <w:rPr>
          <w:sz w:val="22"/>
          <w:rtl/>
        </w:rPr>
        <w:t>میان</w:t>
      </w:r>
      <w:r w:rsidRPr="00D914B7">
        <w:rPr>
          <w:sz w:val="22"/>
        </w:rPr>
        <w:t xml:space="preserve"> </w:t>
      </w:r>
      <w:r w:rsidRPr="00D914B7">
        <w:rPr>
          <w:sz w:val="22"/>
          <w:rtl/>
        </w:rPr>
        <w:t>خودکامگی</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اقتدار</w:t>
      </w:r>
      <w:r w:rsidRPr="00D914B7">
        <w:rPr>
          <w:sz w:val="22"/>
        </w:rPr>
        <w:t xml:space="preserve"> </w:t>
      </w:r>
      <w:r w:rsidRPr="00D914B7">
        <w:rPr>
          <w:sz w:val="22"/>
          <w:rtl/>
        </w:rPr>
        <w:t>دینی</w:t>
      </w:r>
      <w:r w:rsidRPr="00D914B7">
        <w:rPr>
          <w:sz w:val="22"/>
        </w:rPr>
        <w:t xml:space="preserve"> </w:t>
      </w:r>
      <w:r w:rsidRPr="00D914B7">
        <w:rPr>
          <w:sz w:val="22"/>
          <w:rtl/>
        </w:rPr>
        <w:t>گرفتار</w:t>
      </w:r>
      <w:r w:rsidRPr="00D914B7">
        <w:rPr>
          <w:sz w:val="22"/>
        </w:rPr>
        <w:t xml:space="preserve"> </w:t>
      </w:r>
      <w:r w:rsidRPr="00D914B7">
        <w:rPr>
          <w:sz w:val="22"/>
          <w:rtl/>
        </w:rPr>
        <w:t>شده</w:t>
      </w:r>
      <w:r w:rsidRPr="00D914B7">
        <w:rPr>
          <w:sz w:val="22"/>
        </w:rPr>
        <w:t xml:space="preserve"> </w:t>
      </w:r>
      <w:r w:rsidRPr="00D914B7">
        <w:rPr>
          <w:sz w:val="22"/>
          <w:rtl/>
        </w:rPr>
        <w:t>و</w:t>
      </w:r>
      <w:r w:rsidRPr="00D914B7">
        <w:rPr>
          <w:sz w:val="22"/>
        </w:rPr>
        <w:t xml:space="preserve"> </w:t>
      </w:r>
      <w:r w:rsidRPr="00D914B7">
        <w:rPr>
          <w:sz w:val="22"/>
          <w:rtl/>
        </w:rPr>
        <w:t>با</w:t>
      </w:r>
      <w:r>
        <w:rPr>
          <w:rFonts w:hint="cs"/>
          <w:sz w:val="22"/>
          <w:rtl/>
        </w:rPr>
        <w:t xml:space="preserve"> </w:t>
      </w:r>
      <w:r w:rsidRPr="00D914B7">
        <w:rPr>
          <w:sz w:val="22"/>
          <w:rtl/>
        </w:rPr>
        <w:t>این</w:t>
      </w:r>
      <w:r w:rsidRPr="00D914B7">
        <w:rPr>
          <w:sz w:val="22"/>
        </w:rPr>
        <w:t>‌</w:t>
      </w:r>
      <w:r>
        <w:rPr>
          <w:rFonts w:hint="cs"/>
          <w:sz w:val="22"/>
          <w:rtl/>
        </w:rPr>
        <w:t xml:space="preserve"> </w:t>
      </w:r>
      <w:r w:rsidRPr="00D914B7">
        <w:rPr>
          <w:sz w:val="22"/>
          <w:rtl/>
        </w:rPr>
        <w:t>همه</w:t>
      </w:r>
      <w:r w:rsidRPr="00D914B7">
        <w:rPr>
          <w:sz w:val="22"/>
        </w:rPr>
        <w:t xml:space="preserve"> </w:t>
      </w:r>
      <w:r w:rsidRPr="00D914B7">
        <w:rPr>
          <w:sz w:val="22"/>
          <w:rtl/>
        </w:rPr>
        <w:t>توانسته</w:t>
      </w:r>
      <w:r w:rsidRPr="00D914B7">
        <w:rPr>
          <w:sz w:val="22"/>
        </w:rPr>
        <w:t xml:space="preserve"> </w:t>
      </w:r>
      <w:r w:rsidRPr="00D914B7">
        <w:rPr>
          <w:sz w:val="22"/>
          <w:rtl/>
        </w:rPr>
        <w:t>موجودیت</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حفظ</w:t>
      </w:r>
      <w:r w:rsidRPr="00D914B7">
        <w:rPr>
          <w:sz w:val="22"/>
        </w:rPr>
        <w:t xml:space="preserve"> </w:t>
      </w:r>
      <w:r w:rsidRPr="00D914B7">
        <w:rPr>
          <w:sz w:val="22"/>
          <w:rtl/>
        </w:rPr>
        <w:t>کند؟</w:t>
      </w:r>
      <w:r w:rsidRPr="00D914B7">
        <w:rPr>
          <w:sz w:val="22"/>
        </w:rPr>
        <w:t xml:space="preserve"> </w:t>
      </w:r>
      <w:r w:rsidRPr="00D914B7">
        <w:rPr>
          <w:sz w:val="22"/>
          <w:rtl/>
        </w:rPr>
        <w:t>چگونه</w:t>
      </w:r>
      <w:r w:rsidRPr="00D914B7">
        <w:rPr>
          <w:sz w:val="22"/>
        </w:rPr>
        <w:t xml:space="preserve"> </w:t>
      </w:r>
      <w:r w:rsidRPr="00D914B7">
        <w:rPr>
          <w:sz w:val="22"/>
          <w:rtl/>
        </w:rPr>
        <w:t>سلسله</w:t>
      </w:r>
      <w:r w:rsidRPr="00D914B7">
        <w:rPr>
          <w:sz w:val="22"/>
        </w:rPr>
        <w:t>‌</w:t>
      </w:r>
      <w:r w:rsidRPr="00D914B7">
        <w:rPr>
          <w:sz w:val="22"/>
          <w:rtl/>
        </w:rPr>
        <w:t>ها،</w:t>
      </w:r>
      <w:r w:rsidRPr="00D914B7">
        <w:rPr>
          <w:sz w:val="22"/>
        </w:rPr>
        <w:t xml:space="preserve"> </w:t>
      </w:r>
      <w:r w:rsidRPr="00D914B7">
        <w:rPr>
          <w:sz w:val="22"/>
          <w:rtl/>
        </w:rPr>
        <w:t>حکومت</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ایدئولوژی</w:t>
      </w:r>
      <w:r w:rsidRPr="00D914B7">
        <w:rPr>
          <w:sz w:val="22"/>
        </w:rPr>
        <w:t>‌</w:t>
      </w:r>
      <w:r w:rsidRPr="00D914B7">
        <w:rPr>
          <w:sz w:val="22"/>
          <w:rtl/>
        </w:rPr>
        <w:t>ها</w:t>
      </w:r>
      <w:r w:rsidRPr="00D914B7">
        <w:rPr>
          <w:sz w:val="22"/>
        </w:rPr>
        <w:t xml:space="preserve"> </w:t>
      </w:r>
      <w:r w:rsidRPr="00D914B7">
        <w:rPr>
          <w:sz w:val="22"/>
          <w:rtl/>
        </w:rPr>
        <w:t>آمده</w:t>
      </w:r>
      <w:r w:rsidRPr="00D914B7">
        <w:rPr>
          <w:sz w:val="22"/>
        </w:rPr>
        <w:t xml:space="preserve"> </w:t>
      </w:r>
      <w:r w:rsidRPr="00D914B7">
        <w:rPr>
          <w:sz w:val="22"/>
          <w:rtl/>
        </w:rPr>
        <w:t>و</w:t>
      </w:r>
      <w:r w:rsidRPr="00D914B7">
        <w:rPr>
          <w:sz w:val="22"/>
        </w:rPr>
        <w:t xml:space="preserve"> </w:t>
      </w:r>
      <w:r w:rsidRPr="00D914B7">
        <w:rPr>
          <w:sz w:val="22"/>
          <w:rtl/>
        </w:rPr>
        <w:t>رفته</w:t>
      </w:r>
      <w:r w:rsidRPr="00D914B7">
        <w:rPr>
          <w:sz w:val="22"/>
        </w:rPr>
        <w:t>‌</w:t>
      </w:r>
      <w:r w:rsidRPr="00D914B7">
        <w:rPr>
          <w:sz w:val="22"/>
          <w:rtl/>
        </w:rPr>
        <w:t>اند،</w:t>
      </w:r>
      <w:r w:rsidRPr="00D914B7">
        <w:rPr>
          <w:sz w:val="22"/>
        </w:rPr>
        <w:t xml:space="preserve"> </w:t>
      </w:r>
      <w:r w:rsidRPr="00D914B7">
        <w:rPr>
          <w:sz w:val="22"/>
          <w:rtl/>
        </w:rPr>
        <w:t>اما</w:t>
      </w:r>
      <w:r w:rsidRPr="00D914B7">
        <w:rPr>
          <w:sz w:val="22"/>
        </w:rPr>
        <w:t xml:space="preserve"> </w:t>
      </w:r>
      <w:r w:rsidRPr="00D914B7">
        <w:rPr>
          <w:sz w:val="22"/>
          <w:rtl/>
        </w:rPr>
        <w:t>ایران،</w:t>
      </w:r>
      <w:r w:rsidRPr="00D914B7">
        <w:rPr>
          <w:sz w:val="22"/>
        </w:rPr>
        <w:t xml:space="preserve"> </w:t>
      </w:r>
      <w:r w:rsidRPr="00D914B7">
        <w:rPr>
          <w:sz w:val="22"/>
          <w:rtl/>
        </w:rPr>
        <w:t>با</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زخم</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گسست</w:t>
      </w:r>
      <w:r w:rsidRPr="00D914B7">
        <w:rPr>
          <w:sz w:val="22"/>
        </w:rPr>
        <w:t>‌</w:t>
      </w:r>
      <w:r w:rsidRPr="00D914B7">
        <w:rPr>
          <w:sz w:val="22"/>
          <w:rtl/>
        </w:rPr>
        <w:t>هایش،</w:t>
      </w:r>
      <w:r w:rsidRPr="00D914B7">
        <w:rPr>
          <w:sz w:val="22"/>
        </w:rPr>
        <w:t xml:space="preserve"> </w:t>
      </w:r>
      <w:r w:rsidRPr="00D914B7">
        <w:rPr>
          <w:sz w:val="22"/>
          <w:rtl/>
        </w:rPr>
        <w:t>باقی</w:t>
      </w:r>
      <w:r w:rsidRPr="00D914B7">
        <w:rPr>
          <w:sz w:val="22"/>
        </w:rPr>
        <w:t xml:space="preserve"> </w:t>
      </w:r>
      <w:r w:rsidRPr="00D914B7">
        <w:rPr>
          <w:sz w:val="22"/>
          <w:rtl/>
        </w:rPr>
        <w:t>مانده</w:t>
      </w:r>
      <w:r w:rsidRPr="00D914B7">
        <w:rPr>
          <w:sz w:val="22"/>
        </w:rPr>
        <w:t xml:space="preserve"> </w:t>
      </w:r>
      <w:r w:rsidRPr="00D914B7">
        <w:rPr>
          <w:sz w:val="22"/>
          <w:rtl/>
        </w:rPr>
        <w:t>است؟</w:t>
      </w:r>
    </w:p>
    <w:p w:rsidR="00987F03" w:rsidRPr="00D914B7" w:rsidRDefault="00987F03" w:rsidP="00987F03">
      <w:pPr>
        <w:bidi/>
        <w:ind w:firstLine="720"/>
        <w:rPr>
          <w:sz w:val="22"/>
        </w:rPr>
      </w:pPr>
      <w:r w:rsidRPr="00D914B7">
        <w:rPr>
          <w:sz w:val="22"/>
          <w:rtl/>
        </w:rPr>
        <w:t>پاسخی</w:t>
      </w:r>
      <w:r w:rsidRPr="00D914B7">
        <w:rPr>
          <w:sz w:val="22"/>
        </w:rPr>
        <w:t xml:space="preserve"> </w:t>
      </w:r>
      <w:r w:rsidRPr="00D914B7">
        <w:rPr>
          <w:sz w:val="22"/>
          <w:rtl/>
        </w:rPr>
        <w:t>که</w:t>
      </w:r>
      <w:r w:rsidRPr="00D914B7">
        <w:rPr>
          <w:sz w:val="22"/>
        </w:rPr>
        <w:t xml:space="preserve"> </w:t>
      </w:r>
      <w:r w:rsidRPr="00D914B7">
        <w:rPr>
          <w:sz w:val="22"/>
          <w:rtl/>
        </w:rPr>
        <w:t>به</w:t>
      </w:r>
      <w:r w:rsidRPr="00D914B7">
        <w:rPr>
          <w:sz w:val="22"/>
        </w:rPr>
        <w:t>‌</w:t>
      </w:r>
      <w:r w:rsidRPr="00D914B7">
        <w:rPr>
          <w:sz w:val="22"/>
          <w:rtl/>
        </w:rPr>
        <w:t>تدریج</w:t>
      </w:r>
      <w:r w:rsidRPr="00D914B7">
        <w:rPr>
          <w:sz w:val="22"/>
        </w:rPr>
        <w:t xml:space="preserve"> </w:t>
      </w:r>
      <w:r w:rsidRPr="00D914B7">
        <w:rPr>
          <w:sz w:val="22"/>
          <w:rtl/>
        </w:rPr>
        <w:t>یافته</w:t>
      </w:r>
      <w:r w:rsidRPr="00D914B7">
        <w:rPr>
          <w:sz w:val="22"/>
        </w:rPr>
        <w:t>‌</w:t>
      </w:r>
      <w:r w:rsidRPr="00D914B7">
        <w:rPr>
          <w:sz w:val="22"/>
          <w:rtl/>
        </w:rPr>
        <w:t>ام</w:t>
      </w:r>
      <w:r w:rsidRPr="00D914B7">
        <w:rPr>
          <w:sz w:val="22"/>
        </w:rPr>
        <w:t xml:space="preserve"> </w:t>
      </w:r>
      <w:r w:rsidRPr="00D914B7">
        <w:rPr>
          <w:sz w:val="22"/>
          <w:rtl/>
        </w:rPr>
        <w:t>مرا</w:t>
      </w:r>
      <w:r w:rsidRPr="00D914B7">
        <w:rPr>
          <w:sz w:val="22"/>
        </w:rPr>
        <w:t xml:space="preserve"> </w:t>
      </w:r>
      <w:r w:rsidRPr="00D914B7">
        <w:rPr>
          <w:sz w:val="22"/>
          <w:rtl/>
        </w:rPr>
        <w:t>به</w:t>
      </w:r>
      <w:r w:rsidRPr="00D914B7">
        <w:rPr>
          <w:sz w:val="22"/>
        </w:rPr>
        <w:t xml:space="preserve"> </w:t>
      </w:r>
      <w:r w:rsidRPr="00D914B7">
        <w:rPr>
          <w:sz w:val="22"/>
          <w:rtl/>
        </w:rPr>
        <w:t>مفهوم</w:t>
      </w:r>
      <w:r w:rsidRPr="00D914B7">
        <w:rPr>
          <w:sz w:val="22"/>
        </w:rPr>
        <w:t xml:space="preserve"> </w:t>
      </w:r>
      <w:r w:rsidRPr="00D914B7">
        <w:rPr>
          <w:sz w:val="22"/>
          <w:rtl/>
        </w:rPr>
        <w:t>دیوان</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w:t>
      </w:r>
      <w:r w:rsidRPr="00D914B7">
        <w:rPr>
          <w:sz w:val="22"/>
          <w:rtl/>
        </w:rPr>
        <w:t>سالاری</w:t>
      </w:r>
      <w:r>
        <w:rPr>
          <w:rFonts w:hint="cs"/>
          <w:sz w:val="22"/>
          <w:rtl/>
        </w:rPr>
        <w:t>، در کل محموعهء گشورداری،</w:t>
      </w:r>
      <w:r w:rsidRPr="00D914B7">
        <w:rPr>
          <w:sz w:val="22"/>
        </w:rPr>
        <w:t xml:space="preserve"> </w:t>
      </w:r>
      <w:r w:rsidRPr="00D914B7">
        <w:rPr>
          <w:sz w:val="22"/>
          <w:rtl/>
        </w:rPr>
        <w:t>هدایت</w:t>
      </w:r>
      <w:r w:rsidRPr="00D914B7">
        <w:rPr>
          <w:sz w:val="22"/>
        </w:rPr>
        <w:t xml:space="preserve"> </w:t>
      </w:r>
      <w:r w:rsidRPr="00D914B7">
        <w:rPr>
          <w:sz w:val="22"/>
          <w:rtl/>
        </w:rPr>
        <w:t>کرده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پسِ</w:t>
      </w:r>
      <w:r w:rsidRPr="00D914B7">
        <w:rPr>
          <w:sz w:val="22"/>
        </w:rPr>
        <w:t xml:space="preserve"> </w:t>
      </w:r>
      <w:r w:rsidRPr="00D914B7">
        <w:rPr>
          <w:sz w:val="22"/>
          <w:rtl/>
        </w:rPr>
        <w:t>پشت</w:t>
      </w:r>
      <w:r w:rsidRPr="00D914B7">
        <w:rPr>
          <w:sz w:val="22"/>
        </w:rPr>
        <w:t xml:space="preserve"> </w:t>
      </w:r>
      <w:r w:rsidRPr="00D914B7">
        <w:rPr>
          <w:sz w:val="22"/>
          <w:rtl/>
        </w:rPr>
        <w:t>شاهان،</w:t>
      </w:r>
      <w:r w:rsidRPr="00D914B7">
        <w:rPr>
          <w:sz w:val="22"/>
        </w:rPr>
        <w:t xml:space="preserve"> </w:t>
      </w:r>
      <w:r w:rsidRPr="00D914B7">
        <w:rPr>
          <w:sz w:val="22"/>
          <w:rtl/>
        </w:rPr>
        <w:t>خلفا،</w:t>
      </w:r>
      <w:r w:rsidRPr="00D914B7">
        <w:rPr>
          <w:sz w:val="22"/>
        </w:rPr>
        <w:t xml:space="preserve"> </w:t>
      </w:r>
      <w:r w:rsidRPr="00D914B7">
        <w:rPr>
          <w:sz w:val="22"/>
          <w:rtl/>
        </w:rPr>
        <w:t>سلاطین،</w:t>
      </w:r>
      <w:r w:rsidRPr="00D914B7">
        <w:rPr>
          <w:sz w:val="22"/>
        </w:rPr>
        <w:t xml:space="preserve"> </w:t>
      </w:r>
      <w:r w:rsidRPr="00D914B7">
        <w:rPr>
          <w:sz w:val="22"/>
          <w:rtl/>
        </w:rPr>
        <w:t>رهبران</w:t>
      </w:r>
      <w:r w:rsidRPr="00D914B7">
        <w:rPr>
          <w:sz w:val="22"/>
        </w:rPr>
        <w:t xml:space="preserve"> </w:t>
      </w:r>
      <w:r w:rsidRPr="00D914B7">
        <w:rPr>
          <w:sz w:val="22"/>
          <w:rtl/>
        </w:rPr>
        <w:t>مذهبی</w:t>
      </w:r>
      <w:r w:rsidRPr="00D914B7">
        <w:rPr>
          <w:sz w:val="22"/>
        </w:rPr>
        <w:t xml:space="preserve"> </w:t>
      </w:r>
      <w:r w:rsidRPr="00D914B7">
        <w:rPr>
          <w:sz w:val="22"/>
          <w:rtl/>
        </w:rPr>
        <w:t>و</w:t>
      </w:r>
      <w:r w:rsidRPr="00D914B7">
        <w:rPr>
          <w:sz w:val="22"/>
        </w:rPr>
        <w:t xml:space="preserve"> </w:t>
      </w:r>
      <w:r w:rsidRPr="00D914B7">
        <w:rPr>
          <w:sz w:val="22"/>
          <w:rtl/>
        </w:rPr>
        <w:t>تشکیلات</w:t>
      </w:r>
      <w:r w:rsidRPr="00D914B7">
        <w:rPr>
          <w:sz w:val="22"/>
        </w:rPr>
        <w:t xml:space="preserve"> </w:t>
      </w:r>
      <w:r w:rsidRPr="00D914B7">
        <w:rPr>
          <w:sz w:val="22"/>
          <w:rtl/>
        </w:rPr>
        <w:t>سیاسی</w:t>
      </w:r>
      <w:r w:rsidRPr="00D914B7">
        <w:rPr>
          <w:sz w:val="22"/>
        </w:rPr>
        <w:t xml:space="preserve"> </w:t>
      </w:r>
      <w:r w:rsidRPr="00D914B7">
        <w:rPr>
          <w:sz w:val="22"/>
          <w:rtl/>
        </w:rPr>
        <w:t>گوناگون،</w:t>
      </w:r>
      <w:r w:rsidRPr="00D914B7">
        <w:rPr>
          <w:sz w:val="22"/>
        </w:rPr>
        <w:t xml:space="preserve"> </w:t>
      </w:r>
      <w:r w:rsidRPr="00D914B7">
        <w:rPr>
          <w:sz w:val="22"/>
          <w:rtl/>
        </w:rPr>
        <w:t>نیرویی</w:t>
      </w:r>
      <w:r w:rsidRPr="00D914B7">
        <w:rPr>
          <w:sz w:val="22"/>
        </w:rPr>
        <w:t xml:space="preserve"> </w:t>
      </w:r>
      <w:r w:rsidRPr="00D914B7">
        <w:rPr>
          <w:sz w:val="22"/>
          <w:rtl/>
        </w:rPr>
        <w:t>کم</w:t>
      </w:r>
      <w:r w:rsidRPr="00D914B7">
        <w:rPr>
          <w:sz w:val="22"/>
        </w:rPr>
        <w:t>‌</w:t>
      </w:r>
      <w:r w:rsidRPr="00D914B7">
        <w:rPr>
          <w:sz w:val="22"/>
          <w:rtl/>
        </w:rPr>
        <w:t>صدا</w:t>
      </w:r>
      <w:r w:rsidRPr="00D914B7">
        <w:rPr>
          <w:sz w:val="22"/>
        </w:rPr>
        <w:t xml:space="preserve"> </w:t>
      </w:r>
      <w:r w:rsidRPr="00D914B7">
        <w:rPr>
          <w:sz w:val="22"/>
          <w:rtl/>
        </w:rPr>
        <w:t>اما</w:t>
      </w:r>
      <w:r w:rsidRPr="00D914B7">
        <w:rPr>
          <w:sz w:val="22"/>
        </w:rPr>
        <w:t xml:space="preserve"> </w:t>
      </w:r>
      <w:r w:rsidRPr="00D914B7">
        <w:rPr>
          <w:sz w:val="22"/>
          <w:rtl/>
        </w:rPr>
        <w:t>ماندگار</w:t>
      </w:r>
      <w:r w:rsidRPr="00D914B7">
        <w:rPr>
          <w:sz w:val="22"/>
        </w:rPr>
        <w:t xml:space="preserve"> </w:t>
      </w:r>
      <w:r w:rsidRPr="00D914B7">
        <w:rPr>
          <w:sz w:val="22"/>
          <w:rtl/>
        </w:rPr>
        <w:t>وجود</w:t>
      </w:r>
      <w:r w:rsidRPr="00D914B7">
        <w:rPr>
          <w:sz w:val="22"/>
        </w:rPr>
        <w:t xml:space="preserve"> </w:t>
      </w:r>
      <w:r w:rsidRPr="00D914B7">
        <w:rPr>
          <w:sz w:val="22"/>
          <w:rtl/>
        </w:rPr>
        <w:t>داشته</w:t>
      </w:r>
      <w:r w:rsidRPr="00D914B7">
        <w:rPr>
          <w:sz w:val="22"/>
        </w:rPr>
        <w:t xml:space="preserve"> </w:t>
      </w:r>
      <w:r w:rsidRPr="00D914B7">
        <w:rPr>
          <w:sz w:val="22"/>
          <w:rtl/>
        </w:rPr>
        <w:t>که</w:t>
      </w:r>
      <w:r w:rsidRPr="00D914B7">
        <w:rPr>
          <w:sz w:val="22"/>
        </w:rPr>
        <w:t xml:space="preserve"> </w:t>
      </w:r>
      <w:r w:rsidRPr="00D914B7">
        <w:rPr>
          <w:sz w:val="22"/>
          <w:rtl/>
        </w:rPr>
        <w:t>وظیفه</w:t>
      </w:r>
      <w:r>
        <w:rPr>
          <w:sz w:val="22"/>
          <w:rtl/>
        </w:rPr>
        <w:t>ء</w:t>
      </w:r>
      <w:r w:rsidRPr="00D914B7">
        <w:rPr>
          <w:sz w:val="22"/>
        </w:rPr>
        <w:t xml:space="preserve"> </w:t>
      </w:r>
      <w:r w:rsidRPr="00D914B7">
        <w:rPr>
          <w:sz w:val="22"/>
          <w:rtl/>
        </w:rPr>
        <w:t>اصلی</w:t>
      </w:r>
      <w:r w:rsidRPr="00D914B7">
        <w:rPr>
          <w:sz w:val="22"/>
        </w:rPr>
        <w:t xml:space="preserve"> </w:t>
      </w:r>
      <w:r w:rsidRPr="00D914B7">
        <w:rPr>
          <w:sz w:val="22"/>
          <w:rtl/>
        </w:rPr>
        <w:t>آن</w:t>
      </w:r>
      <w:r w:rsidRPr="00D914B7">
        <w:rPr>
          <w:sz w:val="22"/>
        </w:rPr>
        <w:t xml:space="preserve"> </w:t>
      </w:r>
      <w:r w:rsidRPr="00D914B7">
        <w:rPr>
          <w:sz w:val="22"/>
          <w:rtl/>
        </w:rPr>
        <w:t>حفظ</w:t>
      </w:r>
      <w:r w:rsidRPr="00D914B7">
        <w:rPr>
          <w:sz w:val="22"/>
        </w:rPr>
        <w:t xml:space="preserve"> </w:t>
      </w:r>
      <w:r w:rsidRPr="00D914B7">
        <w:rPr>
          <w:sz w:val="22"/>
          <w:rtl/>
        </w:rPr>
        <w:t>امکان</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نیرویی</w:t>
      </w:r>
      <w:r w:rsidRPr="00D914B7">
        <w:rPr>
          <w:sz w:val="22"/>
        </w:rPr>
        <w:t xml:space="preserve"> </w:t>
      </w:r>
      <w:r w:rsidRPr="00D914B7">
        <w:rPr>
          <w:sz w:val="22"/>
          <w:rtl/>
        </w:rPr>
        <w:t>که</w:t>
      </w:r>
      <w:r w:rsidRPr="00D914B7">
        <w:rPr>
          <w:sz w:val="22"/>
        </w:rPr>
        <w:t xml:space="preserve"> </w:t>
      </w:r>
      <w:r w:rsidRPr="00D914B7">
        <w:rPr>
          <w:sz w:val="22"/>
          <w:rtl/>
        </w:rPr>
        <w:t>مالیات</w:t>
      </w:r>
      <w:r w:rsidRPr="00D914B7">
        <w:rPr>
          <w:sz w:val="22"/>
        </w:rPr>
        <w:t xml:space="preserve"> </w:t>
      </w:r>
      <w:r w:rsidRPr="00D914B7">
        <w:rPr>
          <w:sz w:val="22"/>
          <w:rtl/>
        </w:rPr>
        <w:t>گرد</w:t>
      </w:r>
      <w:r w:rsidRPr="00D914B7">
        <w:rPr>
          <w:sz w:val="22"/>
        </w:rPr>
        <w:t xml:space="preserve"> </w:t>
      </w:r>
      <w:r w:rsidRPr="00D914B7">
        <w:rPr>
          <w:sz w:val="22"/>
          <w:rtl/>
        </w:rPr>
        <w:t>آورده،</w:t>
      </w:r>
      <w:r w:rsidRPr="00D914B7">
        <w:rPr>
          <w:sz w:val="22"/>
        </w:rPr>
        <w:t xml:space="preserve"> </w:t>
      </w:r>
      <w:r w:rsidRPr="00D914B7">
        <w:rPr>
          <w:sz w:val="22"/>
          <w:rtl/>
        </w:rPr>
        <w:t>راه</w:t>
      </w:r>
      <w:r w:rsidRPr="00D914B7">
        <w:rPr>
          <w:sz w:val="22"/>
        </w:rPr>
        <w:t xml:space="preserve"> </w:t>
      </w:r>
      <w:r w:rsidRPr="00D914B7">
        <w:rPr>
          <w:sz w:val="22"/>
          <w:rtl/>
        </w:rPr>
        <w:t>ساخته،</w:t>
      </w:r>
      <w:r w:rsidRPr="00D914B7">
        <w:rPr>
          <w:sz w:val="22"/>
        </w:rPr>
        <w:t xml:space="preserve"> </w:t>
      </w:r>
      <w:r w:rsidRPr="00D914B7">
        <w:rPr>
          <w:sz w:val="22"/>
          <w:rtl/>
        </w:rPr>
        <w:t>امنیت</w:t>
      </w:r>
      <w:r w:rsidRPr="00D914B7">
        <w:rPr>
          <w:sz w:val="22"/>
        </w:rPr>
        <w:t xml:space="preserve"> </w:t>
      </w:r>
      <w:r w:rsidRPr="00D914B7">
        <w:rPr>
          <w:sz w:val="22"/>
          <w:rtl/>
        </w:rPr>
        <w:t>برقرار</w:t>
      </w:r>
      <w:r w:rsidRPr="00D914B7">
        <w:rPr>
          <w:sz w:val="22"/>
        </w:rPr>
        <w:t xml:space="preserve"> </w:t>
      </w:r>
      <w:r w:rsidRPr="00D914B7">
        <w:rPr>
          <w:sz w:val="22"/>
          <w:rtl/>
        </w:rPr>
        <w:t>کرده،</w:t>
      </w:r>
      <w:r w:rsidRPr="00D914B7">
        <w:rPr>
          <w:sz w:val="22"/>
        </w:rPr>
        <w:t xml:space="preserve"> </w:t>
      </w:r>
      <w:r w:rsidRPr="00D914B7">
        <w:rPr>
          <w:sz w:val="22"/>
          <w:rtl/>
        </w:rPr>
        <w:t>آب</w:t>
      </w:r>
      <w:r w:rsidRPr="00D914B7">
        <w:rPr>
          <w:sz w:val="22"/>
        </w:rPr>
        <w:t xml:space="preserve"> </w:t>
      </w:r>
      <w:r w:rsidRPr="00D914B7">
        <w:rPr>
          <w:sz w:val="22"/>
          <w:rtl/>
        </w:rPr>
        <w:t>را</w:t>
      </w:r>
      <w:r w:rsidRPr="00D914B7">
        <w:rPr>
          <w:sz w:val="22"/>
        </w:rPr>
        <w:t xml:space="preserve"> </w:t>
      </w:r>
      <w:r w:rsidRPr="00D914B7">
        <w:rPr>
          <w:sz w:val="22"/>
          <w:rtl/>
        </w:rPr>
        <w:t>تقسیم</w:t>
      </w:r>
      <w:r w:rsidRPr="00D914B7">
        <w:rPr>
          <w:sz w:val="22"/>
        </w:rPr>
        <w:t xml:space="preserve"> </w:t>
      </w:r>
      <w:r w:rsidRPr="00D914B7">
        <w:rPr>
          <w:sz w:val="22"/>
          <w:rtl/>
        </w:rPr>
        <w:t>کرده،</w:t>
      </w:r>
      <w:r w:rsidRPr="00D914B7">
        <w:rPr>
          <w:sz w:val="22"/>
        </w:rPr>
        <w:t xml:space="preserve"> </w:t>
      </w:r>
      <w:r w:rsidRPr="00D914B7">
        <w:rPr>
          <w:sz w:val="22"/>
          <w:rtl/>
        </w:rPr>
        <w:t>اسناد</w:t>
      </w:r>
      <w:r w:rsidRPr="00D914B7">
        <w:rPr>
          <w:sz w:val="22"/>
        </w:rPr>
        <w:t xml:space="preserve"> </w:t>
      </w:r>
      <w:r w:rsidRPr="00D914B7">
        <w:rPr>
          <w:sz w:val="22"/>
          <w:rtl/>
        </w:rPr>
        <w:t>را</w:t>
      </w:r>
      <w:r w:rsidRPr="00D914B7">
        <w:rPr>
          <w:sz w:val="22"/>
        </w:rPr>
        <w:t xml:space="preserve"> </w:t>
      </w:r>
      <w:r w:rsidRPr="00D914B7">
        <w:rPr>
          <w:sz w:val="22"/>
          <w:rtl/>
        </w:rPr>
        <w:t>ثبت</w:t>
      </w:r>
      <w:r w:rsidRPr="00D914B7">
        <w:rPr>
          <w:sz w:val="22"/>
        </w:rPr>
        <w:t xml:space="preserve"> </w:t>
      </w:r>
      <w:r w:rsidRPr="00D914B7">
        <w:rPr>
          <w:sz w:val="22"/>
          <w:rtl/>
        </w:rPr>
        <w:t>کرده،</w:t>
      </w:r>
      <w:r w:rsidRPr="00D914B7">
        <w:rPr>
          <w:sz w:val="22"/>
        </w:rPr>
        <w:t xml:space="preserve"> </w:t>
      </w:r>
      <w:r w:rsidRPr="00D914B7">
        <w:rPr>
          <w:sz w:val="22"/>
          <w:rtl/>
        </w:rPr>
        <w:t>قشون</w:t>
      </w:r>
      <w:r w:rsidRPr="00D914B7">
        <w:rPr>
          <w:sz w:val="22"/>
        </w:rPr>
        <w:t xml:space="preserve"> </w:t>
      </w:r>
      <w:r w:rsidRPr="00D914B7">
        <w:rPr>
          <w:sz w:val="22"/>
          <w:rtl/>
        </w:rPr>
        <w:t>را</w:t>
      </w:r>
      <w:r w:rsidRPr="00D914B7">
        <w:rPr>
          <w:sz w:val="22"/>
        </w:rPr>
        <w:t xml:space="preserve"> </w:t>
      </w:r>
      <w:r w:rsidRPr="00D914B7">
        <w:rPr>
          <w:sz w:val="22"/>
          <w:rtl/>
        </w:rPr>
        <w:t>تأمین</w:t>
      </w:r>
      <w:r w:rsidRPr="00D914B7">
        <w:rPr>
          <w:sz w:val="22"/>
        </w:rPr>
        <w:t xml:space="preserve"> </w:t>
      </w:r>
      <w:r w:rsidRPr="00D914B7">
        <w:rPr>
          <w:sz w:val="22"/>
          <w:rtl/>
        </w:rPr>
        <w:t>کرده،</w:t>
      </w:r>
      <w:r w:rsidRPr="00D914B7">
        <w:rPr>
          <w:sz w:val="22"/>
        </w:rPr>
        <w:t xml:space="preserve"> </w:t>
      </w:r>
      <w:r w:rsidRPr="00D914B7">
        <w:rPr>
          <w:sz w:val="22"/>
          <w:rtl/>
        </w:rPr>
        <w:t>فرمان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عمل</w:t>
      </w:r>
      <w:r w:rsidRPr="00D914B7">
        <w:rPr>
          <w:sz w:val="22"/>
        </w:rPr>
        <w:t xml:space="preserve"> </w:t>
      </w:r>
      <w:r w:rsidRPr="00D914B7">
        <w:rPr>
          <w:sz w:val="22"/>
          <w:rtl/>
        </w:rPr>
        <w:t>تبدیل</w:t>
      </w:r>
      <w:r w:rsidRPr="00D914B7">
        <w:rPr>
          <w:sz w:val="22"/>
        </w:rPr>
        <w:t xml:space="preserve"> </w:t>
      </w:r>
      <w:r w:rsidRPr="00D914B7">
        <w:rPr>
          <w:sz w:val="22"/>
          <w:rtl/>
        </w:rPr>
        <w:t>کرده</w:t>
      </w:r>
      <w:r w:rsidRPr="00D914B7">
        <w:rPr>
          <w:sz w:val="22"/>
        </w:rPr>
        <w:t xml:space="preserve"> </w:t>
      </w:r>
      <w:r w:rsidRPr="00D914B7">
        <w:rPr>
          <w:sz w:val="22"/>
          <w:rtl/>
        </w:rPr>
        <w:t>و</w:t>
      </w:r>
      <w:r w:rsidRPr="00D914B7">
        <w:rPr>
          <w:sz w:val="22"/>
        </w:rPr>
        <w:t xml:space="preserve"> </w:t>
      </w:r>
      <w:r w:rsidRPr="00D914B7">
        <w:rPr>
          <w:sz w:val="22"/>
          <w:rtl/>
        </w:rPr>
        <w:t>کوشیده</w:t>
      </w:r>
      <w:r w:rsidRPr="00D914B7">
        <w:rPr>
          <w:sz w:val="22"/>
        </w:rPr>
        <w:t xml:space="preserve"> </w:t>
      </w:r>
      <w:r w:rsidRPr="00D914B7">
        <w:rPr>
          <w:sz w:val="22"/>
          <w:rtl/>
        </w:rPr>
        <w:t>است</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فروپاشی</w:t>
      </w:r>
      <w:r w:rsidRPr="00D914B7">
        <w:rPr>
          <w:sz w:val="22"/>
        </w:rPr>
        <w:t xml:space="preserve"> </w:t>
      </w:r>
      <w:r w:rsidRPr="00D914B7">
        <w:rPr>
          <w:sz w:val="22"/>
          <w:rtl/>
        </w:rPr>
        <w:t>حفظ</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نیرو</w:t>
      </w:r>
      <w:r w:rsidRPr="00D914B7">
        <w:rPr>
          <w:sz w:val="22"/>
        </w:rPr>
        <w:t xml:space="preserve"> </w:t>
      </w:r>
      <w:r w:rsidRPr="00D914B7">
        <w:rPr>
          <w:sz w:val="22"/>
          <w:rtl/>
        </w:rPr>
        <w:t>همان</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البته</w:t>
      </w:r>
      <w:r w:rsidRPr="00D914B7">
        <w:rPr>
          <w:sz w:val="22"/>
        </w:rPr>
        <w:t xml:space="preserve"> </w:t>
      </w:r>
      <w:r w:rsidRPr="00D914B7">
        <w:rPr>
          <w:sz w:val="22"/>
          <w:rtl/>
        </w:rPr>
        <w:t>خاص</w:t>
      </w:r>
      <w:r w:rsidRPr="00D914B7">
        <w:rPr>
          <w:sz w:val="22"/>
        </w:rPr>
        <w:t xml:space="preserve"> </w:t>
      </w:r>
      <w:r w:rsidRPr="00D914B7">
        <w:rPr>
          <w:sz w:val="22"/>
          <w:rtl/>
        </w:rPr>
        <w:t>ایران</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جامعه</w:t>
      </w:r>
      <w:r w:rsidRPr="00D914B7">
        <w:rPr>
          <w:sz w:val="22"/>
        </w:rPr>
        <w:t>‌</w:t>
      </w:r>
      <w:r w:rsidRPr="00D914B7">
        <w:rPr>
          <w:sz w:val="22"/>
          <w:rtl/>
        </w:rPr>
        <w:t>ای</w:t>
      </w:r>
      <w:r w:rsidRPr="00D914B7">
        <w:rPr>
          <w:sz w:val="22"/>
        </w:rPr>
        <w:t xml:space="preserve"> </w:t>
      </w:r>
      <w:r w:rsidRPr="00D914B7">
        <w:rPr>
          <w:sz w:val="22"/>
          <w:rtl/>
        </w:rPr>
        <w:t>که</w:t>
      </w:r>
      <w:r w:rsidRPr="00D914B7">
        <w:rPr>
          <w:sz w:val="22"/>
        </w:rPr>
        <w:t xml:space="preserve"> </w:t>
      </w:r>
      <w:r w:rsidRPr="00D914B7">
        <w:rPr>
          <w:sz w:val="22"/>
          <w:rtl/>
        </w:rPr>
        <w:t>از</w:t>
      </w:r>
      <w:r w:rsidRPr="00D914B7">
        <w:rPr>
          <w:sz w:val="22"/>
        </w:rPr>
        <w:t xml:space="preserve"> </w:t>
      </w:r>
      <w:r w:rsidRPr="00D914B7">
        <w:rPr>
          <w:sz w:val="22"/>
          <w:rtl/>
        </w:rPr>
        <w:t>اندازه</w:t>
      </w:r>
      <w:r w:rsidRPr="00D914B7">
        <w:rPr>
          <w:sz w:val="22"/>
        </w:rPr>
        <w:t>‌</w:t>
      </w:r>
      <w:r w:rsidRPr="00D914B7">
        <w:rPr>
          <w:sz w:val="22"/>
          <w:rtl/>
        </w:rPr>
        <w:t>ای</w:t>
      </w:r>
      <w:r w:rsidRPr="00D914B7">
        <w:rPr>
          <w:sz w:val="22"/>
        </w:rPr>
        <w:t xml:space="preserve"> </w:t>
      </w:r>
      <w:r w:rsidRPr="00D914B7">
        <w:rPr>
          <w:sz w:val="22"/>
          <w:rtl/>
        </w:rPr>
        <w:t>معین</w:t>
      </w:r>
      <w:r w:rsidRPr="00D914B7">
        <w:rPr>
          <w:sz w:val="22"/>
        </w:rPr>
        <w:t xml:space="preserve"> </w:t>
      </w:r>
      <w:r w:rsidRPr="00D914B7">
        <w:rPr>
          <w:sz w:val="22"/>
          <w:rtl/>
        </w:rPr>
        <w:t>فراتر</w:t>
      </w:r>
      <w:r w:rsidRPr="00D914B7">
        <w:rPr>
          <w:sz w:val="22"/>
        </w:rPr>
        <w:t xml:space="preserve"> </w:t>
      </w:r>
      <w:r w:rsidRPr="00D914B7">
        <w:rPr>
          <w:sz w:val="22"/>
          <w:rtl/>
        </w:rPr>
        <w:t>رود</w:t>
      </w:r>
      <w:r w:rsidRPr="00D914B7">
        <w:rPr>
          <w:sz w:val="22"/>
        </w:rPr>
        <w:t xml:space="preserve"> </w:t>
      </w:r>
      <w:r w:rsidRPr="00D914B7">
        <w:rPr>
          <w:sz w:val="22"/>
          <w:rtl/>
        </w:rPr>
        <w:t>ناچار</w:t>
      </w:r>
      <w:r w:rsidRPr="00D914B7">
        <w:rPr>
          <w:sz w:val="22"/>
        </w:rPr>
        <w:t xml:space="preserve"> </w:t>
      </w:r>
      <w:r w:rsidRPr="00D914B7">
        <w:rPr>
          <w:sz w:val="22"/>
          <w:rtl/>
        </w:rPr>
        <w:t>دستگاه</w:t>
      </w:r>
      <w:r w:rsidRPr="00D914B7">
        <w:rPr>
          <w:sz w:val="22"/>
        </w:rPr>
        <w:t>‌</w:t>
      </w:r>
      <w:r w:rsidRPr="00D914B7">
        <w:rPr>
          <w:sz w:val="22"/>
          <w:rtl/>
        </w:rPr>
        <w:t>هایی</w:t>
      </w:r>
      <w:r w:rsidRPr="00D914B7">
        <w:rPr>
          <w:sz w:val="22"/>
        </w:rPr>
        <w:t xml:space="preserve"> </w:t>
      </w:r>
      <w:r w:rsidRPr="00D914B7">
        <w:rPr>
          <w:sz w:val="22"/>
          <w:rtl/>
        </w:rPr>
        <w:t>برای</w:t>
      </w:r>
      <w:r w:rsidRPr="00D914B7">
        <w:rPr>
          <w:sz w:val="22"/>
        </w:rPr>
        <w:t xml:space="preserve"> </w:t>
      </w:r>
      <w:r w:rsidRPr="00D914B7">
        <w:rPr>
          <w:sz w:val="22"/>
          <w:rtl/>
        </w:rPr>
        <w:t>ثبت،</w:t>
      </w:r>
      <w:r w:rsidRPr="00D914B7">
        <w:rPr>
          <w:sz w:val="22"/>
        </w:rPr>
        <w:t xml:space="preserve"> </w:t>
      </w:r>
      <w:r w:rsidRPr="00D914B7">
        <w:rPr>
          <w:sz w:val="22"/>
          <w:rtl/>
        </w:rPr>
        <w:t>حساب،</w:t>
      </w:r>
      <w:r w:rsidRPr="00D914B7">
        <w:rPr>
          <w:sz w:val="22"/>
        </w:rPr>
        <w:t xml:space="preserve"> </w:t>
      </w:r>
      <w:r w:rsidRPr="00D914B7">
        <w:rPr>
          <w:sz w:val="22"/>
          <w:rtl/>
        </w:rPr>
        <w:t>تقسیم</w:t>
      </w:r>
      <w:r w:rsidRPr="00D914B7">
        <w:rPr>
          <w:sz w:val="22"/>
        </w:rPr>
        <w:t xml:space="preserve"> </w:t>
      </w:r>
      <w:r w:rsidRPr="00D914B7">
        <w:rPr>
          <w:sz w:val="22"/>
          <w:rtl/>
        </w:rPr>
        <w:t>کار</w:t>
      </w:r>
      <w:r w:rsidRPr="00D914B7">
        <w:rPr>
          <w:sz w:val="22"/>
        </w:rPr>
        <w:t xml:space="preserve"> </w:t>
      </w:r>
      <w:r w:rsidRPr="00D914B7">
        <w:rPr>
          <w:sz w:val="22"/>
          <w:rtl/>
        </w:rPr>
        <w:t>و</w:t>
      </w:r>
      <w:r w:rsidRPr="00D914B7">
        <w:rPr>
          <w:sz w:val="22"/>
        </w:rPr>
        <w:t xml:space="preserve"> </w:t>
      </w:r>
      <w:r w:rsidRPr="00D914B7">
        <w:rPr>
          <w:sz w:val="22"/>
          <w:rtl/>
        </w:rPr>
        <w:t>اجرای</w:t>
      </w:r>
      <w:r w:rsidRPr="00D914B7">
        <w:rPr>
          <w:sz w:val="22"/>
        </w:rPr>
        <w:t xml:space="preserve"> </w:t>
      </w:r>
      <w:r w:rsidRPr="00D914B7">
        <w:rPr>
          <w:sz w:val="22"/>
          <w:rtl/>
        </w:rPr>
        <w:t>تصمیم</w:t>
      </w:r>
      <w:r w:rsidRPr="00D914B7">
        <w:rPr>
          <w:sz w:val="22"/>
        </w:rPr>
        <w:t>‌</w:t>
      </w:r>
      <w:r w:rsidRPr="00D914B7">
        <w:rPr>
          <w:sz w:val="22"/>
          <w:rtl/>
        </w:rPr>
        <w:t>ها</w:t>
      </w:r>
      <w:r w:rsidRPr="00D914B7">
        <w:rPr>
          <w:sz w:val="22"/>
        </w:rPr>
        <w:t xml:space="preserve"> </w:t>
      </w:r>
      <w:r w:rsidRPr="00D914B7">
        <w:rPr>
          <w:sz w:val="22"/>
          <w:rtl/>
        </w:rPr>
        <w:t>می</w:t>
      </w:r>
      <w:r w:rsidRPr="00D914B7">
        <w:rPr>
          <w:sz w:val="22"/>
        </w:rPr>
        <w:t>‌</w:t>
      </w:r>
      <w:r w:rsidRPr="00D914B7">
        <w:rPr>
          <w:sz w:val="22"/>
          <w:rtl/>
        </w:rPr>
        <w:t>سازد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شرایط</w:t>
      </w:r>
      <w:r w:rsidRPr="00D914B7">
        <w:rPr>
          <w:sz w:val="22"/>
        </w:rPr>
        <w:t xml:space="preserve"> </w:t>
      </w:r>
      <w:r w:rsidRPr="00D914B7">
        <w:rPr>
          <w:sz w:val="22"/>
          <w:rtl/>
        </w:rPr>
        <w:t>جغرافیایی،</w:t>
      </w:r>
      <w:r w:rsidRPr="00D914B7">
        <w:rPr>
          <w:sz w:val="22"/>
        </w:rPr>
        <w:t xml:space="preserve"> </w:t>
      </w:r>
      <w:r w:rsidRPr="00D914B7">
        <w:rPr>
          <w:sz w:val="22"/>
          <w:rtl/>
        </w:rPr>
        <w:t>جمعیتی،</w:t>
      </w:r>
      <w:r w:rsidRPr="00D914B7">
        <w:rPr>
          <w:sz w:val="22"/>
        </w:rPr>
        <w:t xml:space="preserve"> </w:t>
      </w:r>
      <w:r w:rsidRPr="00D914B7">
        <w:rPr>
          <w:sz w:val="22"/>
          <w:rtl/>
        </w:rPr>
        <w:t>اقتصادی</w:t>
      </w:r>
      <w:r w:rsidRPr="00D914B7">
        <w:rPr>
          <w:sz w:val="22"/>
        </w:rPr>
        <w:t xml:space="preserve"> </w:t>
      </w:r>
      <w:r w:rsidRPr="00D914B7">
        <w:rPr>
          <w:sz w:val="22"/>
          <w:rtl/>
        </w:rPr>
        <w:t>و</w:t>
      </w:r>
      <w:r w:rsidRPr="00D914B7">
        <w:rPr>
          <w:sz w:val="22"/>
        </w:rPr>
        <w:t xml:space="preserve"> </w:t>
      </w:r>
      <w:r w:rsidRPr="00D914B7">
        <w:rPr>
          <w:sz w:val="22"/>
          <w:rtl/>
        </w:rPr>
        <w:t>تاریخی</w:t>
      </w:r>
      <w:r w:rsidRPr="00D914B7">
        <w:rPr>
          <w:sz w:val="22"/>
        </w:rPr>
        <w:t xml:space="preserve"> </w:t>
      </w:r>
      <w:r w:rsidRPr="00D914B7">
        <w:rPr>
          <w:sz w:val="22"/>
          <w:rtl/>
        </w:rPr>
        <w:t>ایران</w:t>
      </w:r>
      <w:r w:rsidRPr="00D914B7">
        <w:rPr>
          <w:sz w:val="22"/>
        </w:rPr>
        <w:t xml:space="preserve"> </w:t>
      </w:r>
      <w:r w:rsidRPr="00D914B7">
        <w:rPr>
          <w:sz w:val="22"/>
          <w:rtl/>
        </w:rPr>
        <w:t>نوع</w:t>
      </w:r>
      <w:r w:rsidRPr="00D914B7">
        <w:rPr>
          <w:sz w:val="22"/>
        </w:rPr>
        <w:t xml:space="preserve"> </w:t>
      </w:r>
      <w:r w:rsidRPr="00D914B7">
        <w:rPr>
          <w:sz w:val="22"/>
          <w:rtl/>
        </w:rPr>
        <w:t>ویژه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را</w:t>
      </w:r>
      <w:r w:rsidRPr="00D914B7">
        <w:rPr>
          <w:sz w:val="22"/>
        </w:rPr>
        <w:t xml:space="preserve"> </w:t>
      </w:r>
      <w:r w:rsidRPr="00D914B7">
        <w:rPr>
          <w:sz w:val="22"/>
          <w:rtl/>
        </w:rPr>
        <w:t>طلب</w:t>
      </w:r>
      <w:r w:rsidRPr="00D914B7">
        <w:rPr>
          <w:sz w:val="22"/>
        </w:rPr>
        <w:t xml:space="preserve"> </w:t>
      </w:r>
      <w:r w:rsidRPr="00D914B7">
        <w:rPr>
          <w:sz w:val="22"/>
          <w:rtl/>
        </w:rPr>
        <w:t>کرده</w:t>
      </w:r>
      <w:r w:rsidRPr="00D914B7">
        <w:rPr>
          <w:sz w:val="22"/>
        </w:rPr>
        <w:t xml:space="preserve"> </w:t>
      </w:r>
      <w:r w:rsidRPr="00D914B7">
        <w:rPr>
          <w:sz w:val="22"/>
          <w:rtl/>
        </w:rPr>
        <w:t>و</w:t>
      </w:r>
      <w:r w:rsidRPr="00D914B7">
        <w:rPr>
          <w:sz w:val="22"/>
        </w:rPr>
        <w:t xml:space="preserve"> </w:t>
      </w:r>
      <w:r w:rsidRPr="00D914B7">
        <w:rPr>
          <w:sz w:val="22"/>
          <w:rtl/>
        </w:rPr>
        <w:t>پرورانده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پراکندگی</w:t>
      </w:r>
      <w:r w:rsidRPr="00D914B7">
        <w:rPr>
          <w:sz w:val="22"/>
        </w:rPr>
        <w:t xml:space="preserve"> </w:t>
      </w:r>
      <w:r w:rsidRPr="00D914B7">
        <w:rPr>
          <w:sz w:val="22"/>
          <w:rtl/>
        </w:rPr>
        <w:t>آب</w:t>
      </w:r>
      <w:r w:rsidRPr="00D914B7">
        <w:rPr>
          <w:sz w:val="22"/>
        </w:rPr>
        <w:t xml:space="preserve"> </w:t>
      </w:r>
      <w:r w:rsidRPr="00D914B7">
        <w:rPr>
          <w:sz w:val="22"/>
          <w:rtl/>
        </w:rPr>
        <w:t>و</w:t>
      </w:r>
      <w:r w:rsidRPr="00D914B7">
        <w:rPr>
          <w:sz w:val="22"/>
        </w:rPr>
        <w:t xml:space="preserve"> </w:t>
      </w:r>
      <w:r w:rsidRPr="00D914B7">
        <w:rPr>
          <w:sz w:val="22"/>
          <w:rtl/>
        </w:rPr>
        <w:t>آبادی،</w:t>
      </w:r>
      <w:r w:rsidRPr="00D914B7">
        <w:rPr>
          <w:sz w:val="22"/>
        </w:rPr>
        <w:t xml:space="preserve"> </w:t>
      </w:r>
      <w:r w:rsidRPr="00D914B7">
        <w:rPr>
          <w:sz w:val="22"/>
          <w:rtl/>
        </w:rPr>
        <w:t>فاصله</w:t>
      </w:r>
      <w:r>
        <w:rPr>
          <w:sz w:val="22"/>
          <w:rtl/>
        </w:rPr>
        <w:t>ء</w:t>
      </w:r>
      <w:r w:rsidRPr="00D914B7">
        <w:rPr>
          <w:sz w:val="22"/>
        </w:rPr>
        <w:t xml:space="preserve"> </w:t>
      </w:r>
      <w:r w:rsidRPr="00D914B7">
        <w:rPr>
          <w:sz w:val="22"/>
          <w:rtl/>
        </w:rPr>
        <w:t>زیاد</w:t>
      </w:r>
      <w:r w:rsidRPr="00D914B7">
        <w:rPr>
          <w:sz w:val="22"/>
        </w:rPr>
        <w:t xml:space="preserve"> </w:t>
      </w:r>
      <w:r w:rsidRPr="00D914B7">
        <w:rPr>
          <w:sz w:val="22"/>
          <w:rtl/>
        </w:rPr>
        <w:t>مراکز</w:t>
      </w:r>
      <w:r w:rsidRPr="00D914B7">
        <w:rPr>
          <w:sz w:val="22"/>
        </w:rPr>
        <w:t xml:space="preserve"> </w:t>
      </w:r>
      <w:r w:rsidRPr="00D914B7">
        <w:rPr>
          <w:sz w:val="22"/>
          <w:rtl/>
        </w:rPr>
        <w:t>جمعیت،</w:t>
      </w:r>
      <w:r w:rsidRPr="00D914B7">
        <w:rPr>
          <w:sz w:val="22"/>
        </w:rPr>
        <w:t xml:space="preserve"> </w:t>
      </w:r>
      <w:r w:rsidRPr="00D914B7">
        <w:rPr>
          <w:sz w:val="22"/>
          <w:rtl/>
        </w:rPr>
        <w:t>تنوع</w:t>
      </w:r>
      <w:r w:rsidRPr="00D914B7">
        <w:rPr>
          <w:sz w:val="22"/>
        </w:rPr>
        <w:t xml:space="preserve"> </w:t>
      </w:r>
      <w:r w:rsidRPr="00D914B7">
        <w:rPr>
          <w:sz w:val="22"/>
          <w:rtl/>
        </w:rPr>
        <w:t>زبان</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شیوه</w:t>
      </w:r>
      <w:r w:rsidRPr="00D914B7">
        <w:rPr>
          <w:sz w:val="22"/>
        </w:rPr>
        <w:t>‌</w:t>
      </w:r>
      <w:r w:rsidRPr="00D914B7">
        <w:rPr>
          <w:sz w:val="22"/>
          <w:rtl/>
        </w:rPr>
        <w:t>های</w:t>
      </w:r>
      <w:r w:rsidRPr="00D914B7">
        <w:rPr>
          <w:sz w:val="22"/>
        </w:rPr>
        <w:t xml:space="preserve"> </w:t>
      </w:r>
      <w:r w:rsidRPr="00D914B7">
        <w:rPr>
          <w:sz w:val="22"/>
          <w:rtl/>
        </w:rPr>
        <w:t>زندگی،</w:t>
      </w:r>
      <w:r w:rsidRPr="00D914B7">
        <w:rPr>
          <w:sz w:val="22"/>
        </w:rPr>
        <w:t xml:space="preserve"> </w:t>
      </w:r>
      <w:r w:rsidRPr="00D914B7">
        <w:rPr>
          <w:sz w:val="22"/>
          <w:rtl/>
        </w:rPr>
        <w:t>ضرورت</w:t>
      </w:r>
      <w:r w:rsidRPr="00D914B7">
        <w:rPr>
          <w:sz w:val="22"/>
        </w:rPr>
        <w:t xml:space="preserve"> </w:t>
      </w:r>
      <w:r w:rsidRPr="00D914B7">
        <w:rPr>
          <w:sz w:val="22"/>
          <w:rtl/>
        </w:rPr>
        <w:t>نگهداری</w:t>
      </w:r>
      <w:r w:rsidRPr="00D914B7">
        <w:rPr>
          <w:sz w:val="22"/>
        </w:rPr>
        <w:t xml:space="preserve"> </w:t>
      </w:r>
      <w:r w:rsidRPr="00D914B7">
        <w:rPr>
          <w:sz w:val="22"/>
          <w:rtl/>
        </w:rPr>
        <w:t>راه</w:t>
      </w:r>
      <w:r w:rsidRPr="00D914B7">
        <w:rPr>
          <w:sz w:val="22"/>
        </w:rPr>
        <w:t>‌</w:t>
      </w:r>
      <w:r w:rsidRPr="00D914B7">
        <w:rPr>
          <w:sz w:val="22"/>
          <w:rtl/>
        </w:rPr>
        <w:t>ها،</w:t>
      </w:r>
      <w:r w:rsidRPr="00D914B7">
        <w:rPr>
          <w:sz w:val="22"/>
        </w:rPr>
        <w:t xml:space="preserve"> </w:t>
      </w:r>
      <w:r w:rsidRPr="00D914B7">
        <w:rPr>
          <w:sz w:val="22"/>
          <w:rtl/>
        </w:rPr>
        <w:t>حمله</w:t>
      </w:r>
      <w:r w:rsidRPr="00D914B7">
        <w:rPr>
          <w:sz w:val="22"/>
        </w:rPr>
        <w:t>‌</w:t>
      </w:r>
      <w:r w:rsidRPr="00D914B7">
        <w:rPr>
          <w:sz w:val="22"/>
          <w:rtl/>
        </w:rPr>
        <w:t>های</w:t>
      </w:r>
      <w:r w:rsidRPr="00D914B7">
        <w:rPr>
          <w:sz w:val="22"/>
        </w:rPr>
        <w:t xml:space="preserve"> </w:t>
      </w:r>
      <w:r w:rsidRPr="00D914B7">
        <w:rPr>
          <w:sz w:val="22"/>
          <w:rtl/>
        </w:rPr>
        <w:t>مکرر</w:t>
      </w:r>
      <w:r w:rsidRPr="00D914B7">
        <w:rPr>
          <w:sz w:val="22"/>
        </w:rPr>
        <w:t xml:space="preserve"> </w:t>
      </w:r>
      <w:r w:rsidRPr="00D914B7">
        <w:rPr>
          <w:sz w:val="22"/>
          <w:rtl/>
        </w:rPr>
        <w:t>قشون</w:t>
      </w:r>
      <w:r w:rsidRPr="00D914B7">
        <w:rPr>
          <w:sz w:val="22"/>
        </w:rPr>
        <w:t>‌</w:t>
      </w:r>
      <w:r w:rsidRPr="00D914B7">
        <w:rPr>
          <w:sz w:val="22"/>
          <w:rtl/>
        </w:rPr>
        <w:t>های</w:t>
      </w:r>
      <w:r w:rsidRPr="00D914B7">
        <w:rPr>
          <w:sz w:val="22"/>
        </w:rPr>
        <w:t xml:space="preserve"> </w:t>
      </w:r>
      <w:r w:rsidRPr="00D914B7">
        <w:rPr>
          <w:sz w:val="22"/>
          <w:rtl/>
        </w:rPr>
        <w:t>بیرونی</w:t>
      </w:r>
      <w:r w:rsidRPr="00D914B7">
        <w:rPr>
          <w:sz w:val="22"/>
        </w:rPr>
        <w:t xml:space="preserve"> </w:t>
      </w:r>
      <w:r w:rsidRPr="00D914B7">
        <w:rPr>
          <w:sz w:val="22"/>
          <w:rtl/>
        </w:rPr>
        <w:t>و</w:t>
      </w:r>
      <w:r w:rsidRPr="00D914B7">
        <w:rPr>
          <w:sz w:val="22"/>
        </w:rPr>
        <w:t xml:space="preserve"> </w:t>
      </w:r>
      <w:r w:rsidRPr="00D914B7">
        <w:rPr>
          <w:sz w:val="22"/>
          <w:rtl/>
        </w:rPr>
        <w:t>تغییر</w:t>
      </w:r>
      <w:r w:rsidRPr="00D914B7">
        <w:rPr>
          <w:sz w:val="22"/>
        </w:rPr>
        <w:t xml:space="preserve"> </w:t>
      </w:r>
      <w:r w:rsidRPr="00D914B7">
        <w:rPr>
          <w:sz w:val="22"/>
          <w:rtl/>
        </w:rPr>
        <w:t>پی</w:t>
      </w:r>
      <w:r w:rsidRPr="00D914B7">
        <w:rPr>
          <w:sz w:val="22"/>
        </w:rPr>
        <w:t>‌</w:t>
      </w:r>
      <w:r w:rsidRPr="00D914B7">
        <w:rPr>
          <w:sz w:val="22"/>
          <w:rtl/>
        </w:rPr>
        <w:t>درپی</w:t>
      </w:r>
      <w:r w:rsidRPr="00D914B7">
        <w:rPr>
          <w:sz w:val="22"/>
        </w:rPr>
        <w:t xml:space="preserve"> </w:t>
      </w:r>
      <w:r w:rsidRPr="00D914B7">
        <w:rPr>
          <w:sz w:val="22"/>
          <w:rtl/>
        </w:rPr>
        <w:t>خاندان</w:t>
      </w:r>
      <w:r w:rsidRPr="00D914B7">
        <w:rPr>
          <w:sz w:val="22"/>
        </w:rPr>
        <w:t>‌</w:t>
      </w:r>
      <w:r w:rsidRPr="00D914B7">
        <w:rPr>
          <w:sz w:val="22"/>
          <w:rtl/>
        </w:rPr>
        <w:t>های</w:t>
      </w:r>
      <w:r w:rsidRPr="00D914B7">
        <w:rPr>
          <w:sz w:val="22"/>
        </w:rPr>
        <w:t xml:space="preserve"> </w:t>
      </w:r>
      <w:r w:rsidRPr="00D914B7">
        <w:rPr>
          <w:sz w:val="22"/>
          <w:rtl/>
        </w:rPr>
        <w:t>فرمانروا</w:t>
      </w:r>
      <w:r w:rsidRPr="00D914B7">
        <w:rPr>
          <w:sz w:val="22"/>
        </w:rPr>
        <w:t xml:space="preserve"> </w:t>
      </w:r>
      <w:r w:rsidRPr="00D914B7">
        <w:rPr>
          <w:sz w:val="22"/>
          <w:rtl/>
        </w:rPr>
        <w:t>سبب</w:t>
      </w:r>
      <w:r w:rsidRPr="00D914B7">
        <w:rPr>
          <w:sz w:val="22"/>
        </w:rPr>
        <w:t xml:space="preserve"> </w:t>
      </w:r>
      <w:r w:rsidRPr="00D914B7">
        <w:rPr>
          <w:sz w:val="22"/>
          <w:rtl/>
        </w:rPr>
        <w:t>شده</w:t>
      </w:r>
      <w:r w:rsidRPr="00D914B7">
        <w:rPr>
          <w:sz w:val="22"/>
        </w:rPr>
        <w:t>‌</w:t>
      </w:r>
      <w:r w:rsidRPr="00D914B7">
        <w:rPr>
          <w:sz w:val="22"/>
          <w:rtl/>
        </w:rPr>
        <w:t>اند</w:t>
      </w:r>
      <w:r w:rsidRPr="00D914B7">
        <w:rPr>
          <w:sz w:val="22"/>
        </w:rPr>
        <w:t xml:space="preserve"> </w:t>
      </w:r>
      <w:r w:rsidRPr="00D914B7">
        <w:rPr>
          <w:sz w:val="22"/>
          <w:rtl/>
        </w:rPr>
        <w:t>که</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کشور</w:t>
      </w:r>
      <w:r w:rsidRPr="00D914B7">
        <w:rPr>
          <w:sz w:val="22"/>
        </w:rPr>
        <w:t xml:space="preserve"> </w:t>
      </w:r>
      <w:r w:rsidRPr="00D914B7">
        <w:rPr>
          <w:sz w:val="22"/>
          <w:rtl/>
        </w:rPr>
        <w:t>به</w:t>
      </w:r>
      <w:r w:rsidRPr="00D914B7">
        <w:rPr>
          <w:sz w:val="22"/>
        </w:rPr>
        <w:t xml:space="preserve"> </w:t>
      </w:r>
      <w:r w:rsidRPr="00D914B7">
        <w:rPr>
          <w:sz w:val="22"/>
          <w:rtl/>
        </w:rPr>
        <w:t>دستگاهی</w:t>
      </w:r>
      <w:r w:rsidRPr="00D914B7">
        <w:rPr>
          <w:sz w:val="22"/>
        </w:rPr>
        <w:t xml:space="preserve"> </w:t>
      </w:r>
      <w:r w:rsidRPr="00D914B7">
        <w:rPr>
          <w:sz w:val="22"/>
          <w:rtl/>
        </w:rPr>
        <w:t>وابسته</w:t>
      </w:r>
      <w:r w:rsidRPr="00D914B7">
        <w:rPr>
          <w:sz w:val="22"/>
        </w:rPr>
        <w:t xml:space="preserve"> </w:t>
      </w:r>
      <w:r w:rsidRPr="00D914B7">
        <w:rPr>
          <w:sz w:val="22"/>
          <w:rtl/>
        </w:rPr>
        <w:t>باشد</w:t>
      </w:r>
      <w:r w:rsidRPr="00D914B7">
        <w:rPr>
          <w:sz w:val="22"/>
        </w:rPr>
        <w:t xml:space="preserve"> </w:t>
      </w:r>
      <w:r w:rsidRPr="00D914B7">
        <w:rPr>
          <w:sz w:val="22"/>
          <w:rtl/>
        </w:rPr>
        <w:t>که</w:t>
      </w:r>
      <w:r w:rsidRPr="00D914B7">
        <w:rPr>
          <w:sz w:val="22"/>
        </w:rPr>
        <w:t xml:space="preserve"> </w:t>
      </w:r>
      <w:r w:rsidRPr="00D914B7">
        <w:rPr>
          <w:sz w:val="22"/>
          <w:rtl/>
        </w:rPr>
        <w:t>بتواند</w:t>
      </w:r>
      <w:r w:rsidRPr="00D914B7">
        <w:rPr>
          <w:sz w:val="22"/>
        </w:rPr>
        <w:t xml:space="preserve"> </w:t>
      </w:r>
      <w:r w:rsidRPr="00D914B7">
        <w:rPr>
          <w:sz w:val="22"/>
          <w:rtl/>
        </w:rPr>
        <w:t>از</w:t>
      </w:r>
      <w:r w:rsidRPr="00D914B7">
        <w:rPr>
          <w:sz w:val="22"/>
        </w:rPr>
        <w:t xml:space="preserve"> </w:t>
      </w:r>
      <w:r w:rsidRPr="00D914B7">
        <w:rPr>
          <w:sz w:val="22"/>
          <w:rtl/>
        </w:rPr>
        <w:t>عمر</w:t>
      </w:r>
      <w:r w:rsidRPr="00D914B7">
        <w:rPr>
          <w:sz w:val="22"/>
        </w:rPr>
        <w:t xml:space="preserve"> </w:t>
      </w:r>
      <w:r w:rsidRPr="00D914B7">
        <w:rPr>
          <w:sz w:val="22"/>
          <w:rtl/>
        </w:rPr>
        <w:t>یک</w:t>
      </w:r>
      <w:r w:rsidRPr="00D914B7">
        <w:rPr>
          <w:sz w:val="22"/>
        </w:rPr>
        <w:t xml:space="preserve"> </w:t>
      </w:r>
      <w:r w:rsidRPr="00D914B7">
        <w:rPr>
          <w:sz w:val="22"/>
          <w:rtl/>
        </w:rPr>
        <w:t>پادشاه</w:t>
      </w:r>
      <w:r w:rsidRPr="00D914B7">
        <w:rPr>
          <w:sz w:val="22"/>
        </w:rPr>
        <w:t xml:space="preserve"> </w:t>
      </w:r>
      <w:r w:rsidRPr="00D914B7">
        <w:rPr>
          <w:sz w:val="22"/>
          <w:rtl/>
        </w:rPr>
        <w:t>و</w:t>
      </w:r>
      <w:r w:rsidRPr="00D914B7">
        <w:rPr>
          <w:sz w:val="22"/>
        </w:rPr>
        <w:t xml:space="preserve"> </w:t>
      </w:r>
      <w:r w:rsidRPr="00D914B7">
        <w:rPr>
          <w:sz w:val="22"/>
          <w:rtl/>
        </w:rPr>
        <w:t>یک</w:t>
      </w:r>
      <w:r w:rsidRPr="00D914B7">
        <w:rPr>
          <w:sz w:val="22"/>
        </w:rPr>
        <w:t xml:space="preserve"> </w:t>
      </w:r>
      <w:r w:rsidRPr="00D914B7">
        <w:rPr>
          <w:sz w:val="22"/>
          <w:rtl/>
        </w:rPr>
        <w:t>سلسله</w:t>
      </w:r>
      <w:r w:rsidRPr="00D914B7">
        <w:rPr>
          <w:sz w:val="22"/>
        </w:rPr>
        <w:t xml:space="preserve"> </w:t>
      </w:r>
      <w:r w:rsidRPr="00D914B7">
        <w:rPr>
          <w:sz w:val="22"/>
          <w:rtl/>
        </w:rPr>
        <w:t>فراتر</w:t>
      </w:r>
      <w:r w:rsidRPr="00D914B7">
        <w:rPr>
          <w:sz w:val="22"/>
        </w:rPr>
        <w:t xml:space="preserve"> </w:t>
      </w:r>
      <w:r w:rsidRPr="00D914B7">
        <w:rPr>
          <w:sz w:val="22"/>
          <w:rtl/>
        </w:rPr>
        <w:t>رود</w:t>
      </w:r>
      <w:r>
        <w:rPr>
          <w:sz w:val="22"/>
          <w:rtl/>
        </w:rPr>
        <w:t>.</w:t>
      </w:r>
    </w:p>
    <w:p w:rsidR="00987F03" w:rsidRPr="00D914B7" w:rsidRDefault="00987F03" w:rsidP="00987F03">
      <w:pPr>
        <w:bidi/>
        <w:ind w:firstLine="720"/>
        <w:rPr>
          <w:sz w:val="22"/>
        </w:rPr>
      </w:pPr>
      <w:r w:rsidRPr="00D914B7">
        <w:rPr>
          <w:sz w:val="22"/>
          <w:rtl/>
        </w:rPr>
        <w:t>از</w:t>
      </w:r>
      <w:r w:rsidRPr="00D914B7">
        <w:rPr>
          <w:sz w:val="22"/>
        </w:rPr>
        <w:t xml:space="preserve"> </w:t>
      </w:r>
      <w:r w:rsidRPr="00D914B7">
        <w:rPr>
          <w:sz w:val="22"/>
          <w:rtl/>
        </w:rPr>
        <w:t>همین</w:t>
      </w:r>
      <w:r w:rsidRPr="00D914B7">
        <w:rPr>
          <w:sz w:val="22"/>
        </w:rPr>
        <w:t>‌</w:t>
      </w:r>
      <w:r w:rsidRPr="00D914B7">
        <w:rPr>
          <w:sz w:val="22"/>
          <w:rtl/>
        </w:rPr>
        <w:t>جا</w:t>
      </w:r>
      <w:r w:rsidRPr="00D914B7">
        <w:rPr>
          <w:sz w:val="22"/>
        </w:rPr>
        <w:t xml:space="preserve"> </w:t>
      </w:r>
      <w:r w:rsidRPr="00D914B7">
        <w:rPr>
          <w:sz w:val="22"/>
          <w:rtl/>
        </w:rPr>
        <w:t>پرسش</w:t>
      </w:r>
      <w:r w:rsidRPr="00D914B7">
        <w:rPr>
          <w:sz w:val="22"/>
        </w:rPr>
        <w:t xml:space="preserve"> </w:t>
      </w:r>
      <w:r w:rsidRPr="00D914B7">
        <w:rPr>
          <w:sz w:val="22"/>
          <w:rtl/>
        </w:rPr>
        <w:t>دیگری</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آید</w:t>
      </w:r>
      <w:r w:rsidRPr="00D914B7">
        <w:rPr>
          <w:sz w:val="22"/>
        </w:rPr>
        <w:t xml:space="preserve">: </w:t>
      </w:r>
      <w:r w:rsidRPr="00D914B7">
        <w:rPr>
          <w:sz w:val="22"/>
          <w:rtl/>
        </w:rPr>
        <w:t>موانع</w:t>
      </w:r>
      <w:r w:rsidRPr="00D914B7">
        <w:rPr>
          <w:sz w:val="22"/>
        </w:rPr>
        <w:t xml:space="preserve"> </w:t>
      </w:r>
      <w:r w:rsidRPr="00D914B7">
        <w:rPr>
          <w:sz w:val="22"/>
          <w:rtl/>
        </w:rPr>
        <w:t>کار</w:t>
      </w:r>
      <w:r w:rsidRPr="00D914B7">
        <w:rPr>
          <w:sz w:val="22"/>
        </w:rPr>
        <w:t xml:space="preserve"> </w:t>
      </w:r>
      <w:r w:rsidRPr="00D914B7">
        <w:rPr>
          <w:sz w:val="22"/>
          <w:rtl/>
        </w:rPr>
        <w:t>این</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ایرانی</w:t>
      </w:r>
      <w:r w:rsidRPr="00D914B7">
        <w:rPr>
          <w:sz w:val="22"/>
        </w:rPr>
        <w:t xml:space="preserve"> </w:t>
      </w:r>
      <w:r w:rsidRPr="00D914B7">
        <w:rPr>
          <w:sz w:val="22"/>
          <w:rtl/>
        </w:rPr>
        <w:t>چه</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دیوان</w:t>
      </w:r>
      <w:r w:rsidRPr="00D914B7">
        <w:rPr>
          <w:sz w:val="22"/>
        </w:rPr>
        <w:t xml:space="preserve"> </w:t>
      </w:r>
      <w:r w:rsidRPr="00D914B7">
        <w:rPr>
          <w:sz w:val="22"/>
          <w:rtl/>
        </w:rPr>
        <w:t>در</w:t>
      </w:r>
      <w:r w:rsidRPr="00D914B7">
        <w:rPr>
          <w:sz w:val="22"/>
        </w:rPr>
        <w:t xml:space="preserve"> </w:t>
      </w:r>
      <w:r w:rsidRPr="00D914B7">
        <w:rPr>
          <w:sz w:val="22"/>
          <w:rtl/>
        </w:rPr>
        <w:t>سراسر</w:t>
      </w:r>
      <w:r w:rsidRPr="00D914B7">
        <w:rPr>
          <w:sz w:val="22"/>
        </w:rPr>
        <w:t xml:space="preserve"> </w:t>
      </w:r>
      <w:r w:rsidRPr="00D914B7">
        <w:rPr>
          <w:sz w:val="22"/>
          <w:rtl/>
        </w:rPr>
        <w:t>تاریخ</w:t>
      </w:r>
      <w:r w:rsidRPr="00D914B7">
        <w:rPr>
          <w:sz w:val="22"/>
        </w:rPr>
        <w:t xml:space="preserve"> </w:t>
      </w:r>
      <w:r w:rsidRPr="00D914B7">
        <w:rPr>
          <w:sz w:val="22"/>
          <w:rtl/>
        </w:rPr>
        <w:t>ناچار</w:t>
      </w:r>
      <w:r w:rsidRPr="00D914B7">
        <w:rPr>
          <w:sz w:val="22"/>
        </w:rPr>
        <w:t xml:space="preserve"> </w:t>
      </w:r>
      <w:r w:rsidRPr="00D914B7">
        <w:rPr>
          <w:sz w:val="22"/>
          <w:rtl/>
        </w:rPr>
        <w:t>بوده</w:t>
      </w:r>
      <w:r w:rsidRPr="00D914B7">
        <w:rPr>
          <w:sz w:val="22"/>
        </w:rPr>
        <w:t xml:space="preserve"> </w:t>
      </w:r>
      <w:r w:rsidRPr="00D914B7">
        <w:rPr>
          <w:sz w:val="22"/>
          <w:rtl/>
        </w:rPr>
        <w:t>میان</w:t>
      </w:r>
      <w:r w:rsidRPr="00D914B7">
        <w:rPr>
          <w:sz w:val="22"/>
        </w:rPr>
        <w:t xml:space="preserve"> </w:t>
      </w:r>
      <w:r w:rsidRPr="00D914B7">
        <w:rPr>
          <w:sz w:val="22"/>
          <w:rtl/>
        </w:rPr>
        <w:t>سه</w:t>
      </w:r>
      <w:r w:rsidRPr="00D914B7">
        <w:rPr>
          <w:sz w:val="22"/>
        </w:rPr>
        <w:t xml:space="preserve"> </w:t>
      </w:r>
      <w:r w:rsidRPr="00D914B7">
        <w:rPr>
          <w:sz w:val="22"/>
          <w:rtl/>
        </w:rPr>
        <w:t>قدرت</w:t>
      </w:r>
      <w:r w:rsidRPr="00D914B7">
        <w:rPr>
          <w:sz w:val="22"/>
        </w:rPr>
        <w:t xml:space="preserve"> </w:t>
      </w:r>
      <w:r w:rsidRPr="00D914B7">
        <w:rPr>
          <w:sz w:val="22"/>
          <w:rtl/>
        </w:rPr>
        <w:t>دیگر</w:t>
      </w:r>
      <w:r w:rsidRPr="00D914B7">
        <w:rPr>
          <w:sz w:val="22"/>
        </w:rPr>
        <w:t xml:space="preserve"> </w:t>
      </w:r>
      <w:r w:rsidRPr="00D914B7">
        <w:rPr>
          <w:sz w:val="22"/>
          <w:rtl/>
        </w:rPr>
        <w:t>حرکت</w:t>
      </w:r>
      <w:r w:rsidRPr="00D914B7">
        <w:rPr>
          <w:sz w:val="22"/>
        </w:rPr>
        <w:t xml:space="preserve"> </w:t>
      </w:r>
      <w:r w:rsidRPr="00D914B7">
        <w:rPr>
          <w:sz w:val="22"/>
          <w:rtl/>
        </w:rPr>
        <w:t>کند</w:t>
      </w:r>
      <w:r w:rsidRPr="00D914B7">
        <w:rPr>
          <w:sz w:val="22"/>
        </w:rPr>
        <w:t xml:space="preserve">: </w:t>
      </w:r>
      <w:r w:rsidRPr="00D914B7">
        <w:rPr>
          <w:sz w:val="22"/>
          <w:rtl/>
        </w:rPr>
        <w:t>فرمانروا</w:t>
      </w:r>
      <w:r w:rsidRPr="00D914B7">
        <w:rPr>
          <w:sz w:val="22"/>
        </w:rPr>
        <w:t xml:space="preserve"> </w:t>
      </w:r>
      <w:r w:rsidRPr="00D914B7">
        <w:rPr>
          <w:sz w:val="22"/>
          <w:rtl/>
        </w:rPr>
        <w:t>و</w:t>
      </w:r>
      <w:r w:rsidRPr="00D914B7">
        <w:rPr>
          <w:sz w:val="22"/>
        </w:rPr>
        <w:t xml:space="preserve"> </w:t>
      </w:r>
      <w:r w:rsidRPr="00D914B7">
        <w:rPr>
          <w:sz w:val="22"/>
          <w:rtl/>
        </w:rPr>
        <w:t>دربار،</w:t>
      </w:r>
      <w:r w:rsidRPr="00D914B7">
        <w:rPr>
          <w:sz w:val="22"/>
        </w:rPr>
        <w:t xml:space="preserve"> </w:t>
      </w:r>
      <w:r w:rsidRPr="00D914B7">
        <w:rPr>
          <w:sz w:val="22"/>
          <w:rtl/>
        </w:rPr>
        <w:t>قشون</w:t>
      </w:r>
      <w:r w:rsidRPr="00D914B7">
        <w:rPr>
          <w:sz w:val="22"/>
        </w:rPr>
        <w:t xml:space="preserve"> </w:t>
      </w:r>
      <w:r w:rsidRPr="00D914B7">
        <w:rPr>
          <w:sz w:val="22"/>
          <w:rtl/>
        </w:rPr>
        <w:t>و</w:t>
      </w:r>
      <w:r w:rsidRPr="00D914B7">
        <w:rPr>
          <w:sz w:val="22"/>
        </w:rPr>
        <w:t xml:space="preserve"> </w:t>
      </w:r>
      <w:r w:rsidRPr="00D914B7">
        <w:rPr>
          <w:sz w:val="22"/>
          <w:rtl/>
        </w:rPr>
        <w:t>دینکاران</w:t>
      </w:r>
      <w:r>
        <w:rPr>
          <w:sz w:val="22"/>
          <w:rtl/>
        </w:rPr>
        <w:t>.</w:t>
      </w:r>
      <w:r w:rsidRPr="00D914B7">
        <w:rPr>
          <w:sz w:val="22"/>
        </w:rPr>
        <w:t xml:space="preserve"> </w:t>
      </w:r>
      <w:r w:rsidRPr="00D914B7">
        <w:rPr>
          <w:sz w:val="22"/>
          <w:rtl/>
        </w:rPr>
        <w:t>گاه</w:t>
      </w:r>
      <w:r w:rsidRPr="00D914B7">
        <w:rPr>
          <w:sz w:val="22"/>
        </w:rPr>
        <w:t xml:space="preserve"> </w:t>
      </w:r>
      <w:r w:rsidRPr="00D914B7">
        <w:rPr>
          <w:sz w:val="22"/>
          <w:rtl/>
        </w:rPr>
        <w:t>زیر</w:t>
      </w:r>
      <w:r w:rsidRPr="00D914B7">
        <w:rPr>
          <w:sz w:val="22"/>
        </w:rPr>
        <w:t xml:space="preserve"> </w:t>
      </w:r>
      <w:r w:rsidRPr="00D914B7">
        <w:rPr>
          <w:sz w:val="22"/>
          <w:rtl/>
        </w:rPr>
        <w:t>فرمان</w:t>
      </w:r>
      <w:r w:rsidRPr="00D914B7">
        <w:rPr>
          <w:sz w:val="22"/>
        </w:rPr>
        <w:t xml:space="preserve"> </w:t>
      </w:r>
      <w:r w:rsidRPr="00D914B7">
        <w:rPr>
          <w:sz w:val="22"/>
          <w:rtl/>
        </w:rPr>
        <w:t>شاه</w:t>
      </w:r>
      <w:r w:rsidRPr="00D914B7">
        <w:rPr>
          <w:sz w:val="22"/>
        </w:rPr>
        <w:t xml:space="preserve"> </w:t>
      </w:r>
      <w:r w:rsidRPr="00D914B7">
        <w:rPr>
          <w:sz w:val="22"/>
          <w:rtl/>
        </w:rPr>
        <w:t>بوده،</w:t>
      </w:r>
      <w:r w:rsidRPr="00D914B7">
        <w:rPr>
          <w:sz w:val="22"/>
        </w:rPr>
        <w:t xml:space="preserve"> </w:t>
      </w:r>
      <w:r w:rsidRPr="00D914B7">
        <w:rPr>
          <w:sz w:val="22"/>
          <w:rtl/>
        </w:rPr>
        <w:t>گاه</w:t>
      </w:r>
      <w:r w:rsidRPr="00D914B7">
        <w:rPr>
          <w:sz w:val="22"/>
        </w:rPr>
        <w:t xml:space="preserve"> </w:t>
      </w:r>
      <w:r w:rsidRPr="00D914B7">
        <w:rPr>
          <w:sz w:val="22"/>
          <w:rtl/>
        </w:rPr>
        <w:t>زیر</w:t>
      </w:r>
      <w:r w:rsidRPr="00D914B7">
        <w:rPr>
          <w:sz w:val="22"/>
        </w:rPr>
        <w:t xml:space="preserve"> </w:t>
      </w:r>
      <w:r w:rsidRPr="00D914B7">
        <w:rPr>
          <w:sz w:val="22"/>
          <w:rtl/>
        </w:rPr>
        <w:t>فشار</w:t>
      </w:r>
      <w:r w:rsidRPr="00D914B7">
        <w:rPr>
          <w:sz w:val="22"/>
        </w:rPr>
        <w:t xml:space="preserve"> </w:t>
      </w:r>
      <w:r w:rsidRPr="00D914B7">
        <w:rPr>
          <w:sz w:val="22"/>
          <w:rtl/>
        </w:rPr>
        <w:t>نظامیان</w:t>
      </w:r>
      <w:r w:rsidRPr="00D914B7">
        <w:rPr>
          <w:sz w:val="22"/>
        </w:rPr>
        <w:t xml:space="preserve"> </w:t>
      </w:r>
      <w:r w:rsidRPr="00D914B7">
        <w:rPr>
          <w:sz w:val="22"/>
          <w:rtl/>
        </w:rPr>
        <w:t>قرار</w:t>
      </w:r>
      <w:r w:rsidRPr="00D914B7">
        <w:rPr>
          <w:sz w:val="22"/>
        </w:rPr>
        <w:t xml:space="preserve"> </w:t>
      </w:r>
      <w:r w:rsidRPr="00D914B7">
        <w:rPr>
          <w:sz w:val="22"/>
          <w:rtl/>
        </w:rPr>
        <w:t>گرفته،</w:t>
      </w:r>
      <w:r w:rsidRPr="00D914B7">
        <w:rPr>
          <w:sz w:val="22"/>
        </w:rPr>
        <w:t xml:space="preserve"> </w:t>
      </w:r>
      <w:r w:rsidRPr="00D914B7">
        <w:rPr>
          <w:sz w:val="22"/>
          <w:rtl/>
        </w:rPr>
        <w:t>گاه</w:t>
      </w:r>
      <w:r w:rsidRPr="00D914B7">
        <w:rPr>
          <w:sz w:val="22"/>
        </w:rPr>
        <w:t xml:space="preserve"> </w:t>
      </w:r>
      <w:r w:rsidRPr="00D914B7">
        <w:rPr>
          <w:sz w:val="22"/>
          <w:rtl/>
        </w:rPr>
        <w:t>به</w:t>
      </w:r>
      <w:r w:rsidRPr="00D914B7">
        <w:rPr>
          <w:sz w:val="22"/>
        </w:rPr>
        <w:t xml:space="preserve"> </w:t>
      </w:r>
      <w:r w:rsidRPr="00D914B7">
        <w:rPr>
          <w:sz w:val="22"/>
          <w:rtl/>
        </w:rPr>
        <w:t>خدمت</w:t>
      </w:r>
      <w:r w:rsidRPr="00D914B7">
        <w:rPr>
          <w:sz w:val="22"/>
        </w:rPr>
        <w:t xml:space="preserve"> </w:t>
      </w:r>
      <w:r w:rsidRPr="00D914B7">
        <w:rPr>
          <w:sz w:val="22"/>
          <w:rtl/>
        </w:rPr>
        <w:t>اقتدار</w:t>
      </w:r>
      <w:r w:rsidRPr="00D914B7">
        <w:rPr>
          <w:sz w:val="22"/>
        </w:rPr>
        <w:t xml:space="preserve"> </w:t>
      </w:r>
      <w:r w:rsidRPr="00D914B7">
        <w:rPr>
          <w:sz w:val="22"/>
          <w:rtl/>
        </w:rPr>
        <w:t>دینی</w:t>
      </w:r>
      <w:r w:rsidRPr="00D914B7">
        <w:rPr>
          <w:sz w:val="22"/>
        </w:rPr>
        <w:t xml:space="preserve"> </w:t>
      </w:r>
      <w:r w:rsidRPr="00D914B7">
        <w:rPr>
          <w:sz w:val="22"/>
          <w:rtl/>
        </w:rPr>
        <w:t>درآمده،</w:t>
      </w:r>
      <w:r w:rsidRPr="00D914B7">
        <w:rPr>
          <w:sz w:val="22"/>
        </w:rPr>
        <w:t xml:space="preserve"> </w:t>
      </w:r>
      <w:r w:rsidRPr="00D914B7">
        <w:rPr>
          <w:sz w:val="22"/>
          <w:rtl/>
        </w:rPr>
        <w:t>گاه</w:t>
      </w:r>
      <w:r w:rsidRPr="00D914B7">
        <w:rPr>
          <w:sz w:val="22"/>
        </w:rPr>
        <w:t xml:space="preserve"> </w:t>
      </w:r>
      <w:r w:rsidRPr="00D914B7">
        <w:rPr>
          <w:sz w:val="22"/>
          <w:rtl/>
        </w:rPr>
        <w:t>میان</w:t>
      </w:r>
      <w:r w:rsidRPr="00D914B7">
        <w:rPr>
          <w:sz w:val="22"/>
        </w:rPr>
        <w:t xml:space="preserve"> </w:t>
      </w:r>
      <w:r w:rsidRPr="00D914B7">
        <w:rPr>
          <w:sz w:val="22"/>
          <w:rtl/>
        </w:rPr>
        <w:t>این</w:t>
      </w:r>
      <w:r w:rsidRPr="00D914B7">
        <w:rPr>
          <w:sz w:val="22"/>
        </w:rPr>
        <w:t xml:space="preserve"> </w:t>
      </w:r>
      <w:r w:rsidRPr="00D914B7">
        <w:rPr>
          <w:sz w:val="22"/>
          <w:rtl/>
        </w:rPr>
        <w:t>نیروها</w:t>
      </w:r>
      <w:r w:rsidRPr="00D914B7">
        <w:rPr>
          <w:sz w:val="22"/>
        </w:rPr>
        <w:t xml:space="preserve"> </w:t>
      </w:r>
      <w:r w:rsidRPr="00D914B7">
        <w:rPr>
          <w:sz w:val="22"/>
          <w:rtl/>
        </w:rPr>
        <w:t>گرفتار</w:t>
      </w:r>
      <w:r w:rsidRPr="00D914B7">
        <w:rPr>
          <w:sz w:val="22"/>
        </w:rPr>
        <w:t xml:space="preserve"> </w:t>
      </w:r>
      <w:r w:rsidRPr="00D914B7">
        <w:rPr>
          <w:sz w:val="22"/>
          <w:rtl/>
        </w:rPr>
        <w:t>شده</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کوشیده</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شدت</w:t>
      </w:r>
      <w:r w:rsidRPr="00D914B7">
        <w:rPr>
          <w:sz w:val="22"/>
        </w:rPr>
        <w:t xml:space="preserve"> </w:t>
      </w:r>
      <w:r w:rsidRPr="00D914B7">
        <w:rPr>
          <w:sz w:val="22"/>
          <w:rtl/>
        </w:rPr>
        <w:t>تعارض</w:t>
      </w:r>
      <w:r w:rsidRPr="00D914B7">
        <w:rPr>
          <w:sz w:val="22"/>
        </w:rPr>
        <w:t xml:space="preserve"> </w:t>
      </w:r>
      <w:r w:rsidRPr="00D914B7">
        <w:rPr>
          <w:sz w:val="22"/>
          <w:rtl/>
        </w:rPr>
        <w:t>میان</w:t>
      </w:r>
      <w:r w:rsidRPr="00D914B7">
        <w:rPr>
          <w:sz w:val="22"/>
        </w:rPr>
        <w:t xml:space="preserve"> </w:t>
      </w:r>
      <w:r w:rsidRPr="00D914B7">
        <w:rPr>
          <w:sz w:val="22"/>
          <w:rtl/>
        </w:rPr>
        <w:t>آنان</w:t>
      </w:r>
      <w:r w:rsidRPr="00D914B7">
        <w:rPr>
          <w:sz w:val="22"/>
        </w:rPr>
        <w:t xml:space="preserve"> </w:t>
      </w:r>
      <w:r w:rsidRPr="00D914B7">
        <w:rPr>
          <w:sz w:val="22"/>
          <w:rtl/>
        </w:rPr>
        <w:t>بکاهد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بسیاری</w:t>
      </w:r>
      <w:r w:rsidRPr="00D914B7">
        <w:rPr>
          <w:sz w:val="22"/>
        </w:rPr>
        <w:t xml:space="preserve"> </w:t>
      </w:r>
      <w:r w:rsidRPr="00D914B7">
        <w:rPr>
          <w:sz w:val="22"/>
          <w:rtl/>
        </w:rPr>
        <w:t>از</w:t>
      </w:r>
      <w:r w:rsidRPr="00D914B7">
        <w:rPr>
          <w:sz w:val="22"/>
        </w:rPr>
        <w:t xml:space="preserve"> </w:t>
      </w:r>
      <w:r w:rsidRPr="00D914B7">
        <w:rPr>
          <w:sz w:val="22"/>
          <w:rtl/>
        </w:rPr>
        <w:t>دوره</w:t>
      </w:r>
      <w:r w:rsidRPr="00D914B7">
        <w:rPr>
          <w:sz w:val="22"/>
        </w:rPr>
        <w:t>‌</w:t>
      </w:r>
      <w:r w:rsidRPr="00D914B7">
        <w:rPr>
          <w:sz w:val="22"/>
          <w:rtl/>
        </w:rPr>
        <w:t>ها،</w:t>
      </w:r>
      <w:r w:rsidRPr="00D914B7">
        <w:rPr>
          <w:sz w:val="22"/>
        </w:rPr>
        <w:t xml:space="preserve"> </w:t>
      </w:r>
      <w:r w:rsidRPr="00D914B7">
        <w:rPr>
          <w:sz w:val="22"/>
          <w:rtl/>
        </w:rPr>
        <w:t>دیوان</w:t>
      </w:r>
      <w:r w:rsidRPr="00D914B7">
        <w:rPr>
          <w:sz w:val="22"/>
        </w:rPr>
        <w:t xml:space="preserve"> </w:t>
      </w:r>
      <w:r w:rsidRPr="00D914B7">
        <w:rPr>
          <w:sz w:val="22"/>
          <w:rtl/>
        </w:rPr>
        <w:t>نه</w:t>
      </w:r>
      <w:r w:rsidRPr="00D914B7">
        <w:rPr>
          <w:sz w:val="22"/>
        </w:rPr>
        <w:t xml:space="preserve"> </w:t>
      </w:r>
      <w:r w:rsidRPr="00D914B7">
        <w:rPr>
          <w:sz w:val="22"/>
          <w:rtl/>
        </w:rPr>
        <w:t>فرمانروا</w:t>
      </w:r>
      <w:r w:rsidRPr="00D914B7">
        <w:rPr>
          <w:sz w:val="22"/>
        </w:rPr>
        <w:t xml:space="preserve"> </w:t>
      </w:r>
      <w:r w:rsidRPr="00D914B7">
        <w:rPr>
          <w:sz w:val="22"/>
          <w:rtl/>
        </w:rPr>
        <w:t>بلکه</w:t>
      </w:r>
      <w:r w:rsidRPr="00D914B7">
        <w:rPr>
          <w:sz w:val="22"/>
        </w:rPr>
        <w:t xml:space="preserve"> </w:t>
      </w:r>
      <w:r w:rsidRPr="00D914B7">
        <w:rPr>
          <w:sz w:val="22"/>
          <w:rtl/>
        </w:rPr>
        <w:t>ضربه</w:t>
      </w:r>
      <w:r w:rsidRPr="00D914B7">
        <w:rPr>
          <w:sz w:val="22"/>
        </w:rPr>
        <w:t>‌</w:t>
      </w:r>
      <w:r w:rsidRPr="00D914B7">
        <w:rPr>
          <w:sz w:val="22"/>
          <w:rtl/>
        </w:rPr>
        <w:t>گیر</w:t>
      </w:r>
      <w:r w:rsidRPr="00D914B7">
        <w:rPr>
          <w:sz w:val="22"/>
        </w:rPr>
        <w:t xml:space="preserve"> </w:t>
      </w:r>
      <w:r w:rsidRPr="00D914B7">
        <w:rPr>
          <w:sz w:val="22"/>
          <w:rtl/>
        </w:rPr>
        <w:t>جامعه</w:t>
      </w:r>
      <w:r w:rsidRPr="00D914B7">
        <w:rPr>
          <w:sz w:val="22"/>
        </w:rPr>
        <w:t xml:space="preserve"> </w:t>
      </w:r>
      <w:r w:rsidRPr="00D914B7">
        <w:rPr>
          <w:sz w:val="22"/>
          <w:rtl/>
        </w:rPr>
        <w:t>بوده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موضوع</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بررسی</w:t>
      </w:r>
      <w:r w:rsidRPr="00D914B7">
        <w:rPr>
          <w:sz w:val="22"/>
        </w:rPr>
        <w:t xml:space="preserve"> </w:t>
      </w:r>
      <w:r w:rsidRPr="00D914B7">
        <w:rPr>
          <w:sz w:val="22"/>
          <w:rtl/>
        </w:rPr>
        <w:t>همین</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قدرت</w:t>
      </w:r>
      <w:r w:rsidRPr="00D914B7">
        <w:rPr>
          <w:sz w:val="22"/>
        </w:rPr>
        <w:t xml:space="preserve"> </w:t>
      </w:r>
      <w:r w:rsidRPr="00D914B7">
        <w:rPr>
          <w:sz w:val="22"/>
          <w:rtl/>
        </w:rPr>
        <w:t>و</w:t>
      </w:r>
      <w:r w:rsidRPr="00D914B7">
        <w:rPr>
          <w:sz w:val="22"/>
        </w:rPr>
        <w:t xml:space="preserve"> </w:t>
      </w:r>
      <w:r w:rsidRPr="00D914B7">
        <w:rPr>
          <w:sz w:val="22"/>
          <w:rtl/>
        </w:rPr>
        <w:t>دگرگونی</w:t>
      </w:r>
      <w:r w:rsidRPr="00D914B7">
        <w:rPr>
          <w:sz w:val="22"/>
        </w:rPr>
        <w:t>‌</w:t>
      </w:r>
      <w:r w:rsidRPr="00D914B7">
        <w:rPr>
          <w:sz w:val="22"/>
          <w:rtl/>
        </w:rPr>
        <w:t>های</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نه</w:t>
      </w:r>
      <w:r w:rsidRPr="00D914B7">
        <w:rPr>
          <w:sz w:val="22"/>
        </w:rPr>
        <w:t xml:space="preserve"> </w:t>
      </w:r>
      <w:r w:rsidRPr="00D914B7">
        <w:rPr>
          <w:sz w:val="22"/>
          <w:rtl/>
        </w:rPr>
        <w:t>ستایش</w:t>
      </w:r>
      <w:r w:rsidRPr="00D914B7">
        <w:rPr>
          <w:sz w:val="22"/>
        </w:rPr>
        <w:t xml:space="preserve"> </w:t>
      </w:r>
      <w:r w:rsidRPr="00D914B7">
        <w:rPr>
          <w:sz w:val="22"/>
          <w:rtl/>
        </w:rPr>
        <w:t>بی</w:t>
      </w:r>
      <w:r w:rsidRPr="00D914B7">
        <w:rPr>
          <w:sz w:val="22"/>
        </w:rPr>
        <w:t>‌</w:t>
      </w:r>
      <w:r w:rsidRPr="00D914B7">
        <w:rPr>
          <w:sz w:val="22"/>
          <w:rtl/>
        </w:rPr>
        <w:t>چون</w:t>
      </w:r>
      <w:r w:rsidRPr="00D914B7">
        <w:rPr>
          <w:sz w:val="22"/>
        </w:rPr>
        <w:t>‌</w:t>
      </w:r>
      <w:r w:rsidRPr="00D914B7">
        <w:rPr>
          <w:sz w:val="22"/>
          <w:rtl/>
        </w:rPr>
        <w:t>وچرای</w:t>
      </w:r>
      <w:r w:rsidRPr="00D914B7">
        <w:rPr>
          <w:sz w:val="22"/>
        </w:rPr>
        <w:t xml:space="preserve"> </w:t>
      </w:r>
      <w:r w:rsidRPr="00D914B7">
        <w:rPr>
          <w:sz w:val="22"/>
          <w:rtl/>
        </w:rPr>
        <w:t>دیوانیان</w:t>
      </w:r>
      <w:r w:rsidRPr="00D914B7">
        <w:rPr>
          <w:sz w:val="22"/>
        </w:rPr>
        <w:t xml:space="preserve"> </w:t>
      </w:r>
      <w:r w:rsidRPr="00D914B7">
        <w:rPr>
          <w:sz w:val="22"/>
          <w:rtl/>
        </w:rPr>
        <w:t>و</w:t>
      </w:r>
      <w:r w:rsidRPr="00D914B7">
        <w:rPr>
          <w:sz w:val="22"/>
        </w:rPr>
        <w:t xml:space="preserve"> </w:t>
      </w:r>
      <w:r w:rsidRPr="00D914B7">
        <w:rPr>
          <w:sz w:val="22"/>
          <w:rtl/>
        </w:rPr>
        <w:t>نه</w:t>
      </w:r>
      <w:r w:rsidRPr="00D914B7">
        <w:rPr>
          <w:sz w:val="22"/>
        </w:rPr>
        <w:t xml:space="preserve"> </w:t>
      </w:r>
      <w:r w:rsidRPr="00D914B7">
        <w:rPr>
          <w:sz w:val="22"/>
          <w:rtl/>
        </w:rPr>
        <w:t>بازگویی</w:t>
      </w:r>
      <w:r w:rsidRPr="00D914B7">
        <w:rPr>
          <w:sz w:val="22"/>
        </w:rPr>
        <w:t xml:space="preserve"> </w:t>
      </w:r>
      <w:r w:rsidRPr="00D914B7">
        <w:rPr>
          <w:sz w:val="22"/>
          <w:rtl/>
        </w:rPr>
        <w:t>زندگی</w:t>
      </w:r>
      <w:r w:rsidRPr="00D914B7">
        <w:rPr>
          <w:sz w:val="22"/>
        </w:rPr>
        <w:t xml:space="preserve"> </w:t>
      </w:r>
      <w:r w:rsidRPr="00D914B7">
        <w:rPr>
          <w:sz w:val="22"/>
          <w:rtl/>
        </w:rPr>
        <w:t>شاهان</w:t>
      </w:r>
      <w:r w:rsidRPr="00D914B7">
        <w:rPr>
          <w:sz w:val="22"/>
        </w:rPr>
        <w:t xml:space="preserve"> </w:t>
      </w:r>
      <w:r w:rsidRPr="00D914B7">
        <w:rPr>
          <w:sz w:val="22"/>
          <w:rtl/>
        </w:rPr>
        <w:t>و</w:t>
      </w:r>
      <w:r w:rsidRPr="00D914B7">
        <w:rPr>
          <w:sz w:val="22"/>
        </w:rPr>
        <w:t xml:space="preserve"> </w:t>
      </w:r>
      <w:r w:rsidRPr="00D914B7">
        <w:rPr>
          <w:sz w:val="22"/>
          <w:rtl/>
        </w:rPr>
        <w:t>دینکاران</w:t>
      </w:r>
      <w:r>
        <w:rPr>
          <w:sz w:val="22"/>
          <w:rtl/>
        </w:rPr>
        <w:t>.</w:t>
      </w:r>
    </w:p>
    <w:p w:rsidR="00987F03" w:rsidRPr="00D914B7" w:rsidRDefault="00987F03" w:rsidP="00987F03">
      <w:pPr>
        <w:keepNext/>
        <w:bidi/>
        <w:rPr>
          <w:sz w:val="22"/>
        </w:rPr>
      </w:pPr>
      <w:r>
        <w:rPr>
          <w:rFonts w:hint="cs"/>
          <w:b/>
          <w:bCs/>
          <w:sz w:val="22"/>
          <w:rtl/>
        </w:rPr>
        <w:t xml:space="preserve">2. </w:t>
      </w:r>
      <w:r w:rsidRPr="00D914B7">
        <w:rPr>
          <w:b/>
          <w:bCs/>
          <w:sz w:val="22"/>
          <w:rtl/>
        </w:rPr>
        <w:t>مجموعه</w:t>
      </w:r>
      <w:r w:rsidRPr="00D914B7">
        <w:rPr>
          <w:b/>
          <w:sz w:val="22"/>
        </w:rPr>
        <w:t>‌</w:t>
      </w:r>
      <w:r w:rsidRPr="00D914B7">
        <w:rPr>
          <w:b/>
          <w:bCs/>
          <w:sz w:val="22"/>
          <w:rtl/>
        </w:rPr>
        <w:t>ای</w:t>
      </w:r>
      <w:r w:rsidRPr="00D914B7">
        <w:rPr>
          <w:b/>
          <w:sz w:val="22"/>
        </w:rPr>
        <w:t xml:space="preserve"> </w:t>
      </w:r>
      <w:r w:rsidRPr="00D914B7">
        <w:rPr>
          <w:b/>
          <w:bCs/>
          <w:sz w:val="22"/>
          <w:rtl/>
        </w:rPr>
        <w:t>دوازده</w:t>
      </w:r>
      <w:r w:rsidRPr="00D914B7">
        <w:rPr>
          <w:b/>
          <w:sz w:val="22"/>
        </w:rPr>
        <w:t>‌</w:t>
      </w:r>
      <w:r w:rsidRPr="00D914B7">
        <w:rPr>
          <w:b/>
          <w:bCs/>
          <w:sz w:val="22"/>
          <w:rtl/>
        </w:rPr>
        <w:t>جلدی</w:t>
      </w:r>
      <w:r w:rsidRPr="00D914B7">
        <w:rPr>
          <w:b/>
          <w:sz w:val="22"/>
        </w:rPr>
        <w:t xml:space="preserve"> </w:t>
      </w:r>
      <w:r w:rsidRPr="00D914B7">
        <w:rPr>
          <w:b/>
          <w:bCs/>
          <w:sz w:val="22"/>
          <w:rtl/>
        </w:rPr>
        <w:t>با</w:t>
      </w:r>
      <w:r w:rsidRPr="00D914B7">
        <w:rPr>
          <w:b/>
          <w:sz w:val="22"/>
        </w:rPr>
        <w:t xml:space="preserve"> </w:t>
      </w:r>
      <w:r w:rsidRPr="00D914B7">
        <w:rPr>
          <w:b/>
          <w:bCs/>
          <w:sz w:val="22"/>
          <w:rtl/>
        </w:rPr>
        <w:t>دو</w:t>
      </w:r>
      <w:r w:rsidRPr="00D914B7">
        <w:rPr>
          <w:b/>
          <w:sz w:val="22"/>
        </w:rPr>
        <w:t xml:space="preserve"> </w:t>
      </w:r>
      <w:r w:rsidRPr="00D914B7">
        <w:rPr>
          <w:b/>
          <w:bCs/>
          <w:sz w:val="22"/>
          <w:rtl/>
        </w:rPr>
        <w:t>شیوه</w:t>
      </w:r>
      <w:r>
        <w:rPr>
          <w:b/>
          <w:bCs/>
          <w:sz w:val="22"/>
          <w:rtl/>
        </w:rPr>
        <w:t>ء</w:t>
      </w:r>
      <w:r w:rsidRPr="00D914B7">
        <w:rPr>
          <w:b/>
          <w:sz w:val="22"/>
        </w:rPr>
        <w:t xml:space="preserve"> </w:t>
      </w:r>
      <w:r w:rsidRPr="00D914B7">
        <w:rPr>
          <w:b/>
          <w:bCs/>
          <w:sz w:val="22"/>
          <w:rtl/>
        </w:rPr>
        <w:t>خواندن</w:t>
      </w:r>
    </w:p>
    <w:p w:rsidR="00987F03" w:rsidRPr="00D914B7" w:rsidRDefault="00987F03" w:rsidP="00987F03">
      <w:pPr>
        <w:bidi/>
        <w:ind w:firstLine="720"/>
        <w:rPr>
          <w:sz w:val="22"/>
        </w:rPr>
      </w:pPr>
      <w:r w:rsidRPr="00D914B7">
        <w:rPr>
          <w:sz w:val="22"/>
          <w:rtl/>
        </w:rPr>
        <w:t>کتابی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دست</w:t>
      </w:r>
      <w:r w:rsidRPr="00D914B7">
        <w:rPr>
          <w:sz w:val="22"/>
        </w:rPr>
        <w:t xml:space="preserve"> </w:t>
      </w:r>
      <w:r w:rsidRPr="00D914B7">
        <w:rPr>
          <w:sz w:val="22"/>
          <w:rtl/>
        </w:rPr>
        <w:t>دارید</w:t>
      </w:r>
      <w:r w:rsidRPr="00D914B7">
        <w:rPr>
          <w:sz w:val="22"/>
        </w:rPr>
        <w:t xml:space="preserve"> </w:t>
      </w:r>
      <w:r w:rsidRPr="00D914B7">
        <w:rPr>
          <w:sz w:val="22"/>
          <w:rtl/>
        </w:rPr>
        <w:t>یک</w:t>
      </w:r>
      <w:r w:rsidRPr="00D914B7">
        <w:rPr>
          <w:sz w:val="22"/>
        </w:rPr>
        <w:t xml:space="preserve"> </w:t>
      </w:r>
      <w:r w:rsidRPr="00D914B7">
        <w:rPr>
          <w:sz w:val="22"/>
          <w:rtl/>
        </w:rPr>
        <w:t>جلد</w:t>
      </w:r>
      <w:r w:rsidRPr="00D914B7">
        <w:rPr>
          <w:sz w:val="22"/>
        </w:rPr>
        <w:t xml:space="preserve"> </w:t>
      </w:r>
      <w:r w:rsidRPr="00D914B7">
        <w:rPr>
          <w:sz w:val="22"/>
          <w:rtl/>
        </w:rPr>
        <w:t>مستقل</w:t>
      </w:r>
      <w:r w:rsidRPr="00D914B7">
        <w:rPr>
          <w:sz w:val="22"/>
        </w:rPr>
        <w:t xml:space="preserve"> </w:t>
      </w:r>
      <w:r w:rsidRPr="00D914B7">
        <w:rPr>
          <w:sz w:val="22"/>
          <w:rtl/>
        </w:rPr>
        <w:t>از</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دوازده</w:t>
      </w:r>
      <w:r w:rsidRPr="00D914B7">
        <w:rPr>
          <w:sz w:val="22"/>
        </w:rPr>
        <w:t>‌</w:t>
      </w:r>
      <w:r w:rsidRPr="00D914B7">
        <w:rPr>
          <w:sz w:val="22"/>
          <w:rtl/>
        </w:rPr>
        <w:t>جلدی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به</w:t>
      </w:r>
      <w:r w:rsidRPr="00D914B7">
        <w:rPr>
          <w:sz w:val="22"/>
        </w:rPr>
        <w:t xml:space="preserve"> </w:t>
      </w:r>
      <w:r w:rsidRPr="00D914B7">
        <w:rPr>
          <w:sz w:val="22"/>
          <w:rtl/>
        </w:rPr>
        <w:t>سرگذشت</w:t>
      </w:r>
      <w:r w:rsidRPr="00D914B7">
        <w:rPr>
          <w:sz w:val="22"/>
        </w:rPr>
        <w:t xml:space="preserve"> </w:t>
      </w:r>
      <w:r>
        <w:rPr>
          <w:rFonts w:hint="cs"/>
          <w:sz w:val="22"/>
          <w:rtl/>
        </w:rPr>
        <w:t>«</w:t>
      </w:r>
      <w:r w:rsidRPr="00D914B7">
        <w:rPr>
          <w:sz w:val="22"/>
          <w:rtl/>
        </w:rPr>
        <w:t>کشورداری</w:t>
      </w:r>
      <w:r w:rsidRPr="00D914B7">
        <w:rPr>
          <w:sz w:val="22"/>
        </w:rPr>
        <w:t xml:space="preserve"> </w:t>
      </w:r>
      <w:r w:rsidRPr="00D914B7">
        <w:rPr>
          <w:sz w:val="22"/>
          <w:rtl/>
        </w:rPr>
        <w:t>ایرانی</w:t>
      </w:r>
      <w:r>
        <w:rPr>
          <w:rFonts w:hint="cs"/>
          <w:sz w:val="22"/>
          <w:rtl/>
        </w:rPr>
        <w:t xml:space="preserve">» </w:t>
      </w:r>
      <w:r w:rsidRPr="00D914B7">
        <w:rPr>
          <w:sz w:val="22"/>
          <w:rtl/>
        </w:rPr>
        <w:t>می</w:t>
      </w:r>
      <w:r w:rsidRPr="00D914B7">
        <w:rPr>
          <w:sz w:val="22"/>
        </w:rPr>
        <w:t>‌</w:t>
      </w:r>
      <w:r w:rsidRPr="00D914B7">
        <w:rPr>
          <w:sz w:val="22"/>
          <w:rtl/>
        </w:rPr>
        <w:t>پردازد</w:t>
      </w:r>
      <w:r>
        <w:rPr>
          <w:sz w:val="22"/>
          <w:rtl/>
        </w:rPr>
        <w:t>.</w:t>
      </w:r>
      <w:r w:rsidRPr="00D914B7">
        <w:rPr>
          <w:sz w:val="22"/>
        </w:rPr>
        <w:t xml:space="preserve"> </w:t>
      </w:r>
      <w:r w:rsidRPr="00D914B7">
        <w:rPr>
          <w:sz w:val="22"/>
          <w:rtl/>
        </w:rPr>
        <w:t>هر</w:t>
      </w:r>
      <w:r>
        <w:rPr>
          <w:rFonts w:hint="cs"/>
          <w:sz w:val="22"/>
          <w:rtl/>
        </w:rPr>
        <w:t xml:space="preserve"> تک </w:t>
      </w:r>
      <w:r w:rsidRPr="00D914B7">
        <w:rPr>
          <w:sz w:val="22"/>
          <w:rtl/>
        </w:rPr>
        <w:t>جلد</w:t>
      </w:r>
      <w:r w:rsidRPr="00D914B7">
        <w:rPr>
          <w:sz w:val="22"/>
        </w:rPr>
        <w:t xml:space="preserve"> </w:t>
      </w:r>
      <w:r w:rsidRPr="00D914B7">
        <w:rPr>
          <w:sz w:val="22"/>
          <w:rtl/>
        </w:rPr>
        <w:t>به</w:t>
      </w:r>
      <w:r w:rsidRPr="00D914B7">
        <w:rPr>
          <w:sz w:val="22"/>
        </w:rPr>
        <w:t xml:space="preserve"> </w:t>
      </w:r>
      <w:r w:rsidRPr="00D914B7">
        <w:rPr>
          <w:sz w:val="22"/>
          <w:rtl/>
        </w:rPr>
        <w:t>دوره</w:t>
      </w:r>
      <w:r w:rsidRPr="00D914B7">
        <w:rPr>
          <w:sz w:val="22"/>
        </w:rPr>
        <w:t xml:space="preserve"> </w:t>
      </w:r>
      <w:r w:rsidRPr="00D914B7">
        <w:rPr>
          <w:sz w:val="22"/>
          <w:rtl/>
        </w:rPr>
        <w:t>یا</w:t>
      </w:r>
      <w:r w:rsidRPr="00D914B7">
        <w:rPr>
          <w:sz w:val="22"/>
        </w:rPr>
        <w:t xml:space="preserve"> </w:t>
      </w:r>
      <w:r w:rsidRPr="00D914B7">
        <w:rPr>
          <w:sz w:val="22"/>
          <w:rtl/>
        </w:rPr>
        <w:t>مسئله</w:t>
      </w:r>
      <w:r w:rsidRPr="00D914B7">
        <w:rPr>
          <w:sz w:val="22"/>
        </w:rPr>
        <w:t>‌</w:t>
      </w:r>
      <w:r w:rsidRPr="00D914B7">
        <w:rPr>
          <w:sz w:val="22"/>
          <w:rtl/>
        </w:rPr>
        <w:t>ای</w:t>
      </w:r>
      <w:r w:rsidRPr="00D914B7">
        <w:rPr>
          <w:sz w:val="22"/>
        </w:rPr>
        <w:t xml:space="preserve"> </w:t>
      </w:r>
      <w:r w:rsidRPr="00D914B7">
        <w:rPr>
          <w:sz w:val="22"/>
          <w:rtl/>
        </w:rPr>
        <w:t>معین</w:t>
      </w:r>
      <w:r w:rsidRPr="00D914B7">
        <w:rPr>
          <w:sz w:val="22"/>
        </w:rPr>
        <w:t xml:space="preserve"> </w:t>
      </w:r>
      <w:r w:rsidRPr="00D914B7">
        <w:rPr>
          <w:sz w:val="22"/>
          <w:rtl/>
        </w:rPr>
        <w:t>اختصاص</w:t>
      </w:r>
      <w:r w:rsidRPr="00D914B7">
        <w:rPr>
          <w:sz w:val="22"/>
        </w:rPr>
        <w:t xml:space="preserve"> </w:t>
      </w:r>
      <w:r w:rsidRPr="00D914B7">
        <w:rPr>
          <w:sz w:val="22"/>
          <w:rtl/>
        </w:rPr>
        <w:t>یافته</w:t>
      </w:r>
      <w:r w:rsidRPr="00D914B7">
        <w:rPr>
          <w:sz w:val="22"/>
        </w:rPr>
        <w:t xml:space="preserve"> </w:t>
      </w:r>
      <w:r w:rsidRPr="00D914B7">
        <w:rPr>
          <w:sz w:val="22"/>
          <w:rtl/>
        </w:rPr>
        <w:t>است</w:t>
      </w:r>
      <w:r w:rsidRPr="00D914B7">
        <w:rPr>
          <w:sz w:val="22"/>
        </w:rPr>
        <w:t xml:space="preserve"> </w:t>
      </w:r>
      <w:r w:rsidRPr="00D914B7">
        <w:rPr>
          <w:sz w:val="22"/>
          <w:rtl/>
        </w:rPr>
        <w:t>تا</w:t>
      </w:r>
      <w:r w:rsidRPr="00D914B7">
        <w:rPr>
          <w:sz w:val="22"/>
        </w:rPr>
        <w:t xml:space="preserve"> </w:t>
      </w:r>
      <w:r w:rsidRPr="00D914B7">
        <w:rPr>
          <w:sz w:val="22"/>
          <w:rtl/>
        </w:rPr>
        <w:t>خواننده</w:t>
      </w:r>
      <w:r w:rsidRPr="00D914B7">
        <w:rPr>
          <w:sz w:val="22"/>
        </w:rPr>
        <w:t>‌</w:t>
      </w:r>
      <w:r w:rsidRPr="00D914B7">
        <w:rPr>
          <w:sz w:val="22"/>
          <w:rtl/>
        </w:rPr>
        <w:t>ای</w:t>
      </w:r>
      <w:r w:rsidRPr="00D914B7">
        <w:rPr>
          <w:sz w:val="22"/>
        </w:rPr>
        <w:t xml:space="preserve"> </w:t>
      </w:r>
      <w:r w:rsidRPr="00D914B7">
        <w:rPr>
          <w:sz w:val="22"/>
          <w:rtl/>
        </w:rPr>
        <w:t>که</w:t>
      </w:r>
      <w:r w:rsidRPr="00D914B7">
        <w:rPr>
          <w:sz w:val="22"/>
        </w:rPr>
        <w:t xml:space="preserve"> </w:t>
      </w:r>
      <w:r w:rsidRPr="00D914B7">
        <w:rPr>
          <w:sz w:val="22"/>
          <w:rtl/>
        </w:rPr>
        <w:t>تنها</w:t>
      </w:r>
      <w:r w:rsidRPr="00D914B7">
        <w:rPr>
          <w:sz w:val="22"/>
        </w:rPr>
        <w:t xml:space="preserve"> </w:t>
      </w:r>
      <w:r w:rsidRPr="00D914B7">
        <w:rPr>
          <w:sz w:val="22"/>
          <w:rtl/>
        </w:rPr>
        <w:t>به</w:t>
      </w:r>
      <w:r w:rsidRPr="00D914B7">
        <w:rPr>
          <w:sz w:val="22"/>
        </w:rPr>
        <w:t xml:space="preserve"> </w:t>
      </w:r>
      <w:r w:rsidRPr="00D914B7">
        <w:rPr>
          <w:sz w:val="22"/>
          <w:rtl/>
        </w:rPr>
        <w:t>بخشی</w:t>
      </w:r>
      <w:r w:rsidRPr="00D914B7">
        <w:rPr>
          <w:sz w:val="22"/>
        </w:rPr>
        <w:t xml:space="preserve"> </w:t>
      </w:r>
      <w:r w:rsidRPr="00D914B7">
        <w:rPr>
          <w:sz w:val="22"/>
          <w:rtl/>
        </w:rPr>
        <w:t>از</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علاقه</w:t>
      </w:r>
      <w:r w:rsidRPr="00D914B7">
        <w:rPr>
          <w:sz w:val="22"/>
        </w:rPr>
        <w:t xml:space="preserve"> </w:t>
      </w:r>
      <w:r w:rsidRPr="00D914B7">
        <w:rPr>
          <w:sz w:val="22"/>
          <w:rtl/>
        </w:rPr>
        <w:t>دارد</w:t>
      </w:r>
      <w:r w:rsidRPr="00D914B7">
        <w:rPr>
          <w:sz w:val="22"/>
        </w:rPr>
        <w:t xml:space="preserve"> </w:t>
      </w:r>
      <w:r w:rsidRPr="00D914B7">
        <w:rPr>
          <w:sz w:val="22"/>
          <w:rtl/>
        </w:rPr>
        <w:t>بتواند</w:t>
      </w:r>
      <w:r w:rsidRPr="00D914B7">
        <w:rPr>
          <w:sz w:val="22"/>
        </w:rPr>
        <w:t xml:space="preserve"> </w:t>
      </w:r>
      <w:r w:rsidRPr="00D914B7">
        <w:rPr>
          <w:sz w:val="22"/>
          <w:rtl/>
        </w:rPr>
        <w:t>همان</w:t>
      </w:r>
      <w:r w:rsidRPr="00D914B7">
        <w:rPr>
          <w:sz w:val="22"/>
        </w:rPr>
        <w:t xml:space="preserve"> </w:t>
      </w:r>
      <w:r w:rsidRPr="00D914B7">
        <w:rPr>
          <w:sz w:val="22"/>
          <w:rtl/>
        </w:rPr>
        <w:t>جلد</w:t>
      </w:r>
      <w:r w:rsidRPr="00D914B7">
        <w:rPr>
          <w:sz w:val="22"/>
        </w:rPr>
        <w:t xml:space="preserve"> </w:t>
      </w:r>
      <w:r w:rsidRPr="00D914B7">
        <w:rPr>
          <w:sz w:val="22"/>
          <w:rtl/>
        </w:rPr>
        <w:t>را</w:t>
      </w:r>
      <w:r w:rsidRPr="00D914B7">
        <w:rPr>
          <w:sz w:val="22"/>
        </w:rPr>
        <w:t xml:space="preserve"> </w:t>
      </w:r>
      <w:r w:rsidRPr="00D914B7">
        <w:rPr>
          <w:sz w:val="22"/>
          <w:rtl/>
        </w:rPr>
        <w:t>جداگانه</w:t>
      </w:r>
      <w:r w:rsidRPr="00D914B7">
        <w:rPr>
          <w:sz w:val="22"/>
        </w:rPr>
        <w:t xml:space="preserve"> </w:t>
      </w:r>
      <w:r w:rsidRPr="00D914B7">
        <w:rPr>
          <w:sz w:val="22"/>
          <w:rtl/>
        </w:rPr>
        <w:t>بخواند</w:t>
      </w:r>
      <w:r w:rsidRPr="00D914B7">
        <w:rPr>
          <w:sz w:val="22"/>
        </w:rPr>
        <w:t xml:space="preserve"> </w:t>
      </w:r>
      <w:r w:rsidRPr="00D914B7">
        <w:rPr>
          <w:sz w:val="22"/>
          <w:rtl/>
        </w:rPr>
        <w:t>و</w:t>
      </w:r>
      <w:r w:rsidRPr="00D914B7">
        <w:rPr>
          <w:sz w:val="22"/>
        </w:rPr>
        <w:t xml:space="preserve"> </w:t>
      </w:r>
      <w:r w:rsidRPr="00D914B7">
        <w:rPr>
          <w:sz w:val="22"/>
          <w:rtl/>
        </w:rPr>
        <w:t>برای</w:t>
      </w:r>
      <w:r w:rsidRPr="00D914B7">
        <w:rPr>
          <w:sz w:val="22"/>
        </w:rPr>
        <w:t xml:space="preserve"> </w:t>
      </w:r>
      <w:r w:rsidRPr="00D914B7">
        <w:rPr>
          <w:sz w:val="22"/>
          <w:rtl/>
        </w:rPr>
        <w:t>فهم</w:t>
      </w:r>
      <w:r w:rsidRPr="00D914B7">
        <w:rPr>
          <w:sz w:val="22"/>
        </w:rPr>
        <w:t xml:space="preserve"> </w:t>
      </w:r>
      <w:r w:rsidRPr="00D914B7">
        <w:rPr>
          <w:sz w:val="22"/>
          <w:rtl/>
        </w:rPr>
        <w:t>خط</w:t>
      </w:r>
      <w:r w:rsidRPr="00D914B7">
        <w:rPr>
          <w:sz w:val="22"/>
        </w:rPr>
        <w:t xml:space="preserve"> </w:t>
      </w:r>
      <w:r w:rsidRPr="00D914B7">
        <w:rPr>
          <w:sz w:val="22"/>
          <w:rtl/>
        </w:rPr>
        <w:t>اصلی</w:t>
      </w:r>
      <w:r w:rsidRPr="00D914B7">
        <w:rPr>
          <w:sz w:val="22"/>
        </w:rPr>
        <w:t xml:space="preserve"> </w:t>
      </w:r>
      <w:r w:rsidRPr="00D914B7">
        <w:rPr>
          <w:sz w:val="22"/>
          <w:rtl/>
        </w:rPr>
        <w:t>آن</w:t>
      </w:r>
      <w:r w:rsidRPr="00D914B7">
        <w:rPr>
          <w:sz w:val="22"/>
        </w:rPr>
        <w:t xml:space="preserve"> </w:t>
      </w:r>
      <w:r w:rsidRPr="00D914B7">
        <w:rPr>
          <w:sz w:val="22"/>
          <w:rtl/>
        </w:rPr>
        <w:t>ناچار</w:t>
      </w:r>
      <w:r w:rsidRPr="00D914B7">
        <w:rPr>
          <w:sz w:val="22"/>
        </w:rPr>
        <w:t xml:space="preserve"> </w:t>
      </w:r>
      <w:r w:rsidRPr="00D914B7">
        <w:rPr>
          <w:sz w:val="22"/>
          <w:rtl/>
        </w:rPr>
        <w:t>به</w:t>
      </w:r>
      <w:r w:rsidRPr="00D914B7">
        <w:rPr>
          <w:sz w:val="22"/>
        </w:rPr>
        <w:t xml:space="preserve"> </w:t>
      </w:r>
      <w:r w:rsidRPr="00D914B7">
        <w:rPr>
          <w:sz w:val="22"/>
          <w:rtl/>
        </w:rPr>
        <w:t>خواندن</w:t>
      </w:r>
      <w:r w:rsidRPr="00D914B7">
        <w:rPr>
          <w:sz w:val="22"/>
        </w:rPr>
        <w:t xml:space="preserve"> </w:t>
      </w:r>
      <w:r w:rsidRPr="00D914B7">
        <w:rPr>
          <w:sz w:val="22"/>
          <w:rtl/>
        </w:rPr>
        <w:t>یازده</w:t>
      </w:r>
      <w:r w:rsidRPr="00D914B7">
        <w:rPr>
          <w:sz w:val="22"/>
        </w:rPr>
        <w:t xml:space="preserve"> </w:t>
      </w:r>
      <w:r w:rsidRPr="00D914B7">
        <w:rPr>
          <w:sz w:val="22"/>
          <w:rtl/>
        </w:rPr>
        <w:t>جلد</w:t>
      </w:r>
      <w:r w:rsidRPr="00D914B7">
        <w:rPr>
          <w:sz w:val="22"/>
        </w:rPr>
        <w:t xml:space="preserve"> </w:t>
      </w:r>
      <w:r w:rsidRPr="00D914B7">
        <w:rPr>
          <w:sz w:val="22"/>
          <w:rtl/>
        </w:rPr>
        <w:t>دیگر</w:t>
      </w:r>
      <w:r w:rsidRPr="00D914B7">
        <w:rPr>
          <w:sz w:val="22"/>
        </w:rPr>
        <w:t xml:space="preserve"> </w:t>
      </w:r>
      <w:r w:rsidRPr="00D914B7">
        <w:rPr>
          <w:sz w:val="22"/>
          <w:rtl/>
        </w:rPr>
        <w:t>نباشد</w:t>
      </w:r>
      <w:r>
        <w:rPr>
          <w:rFonts w:hint="cs"/>
          <w:sz w:val="22"/>
          <w:rtl/>
        </w:rPr>
        <w:t>.</w:t>
      </w:r>
      <w:r w:rsidRPr="00D914B7">
        <w:rPr>
          <w:sz w:val="22"/>
        </w:rPr>
        <w:t xml:space="preserve"> </w:t>
      </w:r>
      <w:r w:rsidRPr="00D914B7">
        <w:rPr>
          <w:sz w:val="22"/>
          <w:rtl/>
        </w:rPr>
        <w:t>از</w:t>
      </w:r>
      <w:r w:rsidRPr="00D914B7">
        <w:rPr>
          <w:sz w:val="22"/>
        </w:rPr>
        <w:t xml:space="preserve"> </w:t>
      </w:r>
      <w:r w:rsidRPr="00D914B7">
        <w:rPr>
          <w:sz w:val="22"/>
          <w:rtl/>
        </w:rPr>
        <w:t>سوی</w:t>
      </w:r>
      <w:r w:rsidRPr="00D914B7">
        <w:rPr>
          <w:sz w:val="22"/>
        </w:rPr>
        <w:t xml:space="preserve"> </w:t>
      </w:r>
      <w:r w:rsidRPr="00D914B7">
        <w:rPr>
          <w:sz w:val="22"/>
          <w:rtl/>
        </w:rPr>
        <w:t>دیگر،</w:t>
      </w:r>
      <w:r w:rsidRPr="00D914B7">
        <w:rPr>
          <w:sz w:val="22"/>
        </w:rPr>
        <w:t xml:space="preserve"> </w:t>
      </w:r>
      <w:r w:rsidRPr="00D914B7">
        <w:rPr>
          <w:sz w:val="22"/>
          <w:rtl/>
        </w:rPr>
        <w:t>جلدها</w:t>
      </w:r>
      <w:r w:rsidRPr="00D914B7">
        <w:rPr>
          <w:sz w:val="22"/>
        </w:rPr>
        <w:t xml:space="preserve"> </w:t>
      </w:r>
      <w:r w:rsidRPr="00D914B7">
        <w:rPr>
          <w:sz w:val="22"/>
          <w:rtl/>
        </w:rPr>
        <w:t>در</w:t>
      </w:r>
      <w:r w:rsidRPr="00D914B7">
        <w:rPr>
          <w:sz w:val="22"/>
        </w:rPr>
        <w:t xml:space="preserve"> </w:t>
      </w:r>
      <w:r w:rsidRPr="00D914B7">
        <w:rPr>
          <w:sz w:val="22"/>
          <w:rtl/>
        </w:rPr>
        <w:t>امتداد</w:t>
      </w:r>
      <w:r w:rsidRPr="00D914B7">
        <w:rPr>
          <w:sz w:val="22"/>
        </w:rPr>
        <w:t xml:space="preserve"> </w:t>
      </w:r>
      <w:r w:rsidRPr="00D914B7">
        <w:rPr>
          <w:sz w:val="22"/>
          <w:rtl/>
        </w:rPr>
        <w:t>یکدیگر</w:t>
      </w:r>
      <w:r w:rsidRPr="00D914B7">
        <w:rPr>
          <w:sz w:val="22"/>
        </w:rPr>
        <w:t xml:space="preserve"> </w:t>
      </w:r>
      <w:r w:rsidRPr="00D914B7">
        <w:rPr>
          <w:sz w:val="22"/>
          <w:rtl/>
        </w:rPr>
        <w:t>نیز</w:t>
      </w:r>
      <w:r w:rsidRPr="00D914B7">
        <w:rPr>
          <w:sz w:val="22"/>
        </w:rPr>
        <w:t xml:space="preserve"> </w:t>
      </w:r>
      <w:r w:rsidRPr="00D914B7">
        <w:rPr>
          <w:sz w:val="22"/>
          <w:rtl/>
        </w:rPr>
        <w:t>قرار</w:t>
      </w:r>
      <w:r w:rsidRPr="00D914B7">
        <w:rPr>
          <w:sz w:val="22"/>
        </w:rPr>
        <w:t xml:space="preserve"> </w:t>
      </w:r>
      <w:r w:rsidRPr="00D914B7">
        <w:rPr>
          <w:sz w:val="22"/>
          <w:rtl/>
        </w:rPr>
        <w:t>گرفته</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خواندن</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آنها</w:t>
      </w:r>
      <w:r w:rsidRPr="00D914B7">
        <w:rPr>
          <w:sz w:val="22"/>
        </w:rPr>
        <w:t xml:space="preserve"> </w:t>
      </w:r>
      <w:r w:rsidRPr="00D914B7">
        <w:rPr>
          <w:sz w:val="22"/>
          <w:rtl/>
        </w:rPr>
        <w:t>تصویری</w:t>
      </w:r>
      <w:r w:rsidRPr="00D914B7">
        <w:rPr>
          <w:sz w:val="22"/>
        </w:rPr>
        <w:t xml:space="preserve"> </w:t>
      </w:r>
      <w:r w:rsidRPr="00D914B7">
        <w:rPr>
          <w:sz w:val="22"/>
          <w:rtl/>
        </w:rPr>
        <w:t>گسترده</w:t>
      </w:r>
      <w:r w:rsidRPr="00D914B7">
        <w:rPr>
          <w:sz w:val="22"/>
        </w:rPr>
        <w:t>‌</w:t>
      </w:r>
      <w:r w:rsidRPr="00D914B7">
        <w:rPr>
          <w:sz w:val="22"/>
          <w:rtl/>
        </w:rPr>
        <w:t>تر</w:t>
      </w:r>
      <w:r w:rsidRPr="00D914B7">
        <w:rPr>
          <w:sz w:val="22"/>
        </w:rPr>
        <w:t xml:space="preserve"> </w:t>
      </w:r>
      <w:r w:rsidRPr="00D914B7">
        <w:rPr>
          <w:sz w:val="22"/>
          <w:rtl/>
        </w:rPr>
        <w:t>از</w:t>
      </w:r>
      <w:r w:rsidRPr="00D914B7">
        <w:rPr>
          <w:sz w:val="22"/>
        </w:rPr>
        <w:t xml:space="preserve"> </w:t>
      </w:r>
      <w:r w:rsidRPr="00D914B7">
        <w:rPr>
          <w:sz w:val="22"/>
          <w:rtl/>
        </w:rPr>
        <w:t>پیدایش،</w:t>
      </w:r>
      <w:r w:rsidRPr="00D914B7">
        <w:rPr>
          <w:sz w:val="22"/>
        </w:rPr>
        <w:t xml:space="preserve"> </w:t>
      </w:r>
      <w:r w:rsidRPr="00D914B7">
        <w:rPr>
          <w:sz w:val="22"/>
          <w:rtl/>
        </w:rPr>
        <w:t>تحول</w:t>
      </w:r>
      <w:r w:rsidRPr="00D914B7">
        <w:rPr>
          <w:sz w:val="22"/>
        </w:rPr>
        <w:t xml:space="preserve"> </w:t>
      </w:r>
      <w:r w:rsidRPr="00D914B7">
        <w:rPr>
          <w:sz w:val="22"/>
          <w:rtl/>
        </w:rPr>
        <w:t>و</w:t>
      </w:r>
      <w:r w:rsidRPr="00D914B7">
        <w:rPr>
          <w:sz w:val="22"/>
        </w:rPr>
        <w:t xml:space="preserve"> </w:t>
      </w:r>
      <w:r w:rsidRPr="00D914B7">
        <w:rPr>
          <w:sz w:val="22"/>
          <w:rtl/>
        </w:rPr>
        <w:t>بحران</w:t>
      </w:r>
      <w:r w:rsidRPr="00D914B7">
        <w:rPr>
          <w:sz w:val="22"/>
        </w:rPr>
        <w:t>‌</w:t>
      </w:r>
      <w:r w:rsidRPr="00D914B7">
        <w:rPr>
          <w:sz w:val="22"/>
          <w:rtl/>
        </w:rPr>
        <w:t>های</w:t>
      </w:r>
      <w:r w:rsidRPr="00D914B7">
        <w:rPr>
          <w:sz w:val="22"/>
        </w:rPr>
        <w:t xml:space="preserve"> </w:t>
      </w:r>
      <w:r w:rsidRPr="00D914B7">
        <w:rPr>
          <w:sz w:val="22"/>
          <w:rtl/>
        </w:rPr>
        <w:t>کشورداری</w:t>
      </w:r>
      <w:r w:rsidRPr="00D914B7">
        <w:rPr>
          <w:sz w:val="22"/>
        </w:rPr>
        <w:t xml:space="preserve"> </w:t>
      </w:r>
      <w:r w:rsidRPr="00D914B7">
        <w:rPr>
          <w:sz w:val="22"/>
          <w:rtl/>
        </w:rPr>
        <w:t>در</w:t>
      </w:r>
      <w:r w:rsidRPr="00D914B7">
        <w:rPr>
          <w:sz w:val="22"/>
        </w:rPr>
        <w:t xml:space="preserve"> </w:t>
      </w:r>
      <w:r w:rsidRPr="00D914B7">
        <w:rPr>
          <w:sz w:val="22"/>
          <w:rtl/>
        </w:rPr>
        <w:t>ایران</w:t>
      </w:r>
      <w:r w:rsidRPr="00D914B7">
        <w:rPr>
          <w:sz w:val="22"/>
        </w:rPr>
        <w:t xml:space="preserve"> </w:t>
      </w:r>
      <w:r w:rsidRPr="00D914B7">
        <w:rPr>
          <w:sz w:val="22"/>
          <w:rtl/>
        </w:rPr>
        <w:t>به</w:t>
      </w:r>
      <w:r w:rsidRPr="00D914B7">
        <w:rPr>
          <w:sz w:val="22"/>
        </w:rPr>
        <w:t xml:space="preserve"> </w:t>
      </w:r>
      <w:r w:rsidRPr="00D914B7">
        <w:rPr>
          <w:sz w:val="22"/>
          <w:rtl/>
        </w:rPr>
        <w:t>دست</w:t>
      </w:r>
      <w:r w:rsidRPr="00D914B7">
        <w:rPr>
          <w:sz w:val="22"/>
        </w:rPr>
        <w:t xml:space="preserve"> </w:t>
      </w:r>
      <w:r w:rsidRPr="00D914B7">
        <w:rPr>
          <w:sz w:val="22"/>
          <w:rtl/>
        </w:rPr>
        <w:t>می</w:t>
      </w:r>
      <w:r w:rsidRPr="00D914B7">
        <w:rPr>
          <w:sz w:val="22"/>
        </w:rPr>
        <w:t>‌</w:t>
      </w:r>
      <w:r w:rsidRPr="00D914B7">
        <w:rPr>
          <w:sz w:val="22"/>
          <w:rtl/>
        </w:rPr>
        <w:t>دهد</w:t>
      </w:r>
      <w:r>
        <w:rPr>
          <w:sz w:val="22"/>
          <w:rtl/>
        </w:rPr>
        <w:t>.</w:t>
      </w:r>
    </w:p>
    <w:p w:rsidR="00987F03" w:rsidRPr="00D914B7" w:rsidRDefault="00987F03" w:rsidP="00987F03">
      <w:pPr>
        <w:bidi/>
        <w:ind w:firstLine="720"/>
        <w:rPr>
          <w:sz w:val="22"/>
        </w:rPr>
      </w:pPr>
      <w:r w:rsidRPr="00D914B7">
        <w:rPr>
          <w:sz w:val="22"/>
          <w:rtl/>
        </w:rPr>
        <w:t>ده</w:t>
      </w:r>
      <w:r w:rsidRPr="00D914B7">
        <w:rPr>
          <w:sz w:val="22"/>
        </w:rPr>
        <w:t xml:space="preserve"> </w:t>
      </w:r>
      <w:r w:rsidRPr="00D914B7">
        <w:rPr>
          <w:sz w:val="22"/>
          <w:rtl/>
        </w:rPr>
        <w:t>جلد</w:t>
      </w:r>
      <w:r w:rsidRPr="00D914B7">
        <w:rPr>
          <w:sz w:val="22"/>
        </w:rPr>
        <w:t xml:space="preserve"> </w:t>
      </w:r>
      <w:r w:rsidRPr="00D914B7">
        <w:rPr>
          <w:sz w:val="22"/>
          <w:rtl/>
        </w:rPr>
        <w:t>مجموعه</w:t>
      </w:r>
      <w:r w:rsidRPr="00D914B7">
        <w:rPr>
          <w:sz w:val="22"/>
        </w:rPr>
        <w:t xml:space="preserve"> </w:t>
      </w:r>
      <w:r w:rsidRPr="00D914B7">
        <w:rPr>
          <w:sz w:val="22"/>
          <w:rtl/>
        </w:rPr>
        <w:t>به</w:t>
      </w:r>
      <w:r w:rsidRPr="00D914B7">
        <w:rPr>
          <w:sz w:val="22"/>
        </w:rPr>
        <w:t xml:space="preserve"> </w:t>
      </w:r>
      <w:r w:rsidRPr="00D914B7">
        <w:rPr>
          <w:sz w:val="22"/>
          <w:rtl/>
        </w:rPr>
        <w:t>تاریخ</w:t>
      </w:r>
      <w:r w:rsidRPr="00D914B7">
        <w:rPr>
          <w:sz w:val="22"/>
        </w:rPr>
        <w:t xml:space="preserve"> </w:t>
      </w:r>
      <w:r w:rsidRPr="00D914B7">
        <w:rPr>
          <w:sz w:val="22"/>
          <w:rtl/>
        </w:rPr>
        <w:t>ثبت</w:t>
      </w:r>
      <w:r w:rsidRPr="00D914B7">
        <w:rPr>
          <w:sz w:val="22"/>
        </w:rPr>
        <w:t>‌</w:t>
      </w:r>
      <w:r w:rsidRPr="00D914B7">
        <w:rPr>
          <w:sz w:val="22"/>
          <w:rtl/>
        </w:rPr>
        <w:t>شده</w:t>
      </w:r>
      <w:r>
        <w:rPr>
          <w:sz w:val="22"/>
          <w:rtl/>
        </w:rPr>
        <w:t>ء</w:t>
      </w:r>
      <w:r w:rsidRPr="00D914B7">
        <w:rPr>
          <w:sz w:val="22"/>
        </w:rPr>
        <w:t xml:space="preserve"> </w:t>
      </w:r>
      <w:r w:rsidRPr="00D914B7">
        <w:rPr>
          <w:sz w:val="22"/>
          <w:rtl/>
        </w:rPr>
        <w:t>ایران</w:t>
      </w:r>
      <w:r w:rsidRPr="00D914B7">
        <w:rPr>
          <w:sz w:val="22"/>
        </w:rPr>
        <w:t xml:space="preserve"> </w:t>
      </w:r>
      <w:r w:rsidRPr="00D914B7">
        <w:rPr>
          <w:sz w:val="22"/>
          <w:rtl/>
        </w:rPr>
        <w:t>می</w:t>
      </w:r>
      <w:r w:rsidRPr="00D914B7">
        <w:rPr>
          <w:sz w:val="22"/>
        </w:rPr>
        <w:t>‌</w:t>
      </w:r>
      <w:r w:rsidRPr="00D914B7">
        <w:rPr>
          <w:sz w:val="22"/>
          <w:rtl/>
        </w:rPr>
        <w:t>پردازند</w:t>
      </w:r>
      <w:r w:rsidRPr="00D914B7">
        <w:rPr>
          <w:sz w:val="22"/>
        </w:rPr>
        <w:t xml:space="preserve"> </w:t>
      </w:r>
      <w:r w:rsidRPr="00D914B7">
        <w:rPr>
          <w:sz w:val="22"/>
          <w:rtl/>
        </w:rPr>
        <w:t>و</w:t>
      </w:r>
      <w:r w:rsidRPr="00D914B7">
        <w:rPr>
          <w:sz w:val="22"/>
        </w:rPr>
        <w:t xml:space="preserve"> </w:t>
      </w:r>
      <w:r w:rsidRPr="00D914B7">
        <w:rPr>
          <w:sz w:val="22"/>
          <w:rtl/>
        </w:rPr>
        <w:t>دو</w:t>
      </w:r>
      <w:r w:rsidRPr="00D914B7">
        <w:rPr>
          <w:sz w:val="22"/>
        </w:rPr>
        <w:t xml:space="preserve"> </w:t>
      </w:r>
      <w:r w:rsidRPr="00D914B7">
        <w:rPr>
          <w:sz w:val="22"/>
          <w:rtl/>
        </w:rPr>
        <w:t>جلد</w:t>
      </w:r>
      <w:r w:rsidRPr="00D914B7">
        <w:rPr>
          <w:sz w:val="22"/>
        </w:rPr>
        <w:t xml:space="preserve"> </w:t>
      </w:r>
      <w:r w:rsidRPr="00D914B7">
        <w:rPr>
          <w:sz w:val="22"/>
          <w:rtl/>
        </w:rPr>
        <w:t>به</w:t>
      </w:r>
      <w:r w:rsidRPr="00D914B7">
        <w:rPr>
          <w:sz w:val="22"/>
        </w:rPr>
        <w:t xml:space="preserve"> </w:t>
      </w:r>
      <w:r w:rsidRPr="00D914B7">
        <w:rPr>
          <w:sz w:val="22"/>
          <w:rtl/>
        </w:rPr>
        <w:t>دورانی</w:t>
      </w:r>
      <w:r w:rsidRPr="00D914B7">
        <w:rPr>
          <w:sz w:val="22"/>
        </w:rPr>
        <w:t xml:space="preserve"> </w:t>
      </w:r>
      <w:r w:rsidRPr="00D914B7">
        <w:rPr>
          <w:sz w:val="22"/>
          <w:rtl/>
        </w:rPr>
        <w:t>اختصاص</w:t>
      </w:r>
      <w:r w:rsidRPr="00D914B7">
        <w:rPr>
          <w:sz w:val="22"/>
        </w:rPr>
        <w:t xml:space="preserve"> </w:t>
      </w:r>
      <w:r w:rsidRPr="00D914B7">
        <w:rPr>
          <w:sz w:val="22"/>
          <w:rtl/>
        </w:rPr>
        <w:t>دارند</w:t>
      </w:r>
      <w:r w:rsidRPr="00D914B7">
        <w:rPr>
          <w:sz w:val="22"/>
        </w:rPr>
        <w:t xml:space="preserve"> </w:t>
      </w:r>
      <w:r w:rsidRPr="00D914B7">
        <w:rPr>
          <w:sz w:val="22"/>
          <w:rtl/>
        </w:rPr>
        <w:t>که</w:t>
      </w:r>
      <w:r w:rsidRPr="00D914B7">
        <w:rPr>
          <w:sz w:val="22"/>
        </w:rPr>
        <w:t xml:space="preserve"> </w:t>
      </w:r>
      <w:r w:rsidRPr="00D914B7">
        <w:rPr>
          <w:sz w:val="22"/>
          <w:rtl/>
        </w:rPr>
        <w:t>معمولاً</w:t>
      </w:r>
      <w:r w:rsidRPr="00D914B7">
        <w:rPr>
          <w:sz w:val="22"/>
        </w:rPr>
        <w:t xml:space="preserve"> </w:t>
      </w:r>
      <w:r>
        <w:rPr>
          <w:rFonts w:hint="cs"/>
          <w:sz w:val="22"/>
          <w:rtl/>
        </w:rPr>
        <w:t>«</w:t>
      </w:r>
      <w:r w:rsidRPr="00D914B7">
        <w:rPr>
          <w:sz w:val="22"/>
          <w:rtl/>
        </w:rPr>
        <w:t>پیشاتاریخ</w:t>
      </w:r>
      <w:r>
        <w:rPr>
          <w:rFonts w:hint="cs"/>
          <w:sz w:val="22"/>
          <w:rtl/>
        </w:rPr>
        <w:t>»</w:t>
      </w:r>
      <w:r w:rsidRPr="00D914B7">
        <w:rPr>
          <w:sz w:val="22"/>
        </w:rPr>
        <w:t xml:space="preserve"> </w:t>
      </w:r>
      <w:r w:rsidRPr="00D914B7">
        <w:rPr>
          <w:sz w:val="22"/>
          <w:rtl/>
        </w:rPr>
        <w:t>خوانده</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دورانی</w:t>
      </w:r>
      <w:r w:rsidRPr="00D914B7">
        <w:rPr>
          <w:sz w:val="22"/>
        </w:rPr>
        <w:t xml:space="preserve"> </w:t>
      </w:r>
      <w:r w:rsidRPr="00D914B7">
        <w:rPr>
          <w:sz w:val="22"/>
          <w:rtl/>
        </w:rPr>
        <w:t>که</w:t>
      </w:r>
      <w:r w:rsidRPr="00D914B7">
        <w:rPr>
          <w:sz w:val="22"/>
        </w:rPr>
        <w:t xml:space="preserve"> </w:t>
      </w:r>
      <w:r w:rsidRPr="00D914B7">
        <w:rPr>
          <w:sz w:val="22"/>
          <w:rtl/>
        </w:rPr>
        <w:t>هنوز</w:t>
      </w:r>
      <w:r w:rsidRPr="00D914B7">
        <w:rPr>
          <w:sz w:val="22"/>
        </w:rPr>
        <w:t xml:space="preserve"> </w:t>
      </w:r>
      <w:r w:rsidRPr="00D914B7">
        <w:rPr>
          <w:sz w:val="22"/>
          <w:rtl/>
        </w:rPr>
        <w:t>خط</w:t>
      </w:r>
      <w:r w:rsidRPr="00D914B7">
        <w:rPr>
          <w:sz w:val="22"/>
        </w:rPr>
        <w:t xml:space="preserve"> </w:t>
      </w:r>
      <w:r w:rsidRPr="00D914B7">
        <w:rPr>
          <w:sz w:val="22"/>
          <w:rtl/>
        </w:rPr>
        <w:t>و</w:t>
      </w:r>
      <w:r w:rsidRPr="00D914B7">
        <w:rPr>
          <w:sz w:val="22"/>
        </w:rPr>
        <w:t xml:space="preserve"> </w:t>
      </w:r>
      <w:r w:rsidRPr="00D914B7">
        <w:rPr>
          <w:sz w:val="22"/>
          <w:rtl/>
        </w:rPr>
        <w:t>سند</w:t>
      </w:r>
      <w:r w:rsidRPr="00D914B7">
        <w:rPr>
          <w:sz w:val="22"/>
        </w:rPr>
        <w:t xml:space="preserve"> </w:t>
      </w:r>
      <w:r w:rsidRPr="00D914B7">
        <w:rPr>
          <w:sz w:val="22"/>
          <w:rtl/>
        </w:rPr>
        <w:t>تاریخی</w:t>
      </w:r>
      <w:r w:rsidRPr="00D914B7">
        <w:rPr>
          <w:sz w:val="22"/>
        </w:rPr>
        <w:t xml:space="preserve"> </w:t>
      </w:r>
      <w:r w:rsidRPr="00D914B7">
        <w:rPr>
          <w:sz w:val="22"/>
          <w:rtl/>
        </w:rPr>
        <w:t>پدید</w:t>
      </w:r>
      <w:r w:rsidRPr="00D914B7">
        <w:rPr>
          <w:sz w:val="22"/>
        </w:rPr>
        <w:t xml:space="preserve"> </w:t>
      </w:r>
      <w:r w:rsidRPr="00D914B7">
        <w:rPr>
          <w:sz w:val="22"/>
          <w:rtl/>
        </w:rPr>
        <w:t>نیامده</w:t>
      </w:r>
      <w:r w:rsidRPr="00D914B7">
        <w:rPr>
          <w:sz w:val="22"/>
        </w:rPr>
        <w:t xml:space="preserve"> </w:t>
      </w:r>
      <w:r w:rsidRPr="00D914B7">
        <w:rPr>
          <w:sz w:val="22"/>
          <w:rtl/>
        </w:rPr>
        <w:t>بود،</w:t>
      </w:r>
      <w:r w:rsidRPr="00D914B7">
        <w:rPr>
          <w:sz w:val="22"/>
        </w:rPr>
        <w:t xml:space="preserve"> </w:t>
      </w:r>
      <w:r w:rsidRPr="00D914B7">
        <w:rPr>
          <w:sz w:val="22"/>
          <w:rtl/>
        </w:rPr>
        <w:t>اما</w:t>
      </w:r>
      <w:r w:rsidRPr="00D914B7">
        <w:rPr>
          <w:sz w:val="22"/>
        </w:rPr>
        <w:t xml:space="preserve"> </w:t>
      </w:r>
      <w:r w:rsidRPr="00D914B7">
        <w:rPr>
          <w:sz w:val="22"/>
          <w:rtl/>
        </w:rPr>
        <w:t>انسان</w:t>
      </w:r>
      <w:r w:rsidRPr="00D914B7">
        <w:rPr>
          <w:sz w:val="22"/>
        </w:rPr>
        <w:t xml:space="preserve"> </w:t>
      </w:r>
      <w:r w:rsidRPr="00D914B7">
        <w:rPr>
          <w:sz w:val="22"/>
          <w:rtl/>
        </w:rPr>
        <w:t>اجتماعی</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آن</w:t>
      </w:r>
      <w:r w:rsidRPr="00D914B7">
        <w:rPr>
          <w:sz w:val="22"/>
        </w:rPr>
        <w:t xml:space="preserve"> </w:t>
      </w:r>
      <w:r w:rsidRPr="00D914B7">
        <w:rPr>
          <w:sz w:val="22"/>
          <w:rtl/>
        </w:rPr>
        <w:t>بسیاری</w:t>
      </w:r>
      <w:r w:rsidRPr="00D914B7">
        <w:rPr>
          <w:sz w:val="22"/>
        </w:rPr>
        <w:t xml:space="preserve"> </w:t>
      </w:r>
      <w:r w:rsidRPr="00D914B7">
        <w:rPr>
          <w:sz w:val="22"/>
          <w:rtl/>
        </w:rPr>
        <w:t>از</w:t>
      </w:r>
      <w:r w:rsidRPr="00D914B7">
        <w:rPr>
          <w:sz w:val="22"/>
        </w:rPr>
        <w:t xml:space="preserve"> </w:t>
      </w:r>
      <w:r w:rsidRPr="00D914B7">
        <w:rPr>
          <w:sz w:val="22"/>
          <w:rtl/>
        </w:rPr>
        <w:t>بنیادهای</w:t>
      </w:r>
      <w:r w:rsidRPr="00D914B7">
        <w:rPr>
          <w:sz w:val="22"/>
        </w:rPr>
        <w:t xml:space="preserve"> </w:t>
      </w:r>
      <w:r w:rsidRPr="00D914B7">
        <w:rPr>
          <w:sz w:val="22"/>
          <w:rtl/>
        </w:rPr>
        <w:t>کشورداری</w:t>
      </w:r>
      <w:r w:rsidRPr="00D914B7">
        <w:rPr>
          <w:sz w:val="22"/>
        </w:rPr>
        <w:t xml:space="preserve"> </w:t>
      </w:r>
      <w:r w:rsidRPr="00D914B7">
        <w:rPr>
          <w:sz w:val="22"/>
          <w:rtl/>
        </w:rPr>
        <w:t>را</w:t>
      </w:r>
      <w:r w:rsidRPr="00D914B7">
        <w:rPr>
          <w:sz w:val="22"/>
        </w:rPr>
        <w:t xml:space="preserve"> </w:t>
      </w:r>
      <w:r w:rsidRPr="00D914B7">
        <w:rPr>
          <w:sz w:val="22"/>
          <w:rtl/>
        </w:rPr>
        <w:t>ساخته</w:t>
      </w:r>
      <w:r w:rsidRPr="00D914B7">
        <w:rPr>
          <w:sz w:val="22"/>
        </w:rPr>
        <w:t xml:space="preserve"> </w:t>
      </w:r>
      <w:r w:rsidRPr="00D914B7">
        <w:rPr>
          <w:sz w:val="22"/>
          <w:rtl/>
        </w:rPr>
        <w:t>بود</w:t>
      </w:r>
      <w:r>
        <w:rPr>
          <w:sz w:val="22"/>
          <w:rtl/>
        </w:rPr>
        <w:t>.</w:t>
      </w:r>
      <w:r w:rsidRPr="00D914B7">
        <w:rPr>
          <w:sz w:val="22"/>
        </w:rPr>
        <w:t xml:space="preserve"> </w:t>
      </w:r>
      <w:r w:rsidRPr="00D914B7">
        <w:rPr>
          <w:sz w:val="22"/>
          <w:rtl/>
        </w:rPr>
        <w:t>نیاز</w:t>
      </w:r>
      <w:r w:rsidRPr="00D914B7">
        <w:rPr>
          <w:sz w:val="22"/>
        </w:rPr>
        <w:t xml:space="preserve"> </w:t>
      </w:r>
      <w:r w:rsidRPr="00D914B7">
        <w:rPr>
          <w:sz w:val="22"/>
          <w:rtl/>
        </w:rPr>
        <w:t>به</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همکاری،</w:t>
      </w:r>
      <w:r w:rsidRPr="00D914B7">
        <w:rPr>
          <w:sz w:val="22"/>
        </w:rPr>
        <w:t xml:space="preserve"> </w:t>
      </w:r>
      <w:r w:rsidRPr="00D914B7">
        <w:rPr>
          <w:sz w:val="22"/>
          <w:rtl/>
        </w:rPr>
        <w:t>تقسیم</w:t>
      </w:r>
      <w:r w:rsidRPr="00D914B7">
        <w:rPr>
          <w:sz w:val="22"/>
        </w:rPr>
        <w:t xml:space="preserve"> </w:t>
      </w:r>
      <w:r w:rsidRPr="00D914B7">
        <w:rPr>
          <w:sz w:val="22"/>
          <w:rtl/>
        </w:rPr>
        <w:t>کار،</w:t>
      </w:r>
      <w:r w:rsidRPr="00D914B7">
        <w:rPr>
          <w:sz w:val="22"/>
        </w:rPr>
        <w:t xml:space="preserve"> </w:t>
      </w:r>
      <w:r w:rsidRPr="00D914B7">
        <w:rPr>
          <w:sz w:val="22"/>
          <w:rtl/>
        </w:rPr>
        <w:t>انتقال</w:t>
      </w:r>
      <w:r w:rsidRPr="00D914B7">
        <w:rPr>
          <w:sz w:val="22"/>
        </w:rPr>
        <w:t xml:space="preserve"> </w:t>
      </w:r>
      <w:r w:rsidRPr="00D914B7">
        <w:rPr>
          <w:sz w:val="22"/>
          <w:rtl/>
        </w:rPr>
        <w:t>تجربه،</w:t>
      </w:r>
      <w:r w:rsidRPr="00D914B7">
        <w:rPr>
          <w:sz w:val="22"/>
        </w:rPr>
        <w:t xml:space="preserve"> </w:t>
      </w:r>
      <w:r w:rsidRPr="00D914B7">
        <w:rPr>
          <w:sz w:val="22"/>
          <w:rtl/>
        </w:rPr>
        <w:t>فرماندهی،</w:t>
      </w:r>
      <w:r w:rsidRPr="00D914B7">
        <w:rPr>
          <w:sz w:val="22"/>
        </w:rPr>
        <w:t xml:space="preserve"> </w:t>
      </w:r>
      <w:r w:rsidRPr="00D914B7">
        <w:rPr>
          <w:sz w:val="22"/>
          <w:rtl/>
        </w:rPr>
        <w:t>دفاع،</w:t>
      </w:r>
      <w:r w:rsidRPr="00D914B7">
        <w:rPr>
          <w:sz w:val="22"/>
        </w:rPr>
        <w:t xml:space="preserve"> </w:t>
      </w:r>
      <w:r w:rsidRPr="00D914B7">
        <w:rPr>
          <w:sz w:val="22"/>
          <w:rtl/>
        </w:rPr>
        <w:t>انباشت،</w:t>
      </w:r>
      <w:r w:rsidRPr="00D914B7">
        <w:rPr>
          <w:sz w:val="22"/>
        </w:rPr>
        <w:t xml:space="preserve"> </w:t>
      </w:r>
      <w:r w:rsidRPr="00D914B7">
        <w:rPr>
          <w:sz w:val="22"/>
          <w:rtl/>
        </w:rPr>
        <w:t>عدالت،</w:t>
      </w:r>
      <w:r w:rsidRPr="00D914B7">
        <w:rPr>
          <w:sz w:val="22"/>
        </w:rPr>
        <w:t xml:space="preserve"> </w:t>
      </w:r>
      <w:r w:rsidRPr="00D914B7">
        <w:rPr>
          <w:sz w:val="22"/>
          <w:rtl/>
        </w:rPr>
        <w:t>اخلاق،</w:t>
      </w:r>
      <w:r w:rsidRPr="00D914B7">
        <w:rPr>
          <w:sz w:val="22"/>
        </w:rPr>
        <w:t xml:space="preserve"> </w:t>
      </w:r>
      <w:r w:rsidRPr="00D914B7">
        <w:rPr>
          <w:sz w:val="22"/>
          <w:rtl/>
        </w:rPr>
        <w:t>ثبت</w:t>
      </w:r>
      <w:r w:rsidRPr="00D914B7">
        <w:rPr>
          <w:sz w:val="22"/>
        </w:rPr>
        <w:t xml:space="preserve"> </w:t>
      </w:r>
      <w:r w:rsidRPr="00D914B7">
        <w:rPr>
          <w:sz w:val="22"/>
          <w:rtl/>
        </w:rPr>
        <w:t>و</w:t>
      </w:r>
      <w:r w:rsidRPr="00D914B7">
        <w:rPr>
          <w:sz w:val="22"/>
        </w:rPr>
        <w:t xml:space="preserve"> </w:t>
      </w:r>
      <w:r w:rsidRPr="00D914B7">
        <w:rPr>
          <w:sz w:val="22"/>
          <w:rtl/>
        </w:rPr>
        <w:t>نگهداری</w:t>
      </w:r>
      <w:r w:rsidRPr="00D914B7">
        <w:rPr>
          <w:sz w:val="22"/>
        </w:rPr>
        <w:t xml:space="preserve"> </w:t>
      </w:r>
      <w:r w:rsidRPr="00D914B7">
        <w:rPr>
          <w:sz w:val="22"/>
          <w:rtl/>
        </w:rPr>
        <w:t>حافظه</w:t>
      </w:r>
      <w:r>
        <w:rPr>
          <w:sz w:val="22"/>
          <w:rtl/>
        </w:rPr>
        <w:t>ء</w:t>
      </w:r>
      <w:r w:rsidRPr="00D914B7">
        <w:rPr>
          <w:sz w:val="22"/>
        </w:rPr>
        <w:t xml:space="preserve"> </w:t>
      </w:r>
      <w:r w:rsidRPr="00D914B7">
        <w:rPr>
          <w:sz w:val="22"/>
          <w:rtl/>
        </w:rPr>
        <w:t>جمعی،</w:t>
      </w:r>
      <w:r w:rsidRPr="00D914B7">
        <w:rPr>
          <w:sz w:val="22"/>
        </w:rPr>
        <w:t xml:space="preserve"> </w:t>
      </w:r>
      <w:r w:rsidRPr="00D914B7">
        <w:rPr>
          <w:sz w:val="22"/>
          <w:rtl/>
        </w:rPr>
        <w:t>همه</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پیدایش</w:t>
      </w:r>
      <w:r w:rsidRPr="00D914B7">
        <w:rPr>
          <w:sz w:val="22"/>
        </w:rPr>
        <w:t xml:space="preserve"> </w:t>
      </w:r>
      <w:r w:rsidRPr="00D914B7">
        <w:rPr>
          <w:sz w:val="22"/>
          <w:rtl/>
        </w:rPr>
        <w:t>نخستین</w:t>
      </w:r>
      <w:r w:rsidRPr="00D914B7">
        <w:rPr>
          <w:sz w:val="22"/>
        </w:rPr>
        <w:t xml:space="preserve"> </w:t>
      </w:r>
      <w:r w:rsidRPr="00D914B7">
        <w:rPr>
          <w:sz w:val="22"/>
          <w:rtl/>
        </w:rPr>
        <w:t>شاهنشاهی</w:t>
      </w:r>
      <w:r w:rsidRPr="00D914B7">
        <w:rPr>
          <w:sz w:val="22"/>
        </w:rPr>
        <w:t>‌</w:t>
      </w:r>
      <w:r w:rsidRPr="00D914B7">
        <w:rPr>
          <w:sz w:val="22"/>
          <w:rtl/>
        </w:rPr>
        <w:t>ها</w:t>
      </w:r>
      <w:r w:rsidRPr="00D914B7">
        <w:rPr>
          <w:sz w:val="22"/>
        </w:rPr>
        <w:t xml:space="preserve"> </w:t>
      </w:r>
      <w:r w:rsidRPr="00D914B7">
        <w:rPr>
          <w:sz w:val="22"/>
          <w:rtl/>
        </w:rPr>
        <w:t>وجود</w:t>
      </w:r>
      <w:r w:rsidRPr="00D914B7">
        <w:rPr>
          <w:sz w:val="22"/>
        </w:rPr>
        <w:t xml:space="preserve"> </w:t>
      </w:r>
      <w:r w:rsidRPr="00D914B7">
        <w:rPr>
          <w:sz w:val="22"/>
          <w:rtl/>
        </w:rPr>
        <w:t>داشتند</w:t>
      </w:r>
      <w:r>
        <w:rPr>
          <w:sz w:val="22"/>
          <w:rtl/>
        </w:rPr>
        <w:t>.</w:t>
      </w:r>
      <w:r w:rsidRPr="00D914B7">
        <w:rPr>
          <w:sz w:val="22"/>
        </w:rPr>
        <w:t xml:space="preserve"> </w:t>
      </w:r>
      <w:r w:rsidRPr="00D914B7">
        <w:rPr>
          <w:sz w:val="22"/>
          <w:rtl/>
        </w:rPr>
        <w:t>خواندن</w:t>
      </w:r>
      <w:r w:rsidRPr="00D914B7">
        <w:rPr>
          <w:sz w:val="22"/>
        </w:rPr>
        <w:t xml:space="preserve"> </w:t>
      </w:r>
      <w:r w:rsidRPr="00D914B7">
        <w:rPr>
          <w:sz w:val="22"/>
          <w:rtl/>
        </w:rPr>
        <w:t>آن</w:t>
      </w:r>
      <w:r w:rsidRPr="00D914B7">
        <w:rPr>
          <w:sz w:val="22"/>
        </w:rPr>
        <w:t xml:space="preserve"> </w:t>
      </w:r>
      <w:r w:rsidRPr="00D914B7">
        <w:rPr>
          <w:sz w:val="22"/>
          <w:rtl/>
        </w:rPr>
        <w:t>دو</w:t>
      </w:r>
      <w:r w:rsidRPr="00D914B7">
        <w:rPr>
          <w:sz w:val="22"/>
        </w:rPr>
        <w:t xml:space="preserve"> </w:t>
      </w:r>
      <w:r w:rsidRPr="00D914B7">
        <w:rPr>
          <w:sz w:val="22"/>
          <w:rtl/>
        </w:rPr>
        <w:t>جلد</w:t>
      </w:r>
      <w:r w:rsidRPr="00D914B7">
        <w:rPr>
          <w:sz w:val="22"/>
        </w:rPr>
        <w:t xml:space="preserve"> </w:t>
      </w:r>
      <w:r w:rsidRPr="00D914B7">
        <w:rPr>
          <w:sz w:val="22"/>
          <w:rtl/>
        </w:rPr>
        <w:t>برای</w:t>
      </w:r>
      <w:r w:rsidRPr="00D914B7">
        <w:rPr>
          <w:sz w:val="22"/>
        </w:rPr>
        <w:t xml:space="preserve"> </w:t>
      </w:r>
      <w:r w:rsidRPr="00D914B7">
        <w:rPr>
          <w:sz w:val="22"/>
          <w:rtl/>
        </w:rPr>
        <w:t>فهم</w:t>
      </w:r>
      <w:r w:rsidRPr="00D914B7">
        <w:rPr>
          <w:sz w:val="22"/>
        </w:rPr>
        <w:t xml:space="preserve"> </w:t>
      </w:r>
      <w:r w:rsidRPr="00D914B7">
        <w:rPr>
          <w:sz w:val="22"/>
          <w:rtl/>
        </w:rPr>
        <w:t>هر</w:t>
      </w:r>
      <w:r w:rsidRPr="00D914B7">
        <w:rPr>
          <w:sz w:val="22"/>
        </w:rPr>
        <w:t xml:space="preserve"> </w:t>
      </w:r>
      <w:r w:rsidRPr="00D914B7">
        <w:rPr>
          <w:sz w:val="22"/>
          <w:rtl/>
        </w:rPr>
        <w:t>دوره</w:t>
      </w:r>
      <w:r>
        <w:rPr>
          <w:sz w:val="22"/>
          <w:rtl/>
        </w:rPr>
        <w:t>ء</w:t>
      </w:r>
      <w:r w:rsidRPr="00D914B7">
        <w:rPr>
          <w:sz w:val="22"/>
        </w:rPr>
        <w:t xml:space="preserve"> </w:t>
      </w:r>
      <w:r w:rsidRPr="00D914B7">
        <w:rPr>
          <w:sz w:val="22"/>
          <w:rtl/>
        </w:rPr>
        <w:t>تاریخی</w:t>
      </w:r>
      <w:r w:rsidRPr="00D914B7">
        <w:rPr>
          <w:sz w:val="22"/>
        </w:rPr>
        <w:t xml:space="preserve"> </w:t>
      </w:r>
      <w:r w:rsidRPr="00D914B7">
        <w:rPr>
          <w:sz w:val="22"/>
          <w:rtl/>
        </w:rPr>
        <w:t>ضروری</w:t>
      </w:r>
      <w:r w:rsidRPr="00D914B7">
        <w:rPr>
          <w:sz w:val="22"/>
        </w:rPr>
        <w:t xml:space="preserve"> </w:t>
      </w:r>
      <w:r w:rsidRPr="00D914B7">
        <w:rPr>
          <w:sz w:val="22"/>
          <w:rtl/>
        </w:rPr>
        <w:t>نیست،</w:t>
      </w:r>
      <w:r w:rsidRPr="00D914B7">
        <w:rPr>
          <w:sz w:val="22"/>
        </w:rPr>
        <w:t xml:space="preserve"> </w:t>
      </w:r>
      <w:r w:rsidRPr="00D914B7">
        <w:rPr>
          <w:sz w:val="22"/>
          <w:rtl/>
        </w:rPr>
        <w:t>اما</w:t>
      </w:r>
      <w:r w:rsidRPr="00D914B7">
        <w:rPr>
          <w:sz w:val="22"/>
        </w:rPr>
        <w:t xml:space="preserve"> </w:t>
      </w:r>
      <w:r w:rsidRPr="00D914B7">
        <w:rPr>
          <w:sz w:val="22"/>
          <w:rtl/>
        </w:rPr>
        <w:t>مبانی</w:t>
      </w:r>
      <w:r w:rsidRPr="00D914B7">
        <w:rPr>
          <w:sz w:val="22"/>
        </w:rPr>
        <w:t xml:space="preserve"> </w:t>
      </w:r>
      <w:r w:rsidRPr="00D914B7">
        <w:rPr>
          <w:sz w:val="22"/>
          <w:rtl/>
        </w:rPr>
        <w:t>فکری</w:t>
      </w:r>
      <w:r w:rsidRPr="00D914B7">
        <w:rPr>
          <w:sz w:val="22"/>
        </w:rPr>
        <w:t xml:space="preserve"> </w:t>
      </w:r>
      <w:r w:rsidRPr="00D914B7">
        <w:rPr>
          <w:sz w:val="22"/>
          <w:rtl/>
        </w:rPr>
        <w:t>و</w:t>
      </w:r>
      <w:r w:rsidRPr="00D914B7">
        <w:rPr>
          <w:sz w:val="22"/>
        </w:rPr>
        <w:t xml:space="preserve"> </w:t>
      </w:r>
      <w:r w:rsidRPr="00D914B7">
        <w:rPr>
          <w:sz w:val="22"/>
          <w:rtl/>
        </w:rPr>
        <w:t>چارچوب</w:t>
      </w:r>
      <w:r w:rsidRPr="00D914B7">
        <w:rPr>
          <w:sz w:val="22"/>
        </w:rPr>
        <w:t xml:space="preserve"> </w:t>
      </w:r>
      <w:r w:rsidRPr="00D914B7">
        <w:rPr>
          <w:sz w:val="22"/>
          <w:rtl/>
        </w:rPr>
        <w:t>ادراکی</w:t>
      </w:r>
      <w:r w:rsidRPr="00D914B7">
        <w:rPr>
          <w:sz w:val="22"/>
        </w:rPr>
        <w:t xml:space="preserve"> </w:t>
      </w:r>
      <w:r w:rsidRPr="00D914B7">
        <w:rPr>
          <w:sz w:val="22"/>
          <w:rtl/>
        </w:rPr>
        <w:t>نویسنده</w:t>
      </w:r>
      <w:r w:rsidRPr="00D914B7">
        <w:rPr>
          <w:sz w:val="22"/>
        </w:rPr>
        <w:t xml:space="preserve"> </w:t>
      </w:r>
      <w:r w:rsidRPr="00D914B7">
        <w:rPr>
          <w:sz w:val="22"/>
          <w:rtl/>
        </w:rPr>
        <w:t>را</w:t>
      </w:r>
      <w:r w:rsidRPr="00D914B7">
        <w:rPr>
          <w:sz w:val="22"/>
        </w:rPr>
        <w:t xml:space="preserve"> </w:t>
      </w:r>
      <w:r w:rsidRPr="00D914B7">
        <w:rPr>
          <w:sz w:val="22"/>
          <w:rtl/>
        </w:rPr>
        <w:t>روشن</w:t>
      </w:r>
      <w:r w:rsidRPr="00D914B7">
        <w:rPr>
          <w:sz w:val="22"/>
        </w:rPr>
        <w:t>‌</w:t>
      </w:r>
      <w:r w:rsidRPr="00D914B7">
        <w:rPr>
          <w:sz w:val="22"/>
          <w:rtl/>
        </w:rPr>
        <w:t>تر</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نشان</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کشورداری</w:t>
      </w:r>
      <w:r w:rsidRPr="00D914B7">
        <w:rPr>
          <w:sz w:val="22"/>
        </w:rPr>
        <w:t xml:space="preserve"> </w:t>
      </w:r>
      <w:r w:rsidRPr="00D914B7">
        <w:rPr>
          <w:sz w:val="22"/>
          <w:rtl/>
        </w:rPr>
        <w:t>ناگهان</w:t>
      </w:r>
      <w:r w:rsidRPr="00D914B7">
        <w:rPr>
          <w:sz w:val="22"/>
        </w:rPr>
        <w:t xml:space="preserve"> </w:t>
      </w:r>
      <w:r w:rsidRPr="00D914B7">
        <w:rPr>
          <w:sz w:val="22"/>
          <w:rtl/>
        </w:rPr>
        <w:t>با</w:t>
      </w:r>
      <w:r w:rsidRPr="00D914B7">
        <w:rPr>
          <w:sz w:val="22"/>
        </w:rPr>
        <w:t xml:space="preserve"> </w:t>
      </w:r>
      <w:r w:rsidRPr="00D914B7">
        <w:rPr>
          <w:sz w:val="22"/>
          <w:rtl/>
        </w:rPr>
        <w:t>ظهور</w:t>
      </w:r>
      <w:r w:rsidRPr="00D914B7">
        <w:rPr>
          <w:sz w:val="22"/>
        </w:rPr>
        <w:t xml:space="preserve"> </w:t>
      </w:r>
      <w:r w:rsidRPr="00D914B7">
        <w:rPr>
          <w:sz w:val="22"/>
          <w:rtl/>
        </w:rPr>
        <w:t>یک</w:t>
      </w:r>
      <w:r w:rsidRPr="00D914B7">
        <w:rPr>
          <w:sz w:val="22"/>
        </w:rPr>
        <w:t xml:space="preserve"> </w:t>
      </w:r>
      <w:r w:rsidRPr="00D914B7">
        <w:rPr>
          <w:sz w:val="22"/>
          <w:rtl/>
        </w:rPr>
        <w:t>پادشاه</w:t>
      </w:r>
      <w:r w:rsidRPr="00D914B7">
        <w:rPr>
          <w:sz w:val="22"/>
        </w:rPr>
        <w:t xml:space="preserve"> </w:t>
      </w:r>
      <w:r w:rsidRPr="00D914B7">
        <w:rPr>
          <w:sz w:val="22"/>
          <w:rtl/>
        </w:rPr>
        <w:t>یا</w:t>
      </w:r>
      <w:r w:rsidRPr="00D914B7">
        <w:rPr>
          <w:sz w:val="22"/>
        </w:rPr>
        <w:t xml:space="preserve"> </w:t>
      </w:r>
      <w:r w:rsidRPr="00D914B7">
        <w:rPr>
          <w:sz w:val="22"/>
          <w:rtl/>
        </w:rPr>
        <w:t>نوشتن</w:t>
      </w:r>
      <w:r w:rsidRPr="00D914B7">
        <w:rPr>
          <w:sz w:val="22"/>
        </w:rPr>
        <w:t xml:space="preserve"> </w:t>
      </w:r>
      <w:r w:rsidRPr="00D914B7">
        <w:rPr>
          <w:sz w:val="22"/>
          <w:rtl/>
        </w:rPr>
        <w:t>نخستین</w:t>
      </w:r>
      <w:r w:rsidRPr="00D914B7">
        <w:rPr>
          <w:sz w:val="22"/>
        </w:rPr>
        <w:t xml:space="preserve"> </w:t>
      </w:r>
      <w:r w:rsidRPr="00D914B7">
        <w:rPr>
          <w:sz w:val="22"/>
          <w:rtl/>
        </w:rPr>
        <w:t>فرمان</w:t>
      </w:r>
      <w:r w:rsidRPr="00D914B7">
        <w:rPr>
          <w:sz w:val="22"/>
        </w:rPr>
        <w:t xml:space="preserve"> </w:t>
      </w:r>
      <w:r w:rsidRPr="00D914B7">
        <w:rPr>
          <w:sz w:val="22"/>
          <w:rtl/>
        </w:rPr>
        <w:t>آغاز</w:t>
      </w:r>
      <w:r w:rsidRPr="00D914B7">
        <w:rPr>
          <w:sz w:val="22"/>
        </w:rPr>
        <w:t xml:space="preserve"> </w:t>
      </w:r>
      <w:r w:rsidRPr="00D914B7">
        <w:rPr>
          <w:sz w:val="22"/>
          <w:rtl/>
        </w:rPr>
        <w:t>نشده</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ترتیب</w:t>
      </w:r>
      <w:r w:rsidRPr="00D914B7">
        <w:rPr>
          <w:sz w:val="22"/>
        </w:rPr>
        <w:t xml:space="preserve"> </w:t>
      </w:r>
      <w:r w:rsidRPr="00D914B7">
        <w:rPr>
          <w:sz w:val="22"/>
          <w:rtl/>
        </w:rPr>
        <w:t>مجموعه</w:t>
      </w:r>
      <w:r w:rsidRPr="00D914B7">
        <w:rPr>
          <w:sz w:val="22"/>
        </w:rPr>
        <w:t xml:space="preserve"> </w:t>
      </w:r>
      <w:r w:rsidRPr="00D914B7">
        <w:rPr>
          <w:sz w:val="22"/>
          <w:rtl/>
        </w:rPr>
        <w:t>با</w:t>
      </w:r>
      <w:r w:rsidRPr="00D914B7">
        <w:rPr>
          <w:sz w:val="22"/>
        </w:rPr>
        <w:t xml:space="preserve"> </w:t>
      </w:r>
      <w:r w:rsidRPr="00D914B7">
        <w:rPr>
          <w:sz w:val="22"/>
          <w:rtl/>
        </w:rPr>
        <w:t>تاریخ</w:t>
      </w:r>
      <w:r w:rsidRPr="00D914B7">
        <w:rPr>
          <w:sz w:val="22"/>
        </w:rPr>
        <w:t>‌</w:t>
      </w:r>
      <w:r w:rsidRPr="00D914B7">
        <w:rPr>
          <w:sz w:val="22"/>
          <w:rtl/>
        </w:rPr>
        <w:t>نامه</w:t>
      </w:r>
      <w:r w:rsidRPr="00D914B7">
        <w:rPr>
          <w:sz w:val="22"/>
        </w:rPr>
        <w:t>‌</w:t>
      </w:r>
      <w:r w:rsidRPr="00D914B7">
        <w:rPr>
          <w:sz w:val="22"/>
          <w:rtl/>
        </w:rPr>
        <w:t>های</w:t>
      </w:r>
      <w:r w:rsidRPr="00D914B7">
        <w:rPr>
          <w:sz w:val="22"/>
        </w:rPr>
        <w:t xml:space="preserve"> </w:t>
      </w:r>
      <w:r w:rsidRPr="00D914B7">
        <w:rPr>
          <w:sz w:val="22"/>
          <w:rtl/>
        </w:rPr>
        <w:t>معمول</w:t>
      </w:r>
      <w:r>
        <w:rPr>
          <w:rFonts w:hint="cs"/>
          <w:sz w:val="22"/>
          <w:rtl/>
        </w:rPr>
        <w:t xml:space="preserve"> هم </w:t>
      </w:r>
      <w:r w:rsidRPr="00D914B7">
        <w:rPr>
          <w:sz w:val="22"/>
          <w:rtl/>
        </w:rPr>
        <w:t>تفاوت</w:t>
      </w:r>
      <w:r w:rsidRPr="00D914B7">
        <w:rPr>
          <w:sz w:val="22"/>
        </w:rPr>
        <w:t xml:space="preserve"> </w:t>
      </w:r>
      <w:r w:rsidRPr="00D914B7">
        <w:rPr>
          <w:sz w:val="22"/>
          <w:rtl/>
        </w:rPr>
        <w:t>دارد</w:t>
      </w:r>
      <w:r>
        <w:rPr>
          <w:sz w:val="22"/>
          <w:rtl/>
        </w:rPr>
        <w:t>.</w:t>
      </w:r>
      <w:r w:rsidRPr="00D914B7">
        <w:rPr>
          <w:sz w:val="22"/>
        </w:rPr>
        <w:t xml:space="preserve"> </w:t>
      </w:r>
      <w:r w:rsidRPr="00D914B7">
        <w:rPr>
          <w:sz w:val="22"/>
          <w:rtl/>
        </w:rPr>
        <w:t>خواننده</w:t>
      </w:r>
      <w:r w:rsidRPr="00D914B7">
        <w:rPr>
          <w:sz w:val="22"/>
        </w:rPr>
        <w:t xml:space="preserve"> </w:t>
      </w:r>
      <w:r w:rsidRPr="00D914B7">
        <w:rPr>
          <w:sz w:val="22"/>
          <w:rtl/>
        </w:rPr>
        <w:t>ابتدا</w:t>
      </w:r>
      <w:r w:rsidRPr="00D914B7">
        <w:rPr>
          <w:sz w:val="22"/>
        </w:rPr>
        <w:t xml:space="preserve"> </w:t>
      </w:r>
      <w:r w:rsidRPr="00D914B7">
        <w:rPr>
          <w:sz w:val="22"/>
          <w:rtl/>
        </w:rPr>
        <w:t>با</w:t>
      </w:r>
      <w:r w:rsidRPr="00D914B7">
        <w:rPr>
          <w:sz w:val="22"/>
        </w:rPr>
        <w:t xml:space="preserve"> </w:t>
      </w:r>
      <w:r w:rsidRPr="00D914B7">
        <w:rPr>
          <w:sz w:val="22"/>
          <w:rtl/>
        </w:rPr>
        <w:t>بحران</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مسائل</w:t>
      </w:r>
      <w:r w:rsidRPr="00D914B7">
        <w:rPr>
          <w:sz w:val="22"/>
        </w:rPr>
        <w:t xml:space="preserve"> </w:t>
      </w:r>
      <w:r w:rsidRPr="00D914B7">
        <w:rPr>
          <w:sz w:val="22"/>
          <w:rtl/>
        </w:rPr>
        <w:t>ایران</w:t>
      </w:r>
      <w:r w:rsidRPr="00D914B7">
        <w:rPr>
          <w:sz w:val="22"/>
        </w:rPr>
        <w:t xml:space="preserve"> </w:t>
      </w:r>
      <w:r w:rsidRPr="00D914B7">
        <w:rPr>
          <w:sz w:val="22"/>
          <w:rtl/>
        </w:rPr>
        <w:t>امروز</w:t>
      </w:r>
      <w:r w:rsidRPr="00D914B7">
        <w:rPr>
          <w:sz w:val="22"/>
        </w:rPr>
        <w:t xml:space="preserve"> </w:t>
      </w:r>
      <w:r w:rsidRPr="00D914B7">
        <w:rPr>
          <w:sz w:val="22"/>
          <w:rtl/>
        </w:rPr>
        <w:t>روبه</w:t>
      </w:r>
      <w:r w:rsidRPr="00D914B7">
        <w:rPr>
          <w:sz w:val="22"/>
        </w:rPr>
        <w:t>‌</w:t>
      </w:r>
      <w:r w:rsidRPr="00D914B7">
        <w:rPr>
          <w:sz w:val="22"/>
          <w:rtl/>
        </w:rPr>
        <w:t>رو</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سپس</w:t>
      </w:r>
      <w:r w:rsidRPr="00D914B7">
        <w:rPr>
          <w:sz w:val="22"/>
        </w:rPr>
        <w:t xml:space="preserve"> </w:t>
      </w:r>
      <w:r w:rsidRPr="00D914B7">
        <w:rPr>
          <w:sz w:val="22"/>
          <w:rtl/>
        </w:rPr>
        <w:t>برای</w:t>
      </w:r>
      <w:r w:rsidRPr="00D914B7">
        <w:rPr>
          <w:sz w:val="22"/>
        </w:rPr>
        <w:t xml:space="preserve"> </w:t>
      </w:r>
      <w:r w:rsidRPr="00D914B7">
        <w:rPr>
          <w:sz w:val="22"/>
          <w:rtl/>
        </w:rPr>
        <w:t>یافتن</w:t>
      </w:r>
      <w:r w:rsidRPr="00D914B7">
        <w:rPr>
          <w:sz w:val="22"/>
        </w:rPr>
        <w:t xml:space="preserve"> </w:t>
      </w:r>
      <w:r w:rsidRPr="00D914B7">
        <w:rPr>
          <w:sz w:val="22"/>
          <w:rtl/>
        </w:rPr>
        <w:t>ریشه</w:t>
      </w:r>
      <w:r w:rsidRPr="00D914B7">
        <w:rPr>
          <w:sz w:val="22"/>
        </w:rPr>
        <w:t>‌</w:t>
      </w:r>
      <w:r w:rsidRPr="00D914B7">
        <w:rPr>
          <w:sz w:val="22"/>
          <w:rtl/>
        </w:rPr>
        <w:t>های</w:t>
      </w:r>
      <w:r w:rsidRPr="00D914B7">
        <w:rPr>
          <w:sz w:val="22"/>
        </w:rPr>
        <w:t xml:space="preserve"> </w:t>
      </w:r>
      <w:r w:rsidRPr="00D914B7">
        <w:rPr>
          <w:sz w:val="22"/>
          <w:rtl/>
        </w:rPr>
        <w:t>هر</w:t>
      </w:r>
      <w:r w:rsidRPr="00D914B7">
        <w:rPr>
          <w:sz w:val="22"/>
        </w:rPr>
        <w:t xml:space="preserve"> </w:t>
      </w:r>
      <w:r w:rsidRPr="00D914B7">
        <w:rPr>
          <w:sz w:val="22"/>
          <w:rtl/>
        </w:rPr>
        <w:t>مرحله،</w:t>
      </w:r>
      <w:r w:rsidRPr="00D914B7">
        <w:rPr>
          <w:sz w:val="22"/>
        </w:rPr>
        <w:t xml:space="preserve"> </w:t>
      </w:r>
      <w:r w:rsidRPr="00D914B7">
        <w:rPr>
          <w:sz w:val="22"/>
          <w:rtl/>
        </w:rPr>
        <w:t>یک</w:t>
      </w:r>
      <w:r w:rsidRPr="00D914B7">
        <w:rPr>
          <w:sz w:val="22"/>
        </w:rPr>
        <w:t xml:space="preserve"> </w:t>
      </w:r>
      <w:r w:rsidRPr="00D914B7">
        <w:rPr>
          <w:sz w:val="22"/>
          <w:rtl/>
        </w:rPr>
        <w:t>گام</w:t>
      </w:r>
      <w:r w:rsidRPr="00D914B7">
        <w:rPr>
          <w:sz w:val="22"/>
        </w:rPr>
        <w:t xml:space="preserve"> </w:t>
      </w:r>
      <w:r w:rsidRPr="00D914B7">
        <w:rPr>
          <w:sz w:val="22"/>
          <w:rtl/>
        </w:rPr>
        <w:t>به</w:t>
      </w:r>
      <w:r w:rsidRPr="00D914B7">
        <w:rPr>
          <w:sz w:val="22"/>
        </w:rPr>
        <w:t xml:space="preserve"> </w:t>
      </w:r>
      <w:r w:rsidRPr="00D914B7">
        <w:rPr>
          <w:sz w:val="22"/>
          <w:rtl/>
        </w:rPr>
        <w:t>گذشته</w:t>
      </w:r>
      <w:r w:rsidRPr="00D914B7">
        <w:rPr>
          <w:sz w:val="22"/>
        </w:rPr>
        <w:t xml:space="preserve"> </w:t>
      </w:r>
      <w:r w:rsidRPr="00D914B7">
        <w:rPr>
          <w:sz w:val="22"/>
          <w:rtl/>
        </w:rPr>
        <w:t>بازمی</w:t>
      </w:r>
      <w:r w:rsidRPr="00D914B7">
        <w:rPr>
          <w:sz w:val="22"/>
        </w:rPr>
        <w:t>‌</w:t>
      </w:r>
      <w:r w:rsidRPr="00D914B7">
        <w:rPr>
          <w:sz w:val="22"/>
          <w:rtl/>
        </w:rPr>
        <w:t>گردد</w:t>
      </w:r>
      <w:r>
        <w:rPr>
          <w:sz w:val="22"/>
          <w:rtl/>
        </w:rPr>
        <w:t>.</w:t>
      </w:r>
      <w:r w:rsidRPr="00D914B7">
        <w:rPr>
          <w:sz w:val="22"/>
        </w:rPr>
        <w:t xml:space="preserve"> </w:t>
      </w:r>
      <w:r w:rsidRPr="00D914B7">
        <w:rPr>
          <w:sz w:val="22"/>
          <w:rtl/>
        </w:rPr>
        <w:t>حرکت</w:t>
      </w:r>
      <w:r w:rsidRPr="00D914B7">
        <w:rPr>
          <w:sz w:val="22"/>
        </w:rPr>
        <w:t xml:space="preserve"> </w:t>
      </w:r>
      <w:r w:rsidRPr="00D914B7">
        <w:rPr>
          <w:sz w:val="22"/>
          <w:rtl/>
        </w:rPr>
        <w:t>میان</w:t>
      </w:r>
      <w:r w:rsidRPr="00D914B7">
        <w:rPr>
          <w:sz w:val="22"/>
        </w:rPr>
        <w:t xml:space="preserve"> </w:t>
      </w:r>
      <w:r w:rsidRPr="00D914B7">
        <w:rPr>
          <w:sz w:val="22"/>
          <w:rtl/>
        </w:rPr>
        <w:t>جلدها</w:t>
      </w:r>
      <w:r w:rsidRPr="00D914B7">
        <w:rPr>
          <w:sz w:val="22"/>
        </w:rPr>
        <w:t xml:space="preserve"> </w:t>
      </w:r>
      <w:r w:rsidRPr="00D914B7">
        <w:rPr>
          <w:sz w:val="22"/>
          <w:rtl/>
        </w:rPr>
        <w:t>از</w:t>
      </w:r>
      <w:r w:rsidRPr="00D914B7">
        <w:rPr>
          <w:sz w:val="22"/>
        </w:rPr>
        <w:t xml:space="preserve"> </w:t>
      </w:r>
      <w:r w:rsidRPr="00D914B7">
        <w:rPr>
          <w:sz w:val="22"/>
          <w:rtl/>
        </w:rPr>
        <w:t>امروز</w:t>
      </w:r>
      <w:r w:rsidRPr="00D914B7">
        <w:rPr>
          <w:sz w:val="22"/>
        </w:rPr>
        <w:t xml:space="preserve"> </w:t>
      </w:r>
      <w:r w:rsidRPr="00D914B7">
        <w:rPr>
          <w:sz w:val="22"/>
          <w:rtl/>
        </w:rPr>
        <w:t>به</w:t>
      </w:r>
      <w:r w:rsidRPr="00D914B7">
        <w:rPr>
          <w:sz w:val="22"/>
        </w:rPr>
        <w:t xml:space="preserve"> </w:t>
      </w:r>
      <w:r w:rsidRPr="00D914B7">
        <w:rPr>
          <w:sz w:val="22"/>
          <w:rtl/>
        </w:rPr>
        <w:t>گذشته</w:t>
      </w:r>
      <w:r w:rsidRPr="00D914B7">
        <w:rPr>
          <w:sz w:val="22"/>
        </w:rPr>
        <w:t xml:space="preserve"> </w:t>
      </w:r>
      <w:r w:rsidRPr="00D914B7">
        <w:rPr>
          <w:sz w:val="22"/>
          <w:rtl/>
        </w:rPr>
        <w:t>است،</w:t>
      </w:r>
      <w:r w:rsidRPr="00D914B7">
        <w:rPr>
          <w:sz w:val="22"/>
        </w:rPr>
        <w:t xml:space="preserve"> </w:t>
      </w:r>
      <w:r w:rsidRPr="00D914B7">
        <w:rPr>
          <w:sz w:val="22"/>
          <w:rtl/>
        </w:rPr>
        <w:t>اما</w:t>
      </w:r>
      <w:r w:rsidRPr="00D914B7">
        <w:rPr>
          <w:sz w:val="22"/>
        </w:rPr>
        <w:t xml:space="preserve"> </w:t>
      </w:r>
      <w:r w:rsidRPr="00D914B7">
        <w:rPr>
          <w:sz w:val="22"/>
          <w:rtl/>
        </w:rPr>
        <w:t>روایت</w:t>
      </w:r>
      <w:r w:rsidRPr="00D914B7">
        <w:rPr>
          <w:sz w:val="22"/>
        </w:rPr>
        <w:t xml:space="preserve"> </w:t>
      </w:r>
      <w:r w:rsidRPr="00D914B7">
        <w:rPr>
          <w:sz w:val="22"/>
          <w:rtl/>
        </w:rPr>
        <w:t>درون</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از</w:t>
      </w:r>
      <w:r w:rsidRPr="00D914B7">
        <w:rPr>
          <w:sz w:val="22"/>
        </w:rPr>
        <w:t xml:space="preserve"> </w:t>
      </w:r>
      <w:r w:rsidRPr="00D914B7">
        <w:rPr>
          <w:sz w:val="22"/>
          <w:rtl/>
        </w:rPr>
        <w:t>آغاز</w:t>
      </w:r>
      <w:r w:rsidRPr="00D914B7">
        <w:rPr>
          <w:sz w:val="22"/>
        </w:rPr>
        <w:t xml:space="preserve"> </w:t>
      </w:r>
      <w:r w:rsidRPr="00D914B7">
        <w:rPr>
          <w:sz w:val="22"/>
          <w:rtl/>
        </w:rPr>
        <w:t>دوره</w:t>
      </w:r>
      <w:r w:rsidRPr="00D914B7">
        <w:rPr>
          <w:sz w:val="22"/>
        </w:rPr>
        <w:t xml:space="preserve"> </w:t>
      </w:r>
      <w:r w:rsidRPr="00D914B7">
        <w:rPr>
          <w:sz w:val="22"/>
          <w:rtl/>
        </w:rPr>
        <w:t>به</w:t>
      </w:r>
      <w:r w:rsidRPr="00D914B7">
        <w:rPr>
          <w:sz w:val="22"/>
        </w:rPr>
        <w:t xml:space="preserve"> </w:t>
      </w:r>
      <w:r w:rsidRPr="00D914B7">
        <w:rPr>
          <w:sz w:val="22"/>
          <w:rtl/>
        </w:rPr>
        <w:t>پایان</w:t>
      </w:r>
      <w:r w:rsidRPr="00D914B7">
        <w:rPr>
          <w:sz w:val="22"/>
        </w:rPr>
        <w:t xml:space="preserve"> </w:t>
      </w:r>
      <w:r w:rsidRPr="00D914B7">
        <w:rPr>
          <w:sz w:val="22"/>
          <w:rtl/>
        </w:rPr>
        <w:t>آن</w:t>
      </w:r>
      <w:r w:rsidRPr="00D914B7">
        <w:rPr>
          <w:sz w:val="22"/>
        </w:rPr>
        <w:t xml:space="preserve"> </w:t>
      </w:r>
      <w:r w:rsidRPr="00D914B7">
        <w:rPr>
          <w:sz w:val="22"/>
          <w:rtl/>
        </w:rPr>
        <w:t>پیش</w:t>
      </w:r>
      <w:r w:rsidRPr="00D914B7">
        <w:rPr>
          <w:sz w:val="22"/>
        </w:rPr>
        <w:t xml:space="preserve"> </w:t>
      </w:r>
      <w:r w:rsidRPr="00D914B7">
        <w:rPr>
          <w:sz w:val="22"/>
          <w:rtl/>
        </w:rPr>
        <w:t>می</w:t>
      </w:r>
      <w:r w:rsidRPr="00D914B7">
        <w:rPr>
          <w:sz w:val="22"/>
        </w:rPr>
        <w:t>‌</w:t>
      </w:r>
      <w:r w:rsidRPr="00D914B7">
        <w:rPr>
          <w:sz w:val="22"/>
          <w:rtl/>
        </w:rPr>
        <w:t>رود</w:t>
      </w:r>
      <w:r>
        <w:rPr>
          <w:sz w:val="22"/>
          <w:rtl/>
        </w:rPr>
        <w:t>.</w:t>
      </w:r>
      <w:r w:rsidRPr="00D914B7">
        <w:rPr>
          <w:sz w:val="22"/>
        </w:rPr>
        <w:t xml:space="preserve"> </w:t>
      </w:r>
      <w:r w:rsidRPr="00D914B7">
        <w:rPr>
          <w:sz w:val="22"/>
          <w:rtl/>
        </w:rPr>
        <w:t>بدین</w:t>
      </w:r>
      <w:r w:rsidRPr="00D914B7">
        <w:rPr>
          <w:sz w:val="22"/>
        </w:rPr>
        <w:t>‌</w:t>
      </w:r>
      <w:r w:rsidRPr="00D914B7">
        <w:rPr>
          <w:sz w:val="22"/>
          <w:rtl/>
        </w:rPr>
        <w:t>ترتیب،</w:t>
      </w:r>
      <w:r w:rsidRPr="00D914B7">
        <w:rPr>
          <w:sz w:val="22"/>
        </w:rPr>
        <w:t xml:space="preserve"> </w:t>
      </w:r>
      <w:r w:rsidRPr="00D914B7">
        <w:rPr>
          <w:sz w:val="22"/>
          <w:rtl/>
        </w:rPr>
        <w:t>مجموعه</w:t>
      </w:r>
      <w:r w:rsidRPr="00D914B7">
        <w:rPr>
          <w:sz w:val="22"/>
        </w:rPr>
        <w:t xml:space="preserve"> </w:t>
      </w:r>
      <w:r w:rsidRPr="00D914B7">
        <w:rPr>
          <w:sz w:val="22"/>
          <w:rtl/>
        </w:rPr>
        <w:t>در</w:t>
      </w:r>
      <w:r w:rsidRPr="00D914B7">
        <w:rPr>
          <w:sz w:val="22"/>
        </w:rPr>
        <w:t xml:space="preserve"> </w:t>
      </w:r>
      <w:r w:rsidRPr="00D914B7">
        <w:rPr>
          <w:sz w:val="22"/>
          <w:rtl/>
        </w:rPr>
        <w:t>میان</w:t>
      </w:r>
      <w:r w:rsidRPr="00D914B7">
        <w:rPr>
          <w:sz w:val="22"/>
        </w:rPr>
        <w:t xml:space="preserve"> </w:t>
      </w:r>
      <w:r w:rsidRPr="00D914B7">
        <w:rPr>
          <w:sz w:val="22"/>
          <w:rtl/>
        </w:rPr>
        <w:t>جلدها</w:t>
      </w:r>
      <w:r w:rsidRPr="00D914B7">
        <w:rPr>
          <w:sz w:val="22"/>
        </w:rPr>
        <w:t xml:space="preserve"> </w:t>
      </w:r>
      <w:r w:rsidRPr="00D914B7">
        <w:rPr>
          <w:sz w:val="22"/>
          <w:rtl/>
        </w:rPr>
        <w:t>پس</w:t>
      </w:r>
      <w:r w:rsidRPr="00D914B7">
        <w:rPr>
          <w:sz w:val="22"/>
        </w:rPr>
        <w:t>‌</w:t>
      </w:r>
      <w:r w:rsidRPr="00D914B7">
        <w:rPr>
          <w:sz w:val="22"/>
          <w:rtl/>
        </w:rPr>
        <w:t>رونده</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درون</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پیش</w:t>
      </w:r>
      <w:r w:rsidRPr="00D914B7">
        <w:rPr>
          <w:sz w:val="22"/>
        </w:rPr>
        <w:t>‌</w:t>
      </w:r>
      <w:r w:rsidRPr="00D914B7">
        <w:rPr>
          <w:sz w:val="22"/>
          <w:rtl/>
        </w:rPr>
        <w:t>رونده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ساختار</w:t>
      </w:r>
      <w:r w:rsidRPr="00D914B7">
        <w:rPr>
          <w:sz w:val="22"/>
        </w:rPr>
        <w:t xml:space="preserve"> </w:t>
      </w:r>
      <w:r w:rsidRPr="00D914B7">
        <w:rPr>
          <w:sz w:val="22"/>
          <w:rtl/>
        </w:rPr>
        <w:t>به</w:t>
      </w:r>
      <w:r w:rsidRPr="00D914B7">
        <w:rPr>
          <w:sz w:val="22"/>
        </w:rPr>
        <w:t xml:space="preserve"> </w:t>
      </w:r>
      <w:r w:rsidRPr="00D914B7">
        <w:rPr>
          <w:sz w:val="22"/>
          <w:rtl/>
        </w:rPr>
        <w:t>خواننده</w:t>
      </w:r>
      <w:r w:rsidRPr="00D914B7">
        <w:rPr>
          <w:sz w:val="22"/>
        </w:rPr>
        <w:t xml:space="preserve"> </w:t>
      </w:r>
      <w:r w:rsidRPr="00D914B7">
        <w:rPr>
          <w:sz w:val="22"/>
          <w:rtl/>
        </w:rPr>
        <w:t>اجازه</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نخست</w:t>
      </w:r>
      <w:r w:rsidRPr="00D914B7">
        <w:rPr>
          <w:sz w:val="22"/>
        </w:rPr>
        <w:t xml:space="preserve"> </w:t>
      </w:r>
      <w:r w:rsidRPr="00D914B7">
        <w:rPr>
          <w:sz w:val="22"/>
          <w:rtl/>
        </w:rPr>
        <w:t>مسئله</w:t>
      </w:r>
      <w:r w:rsidRPr="00D914B7">
        <w:rPr>
          <w:sz w:val="22"/>
        </w:rPr>
        <w:t>‌</w:t>
      </w:r>
      <w:r w:rsidRPr="00D914B7">
        <w:rPr>
          <w:sz w:val="22"/>
          <w:rtl/>
        </w:rPr>
        <w:t>ای</w:t>
      </w:r>
      <w:r w:rsidRPr="00D914B7">
        <w:rPr>
          <w:sz w:val="22"/>
        </w:rPr>
        <w:t xml:space="preserve"> </w:t>
      </w:r>
      <w:r w:rsidRPr="00D914B7">
        <w:rPr>
          <w:sz w:val="22"/>
          <w:rtl/>
        </w:rPr>
        <w:t>را</w:t>
      </w:r>
      <w:r w:rsidRPr="00D914B7">
        <w:rPr>
          <w:sz w:val="22"/>
        </w:rPr>
        <w:t xml:space="preserve"> </w:t>
      </w:r>
      <w:r w:rsidRPr="00D914B7">
        <w:rPr>
          <w:sz w:val="22"/>
          <w:rtl/>
        </w:rPr>
        <w:t>که</w:t>
      </w:r>
      <w:r w:rsidRPr="00D914B7">
        <w:rPr>
          <w:sz w:val="22"/>
        </w:rPr>
        <w:t xml:space="preserve"> </w:t>
      </w:r>
      <w:r w:rsidRPr="00D914B7">
        <w:rPr>
          <w:sz w:val="22"/>
          <w:rtl/>
        </w:rPr>
        <w:t>آثارش</w:t>
      </w:r>
      <w:r w:rsidRPr="00D914B7">
        <w:rPr>
          <w:sz w:val="22"/>
        </w:rPr>
        <w:t xml:space="preserve"> </w:t>
      </w:r>
      <w:r w:rsidRPr="00D914B7">
        <w:rPr>
          <w:sz w:val="22"/>
          <w:rtl/>
        </w:rPr>
        <w:t>هنوز</w:t>
      </w:r>
      <w:r w:rsidRPr="00D914B7">
        <w:rPr>
          <w:sz w:val="22"/>
        </w:rPr>
        <w:t xml:space="preserve"> </w:t>
      </w:r>
      <w:r w:rsidRPr="00D914B7">
        <w:rPr>
          <w:sz w:val="22"/>
          <w:rtl/>
        </w:rPr>
        <w:t>در</w:t>
      </w:r>
      <w:r w:rsidRPr="00D914B7">
        <w:rPr>
          <w:sz w:val="22"/>
        </w:rPr>
        <w:t xml:space="preserve"> </w:t>
      </w:r>
      <w:r w:rsidRPr="00D914B7">
        <w:rPr>
          <w:sz w:val="22"/>
          <w:rtl/>
        </w:rPr>
        <w:t>زندگی</w:t>
      </w:r>
      <w:r w:rsidRPr="00D914B7">
        <w:rPr>
          <w:sz w:val="22"/>
        </w:rPr>
        <w:t xml:space="preserve"> </w:t>
      </w:r>
      <w:r w:rsidRPr="00D914B7">
        <w:rPr>
          <w:sz w:val="22"/>
          <w:rtl/>
        </w:rPr>
        <w:t>او</w:t>
      </w:r>
      <w:r w:rsidRPr="00D914B7">
        <w:rPr>
          <w:sz w:val="22"/>
        </w:rPr>
        <w:t xml:space="preserve"> </w:t>
      </w:r>
      <w:r w:rsidRPr="00D914B7">
        <w:rPr>
          <w:sz w:val="22"/>
          <w:rtl/>
        </w:rPr>
        <w:t>حضور</w:t>
      </w:r>
      <w:r w:rsidRPr="00D914B7">
        <w:rPr>
          <w:sz w:val="22"/>
        </w:rPr>
        <w:t xml:space="preserve"> </w:t>
      </w:r>
      <w:r w:rsidRPr="00D914B7">
        <w:rPr>
          <w:sz w:val="22"/>
          <w:rtl/>
        </w:rPr>
        <w:t>دارد</w:t>
      </w:r>
      <w:r w:rsidRPr="00D914B7">
        <w:rPr>
          <w:sz w:val="22"/>
        </w:rPr>
        <w:t xml:space="preserve"> </w:t>
      </w:r>
      <w:r w:rsidRPr="00D914B7">
        <w:rPr>
          <w:sz w:val="22"/>
          <w:rtl/>
        </w:rPr>
        <w:t>ببیند</w:t>
      </w:r>
      <w:r w:rsidRPr="00D914B7">
        <w:rPr>
          <w:sz w:val="22"/>
        </w:rPr>
        <w:t xml:space="preserve"> </w:t>
      </w:r>
      <w:r w:rsidRPr="00D914B7">
        <w:rPr>
          <w:sz w:val="22"/>
          <w:rtl/>
        </w:rPr>
        <w:t>و</w:t>
      </w:r>
      <w:r w:rsidRPr="00D914B7">
        <w:rPr>
          <w:sz w:val="22"/>
        </w:rPr>
        <w:t xml:space="preserve"> </w:t>
      </w:r>
      <w:r w:rsidRPr="00D914B7">
        <w:rPr>
          <w:sz w:val="22"/>
          <w:rtl/>
        </w:rPr>
        <w:t>سپس</w:t>
      </w:r>
      <w:r w:rsidRPr="00D914B7">
        <w:rPr>
          <w:sz w:val="22"/>
        </w:rPr>
        <w:t xml:space="preserve"> </w:t>
      </w:r>
      <w:r w:rsidRPr="00D914B7">
        <w:rPr>
          <w:sz w:val="22"/>
          <w:rtl/>
        </w:rPr>
        <w:t>برای</w:t>
      </w:r>
      <w:r w:rsidRPr="00D914B7">
        <w:rPr>
          <w:sz w:val="22"/>
        </w:rPr>
        <w:t xml:space="preserve"> </w:t>
      </w:r>
      <w:r w:rsidRPr="00D914B7">
        <w:rPr>
          <w:sz w:val="22"/>
          <w:rtl/>
        </w:rPr>
        <w:t>شناختن</w:t>
      </w:r>
      <w:r w:rsidRPr="00D914B7">
        <w:rPr>
          <w:sz w:val="22"/>
        </w:rPr>
        <w:t xml:space="preserve"> </w:t>
      </w:r>
      <w:r w:rsidRPr="00D914B7">
        <w:rPr>
          <w:sz w:val="22"/>
          <w:rtl/>
        </w:rPr>
        <w:t>چگونگی</w:t>
      </w:r>
      <w:r w:rsidRPr="00D914B7">
        <w:rPr>
          <w:sz w:val="22"/>
        </w:rPr>
        <w:t xml:space="preserve"> </w:t>
      </w:r>
      <w:r w:rsidRPr="00D914B7">
        <w:rPr>
          <w:sz w:val="22"/>
          <w:rtl/>
        </w:rPr>
        <w:t>پیدایش</w:t>
      </w:r>
      <w:r w:rsidRPr="00D914B7">
        <w:rPr>
          <w:sz w:val="22"/>
        </w:rPr>
        <w:t xml:space="preserve"> </w:t>
      </w:r>
      <w:r w:rsidRPr="00D914B7">
        <w:rPr>
          <w:sz w:val="22"/>
          <w:rtl/>
        </w:rPr>
        <w:t>آن</w:t>
      </w:r>
      <w:r w:rsidRPr="00D914B7">
        <w:rPr>
          <w:sz w:val="22"/>
        </w:rPr>
        <w:t xml:space="preserve"> </w:t>
      </w:r>
      <w:r w:rsidRPr="00D914B7">
        <w:rPr>
          <w:sz w:val="22"/>
          <w:rtl/>
        </w:rPr>
        <w:t>به</w:t>
      </w:r>
      <w:r w:rsidRPr="00D914B7">
        <w:rPr>
          <w:sz w:val="22"/>
        </w:rPr>
        <w:t xml:space="preserve"> </w:t>
      </w:r>
      <w:r w:rsidRPr="00D914B7">
        <w:rPr>
          <w:sz w:val="22"/>
          <w:rtl/>
        </w:rPr>
        <w:t>لایه</w:t>
      </w:r>
      <w:r w:rsidRPr="00D914B7">
        <w:rPr>
          <w:sz w:val="22"/>
        </w:rPr>
        <w:t>‌</w:t>
      </w:r>
      <w:r w:rsidRPr="00D914B7">
        <w:rPr>
          <w:sz w:val="22"/>
          <w:rtl/>
        </w:rPr>
        <w:t>های</w:t>
      </w:r>
      <w:r w:rsidRPr="00D914B7">
        <w:rPr>
          <w:sz w:val="22"/>
        </w:rPr>
        <w:t xml:space="preserve"> </w:t>
      </w:r>
      <w:r w:rsidRPr="00D914B7">
        <w:rPr>
          <w:sz w:val="22"/>
          <w:rtl/>
        </w:rPr>
        <w:t>پیشین</w:t>
      </w:r>
      <w:r w:rsidRPr="00D914B7">
        <w:rPr>
          <w:sz w:val="22"/>
        </w:rPr>
        <w:t xml:space="preserve"> </w:t>
      </w:r>
      <w:r w:rsidRPr="00D914B7">
        <w:rPr>
          <w:sz w:val="22"/>
          <w:rtl/>
        </w:rPr>
        <w:t>تاریخ</w:t>
      </w:r>
      <w:r w:rsidRPr="00D914B7">
        <w:rPr>
          <w:sz w:val="22"/>
        </w:rPr>
        <w:t xml:space="preserve"> </w:t>
      </w:r>
      <w:r w:rsidRPr="00D914B7">
        <w:rPr>
          <w:sz w:val="22"/>
          <w:rtl/>
        </w:rPr>
        <w:t>بازگردد</w:t>
      </w:r>
      <w:r>
        <w:rPr>
          <w:sz w:val="22"/>
          <w:rtl/>
        </w:rPr>
        <w:t>.</w:t>
      </w:r>
    </w:p>
    <w:p w:rsidR="00987F03" w:rsidRPr="00D914B7" w:rsidRDefault="00987F03" w:rsidP="00987F03">
      <w:pPr>
        <w:bidi/>
        <w:ind w:firstLine="720"/>
        <w:rPr>
          <w:sz w:val="22"/>
        </w:rPr>
      </w:pPr>
      <w:r w:rsidRPr="00D914B7">
        <w:rPr>
          <w:sz w:val="22"/>
          <w:rtl/>
        </w:rPr>
        <w:t>استقلال</w:t>
      </w:r>
      <w:r w:rsidRPr="00D914B7">
        <w:rPr>
          <w:sz w:val="22"/>
        </w:rPr>
        <w:t xml:space="preserve"> </w:t>
      </w:r>
      <w:r w:rsidRPr="00D914B7">
        <w:rPr>
          <w:sz w:val="22"/>
          <w:rtl/>
        </w:rPr>
        <w:t>جلدها</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گسست</w:t>
      </w:r>
      <w:r w:rsidRPr="00D914B7">
        <w:rPr>
          <w:sz w:val="22"/>
        </w:rPr>
        <w:t xml:space="preserve"> </w:t>
      </w:r>
      <w:r w:rsidRPr="00D914B7">
        <w:rPr>
          <w:sz w:val="22"/>
          <w:rtl/>
        </w:rPr>
        <w:t>آنها</w:t>
      </w:r>
      <w:r w:rsidRPr="00D914B7">
        <w:rPr>
          <w:sz w:val="22"/>
        </w:rPr>
        <w:t xml:space="preserve"> </w:t>
      </w:r>
      <w:r w:rsidRPr="00D914B7">
        <w:rPr>
          <w:sz w:val="22"/>
          <w:rtl/>
        </w:rPr>
        <w:t>از</w:t>
      </w:r>
      <w:r w:rsidRPr="00D914B7">
        <w:rPr>
          <w:sz w:val="22"/>
        </w:rPr>
        <w:t xml:space="preserve"> </w:t>
      </w:r>
      <w:r w:rsidRPr="00D914B7">
        <w:rPr>
          <w:sz w:val="22"/>
          <w:rtl/>
        </w:rPr>
        <w:t>یکدیگر</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حلقه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یک</w:t>
      </w:r>
      <w:r w:rsidRPr="00D914B7">
        <w:rPr>
          <w:sz w:val="22"/>
        </w:rPr>
        <w:t xml:space="preserve"> </w:t>
      </w:r>
      <w:r w:rsidRPr="00D914B7">
        <w:rPr>
          <w:sz w:val="22"/>
          <w:rtl/>
        </w:rPr>
        <w:t>استدلال</w:t>
      </w:r>
      <w:r w:rsidRPr="00D914B7">
        <w:rPr>
          <w:sz w:val="22"/>
        </w:rPr>
        <w:t xml:space="preserve"> </w:t>
      </w:r>
      <w:r w:rsidRPr="00D914B7">
        <w:rPr>
          <w:sz w:val="22"/>
          <w:rtl/>
        </w:rPr>
        <w:t>مشترک</w:t>
      </w:r>
      <w:r w:rsidRPr="00D914B7">
        <w:rPr>
          <w:sz w:val="22"/>
        </w:rPr>
        <w:t xml:space="preserve"> </w:t>
      </w:r>
      <w:r w:rsidRPr="00D914B7">
        <w:rPr>
          <w:sz w:val="22"/>
          <w:rtl/>
        </w:rPr>
        <w:t>است</w:t>
      </w:r>
      <w:r w:rsidRPr="00D914B7">
        <w:rPr>
          <w:sz w:val="22"/>
        </w:rPr>
        <w:t xml:space="preserve">: </w:t>
      </w:r>
      <w:r w:rsidRPr="00D914B7">
        <w:rPr>
          <w:sz w:val="22"/>
          <w:rtl/>
        </w:rPr>
        <w:t>ساخته</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پرداخته</w:t>
      </w:r>
      <w:r w:rsidRPr="00D914B7">
        <w:rPr>
          <w:sz w:val="22"/>
        </w:rPr>
        <w:t>‌</w:t>
      </w:r>
      <w:r w:rsidRPr="00D914B7">
        <w:rPr>
          <w:sz w:val="22"/>
          <w:rtl/>
        </w:rPr>
        <w:t>های</w:t>
      </w:r>
      <w:r w:rsidRPr="00D914B7">
        <w:rPr>
          <w:sz w:val="22"/>
        </w:rPr>
        <w:t xml:space="preserve"> </w:t>
      </w:r>
      <w:r w:rsidRPr="00D914B7">
        <w:rPr>
          <w:sz w:val="22"/>
          <w:rtl/>
        </w:rPr>
        <w:t>بشری</w:t>
      </w:r>
      <w:r w:rsidRPr="00D914B7">
        <w:rPr>
          <w:sz w:val="22"/>
        </w:rPr>
        <w:t xml:space="preserve"> </w:t>
      </w:r>
      <w:r w:rsidRPr="00D914B7">
        <w:rPr>
          <w:sz w:val="22"/>
          <w:rtl/>
        </w:rPr>
        <w:t>در</w:t>
      </w:r>
      <w:r w:rsidRPr="00D914B7">
        <w:rPr>
          <w:sz w:val="22"/>
        </w:rPr>
        <w:t xml:space="preserve"> </w:t>
      </w:r>
      <w:r w:rsidRPr="00D914B7">
        <w:rPr>
          <w:sz w:val="22"/>
          <w:rtl/>
        </w:rPr>
        <w:t>پاسخ</w:t>
      </w:r>
      <w:r w:rsidRPr="00D914B7">
        <w:rPr>
          <w:sz w:val="22"/>
        </w:rPr>
        <w:t xml:space="preserve"> </w:t>
      </w:r>
      <w:r w:rsidRPr="00D914B7">
        <w:rPr>
          <w:sz w:val="22"/>
          <w:rtl/>
        </w:rPr>
        <w:t>به</w:t>
      </w:r>
      <w:r w:rsidRPr="00D914B7">
        <w:rPr>
          <w:sz w:val="22"/>
        </w:rPr>
        <w:t xml:space="preserve"> </w:t>
      </w:r>
      <w:r>
        <w:rPr>
          <w:rFonts w:hint="cs"/>
          <w:sz w:val="22"/>
          <w:rtl/>
        </w:rPr>
        <w:t>«</w:t>
      </w:r>
      <w:r w:rsidRPr="00D914B7">
        <w:rPr>
          <w:sz w:val="22"/>
          <w:rtl/>
        </w:rPr>
        <w:t>نیاز</w:t>
      </w:r>
      <w:r w:rsidRPr="00D914B7">
        <w:rPr>
          <w:sz w:val="22"/>
        </w:rPr>
        <w:t xml:space="preserve"> </w:t>
      </w:r>
      <w:r w:rsidRPr="00D914B7">
        <w:rPr>
          <w:sz w:val="22"/>
          <w:rtl/>
        </w:rPr>
        <w:t>برای</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Pr>
          <w:rFonts w:hint="cs"/>
          <w:sz w:val="22"/>
          <w:rtl/>
        </w:rPr>
        <w:t>»</w:t>
      </w:r>
      <w:r w:rsidRPr="00D914B7">
        <w:rPr>
          <w:sz w:val="22"/>
        </w:rPr>
        <w:t xml:space="preserve"> </w:t>
      </w:r>
      <w:r w:rsidRPr="00D914B7">
        <w:rPr>
          <w:sz w:val="22"/>
          <w:rtl/>
        </w:rPr>
        <w:t>پدید</w:t>
      </w:r>
      <w:r w:rsidRPr="00D914B7">
        <w:rPr>
          <w:sz w:val="22"/>
        </w:rPr>
        <w:t xml:space="preserve"> </w:t>
      </w:r>
      <w:r w:rsidRPr="00D914B7">
        <w:rPr>
          <w:sz w:val="22"/>
          <w:rtl/>
        </w:rPr>
        <w:t>آمده</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هر</w:t>
      </w:r>
      <w:r w:rsidRPr="00D914B7">
        <w:rPr>
          <w:sz w:val="22"/>
        </w:rPr>
        <w:t xml:space="preserve"> </w:t>
      </w:r>
      <w:r w:rsidRPr="00D914B7">
        <w:rPr>
          <w:sz w:val="22"/>
          <w:rtl/>
        </w:rPr>
        <w:t>نهاد</w:t>
      </w:r>
      <w:r w:rsidRPr="00D914B7">
        <w:rPr>
          <w:sz w:val="22"/>
        </w:rPr>
        <w:t xml:space="preserve"> </w:t>
      </w:r>
      <w:r w:rsidRPr="00D914B7">
        <w:rPr>
          <w:sz w:val="22"/>
          <w:rtl/>
        </w:rPr>
        <w:t>را</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با</w:t>
      </w:r>
      <w:r w:rsidRPr="00D914B7">
        <w:rPr>
          <w:sz w:val="22"/>
        </w:rPr>
        <w:t xml:space="preserve"> </w:t>
      </w:r>
      <w:r w:rsidRPr="00D914B7">
        <w:rPr>
          <w:sz w:val="22"/>
          <w:rtl/>
        </w:rPr>
        <w:t>دگرگونی</w:t>
      </w:r>
      <w:r w:rsidRPr="00D914B7">
        <w:rPr>
          <w:sz w:val="22"/>
        </w:rPr>
        <w:t>‌</w:t>
      </w:r>
      <w:r w:rsidRPr="00D914B7">
        <w:rPr>
          <w:sz w:val="22"/>
          <w:rtl/>
        </w:rPr>
        <w:t>های</w:t>
      </w:r>
      <w:r w:rsidRPr="00D914B7">
        <w:rPr>
          <w:sz w:val="22"/>
        </w:rPr>
        <w:t xml:space="preserve"> </w:t>
      </w:r>
      <w:r w:rsidRPr="00D914B7">
        <w:rPr>
          <w:sz w:val="22"/>
          <w:rtl/>
        </w:rPr>
        <w:t>بسیار،</w:t>
      </w:r>
      <w:r w:rsidRPr="00D914B7">
        <w:rPr>
          <w:sz w:val="22"/>
        </w:rPr>
        <w:t xml:space="preserve"> </w:t>
      </w:r>
      <w:r w:rsidRPr="00D914B7">
        <w:rPr>
          <w:sz w:val="22"/>
          <w:rtl/>
        </w:rPr>
        <w:t>تا</w:t>
      </w:r>
      <w:r w:rsidRPr="00D914B7">
        <w:rPr>
          <w:sz w:val="22"/>
        </w:rPr>
        <w:t xml:space="preserve"> </w:t>
      </w:r>
      <w:r w:rsidRPr="00D914B7">
        <w:rPr>
          <w:sz w:val="22"/>
          <w:rtl/>
        </w:rPr>
        <w:t>مراحل</w:t>
      </w:r>
      <w:r w:rsidRPr="00D914B7">
        <w:rPr>
          <w:sz w:val="22"/>
        </w:rPr>
        <w:t xml:space="preserve"> </w:t>
      </w:r>
      <w:r w:rsidRPr="00D914B7">
        <w:rPr>
          <w:sz w:val="22"/>
          <w:rtl/>
        </w:rPr>
        <w:t>دورتر</w:t>
      </w:r>
      <w:r w:rsidRPr="00D914B7">
        <w:rPr>
          <w:sz w:val="22"/>
        </w:rPr>
        <w:t xml:space="preserve"> </w:t>
      </w:r>
      <w:r w:rsidRPr="00D914B7">
        <w:rPr>
          <w:sz w:val="22"/>
          <w:rtl/>
        </w:rPr>
        <w:t>زندگی</w:t>
      </w:r>
      <w:r w:rsidRPr="00D914B7">
        <w:rPr>
          <w:sz w:val="22"/>
        </w:rPr>
        <w:t xml:space="preserve"> </w:t>
      </w:r>
      <w:r w:rsidRPr="00D914B7">
        <w:rPr>
          <w:sz w:val="22"/>
          <w:rtl/>
        </w:rPr>
        <w:t>اجتماعی</w:t>
      </w:r>
      <w:r w:rsidRPr="00D914B7">
        <w:rPr>
          <w:sz w:val="22"/>
        </w:rPr>
        <w:t xml:space="preserve"> </w:t>
      </w:r>
      <w:r w:rsidRPr="00D914B7">
        <w:rPr>
          <w:sz w:val="22"/>
          <w:rtl/>
        </w:rPr>
        <w:t>تعقیب</w:t>
      </w:r>
      <w:r w:rsidRPr="00D914B7">
        <w:rPr>
          <w:sz w:val="22"/>
        </w:rPr>
        <w:t xml:space="preserve"> </w:t>
      </w:r>
      <w:r>
        <w:rPr>
          <w:sz w:val="22"/>
          <w:rtl/>
        </w:rPr>
        <w:t>کر</w:t>
      </w:r>
      <w:r>
        <w:rPr>
          <w:rFonts w:hint="cs"/>
          <w:sz w:val="22"/>
          <w:rtl/>
        </w:rPr>
        <w:t>د.</w:t>
      </w:r>
      <w:r w:rsidRPr="00D914B7">
        <w:rPr>
          <w:sz w:val="22"/>
        </w:rPr>
        <w:t xml:space="preserve"> </w:t>
      </w:r>
      <w:r w:rsidRPr="00D914B7">
        <w:rPr>
          <w:sz w:val="22"/>
          <w:rtl/>
        </w:rPr>
        <w:t>سلطنت،</w:t>
      </w:r>
      <w:r w:rsidRPr="00D914B7">
        <w:rPr>
          <w:sz w:val="22"/>
        </w:rPr>
        <w:t xml:space="preserve"> </w:t>
      </w:r>
      <w:r w:rsidRPr="00D914B7">
        <w:rPr>
          <w:sz w:val="22"/>
          <w:rtl/>
        </w:rPr>
        <w:t>قشون،</w:t>
      </w:r>
      <w:r w:rsidRPr="00D914B7">
        <w:rPr>
          <w:sz w:val="22"/>
        </w:rPr>
        <w:t xml:space="preserve"> </w:t>
      </w:r>
      <w:r w:rsidRPr="00D914B7">
        <w:rPr>
          <w:sz w:val="22"/>
          <w:rtl/>
        </w:rPr>
        <w:t>دینکاری</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صورت</w:t>
      </w:r>
      <w:r w:rsidRPr="00D914B7">
        <w:rPr>
          <w:sz w:val="22"/>
        </w:rPr>
        <w:t>‌</w:t>
      </w:r>
      <w:r w:rsidRPr="00D914B7">
        <w:rPr>
          <w:sz w:val="22"/>
          <w:rtl/>
        </w:rPr>
        <w:t>های</w:t>
      </w:r>
      <w:r w:rsidRPr="00D914B7">
        <w:rPr>
          <w:sz w:val="22"/>
        </w:rPr>
        <w:t xml:space="preserve"> </w:t>
      </w:r>
      <w:r w:rsidRPr="00D914B7">
        <w:rPr>
          <w:sz w:val="22"/>
          <w:rtl/>
        </w:rPr>
        <w:t>ثابت</w:t>
      </w:r>
      <w:r w:rsidRPr="00D914B7">
        <w:rPr>
          <w:sz w:val="22"/>
        </w:rPr>
        <w:t xml:space="preserve"> </w:t>
      </w:r>
      <w:r w:rsidRPr="00D914B7">
        <w:rPr>
          <w:sz w:val="22"/>
          <w:rtl/>
        </w:rPr>
        <w:t>و</w:t>
      </w:r>
      <w:r w:rsidRPr="00D914B7">
        <w:rPr>
          <w:sz w:val="22"/>
        </w:rPr>
        <w:t xml:space="preserve"> </w:t>
      </w:r>
      <w:r w:rsidRPr="00D914B7">
        <w:rPr>
          <w:sz w:val="22"/>
          <w:rtl/>
        </w:rPr>
        <w:t>تغییرناپذیر</w:t>
      </w:r>
      <w:r w:rsidRPr="00D914B7">
        <w:rPr>
          <w:sz w:val="22"/>
        </w:rPr>
        <w:t xml:space="preserve"> </w:t>
      </w:r>
      <w:r w:rsidRPr="00D914B7">
        <w:rPr>
          <w:sz w:val="22"/>
          <w:rtl/>
        </w:rPr>
        <w:t>نداشته</w:t>
      </w:r>
      <w:r w:rsidRPr="00D914B7">
        <w:rPr>
          <w:sz w:val="22"/>
        </w:rPr>
        <w:t>‌</w:t>
      </w:r>
      <w:r w:rsidRPr="00D914B7">
        <w:rPr>
          <w:sz w:val="22"/>
          <w:rtl/>
        </w:rPr>
        <w:t>اند</w:t>
      </w:r>
      <w:r>
        <w:rPr>
          <w:rFonts w:hint="cs"/>
          <w:sz w:val="22"/>
          <w:rtl/>
        </w:rPr>
        <w:t xml:space="preserve">. </w:t>
      </w:r>
      <w:r w:rsidRPr="00D914B7">
        <w:rPr>
          <w:sz w:val="22"/>
          <w:rtl/>
        </w:rPr>
        <w:t>هر</w:t>
      </w:r>
      <w:r w:rsidRPr="00D914B7">
        <w:rPr>
          <w:sz w:val="22"/>
        </w:rPr>
        <w:t xml:space="preserve"> </w:t>
      </w:r>
      <w:r w:rsidRPr="00D914B7">
        <w:rPr>
          <w:sz w:val="22"/>
          <w:rtl/>
        </w:rPr>
        <w:t>یک</w:t>
      </w:r>
      <w:r w:rsidRPr="00D914B7">
        <w:rPr>
          <w:sz w:val="22"/>
        </w:rPr>
        <w:t xml:space="preserve"> </w:t>
      </w:r>
      <w:r w:rsidRPr="00D914B7">
        <w:rPr>
          <w:sz w:val="22"/>
          <w:rtl/>
        </w:rPr>
        <w:t>در</w:t>
      </w:r>
      <w:r w:rsidRPr="00D914B7">
        <w:rPr>
          <w:sz w:val="22"/>
        </w:rPr>
        <w:t xml:space="preserve"> </w:t>
      </w:r>
      <w:r w:rsidRPr="00D914B7">
        <w:rPr>
          <w:sz w:val="22"/>
          <w:rtl/>
        </w:rPr>
        <w:t>پاسخ</w:t>
      </w:r>
      <w:r w:rsidRPr="00D914B7">
        <w:rPr>
          <w:sz w:val="22"/>
        </w:rPr>
        <w:t xml:space="preserve"> </w:t>
      </w:r>
      <w:r w:rsidRPr="00D914B7">
        <w:rPr>
          <w:sz w:val="22"/>
          <w:rtl/>
        </w:rPr>
        <w:t>به</w:t>
      </w:r>
      <w:r w:rsidRPr="00D914B7">
        <w:rPr>
          <w:sz w:val="22"/>
        </w:rPr>
        <w:t xml:space="preserve"> </w:t>
      </w:r>
      <w:r w:rsidRPr="00D914B7">
        <w:rPr>
          <w:sz w:val="22"/>
          <w:rtl/>
        </w:rPr>
        <w:t>نیازهای</w:t>
      </w:r>
      <w:r w:rsidRPr="00D914B7">
        <w:rPr>
          <w:sz w:val="22"/>
        </w:rPr>
        <w:t xml:space="preserve"> </w:t>
      </w:r>
      <w:r w:rsidRPr="00D914B7">
        <w:rPr>
          <w:sz w:val="22"/>
          <w:rtl/>
        </w:rPr>
        <w:t>تازه</w:t>
      </w:r>
      <w:r w:rsidRPr="00D914B7">
        <w:rPr>
          <w:sz w:val="22"/>
        </w:rPr>
        <w:t xml:space="preserve"> </w:t>
      </w:r>
      <w:r w:rsidRPr="00D914B7">
        <w:rPr>
          <w:sz w:val="22"/>
          <w:rtl/>
        </w:rPr>
        <w:t>شکل</w:t>
      </w:r>
      <w:r w:rsidRPr="00D914B7">
        <w:rPr>
          <w:sz w:val="22"/>
        </w:rPr>
        <w:t xml:space="preserve"> </w:t>
      </w:r>
      <w:r w:rsidRPr="00D914B7">
        <w:rPr>
          <w:sz w:val="22"/>
          <w:rtl/>
        </w:rPr>
        <w:t>دیگری</w:t>
      </w:r>
      <w:r w:rsidRPr="00D914B7">
        <w:rPr>
          <w:sz w:val="22"/>
        </w:rPr>
        <w:t xml:space="preserve"> </w:t>
      </w:r>
      <w:r w:rsidRPr="00D914B7">
        <w:rPr>
          <w:sz w:val="22"/>
          <w:rtl/>
        </w:rPr>
        <w:t>یافته،</w:t>
      </w:r>
      <w:r w:rsidRPr="00D914B7">
        <w:rPr>
          <w:sz w:val="22"/>
        </w:rPr>
        <w:t xml:space="preserve"> </w:t>
      </w:r>
      <w:r w:rsidRPr="00D914B7">
        <w:rPr>
          <w:sz w:val="22"/>
          <w:rtl/>
        </w:rPr>
        <w:t>با</w:t>
      </w:r>
      <w:r w:rsidRPr="00D914B7">
        <w:rPr>
          <w:sz w:val="22"/>
        </w:rPr>
        <w:t xml:space="preserve"> </w:t>
      </w:r>
      <w:r w:rsidRPr="00D914B7">
        <w:rPr>
          <w:sz w:val="22"/>
          <w:rtl/>
        </w:rPr>
        <w:t>نیروهای</w:t>
      </w:r>
      <w:r w:rsidRPr="00D914B7">
        <w:rPr>
          <w:sz w:val="22"/>
        </w:rPr>
        <w:t xml:space="preserve"> </w:t>
      </w:r>
      <w:r w:rsidRPr="00D914B7">
        <w:rPr>
          <w:sz w:val="22"/>
          <w:rtl/>
        </w:rPr>
        <w:t>دیگر</w:t>
      </w:r>
      <w:r w:rsidRPr="00D914B7">
        <w:rPr>
          <w:sz w:val="22"/>
        </w:rPr>
        <w:t xml:space="preserve"> </w:t>
      </w:r>
      <w:r w:rsidRPr="00D914B7">
        <w:rPr>
          <w:sz w:val="22"/>
          <w:rtl/>
        </w:rPr>
        <w:t>درآمیخته</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علیه</w:t>
      </w:r>
      <w:r w:rsidRPr="00D914B7">
        <w:rPr>
          <w:sz w:val="22"/>
        </w:rPr>
        <w:t xml:space="preserve"> </w:t>
      </w:r>
      <w:r w:rsidRPr="00D914B7">
        <w:rPr>
          <w:sz w:val="22"/>
          <w:rtl/>
        </w:rPr>
        <w:t>آنها</w:t>
      </w:r>
      <w:r w:rsidRPr="00D914B7">
        <w:rPr>
          <w:sz w:val="22"/>
        </w:rPr>
        <w:t xml:space="preserve"> </w:t>
      </w:r>
      <w:r w:rsidRPr="00D914B7">
        <w:rPr>
          <w:sz w:val="22"/>
          <w:rtl/>
        </w:rPr>
        <w:t>برخاسته</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به</w:t>
      </w:r>
      <w:r w:rsidRPr="00D914B7">
        <w:rPr>
          <w:sz w:val="22"/>
        </w:rPr>
        <w:t xml:space="preserve"> </w:t>
      </w:r>
      <w:r w:rsidRPr="00D914B7">
        <w:rPr>
          <w:sz w:val="22"/>
          <w:rtl/>
        </w:rPr>
        <w:t>همین</w:t>
      </w:r>
      <w:r w:rsidRPr="00D914B7">
        <w:rPr>
          <w:sz w:val="22"/>
        </w:rPr>
        <w:t xml:space="preserve"> </w:t>
      </w:r>
      <w:r w:rsidRPr="00D914B7">
        <w:rPr>
          <w:sz w:val="22"/>
          <w:rtl/>
        </w:rPr>
        <w:t>دلیل،</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پیشگفتار</w:t>
      </w:r>
      <w:r w:rsidRPr="00D914B7">
        <w:rPr>
          <w:sz w:val="22"/>
        </w:rPr>
        <w:t xml:space="preserve"> </w:t>
      </w:r>
      <w:r w:rsidRPr="00D914B7">
        <w:rPr>
          <w:sz w:val="22"/>
          <w:rtl/>
        </w:rPr>
        <w:t>مشترک،</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پیشگفتاری</w:t>
      </w:r>
      <w:r w:rsidRPr="00D914B7">
        <w:rPr>
          <w:sz w:val="22"/>
        </w:rPr>
        <w:t xml:space="preserve"> </w:t>
      </w:r>
      <w:r w:rsidRPr="00D914B7">
        <w:rPr>
          <w:sz w:val="22"/>
          <w:rtl/>
        </w:rPr>
        <w:t>اختصاصی</w:t>
      </w:r>
      <w:r>
        <w:rPr>
          <w:rFonts w:hint="cs"/>
          <w:sz w:val="22"/>
          <w:rtl/>
        </w:rPr>
        <w:t xml:space="preserve"> نیز</w:t>
      </w:r>
      <w:r w:rsidRPr="00D914B7">
        <w:rPr>
          <w:sz w:val="22"/>
        </w:rPr>
        <w:t xml:space="preserve"> </w:t>
      </w:r>
      <w:r w:rsidRPr="00D914B7">
        <w:rPr>
          <w:sz w:val="22"/>
          <w:rtl/>
        </w:rPr>
        <w:t>دارد</w:t>
      </w:r>
      <w:r w:rsidRPr="00D914B7">
        <w:rPr>
          <w:sz w:val="22"/>
        </w:rPr>
        <w:t xml:space="preserve"> </w:t>
      </w:r>
      <w:r w:rsidRPr="00D914B7">
        <w:rPr>
          <w:sz w:val="22"/>
          <w:rtl/>
        </w:rPr>
        <w:t>که</w:t>
      </w:r>
      <w:r w:rsidRPr="00D914B7">
        <w:rPr>
          <w:sz w:val="22"/>
        </w:rPr>
        <w:t xml:space="preserve"> </w:t>
      </w:r>
      <w:r w:rsidRPr="00D914B7">
        <w:rPr>
          <w:sz w:val="22"/>
          <w:rtl/>
        </w:rPr>
        <w:t>مرز</w:t>
      </w:r>
      <w:r w:rsidRPr="00D914B7">
        <w:rPr>
          <w:sz w:val="22"/>
        </w:rPr>
        <w:t xml:space="preserve"> </w:t>
      </w:r>
      <w:r w:rsidRPr="00D914B7">
        <w:rPr>
          <w:sz w:val="22"/>
          <w:rtl/>
        </w:rPr>
        <w:t>زمانی،</w:t>
      </w:r>
      <w:r w:rsidRPr="00D914B7">
        <w:rPr>
          <w:sz w:val="22"/>
        </w:rPr>
        <w:t xml:space="preserve"> </w:t>
      </w:r>
      <w:r w:rsidRPr="00D914B7">
        <w:rPr>
          <w:sz w:val="22"/>
          <w:rtl/>
        </w:rPr>
        <w:t>پرسش</w:t>
      </w:r>
      <w:r w:rsidRPr="00D914B7">
        <w:rPr>
          <w:sz w:val="22"/>
        </w:rPr>
        <w:t xml:space="preserve"> </w:t>
      </w:r>
      <w:r w:rsidRPr="00D914B7">
        <w:rPr>
          <w:sz w:val="22"/>
          <w:rtl/>
        </w:rPr>
        <w:t>مرکزی</w:t>
      </w:r>
      <w:r w:rsidRPr="00D914B7">
        <w:rPr>
          <w:sz w:val="22"/>
        </w:rPr>
        <w:t xml:space="preserve"> </w:t>
      </w:r>
      <w:r w:rsidRPr="00D914B7">
        <w:rPr>
          <w:sz w:val="22"/>
          <w:rtl/>
        </w:rPr>
        <w:t>و</w:t>
      </w:r>
      <w:r w:rsidRPr="00D914B7">
        <w:rPr>
          <w:sz w:val="22"/>
        </w:rPr>
        <w:t xml:space="preserve"> </w:t>
      </w:r>
      <w:r w:rsidRPr="00D914B7">
        <w:rPr>
          <w:sz w:val="22"/>
          <w:rtl/>
        </w:rPr>
        <w:t>جایگاه</w:t>
      </w:r>
      <w:r w:rsidRPr="00D914B7">
        <w:rPr>
          <w:sz w:val="22"/>
        </w:rPr>
        <w:t xml:space="preserve"> </w:t>
      </w:r>
      <w:r w:rsidRPr="00D914B7">
        <w:rPr>
          <w:sz w:val="22"/>
          <w:rtl/>
        </w:rPr>
        <w:t>همان</w:t>
      </w:r>
      <w:r w:rsidRPr="00D914B7">
        <w:rPr>
          <w:sz w:val="22"/>
        </w:rPr>
        <w:t xml:space="preserve"> </w:t>
      </w:r>
      <w:r w:rsidRPr="00D914B7">
        <w:rPr>
          <w:sz w:val="22"/>
          <w:rtl/>
        </w:rPr>
        <w:t>دوره</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استدلال</w:t>
      </w:r>
      <w:r w:rsidRPr="00D914B7">
        <w:rPr>
          <w:sz w:val="22"/>
        </w:rPr>
        <w:t xml:space="preserve"> </w:t>
      </w:r>
      <w:r w:rsidRPr="00D914B7">
        <w:rPr>
          <w:sz w:val="22"/>
          <w:rtl/>
        </w:rPr>
        <w:t>مجموعه</w:t>
      </w:r>
      <w:r w:rsidRPr="00D914B7">
        <w:rPr>
          <w:sz w:val="22"/>
        </w:rPr>
        <w:t xml:space="preserve"> </w:t>
      </w:r>
      <w:r w:rsidRPr="00D914B7">
        <w:rPr>
          <w:sz w:val="22"/>
          <w:rtl/>
        </w:rPr>
        <w:t>توضیح</w:t>
      </w:r>
      <w:r w:rsidRPr="00D914B7">
        <w:rPr>
          <w:sz w:val="22"/>
        </w:rPr>
        <w:t xml:space="preserve"> </w:t>
      </w:r>
      <w:r w:rsidRPr="00D914B7">
        <w:rPr>
          <w:sz w:val="22"/>
          <w:rtl/>
        </w:rPr>
        <w:t>می</w:t>
      </w:r>
      <w:r w:rsidRPr="00D914B7">
        <w:rPr>
          <w:sz w:val="22"/>
        </w:rPr>
        <w:t>‌</w:t>
      </w:r>
      <w:r w:rsidRPr="00D914B7">
        <w:rPr>
          <w:sz w:val="22"/>
          <w:rtl/>
        </w:rPr>
        <w:t>دهد</w:t>
      </w:r>
      <w:r>
        <w:rPr>
          <w:rFonts w:hint="cs"/>
          <w:sz w:val="22"/>
          <w:rtl/>
        </w:rPr>
        <w:t xml:space="preserve">. </w:t>
      </w:r>
      <w:r w:rsidRPr="00D914B7">
        <w:rPr>
          <w:sz w:val="22"/>
          <w:rtl/>
        </w:rPr>
        <w:t>پیشگفتار</w:t>
      </w:r>
      <w:r w:rsidRPr="00D914B7">
        <w:rPr>
          <w:sz w:val="22"/>
        </w:rPr>
        <w:t xml:space="preserve"> </w:t>
      </w:r>
      <w:r w:rsidRPr="00D914B7">
        <w:rPr>
          <w:sz w:val="22"/>
          <w:rtl/>
        </w:rPr>
        <w:t>مشترک</w:t>
      </w:r>
      <w:r w:rsidRPr="00D914B7">
        <w:rPr>
          <w:sz w:val="22"/>
        </w:rPr>
        <w:t xml:space="preserve"> </w:t>
      </w:r>
      <w:r w:rsidRPr="00D914B7">
        <w:rPr>
          <w:sz w:val="22"/>
          <w:rtl/>
        </w:rPr>
        <w:t>می</w:t>
      </w:r>
      <w:r w:rsidRPr="00D914B7">
        <w:rPr>
          <w:sz w:val="22"/>
        </w:rPr>
        <w:t>‌</w:t>
      </w:r>
      <w:r w:rsidRPr="00D914B7">
        <w:rPr>
          <w:sz w:val="22"/>
          <w:rtl/>
        </w:rPr>
        <w:t>گوید</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چیست</w:t>
      </w:r>
      <w:r w:rsidRPr="00D914B7">
        <w:rPr>
          <w:sz w:val="22"/>
        </w:rPr>
        <w:t xml:space="preserve"> </w:t>
      </w:r>
      <w:r w:rsidRPr="00D914B7">
        <w:rPr>
          <w:sz w:val="22"/>
          <w:rtl/>
        </w:rPr>
        <w:t>و</w:t>
      </w:r>
      <w:r w:rsidRPr="00D914B7">
        <w:rPr>
          <w:sz w:val="22"/>
        </w:rPr>
        <w:t xml:space="preserve"> </w:t>
      </w:r>
      <w:r w:rsidRPr="00D914B7">
        <w:rPr>
          <w:sz w:val="22"/>
          <w:rtl/>
        </w:rPr>
        <w:t>با</w:t>
      </w:r>
      <w:r w:rsidRPr="00D914B7">
        <w:rPr>
          <w:sz w:val="22"/>
        </w:rPr>
        <w:t xml:space="preserve"> </w:t>
      </w:r>
      <w:r w:rsidRPr="00D914B7">
        <w:rPr>
          <w:sz w:val="22"/>
          <w:rtl/>
        </w:rPr>
        <w:t>چه</w:t>
      </w:r>
      <w:r w:rsidRPr="00D914B7">
        <w:rPr>
          <w:sz w:val="22"/>
        </w:rPr>
        <w:t xml:space="preserve"> </w:t>
      </w:r>
      <w:r w:rsidRPr="00D914B7">
        <w:rPr>
          <w:sz w:val="22"/>
          <w:rtl/>
        </w:rPr>
        <w:t>مقصد</w:t>
      </w:r>
      <w:r w:rsidRPr="00D914B7">
        <w:rPr>
          <w:sz w:val="22"/>
        </w:rPr>
        <w:t xml:space="preserve"> </w:t>
      </w:r>
      <w:r w:rsidRPr="00D914B7">
        <w:rPr>
          <w:sz w:val="22"/>
          <w:rtl/>
        </w:rPr>
        <w:t>و</w:t>
      </w:r>
      <w:r w:rsidRPr="00D914B7">
        <w:rPr>
          <w:sz w:val="22"/>
        </w:rPr>
        <w:t xml:space="preserve"> </w:t>
      </w:r>
      <w:r w:rsidRPr="00D914B7">
        <w:rPr>
          <w:sz w:val="22"/>
          <w:rtl/>
        </w:rPr>
        <w:t>زبانی</w:t>
      </w:r>
      <w:r w:rsidRPr="00D914B7">
        <w:rPr>
          <w:sz w:val="22"/>
        </w:rPr>
        <w:t xml:space="preserve"> </w:t>
      </w:r>
      <w:r w:rsidRPr="00D914B7">
        <w:rPr>
          <w:sz w:val="22"/>
          <w:rtl/>
        </w:rPr>
        <w:t>نوشته</w:t>
      </w:r>
      <w:r w:rsidRPr="00D914B7">
        <w:rPr>
          <w:sz w:val="22"/>
        </w:rPr>
        <w:t xml:space="preserve"> </w:t>
      </w:r>
      <w:r w:rsidRPr="00D914B7">
        <w:rPr>
          <w:sz w:val="22"/>
          <w:rtl/>
        </w:rPr>
        <w:t>شده</w:t>
      </w:r>
      <w:r w:rsidRPr="00D914B7">
        <w:rPr>
          <w:sz w:val="22"/>
        </w:rPr>
        <w:t xml:space="preserve"> </w:t>
      </w:r>
      <w:r w:rsidRPr="00D914B7">
        <w:rPr>
          <w:sz w:val="22"/>
          <w:rtl/>
        </w:rPr>
        <w:t>است؛</w:t>
      </w:r>
      <w:r w:rsidRPr="00D914B7">
        <w:rPr>
          <w:sz w:val="22"/>
        </w:rPr>
        <w:t xml:space="preserve"> </w:t>
      </w:r>
      <w:r w:rsidRPr="00D914B7">
        <w:rPr>
          <w:sz w:val="22"/>
          <w:rtl/>
        </w:rPr>
        <w:t>پیشگفتار</w:t>
      </w:r>
      <w:r w:rsidRPr="00D914B7">
        <w:rPr>
          <w:sz w:val="22"/>
        </w:rPr>
        <w:t xml:space="preserve"> </w:t>
      </w:r>
      <w:r w:rsidRPr="00D914B7">
        <w:rPr>
          <w:sz w:val="22"/>
          <w:rtl/>
        </w:rPr>
        <w:t>اختصاصی</w:t>
      </w:r>
      <w:r w:rsidRPr="00D914B7">
        <w:rPr>
          <w:sz w:val="22"/>
        </w:rPr>
        <w:t xml:space="preserve"> </w:t>
      </w:r>
      <w:r w:rsidRPr="00D914B7">
        <w:rPr>
          <w:sz w:val="22"/>
          <w:rtl/>
        </w:rPr>
        <w:t>نشان</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جلدی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دست</w:t>
      </w:r>
      <w:r w:rsidRPr="00D914B7">
        <w:rPr>
          <w:sz w:val="22"/>
        </w:rPr>
        <w:t xml:space="preserve"> </w:t>
      </w:r>
      <w:r w:rsidRPr="00D914B7">
        <w:rPr>
          <w:sz w:val="22"/>
          <w:rtl/>
        </w:rPr>
        <w:t>خواننده</w:t>
      </w:r>
      <w:r w:rsidRPr="00D914B7">
        <w:rPr>
          <w:sz w:val="22"/>
        </w:rPr>
        <w:t xml:space="preserve"> </w:t>
      </w:r>
      <w:r w:rsidRPr="00D914B7">
        <w:rPr>
          <w:sz w:val="22"/>
          <w:rtl/>
        </w:rPr>
        <w:t>است</w:t>
      </w:r>
      <w:r w:rsidRPr="00D914B7">
        <w:rPr>
          <w:sz w:val="22"/>
        </w:rPr>
        <w:t xml:space="preserve"> </w:t>
      </w:r>
      <w:r w:rsidRPr="00D914B7">
        <w:rPr>
          <w:sz w:val="22"/>
          <w:rtl/>
        </w:rPr>
        <w:t>کدام</w:t>
      </w:r>
      <w:r w:rsidRPr="00D914B7">
        <w:rPr>
          <w:sz w:val="22"/>
        </w:rPr>
        <w:t xml:space="preserve"> </w:t>
      </w:r>
      <w:r w:rsidRPr="00D914B7">
        <w:rPr>
          <w:sz w:val="22"/>
          <w:rtl/>
        </w:rPr>
        <w:t>حلقه</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زنجیره</w:t>
      </w:r>
      <w:r w:rsidRPr="00D914B7">
        <w:rPr>
          <w:sz w:val="22"/>
        </w:rPr>
        <w:t xml:space="preserve"> </w:t>
      </w:r>
      <w:r w:rsidRPr="00D914B7">
        <w:rPr>
          <w:sz w:val="22"/>
          <w:rtl/>
        </w:rPr>
        <w:t>را</w:t>
      </w:r>
      <w:r w:rsidRPr="00D914B7">
        <w:rPr>
          <w:sz w:val="22"/>
        </w:rPr>
        <w:t xml:space="preserve"> </w:t>
      </w:r>
      <w:r w:rsidRPr="00D914B7">
        <w:rPr>
          <w:sz w:val="22"/>
          <w:rtl/>
        </w:rPr>
        <w:t>بررسی</w:t>
      </w:r>
      <w:r w:rsidRPr="00D914B7">
        <w:rPr>
          <w:sz w:val="22"/>
        </w:rPr>
        <w:t xml:space="preserve"> </w:t>
      </w:r>
      <w:r w:rsidRPr="00D914B7">
        <w:rPr>
          <w:sz w:val="22"/>
          <w:rtl/>
        </w:rPr>
        <w:t>می</w:t>
      </w:r>
      <w:r w:rsidRPr="00D914B7">
        <w:rPr>
          <w:sz w:val="22"/>
        </w:rPr>
        <w:t>‌</w:t>
      </w:r>
      <w:r w:rsidRPr="00D914B7">
        <w:rPr>
          <w:sz w:val="22"/>
          <w:rtl/>
        </w:rPr>
        <w:t>کند</w:t>
      </w:r>
      <w:r>
        <w:rPr>
          <w:sz w:val="22"/>
          <w:rtl/>
        </w:rPr>
        <w:t>.</w:t>
      </w:r>
    </w:p>
    <w:p w:rsidR="00987F03" w:rsidRPr="00D914B7" w:rsidRDefault="00987F03" w:rsidP="00987F03">
      <w:pPr>
        <w:keepNext/>
        <w:bidi/>
        <w:rPr>
          <w:sz w:val="22"/>
        </w:rPr>
      </w:pPr>
      <w:r w:rsidRPr="00D914B7">
        <w:rPr>
          <w:b/>
          <w:bCs/>
          <w:sz w:val="22"/>
          <w:rtl/>
        </w:rPr>
        <w:t>۳</w:t>
      </w:r>
      <w:r>
        <w:rPr>
          <w:b/>
          <w:sz w:val="22"/>
          <w:rtl/>
        </w:rPr>
        <w:t>.</w:t>
      </w:r>
      <w:r w:rsidRPr="00D914B7">
        <w:rPr>
          <w:b/>
          <w:sz w:val="22"/>
        </w:rPr>
        <w:t xml:space="preserve"> </w:t>
      </w:r>
      <w:r w:rsidRPr="00D914B7">
        <w:rPr>
          <w:b/>
          <w:bCs/>
          <w:sz w:val="22"/>
          <w:rtl/>
        </w:rPr>
        <w:t>کشورداری</w:t>
      </w:r>
      <w:r w:rsidRPr="00D914B7">
        <w:rPr>
          <w:b/>
          <w:sz w:val="22"/>
        </w:rPr>
        <w:t xml:space="preserve"> </w:t>
      </w:r>
      <w:r w:rsidRPr="00D914B7">
        <w:rPr>
          <w:b/>
          <w:bCs/>
          <w:sz w:val="22"/>
          <w:rtl/>
        </w:rPr>
        <w:t>چیست؟</w:t>
      </w:r>
    </w:p>
    <w:p w:rsidR="00987F03" w:rsidRPr="00D914B7" w:rsidRDefault="00987F03" w:rsidP="00987F03">
      <w:pPr>
        <w:bidi/>
        <w:ind w:firstLine="720"/>
        <w:rPr>
          <w:sz w:val="22"/>
        </w:rPr>
      </w:pPr>
      <w:r w:rsidRPr="00D914B7">
        <w:rPr>
          <w:sz w:val="22"/>
          <w:rtl/>
        </w:rPr>
        <w:t>منظور</w:t>
      </w:r>
      <w:r w:rsidRPr="00D914B7">
        <w:rPr>
          <w:sz w:val="22"/>
        </w:rPr>
        <w:t xml:space="preserve"> </w:t>
      </w:r>
      <w:r w:rsidRPr="00D914B7">
        <w:rPr>
          <w:sz w:val="22"/>
          <w:rtl/>
        </w:rPr>
        <w:t>من</w:t>
      </w:r>
      <w:r w:rsidRPr="00D914B7">
        <w:rPr>
          <w:sz w:val="22"/>
        </w:rPr>
        <w:t xml:space="preserve"> </w:t>
      </w:r>
      <w:r w:rsidRPr="00D914B7">
        <w:rPr>
          <w:sz w:val="22"/>
          <w:rtl/>
        </w:rPr>
        <w:t>از</w:t>
      </w:r>
      <w:r w:rsidRPr="00D914B7">
        <w:rPr>
          <w:sz w:val="22"/>
        </w:rPr>
        <w:t xml:space="preserve"> </w:t>
      </w:r>
      <w:r>
        <w:rPr>
          <w:rFonts w:hint="cs"/>
          <w:sz w:val="22"/>
          <w:rtl/>
        </w:rPr>
        <w:t>«</w:t>
      </w:r>
      <w:r w:rsidRPr="00D914B7">
        <w:rPr>
          <w:sz w:val="22"/>
          <w:rtl/>
        </w:rPr>
        <w:t>کشورداری</w:t>
      </w:r>
      <w:r>
        <w:rPr>
          <w:rFonts w:hint="cs"/>
          <w:sz w:val="22"/>
          <w:rtl/>
        </w:rPr>
        <w:t xml:space="preserve">» </w:t>
      </w:r>
      <w:r w:rsidRPr="00D914B7">
        <w:rPr>
          <w:sz w:val="22"/>
          <w:rtl/>
        </w:rPr>
        <w:t>هنر</w:t>
      </w:r>
      <w:r w:rsidRPr="00D914B7">
        <w:rPr>
          <w:sz w:val="22"/>
        </w:rPr>
        <w:t xml:space="preserve"> </w:t>
      </w:r>
      <w:r w:rsidRPr="00D914B7">
        <w:rPr>
          <w:sz w:val="22"/>
          <w:rtl/>
        </w:rPr>
        <w:t>عملی،</w:t>
      </w:r>
      <w:r w:rsidRPr="00D914B7">
        <w:rPr>
          <w:sz w:val="22"/>
        </w:rPr>
        <w:t xml:space="preserve"> </w:t>
      </w:r>
      <w:r w:rsidRPr="00D914B7">
        <w:rPr>
          <w:sz w:val="22"/>
          <w:rtl/>
        </w:rPr>
        <w:t>دانش</w:t>
      </w:r>
      <w:r w:rsidRPr="00D914B7">
        <w:rPr>
          <w:sz w:val="22"/>
        </w:rPr>
        <w:t xml:space="preserve"> </w:t>
      </w:r>
      <w:r w:rsidRPr="00D914B7">
        <w:rPr>
          <w:sz w:val="22"/>
          <w:rtl/>
        </w:rPr>
        <w:t>سازمان</w:t>
      </w:r>
      <w:r w:rsidRPr="00D914B7">
        <w:rPr>
          <w:sz w:val="22"/>
        </w:rPr>
        <w:t>‌</w:t>
      </w:r>
      <w:r w:rsidRPr="00D914B7">
        <w:rPr>
          <w:sz w:val="22"/>
          <w:rtl/>
        </w:rPr>
        <w:t>یافته</w:t>
      </w:r>
      <w:r w:rsidRPr="00D914B7">
        <w:rPr>
          <w:sz w:val="22"/>
        </w:rPr>
        <w:t xml:space="preserve"> </w:t>
      </w:r>
      <w:r w:rsidRPr="00D914B7">
        <w:rPr>
          <w:sz w:val="22"/>
          <w:rtl/>
        </w:rPr>
        <w:t>و</w:t>
      </w:r>
      <w:r w:rsidRPr="00D914B7">
        <w:rPr>
          <w:sz w:val="22"/>
        </w:rPr>
        <w:t xml:space="preserve"> </w:t>
      </w:r>
      <w:r w:rsidRPr="00D914B7">
        <w:rPr>
          <w:sz w:val="22"/>
          <w:rtl/>
        </w:rPr>
        <w:t>توانایی</w:t>
      </w:r>
      <w:r w:rsidRPr="00D914B7">
        <w:rPr>
          <w:sz w:val="22"/>
        </w:rPr>
        <w:t xml:space="preserve"> </w:t>
      </w:r>
      <w:r w:rsidRPr="00D914B7">
        <w:rPr>
          <w:sz w:val="22"/>
          <w:rtl/>
        </w:rPr>
        <w:t>نهادی</w:t>
      </w:r>
      <w:r w:rsidRPr="00D914B7">
        <w:rPr>
          <w:sz w:val="22"/>
        </w:rPr>
        <w:t xml:space="preserve"> </w:t>
      </w:r>
      <w:r w:rsidRPr="00D914B7">
        <w:rPr>
          <w:sz w:val="22"/>
          <w:rtl/>
        </w:rPr>
        <w:t>لازم</w:t>
      </w:r>
      <w:r w:rsidRPr="00D914B7">
        <w:rPr>
          <w:sz w:val="22"/>
        </w:rPr>
        <w:t xml:space="preserve"> </w:t>
      </w:r>
      <w:r w:rsidRPr="00D914B7">
        <w:rPr>
          <w:sz w:val="22"/>
          <w:rtl/>
        </w:rPr>
        <w:t>برای</w:t>
      </w:r>
      <w:r w:rsidRPr="00D914B7">
        <w:rPr>
          <w:sz w:val="22"/>
        </w:rPr>
        <w:t xml:space="preserve"> </w:t>
      </w:r>
      <w:r w:rsidRPr="00D914B7">
        <w:rPr>
          <w:sz w:val="22"/>
          <w:rtl/>
        </w:rPr>
        <w:t>برپایی،</w:t>
      </w:r>
      <w:r w:rsidRPr="00D914B7">
        <w:rPr>
          <w:sz w:val="22"/>
        </w:rPr>
        <w:t xml:space="preserve"> </w:t>
      </w:r>
      <w:r w:rsidRPr="00D914B7">
        <w:rPr>
          <w:sz w:val="22"/>
          <w:rtl/>
        </w:rPr>
        <w:t>حفظ،</w:t>
      </w:r>
      <w:r w:rsidRPr="00D914B7">
        <w:rPr>
          <w:sz w:val="22"/>
        </w:rPr>
        <w:t xml:space="preserve"> </w:t>
      </w:r>
      <w:r w:rsidRPr="00D914B7">
        <w:rPr>
          <w:sz w:val="22"/>
          <w:rtl/>
        </w:rPr>
        <w:t>هدایت</w:t>
      </w:r>
      <w:r w:rsidRPr="00D914B7">
        <w:rPr>
          <w:sz w:val="22"/>
        </w:rPr>
        <w:t xml:space="preserve"> </w:t>
      </w:r>
      <w:r w:rsidRPr="00D914B7">
        <w:rPr>
          <w:sz w:val="22"/>
          <w:rtl/>
        </w:rPr>
        <w:t>و</w:t>
      </w:r>
      <w:r w:rsidRPr="00D914B7">
        <w:rPr>
          <w:sz w:val="22"/>
        </w:rPr>
        <w:t xml:space="preserve"> </w:t>
      </w:r>
      <w:r w:rsidRPr="00D914B7">
        <w:rPr>
          <w:sz w:val="22"/>
          <w:rtl/>
        </w:rPr>
        <w:t>نیرومند</w:t>
      </w:r>
      <w:r w:rsidRPr="00D914B7">
        <w:rPr>
          <w:sz w:val="22"/>
        </w:rPr>
        <w:t xml:space="preserve"> </w:t>
      </w:r>
      <w:r w:rsidRPr="00D914B7">
        <w:rPr>
          <w:sz w:val="22"/>
          <w:rtl/>
        </w:rPr>
        <w:t>ساختن</w:t>
      </w:r>
      <w:r w:rsidRPr="00D914B7">
        <w:rPr>
          <w:sz w:val="22"/>
        </w:rPr>
        <w:t xml:space="preserve"> </w:t>
      </w:r>
      <w:r w:rsidRPr="00D914B7">
        <w:rPr>
          <w:sz w:val="22"/>
          <w:rtl/>
        </w:rPr>
        <w:t>یک</w:t>
      </w:r>
      <w:r w:rsidRPr="00D914B7">
        <w:rPr>
          <w:sz w:val="22"/>
        </w:rPr>
        <w:t xml:space="preserve"> </w:t>
      </w:r>
      <w:r w:rsidRPr="00D914B7">
        <w:rPr>
          <w:sz w:val="22"/>
          <w:rtl/>
        </w:rPr>
        <w:t>کشور</w:t>
      </w:r>
      <w:r w:rsidRPr="00D914B7">
        <w:rPr>
          <w:sz w:val="22"/>
        </w:rPr>
        <w:t xml:space="preserve"> </w:t>
      </w:r>
      <w:r w:rsidRPr="00D914B7">
        <w:rPr>
          <w:sz w:val="22"/>
          <w:rtl/>
        </w:rPr>
        <w:t>در</w:t>
      </w:r>
      <w:r w:rsidRPr="00D914B7">
        <w:rPr>
          <w:sz w:val="22"/>
        </w:rPr>
        <w:t xml:space="preserve"> </w:t>
      </w:r>
      <w:r w:rsidRPr="00D914B7">
        <w:rPr>
          <w:sz w:val="22"/>
          <w:rtl/>
        </w:rPr>
        <w:t>طول</w:t>
      </w:r>
      <w:r w:rsidRPr="00D914B7">
        <w:rPr>
          <w:sz w:val="22"/>
        </w:rPr>
        <w:t xml:space="preserve"> </w:t>
      </w:r>
      <w:r w:rsidRPr="00D914B7">
        <w:rPr>
          <w:sz w:val="22"/>
          <w:rtl/>
        </w:rPr>
        <w:t>زمان</w:t>
      </w:r>
      <w:r w:rsidRPr="00D914B7">
        <w:rPr>
          <w:sz w:val="22"/>
        </w:rPr>
        <w:t xml:space="preserve"> </w:t>
      </w:r>
      <w:r w:rsidRPr="00D914B7">
        <w:rPr>
          <w:sz w:val="22"/>
          <w:rtl/>
        </w:rPr>
        <w:t>است</w:t>
      </w:r>
      <w:r>
        <w:rPr>
          <w:rFonts w:hint="cs"/>
          <w:sz w:val="22"/>
          <w:rtl/>
        </w:rPr>
        <w:t xml:space="preserve"> و لذا</w:t>
      </w:r>
      <w:r w:rsidRPr="00D914B7">
        <w:rPr>
          <w:sz w:val="22"/>
        </w:rPr>
        <w:t xml:space="preserve"> </w:t>
      </w:r>
      <w:r w:rsidRPr="00D914B7">
        <w:rPr>
          <w:sz w:val="22"/>
          <w:rtl/>
        </w:rPr>
        <w:t>مفهومی</w:t>
      </w:r>
      <w:r w:rsidRPr="00D914B7">
        <w:rPr>
          <w:sz w:val="22"/>
        </w:rPr>
        <w:t xml:space="preserve"> </w:t>
      </w:r>
      <w:r w:rsidRPr="00D914B7">
        <w:rPr>
          <w:sz w:val="22"/>
          <w:rtl/>
        </w:rPr>
        <w:t>گسترده</w:t>
      </w:r>
      <w:r w:rsidRPr="00D914B7">
        <w:rPr>
          <w:sz w:val="22"/>
        </w:rPr>
        <w:t>‌</w:t>
      </w:r>
      <w:r w:rsidRPr="00D914B7">
        <w:rPr>
          <w:sz w:val="22"/>
          <w:rtl/>
        </w:rPr>
        <w:t>تر</w:t>
      </w:r>
      <w:r w:rsidRPr="00D914B7">
        <w:rPr>
          <w:sz w:val="22"/>
        </w:rPr>
        <w:t xml:space="preserve"> </w:t>
      </w:r>
      <w:r w:rsidRPr="00D914B7">
        <w:rPr>
          <w:sz w:val="22"/>
          <w:rtl/>
        </w:rPr>
        <w:t>از</w:t>
      </w:r>
      <w:r w:rsidRPr="00D914B7">
        <w:rPr>
          <w:sz w:val="22"/>
        </w:rPr>
        <w:t xml:space="preserve"> </w:t>
      </w:r>
      <w:r w:rsidRPr="00D914B7">
        <w:rPr>
          <w:sz w:val="22"/>
          <w:rtl/>
        </w:rPr>
        <w:t>حکومت</w:t>
      </w:r>
      <w:r w:rsidRPr="00D914B7">
        <w:rPr>
          <w:sz w:val="22"/>
        </w:rPr>
        <w:t>‌</w:t>
      </w:r>
      <w:r w:rsidRPr="00D914B7">
        <w:rPr>
          <w:sz w:val="22"/>
          <w:rtl/>
        </w:rPr>
        <w:t>کردن،</w:t>
      </w:r>
      <w:r w:rsidRPr="00D914B7">
        <w:rPr>
          <w:sz w:val="22"/>
        </w:rPr>
        <w:t xml:space="preserve"> </w:t>
      </w:r>
      <w:r w:rsidRPr="00D914B7">
        <w:rPr>
          <w:sz w:val="22"/>
          <w:rtl/>
        </w:rPr>
        <w:t>مدیریت</w:t>
      </w:r>
      <w:r w:rsidRPr="00D914B7">
        <w:rPr>
          <w:sz w:val="22"/>
        </w:rPr>
        <w:t xml:space="preserve"> </w:t>
      </w:r>
      <w:r w:rsidRPr="00D914B7">
        <w:rPr>
          <w:sz w:val="22"/>
          <w:rtl/>
        </w:rPr>
        <w:t>دولتی،</w:t>
      </w:r>
      <w:r w:rsidRPr="00D914B7">
        <w:rPr>
          <w:sz w:val="22"/>
        </w:rPr>
        <w:t xml:space="preserve"> </w:t>
      </w:r>
      <w:r w:rsidRPr="00D914B7">
        <w:rPr>
          <w:sz w:val="22"/>
          <w:rtl/>
        </w:rPr>
        <w:t>دیپلماسی</w:t>
      </w:r>
      <w:r w:rsidRPr="00D914B7">
        <w:rPr>
          <w:sz w:val="22"/>
        </w:rPr>
        <w:t xml:space="preserve"> </w:t>
      </w:r>
      <w:r w:rsidRPr="00D914B7">
        <w:rPr>
          <w:sz w:val="22"/>
          <w:rtl/>
        </w:rPr>
        <w:t>یا</w:t>
      </w:r>
      <w:r w:rsidRPr="00D914B7">
        <w:rPr>
          <w:sz w:val="22"/>
        </w:rPr>
        <w:t xml:space="preserve"> </w:t>
      </w:r>
      <w:r w:rsidRPr="00D914B7">
        <w:rPr>
          <w:sz w:val="22"/>
          <w:rtl/>
        </w:rPr>
        <w:t>راهبرد</w:t>
      </w:r>
      <w:r w:rsidRPr="00D914B7">
        <w:rPr>
          <w:sz w:val="22"/>
        </w:rPr>
        <w:t xml:space="preserve"> </w:t>
      </w:r>
      <w:r w:rsidRPr="00D914B7">
        <w:rPr>
          <w:sz w:val="22"/>
          <w:rtl/>
        </w:rPr>
        <w:t>نظامی</w:t>
      </w:r>
      <w:r w:rsidRPr="00D914B7">
        <w:rPr>
          <w:sz w:val="22"/>
        </w:rPr>
        <w:t xml:space="preserve"> </w:t>
      </w:r>
      <w:r w:rsidRPr="00D914B7">
        <w:rPr>
          <w:sz w:val="22"/>
          <w:rtl/>
        </w:rPr>
        <w:t>دارد</w:t>
      </w:r>
      <w:r>
        <w:rPr>
          <w:rFonts w:hint="cs"/>
          <w:sz w:val="22"/>
          <w:rtl/>
        </w:rPr>
        <w:t>.</w:t>
      </w:r>
      <w:r w:rsidRPr="00D914B7">
        <w:rPr>
          <w:sz w:val="22"/>
        </w:rPr>
        <w:t xml:space="preserve"> </w:t>
      </w:r>
      <w:r w:rsidRPr="00D914B7">
        <w:rPr>
          <w:sz w:val="22"/>
          <w:rtl/>
        </w:rPr>
        <w:t>هر</w:t>
      </w:r>
      <w:r w:rsidRPr="00D914B7">
        <w:rPr>
          <w:sz w:val="22"/>
        </w:rPr>
        <w:t xml:space="preserve"> </w:t>
      </w:r>
      <w:r w:rsidRPr="00D914B7">
        <w:rPr>
          <w:sz w:val="22"/>
          <w:rtl/>
        </w:rPr>
        <w:t>یک</w:t>
      </w:r>
      <w:r w:rsidRPr="00D914B7">
        <w:rPr>
          <w:sz w:val="22"/>
        </w:rPr>
        <w:t xml:space="preserve"> </w:t>
      </w:r>
      <w:r w:rsidRPr="00D914B7">
        <w:rPr>
          <w:sz w:val="22"/>
          <w:rtl/>
        </w:rPr>
        <w:t>از</w:t>
      </w:r>
      <w:r w:rsidRPr="00D914B7">
        <w:rPr>
          <w:sz w:val="22"/>
        </w:rPr>
        <w:t xml:space="preserve"> </w:t>
      </w:r>
      <w:r w:rsidRPr="00D914B7">
        <w:rPr>
          <w:sz w:val="22"/>
          <w:rtl/>
        </w:rPr>
        <w:t>اینها</w:t>
      </w:r>
      <w:r w:rsidRPr="00D914B7">
        <w:rPr>
          <w:sz w:val="22"/>
        </w:rPr>
        <w:t xml:space="preserve"> </w:t>
      </w:r>
      <w:r w:rsidRPr="00D914B7">
        <w:rPr>
          <w:sz w:val="22"/>
          <w:rtl/>
        </w:rPr>
        <w:t>تنها</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ابزارهای</w:t>
      </w:r>
      <w:r w:rsidRPr="00D914B7">
        <w:rPr>
          <w:sz w:val="22"/>
        </w:rPr>
        <w:t xml:space="preserve"> </w:t>
      </w:r>
      <w:r w:rsidRPr="00D914B7">
        <w:rPr>
          <w:sz w:val="22"/>
          <w:rtl/>
        </w:rPr>
        <w:t>کشورداری</w:t>
      </w:r>
      <w:r w:rsidRPr="00D914B7">
        <w:rPr>
          <w:sz w:val="22"/>
        </w:rPr>
        <w:t xml:space="preserve"> </w:t>
      </w:r>
      <w:r w:rsidRPr="00D914B7">
        <w:rPr>
          <w:sz w:val="22"/>
          <w:rtl/>
        </w:rPr>
        <w:t>است</w:t>
      </w:r>
      <w:r>
        <w:rPr>
          <w:rFonts w:hint="cs"/>
          <w:sz w:val="22"/>
          <w:rtl/>
        </w:rPr>
        <w:t xml:space="preserve">. </w:t>
      </w:r>
      <w:r w:rsidRPr="00D914B7">
        <w:rPr>
          <w:sz w:val="22"/>
          <w:rtl/>
        </w:rPr>
        <w:t>مسئله</w:t>
      </w:r>
      <w:r>
        <w:rPr>
          <w:sz w:val="22"/>
          <w:rtl/>
        </w:rPr>
        <w:t>ء</w:t>
      </w:r>
      <w:r w:rsidRPr="00D914B7">
        <w:rPr>
          <w:sz w:val="22"/>
        </w:rPr>
        <w:t xml:space="preserve"> </w:t>
      </w:r>
      <w:r w:rsidRPr="00D914B7">
        <w:rPr>
          <w:sz w:val="22"/>
          <w:rtl/>
        </w:rPr>
        <w:t>اصلی</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چگونه</w:t>
      </w:r>
      <w:r w:rsidRPr="00D914B7">
        <w:rPr>
          <w:sz w:val="22"/>
        </w:rPr>
        <w:t xml:space="preserve"> </w:t>
      </w:r>
      <w:r w:rsidRPr="00D914B7">
        <w:rPr>
          <w:sz w:val="22"/>
          <w:rtl/>
        </w:rPr>
        <w:t>اقتدار</w:t>
      </w:r>
      <w:r w:rsidRPr="00D914B7">
        <w:rPr>
          <w:sz w:val="22"/>
        </w:rPr>
        <w:t xml:space="preserve"> </w:t>
      </w:r>
      <w:r w:rsidRPr="00D914B7">
        <w:rPr>
          <w:sz w:val="22"/>
          <w:rtl/>
        </w:rPr>
        <w:t>سیاسی،</w:t>
      </w:r>
      <w:r w:rsidRPr="00D914B7">
        <w:rPr>
          <w:sz w:val="22"/>
        </w:rPr>
        <w:t xml:space="preserve"> </w:t>
      </w:r>
      <w:r w:rsidRPr="00D914B7">
        <w:rPr>
          <w:sz w:val="22"/>
          <w:rtl/>
        </w:rPr>
        <w:t>نهادها،</w:t>
      </w:r>
      <w:r w:rsidRPr="00D914B7">
        <w:rPr>
          <w:sz w:val="22"/>
        </w:rPr>
        <w:t xml:space="preserve"> </w:t>
      </w:r>
      <w:r w:rsidRPr="00D914B7">
        <w:rPr>
          <w:sz w:val="22"/>
          <w:rtl/>
        </w:rPr>
        <w:t>قانون،</w:t>
      </w:r>
      <w:r w:rsidRPr="00D914B7">
        <w:rPr>
          <w:sz w:val="22"/>
        </w:rPr>
        <w:t xml:space="preserve"> </w:t>
      </w:r>
      <w:r w:rsidRPr="00D914B7">
        <w:rPr>
          <w:sz w:val="22"/>
          <w:rtl/>
        </w:rPr>
        <w:t>منابع</w:t>
      </w:r>
      <w:r w:rsidRPr="00D914B7">
        <w:rPr>
          <w:sz w:val="22"/>
        </w:rPr>
        <w:t xml:space="preserve"> </w:t>
      </w:r>
      <w:r w:rsidRPr="00D914B7">
        <w:rPr>
          <w:sz w:val="22"/>
          <w:rtl/>
        </w:rPr>
        <w:t>اقتصادی،</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نیروهای</w:t>
      </w:r>
      <w:r w:rsidRPr="00D914B7">
        <w:rPr>
          <w:sz w:val="22"/>
        </w:rPr>
        <w:t xml:space="preserve"> </w:t>
      </w:r>
      <w:r w:rsidRPr="00D914B7">
        <w:rPr>
          <w:sz w:val="22"/>
          <w:rtl/>
        </w:rPr>
        <w:t>نظامی،</w:t>
      </w:r>
      <w:r w:rsidRPr="00D914B7">
        <w:rPr>
          <w:sz w:val="22"/>
        </w:rPr>
        <w:t xml:space="preserve"> </w:t>
      </w:r>
      <w:r w:rsidRPr="00D914B7">
        <w:rPr>
          <w:sz w:val="22"/>
          <w:rtl/>
        </w:rPr>
        <w:t>مناسبات</w:t>
      </w:r>
      <w:r w:rsidRPr="00D914B7">
        <w:rPr>
          <w:sz w:val="22"/>
        </w:rPr>
        <w:t xml:space="preserve"> </w:t>
      </w:r>
      <w:r w:rsidRPr="00D914B7">
        <w:rPr>
          <w:sz w:val="22"/>
          <w:rtl/>
        </w:rPr>
        <w:t>خارجی</w:t>
      </w:r>
      <w:r w:rsidRPr="00D914B7">
        <w:rPr>
          <w:sz w:val="22"/>
        </w:rPr>
        <w:t xml:space="preserve"> </w:t>
      </w:r>
      <w:r w:rsidRPr="00D914B7">
        <w:rPr>
          <w:sz w:val="22"/>
          <w:rtl/>
        </w:rPr>
        <w:t>و</w:t>
      </w:r>
      <w:r w:rsidRPr="00D914B7">
        <w:rPr>
          <w:sz w:val="22"/>
        </w:rPr>
        <w:t xml:space="preserve"> </w:t>
      </w:r>
      <w:r w:rsidRPr="00D914B7">
        <w:rPr>
          <w:sz w:val="22"/>
          <w:rtl/>
        </w:rPr>
        <w:t>روایت</w:t>
      </w:r>
      <w:r w:rsidRPr="00D914B7">
        <w:rPr>
          <w:sz w:val="22"/>
        </w:rPr>
        <w:t>‌</w:t>
      </w:r>
      <w:r w:rsidRPr="00D914B7">
        <w:rPr>
          <w:sz w:val="22"/>
          <w:rtl/>
        </w:rPr>
        <w:t>های</w:t>
      </w:r>
      <w:r w:rsidRPr="00D914B7">
        <w:rPr>
          <w:sz w:val="22"/>
        </w:rPr>
        <w:t xml:space="preserve"> </w:t>
      </w:r>
      <w:r w:rsidRPr="00D914B7">
        <w:rPr>
          <w:sz w:val="22"/>
          <w:rtl/>
        </w:rPr>
        <w:t>هویت</w:t>
      </w:r>
      <w:r w:rsidRPr="00D914B7">
        <w:rPr>
          <w:sz w:val="22"/>
        </w:rPr>
        <w:t>‌</w:t>
      </w:r>
      <w:r w:rsidRPr="00D914B7">
        <w:rPr>
          <w:sz w:val="22"/>
          <w:rtl/>
        </w:rPr>
        <w:t>بخش</w:t>
      </w:r>
      <w:r w:rsidRPr="00D914B7">
        <w:rPr>
          <w:sz w:val="22"/>
        </w:rPr>
        <w:t xml:space="preserve"> </w:t>
      </w:r>
      <w:r w:rsidRPr="00D914B7">
        <w:rPr>
          <w:sz w:val="22"/>
          <w:rtl/>
        </w:rPr>
        <w:t>کشور</w:t>
      </w:r>
      <w:r w:rsidRPr="00D914B7">
        <w:rPr>
          <w:sz w:val="22"/>
        </w:rPr>
        <w:t xml:space="preserve"> </w:t>
      </w:r>
      <w:r w:rsidRPr="00D914B7">
        <w:rPr>
          <w:sz w:val="22"/>
          <w:rtl/>
        </w:rPr>
        <w:t>با</w:t>
      </w:r>
      <w:r w:rsidRPr="00D914B7">
        <w:rPr>
          <w:sz w:val="22"/>
        </w:rPr>
        <w:t xml:space="preserve"> </w:t>
      </w:r>
      <w:r w:rsidRPr="00D914B7">
        <w:rPr>
          <w:sz w:val="22"/>
          <w:rtl/>
        </w:rPr>
        <w:t>یکدیگر</w:t>
      </w:r>
      <w:r w:rsidRPr="00D914B7">
        <w:rPr>
          <w:sz w:val="22"/>
        </w:rPr>
        <w:t xml:space="preserve"> </w:t>
      </w:r>
      <w:r w:rsidRPr="00D914B7">
        <w:rPr>
          <w:sz w:val="22"/>
          <w:rtl/>
        </w:rPr>
        <w:t>هماهنگ</w:t>
      </w:r>
      <w:r w:rsidRPr="00D914B7">
        <w:rPr>
          <w:sz w:val="22"/>
        </w:rPr>
        <w:t xml:space="preserve"> </w:t>
      </w:r>
      <w:r w:rsidRPr="00D914B7">
        <w:rPr>
          <w:sz w:val="22"/>
          <w:rtl/>
        </w:rPr>
        <w:t>شوند</w:t>
      </w:r>
      <w:r w:rsidRPr="00D914B7">
        <w:rPr>
          <w:sz w:val="22"/>
        </w:rPr>
        <w:t xml:space="preserve"> </w:t>
      </w:r>
      <w:r w:rsidRPr="00D914B7">
        <w:rPr>
          <w:sz w:val="22"/>
          <w:rtl/>
        </w:rPr>
        <w:t>تا</w:t>
      </w:r>
      <w:r w:rsidRPr="00D914B7">
        <w:rPr>
          <w:sz w:val="22"/>
        </w:rPr>
        <w:t xml:space="preserve"> </w:t>
      </w:r>
      <w:r w:rsidRPr="00D914B7">
        <w:rPr>
          <w:sz w:val="22"/>
          <w:rtl/>
        </w:rPr>
        <w:t>موجودیت</w:t>
      </w:r>
      <w:r w:rsidRPr="00D914B7">
        <w:rPr>
          <w:sz w:val="22"/>
        </w:rPr>
        <w:t xml:space="preserve"> </w:t>
      </w:r>
      <w:r w:rsidRPr="00D914B7">
        <w:rPr>
          <w:sz w:val="22"/>
          <w:rtl/>
        </w:rPr>
        <w:t>کشور</w:t>
      </w:r>
      <w:r w:rsidRPr="00D914B7">
        <w:rPr>
          <w:sz w:val="22"/>
        </w:rPr>
        <w:t xml:space="preserve"> </w:t>
      </w:r>
      <w:r w:rsidRPr="00D914B7">
        <w:rPr>
          <w:sz w:val="22"/>
          <w:rtl/>
        </w:rPr>
        <w:t>حفظ</w:t>
      </w:r>
      <w:r w:rsidRPr="00D914B7">
        <w:rPr>
          <w:sz w:val="22"/>
        </w:rPr>
        <w:t xml:space="preserve"> </w:t>
      </w:r>
      <w:r w:rsidRPr="00D914B7">
        <w:rPr>
          <w:sz w:val="22"/>
          <w:rtl/>
        </w:rPr>
        <w:t>شود،</w:t>
      </w:r>
      <w:r w:rsidRPr="00D914B7">
        <w:rPr>
          <w:sz w:val="22"/>
        </w:rPr>
        <w:t xml:space="preserve"> </w:t>
      </w:r>
      <w:r w:rsidRPr="00D914B7">
        <w:rPr>
          <w:sz w:val="22"/>
          <w:rtl/>
        </w:rPr>
        <w:t>نظم</w:t>
      </w:r>
      <w:r w:rsidRPr="00D914B7">
        <w:rPr>
          <w:sz w:val="22"/>
        </w:rPr>
        <w:t xml:space="preserve"> </w:t>
      </w:r>
      <w:r w:rsidRPr="00D914B7">
        <w:rPr>
          <w:sz w:val="22"/>
          <w:rtl/>
        </w:rPr>
        <w:t>داخلی</w:t>
      </w:r>
      <w:r w:rsidRPr="00D914B7">
        <w:rPr>
          <w:sz w:val="22"/>
        </w:rPr>
        <w:t xml:space="preserve"> </w:t>
      </w:r>
      <w:r w:rsidRPr="00D914B7">
        <w:rPr>
          <w:sz w:val="22"/>
          <w:rtl/>
        </w:rPr>
        <w:t>برقرار</w:t>
      </w:r>
      <w:r w:rsidRPr="00D914B7">
        <w:rPr>
          <w:sz w:val="22"/>
        </w:rPr>
        <w:t xml:space="preserve"> </w:t>
      </w:r>
      <w:r w:rsidRPr="00D914B7">
        <w:rPr>
          <w:sz w:val="22"/>
          <w:rtl/>
        </w:rPr>
        <w:t>بماند،</w:t>
      </w:r>
      <w:r w:rsidRPr="00D914B7">
        <w:rPr>
          <w:sz w:val="22"/>
        </w:rPr>
        <w:t xml:space="preserve"> </w:t>
      </w:r>
      <w:r w:rsidRPr="00D914B7">
        <w:rPr>
          <w:sz w:val="22"/>
          <w:rtl/>
        </w:rPr>
        <w:t>زندگی</w:t>
      </w:r>
      <w:r w:rsidRPr="00D914B7">
        <w:rPr>
          <w:sz w:val="22"/>
        </w:rPr>
        <w:t xml:space="preserve"> </w:t>
      </w:r>
      <w:r w:rsidRPr="00D914B7">
        <w:rPr>
          <w:sz w:val="22"/>
          <w:rtl/>
        </w:rPr>
        <w:t>عمومی</w:t>
      </w:r>
      <w:r w:rsidRPr="00D914B7">
        <w:rPr>
          <w:sz w:val="22"/>
        </w:rPr>
        <w:t xml:space="preserve"> </w:t>
      </w:r>
      <w:r w:rsidRPr="00D914B7">
        <w:rPr>
          <w:sz w:val="22"/>
          <w:rtl/>
        </w:rPr>
        <w:t>ادامه</w:t>
      </w:r>
      <w:r w:rsidRPr="00D914B7">
        <w:rPr>
          <w:sz w:val="22"/>
        </w:rPr>
        <w:t xml:space="preserve"> </w:t>
      </w:r>
      <w:r w:rsidRPr="00D914B7">
        <w:rPr>
          <w:sz w:val="22"/>
          <w:rtl/>
        </w:rPr>
        <w:t>یابد</w:t>
      </w:r>
      <w:r w:rsidRPr="00D914B7">
        <w:rPr>
          <w:sz w:val="22"/>
        </w:rPr>
        <w:t xml:space="preserve"> </w:t>
      </w:r>
      <w:r w:rsidRPr="00D914B7">
        <w:rPr>
          <w:sz w:val="22"/>
          <w:rtl/>
        </w:rPr>
        <w:t>و</w:t>
      </w:r>
      <w:r w:rsidRPr="00D914B7">
        <w:rPr>
          <w:sz w:val="22"/>
        </w:rPr>
        <w:t xml:space="preserve"> </w:t>
      </w:r>
      <w:r w:rsidRPr="00D914B7">
        <w:rPr>
          <w:sz w:val="22"/>
          <w:rtl/>
        </w:rPr>
        <w:t>جامعه</w:t>
      </w:r>
      <w:r w:rsidRPr="00D914B7">
        <w:rPr>
          <w:sz w:val="22"/>
        </w:rPr>
        <w:t xml:space="preserve"> </w:t>
      </w:r>
      <w:r w:rsidRPr="00D914B7">
        <w:rPr>
          <w:sz w:val="22"/>
          <w:rtl/>
        </w:rPr>
        <w:t>بتواند</w:t>
      </w:r>
      <w:r w:rsidRPr="00D914B7">
        <w:rPr>
          <w:sz w:val="22"/>
        </w:rPr>
        <w:t xml:space="preserve"> </w:t>
      </w:r>
      <w:r w:rsidRPr="00D914B7">
        <w:rPr>
          <w:sz w:val="22"/>
          <w:rtl/>
        </w:rPr>
        <w:t>آینده</w:t>
      </w:r>
      <w:r w:rsidRPr="00D914B7">
        <w:rPr>
          <w:sz w:val="22"/>
        </w:rPr>
        <w:t>‌</w:t>
      </w:r>
      <w:r w:rsidRPr="00D914B7">
        <w:rPr>
          <w:sz w:val="22"/>
          <w:rtl/>
        </w:rPr>
        <w:t>ای</w:t>
      </w:r>
      <w:r w:rsidRPr="00D914B7">
        <w:rPr>
          <w:sz w:val="22"/>
        </w:rPr>
        <w:t xml:space="preserve"> </w:t>
      </w:r>
      <w:r w:rsidRPr="00D914B7">
        <w:rPr>
          <w:sz w:val="22"/>
          <w:rtl/>
        </w:rPr>
        <w:t>برای</w:t>
      </w:r>
      <w:r w:rsidRPr="00D914B7">
        <w:rPr>
          <w:sz w:val="22"/>
        </w:rPr>
        <w:t xml:space="preserve"> </w:t>
      </w:r>
      <w:r w:rsidRPr="00D914B7">
        <w:rPr>
          <w:sz w:val="22"/>
          <w:rtl/>
        </w:rPr>
        <w:t>خود</w:t>
      </w:r>
      <w:r w:rsidRPr="00D914B7">
        <w:rPr>
          <w:sz w:val="22"/>
        </w:rPr>
        <w:t xml:space="preserve"> </w:t>
      </w:r>
      <w:r w:rsidRPr="00D914B7">
        <w:rPr>
          <w:sz w:val="22"/>
          <w:rtl/>
        </w:rPr>
        <w:t>بسازد</w:t>
      </w:r>
      <w:r>
        <w:rPr>
          <w:sz w:val="22"/>
          <w:rtl/>
        </w:rPr>
        <w:t>.</w:t>
      </w:r>
    </w:p>
    <w:p w:rsidR="00987F03" w:rsidRPr="00D914B7" w:rsidRDefault="00987F03" w:rsidP="00987F03">
      <w:pPr>
        <w:bidi/>
        <w:ind w:firstLine="720"/>
        <w:rPr>
          <w:sz w:val="22"/>
        </w:rPr>
      </w:pPr>
      <w:r w:rsidRPr="00D914B7">
        <w:rPr>
          <w:sz w:val="22"/>
          <w:rtl/>
        </w:rPr>
        <w:t>در</w:t>
      </w:r>
      <w:r w:rsidRPr="00D914B7">
        <w:rPr>
          <w:sz w:val="22"/>
        </w:rPr>
        <w:t xml:space="preserve"> </w:t>
      </w:r>
      <w:r w:rsidRPr="00D914B7">
        <w:rPr>
          <w:sz w:val="22"/>
          <w:rtl/>
        </w:rPr>
        <w:t>تعریفی</w:t>
      </w:r>
      <w:r w:rsidRPr="00D914B7">
        <w:rPr>
          <w:sz w:val="22"/>
        </w:rPr>
        <w:t xml:space="preserve"> </w:t>
      </w:r>
      <w:r w:rsidRPr="00D914B7">
        <w:rPr>
          <w:sz w:val="22"/>
          <w:rtl/>
        </w:rPr>
        <w:t>فشرده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گفت</w:t>
      </w:r>
      <w:r w:rsidRPr="00D914B7">
        <w:rPr>
          <w:sz w:val="22"/>
        </w:rPr>
        <w:t xml:space="preserve">: </w:t>
      </w:r>
      <w:r w:rsidRPr="00D914B7">
        <w:rPr>
          <w:sz w:val="22"/>
          <w:rtl/>
        </w:rPr>
        <w:t>کشورداری</w:t>
      </w:r>
      <w:r w:rsidRPr="00D914B7">
        <w:rPr>
          <w:sz w:val="22"/>
        </w:rPr>
        <w:t xml:space="preserve"> </w:t>
      </w:r>
      <w:r w:rsidRPr="00D914B7">
        <w:rPr>
          <w:sz w:val="22"/>
          <w:rtl/>
        </w:rPr>
        <w:t>عبارت</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به</w:t>
      </w:r>
      <w:r w:rsidRPr="00D914B7">
        <w:rPr>
          <w:sz w:val="22"/>
        </w:rPr>
        <w:t>‌</w:t>
      </w:r>
      <w:r w:rsidRPr="00D914B7">
        <w:rPr>
          <w:sz w:val="22"/>
          <w:rtl/>
        </w:rPr>
        <w:t>کارگیری</w:t>
      </w:r>
      <w:r w:rsidRPr="00D914B7">
        <w:rPr>
          <w:sz w:val="22"/>
        </w:rPr>
        <w:t xml:space="preserve"> </w:t>
      </w:r>
      <w:r w:rsidRPr="00D914B7">
        <w:rPr>
          <w:sz w:val="22"/>
          <w:rtl/>
        </w:rPr>
        <w:t>سنجیده</w:t>
      </w:r>
      <w:r w:rsidRPr="00D914B7">
        <w:rPr>
          <w:sz w:val="22"/>
        </w:rPr>
        <w:t xml:space="preserve"> </w:t>
      </w:r>
      <w:r w:rsidRPr="00D914B7">
        <w:rPr>
          <w:sz w:val="22"/>
          <w:rtl/>
        </w:rPr>
        <w:t>و</w:t>
      </w:r>
      <w:r w:rsidRPr="00D914B7">
        <w:rPr>
          <w:sz w:val="22"/>
        </w:rPr>
        <w:t xml:space="preserve"> </w:t>
      </w:r>
      <w:r w:rsidRPr="00D914B7">
        <w:rPr>
          <w:sz w:val="22"/>
          <w:rtl/>
        </w:rPr>
        <w:t>هماهنگ</w:t>
      </w:r>
      <w:r w:rsidRPr="00D914B7">
        <w:rPr>
          <w:sz w:val="22"/>
        </w:rPr>
        <w:t xml:space="preserve"> </w:t>
      </w:r>
      <w:r w:rsidRPr="00D914B7">
        <w:rPr>
          <w:sz w:val="22"/>
          <w:rtl/>
        </w:rPr>
        <w:t>اقتدار</w:t>
      </w:r>
      <w:r w:rsidRPr="00D914B7">
        <w:rPr>
          <w:sz w:val="22"/>
        </w:rPr>
        <w:t xml:space="preserve"> </w:t>
      </w:r>
      <w:r w:rsidRPr="00D914B7">
        <w:rPr>
          <w:sz w:val="22"/>
          <w:rtl/>
        </w:rPr>
        <w:t>سیاسی،</w:t>
      </w:r>
      <w:r w:rsidRPr="00D914B7">
        <w:rPr>
          <w:sz w:val="22"/>
        </w:rPr>
        <w:t xml:space="preserve"> </w:t>
      </w:r>
      <w:r w:rsidRPr="00D914B7">
        <w:rPr>
          <w:sz w:val="22"/>
          <w:rtl/>
        </w:rPr>
        <w:t>نهادها،</w:t>
      </w:r>
      <w:r w:rsidRPr="00D914B7">
        <w:rPr>
          <w:sz w:val="22"/>
        </w:rPr>
        <w:t xml:space="preserve"> </w:t>
      </w:r>
      <w:r w:rsidRPr="00D914B7">
        <w:rPr>
          <w:sz w:val="22"/>
          <w:rtl/>
        </w:rPr>
        <w:t>قانون،</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دیپلماسی،</w:t>
      </w:r>
      <w:r w:rsidRPr="00D914B7">
        <w:rPr>
          <w:sz w:val="22"/>
        </w:rPr>
        <w:t xml:space="preserve"> </w:t>
      </w:r>
      <w:r w:rsidRPr="00D914B7">
        <w:rPr>
          <w:sz w:val="22"/>
          <w:rtl/>
        </w:rPr>
        <w:t>منابع</w:t>
      </w:r>
      <w:r w:rsidRPr="00D914B7">
        <w:rPr>
          <w:sz w:val="22"/>
        </w:rPr>
        <w:t xml:space="preserve"> </w:t>
      </w:r>
      <w:r w:rsidRPr="00D914B7">
        <w:rPr>
          <w:sz w:val="22"/>
          <w:rtl/>
        </w:rPr>
        <w:t>اقتصادی،</w:t>
      </w:r>
      <w:r w:rsidRPr="00D914B7">
        <w:rPr>
          <w:sz w:val="22"/>
        </w:rPr>
        <w:t xml:space="preserve"> </w:t>
      </w:r>
      <w:r w:rsidRPr="00D914B7">
        <w:rPr>
          <w:sz w:val="22"/>
          <w:rtl/>
        </w:rPr>
        <w:t>روایت</w:t>
      </w:r>
      <w:r w:rsidRPr="00D914B7">
        <w:rPr>
          <w:sz w:val="22"/>
        </w:rPr>
        <w:t>‌</w:t>
      </w:r>
      <w:r w:rsidRPr="00D914B7">
        <w:rPr>
          <w:sz w:val="22"/>
          <w:rtl/>
        </w:rPr>
        <w:t>های</w:t>
      </w:r>
      <w:r w:rsidRPr="00D914B7">
        <w:rPr>
          <w:sz w:val="22"/>
        </w:rPr>
        <w:t xml:space="preserve"> </w:t>
      </w:r>
      <w:r w:rsidRPr="00D914B7">
        <w:rPr>
          <w:sz w:val="22"/>
          <w:rtl/>
        </w:rPr>
        <w:t>عمومی</w:t>
      </w:r>
      <w:r w:rsidRPr="00D914B7">
        <w:rPr>
          <w:sz w:val="22"/>
        </w:rPr>
        <w:t xml:space="preserve"> </w:t>
      </w:r>
      <w:r w:rsidRPr="00D914B7">
        <w:rPr>
          <w:sz w:val="22"/>
          <w:rtl/>
        </w:rPr>
        <w:t>و</w:t>
      </w:r>
      <w:r w:rsidRPr="00D914B7">
        <w:rPr>
          <w:sz w:val="22"/>
        </w:rPr>
        <w:t xml:space="preserve"> </w:t>
      </w:r>
      <w:r w:rsidRPr="00D914B7">
        <w:rPr>
          <w:sz w:val="22"/>
          <w:rtl/>
        </w:rPr>
        <w:t>ــ</w:t>
      </w:r>
      <w:r w:rsidRPr="00D914B7">
        <w:rPr>
          <w:sz w:val="22"/>
        </w:rPr>
        <w:t xml:space="preserve"> </w:t>
      </w:r>
      <w:r w:rsidRPr="00D914B7">
        <w:rPr>
          <w:sz w:val="22"/>
          <w:rtl/>
        </w:rPr>
        <w:t>در</w:t>
      </w:r>
      <w:r w:rsidRPr="00D914B7">
        <w:rPr>
          <w:sz w:val="22"/>
        </w:rPr>
        <w:t xml:space="preserve"> </w:t>
      </w:r>
      <w:r w:rsidRPr="00D914B7">
        <w:rPr>
          <w:sz w:val="22"/>
          <w:rtl/>
        </w:rPr>
        <w:t>صورت</w:t>
      </w:r>
      <w:r w:rsidRPr="00D914B7">
        <w:rPr>
          <w:sz w:val="22"/>
        </w:rPr>
        <w:t xml:space="preserve"> </w:t>
      </w:r>
      <w:r w:rsidRPr="00D914B7">
        <w:rPr>
          <w:sz w:val="22"/>
          <w:rtl/>
        </w:rPr>
        <w:t>ضرورت</w:t>
      </w:r>
      <w:r w:rsidRPr="00D914B7">
        <w:rPr>
          <w:sz w:val="22"/>
        </w:rPr>
        <w:t xml:space="preserve"> </w:t>
      </w:r>
      <w:r w:rsidRPr="00D914B7">
        <w:rPr>
          <w:sz w:val="22"/>
          <w:rtl/>
        </w:rPr>
        <w:t>ــ</w:t>
      </w:r>
      <w:r w:rsidRPr="00D914B7">
        <w:rPr>
          <w:sz w:val="22"/>
        </w:rPr>
        <w:t xml:space="preserve"> </w:t>
      </w:r>
      <w:r w:rsidRPr="00D914B7">
        <w:rPr>
          <w:sz w:val="22"/>
          <w:rtl/>
        </w:rPr>
        <w:t>قدرت</w:t>
      </w:r>
      <w:r w:rsidRPr="00D914B7">
        <w:rPr>
          <w:sz w:val="22"/>
        </w:rPr>
        <w:t xml:space="preserve"> </w:t>
      </w:r>
      <w:r w:rsidRPr="00D914B7">
        <w:rPr>
          <w:sz w:val="22"/>
          <w:rtl/>
        </w:rPr>
        <w:t>نظامی</w:t>
      </w:r>
      <w:r w:rsidRPr="00D914B7">
        <w:rPr>
          <w:sz w:val="22"/>
        </w:rPr>
        <w:t xml:space="preserve"> </w:t>
      </w:r>
      <w:r w:rsidRPr="00D914B7">
        <w:rPr>
          <w:sz w:val="22"/>
          <w:rtl/>
        </w:rPr>
        <w:t>برای</w:t>
      </w:r>
      <w:r w:rsidRPr="00D914B7">
        <w:rPr>
          <w:sz w:val="22"/>
        </w:rPr>
        <w:t xml:space="preserve"> </w:t>
      </w:r>
      <w:r w:rsidRPr="00D914B7">
        <w:rPr>
          <w:sz w:val="22"/>
          <w:rtl/>
        </w:rPr>
        <w:t>حفظ</w:t>
      </w:r>
      <w:r w:rsidRPr="00D914B7">
        <w:rPr>
          <w:sz w:val="22"/>
        </w:rPr>
        <w:t xml:space="preserve"> </w:t>
      </w:r>
      <w:r w:rsidRPr="00D914B7">
        <w:rPr>
          <w:sz w:val="22"/>
          <w:rtl/>
        </w:rPr>
        <w:t>کشور،</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جامعه،</w:t>
      </w:r>
      <w:r w:rsidRPr="00D914B7">
        <w:rPr>
          <w:sz w:val="22"/>
        </w:rPr>
        <w:t xml:space="preserve"> </w:t>
      </w:r>
      <w:r w:rsidRPr="00D914B7">
        <w:rPr>
          <w:sz w:val="22"/>
          <w:rtl/>
        </w:rPr>
        <w:t>تحقق</w:t>
      </w:r>
      <w:r w:rsidRPr="00D914B7">
        <w:rPr>
          <w:sz w:val="22"/>
        </w:rPr>
        <w:t xml:space="preserve"> </w:t>
      </w:r>
      <w:r w:rsidRPr="00D914B7">
        <w:rPr>
          <w:sz w:val="22"/>
          <w:rtl/>
        </w:rPr>
        <w:t>هدف</w:t>
      </w:r>
      <w:r w:rsidRPr="00D914B7">
        <w:rPr>
          <w:sz w:val="22"/>
        </w:rPr>
        <w:t>‌</w:t>
      </w:r>
      <w:r w:rsidRPr="00D914B7">
        <w:rPr>
          <w:sz w:val="22"/>
          <w:rtl/>
        </w:rPr>
        <w:t>های</w:t>
      </w:r>
      <w:r w:rsidRPr="00D914B7">
        <w:rPr>
          <w:sz w:val="22"/>
        </w:rPr>
        <w:t xml:space="preserve"> </w:t>
      </w:r>
      <w:r w:rsidRPr="00D914B7">
        <w:rPr>
          <w:sz w:val="22"/>
          <w:rtl/>
        </w:rPr>
        <w:t>مشترک</w:t>
      </w:r>
      <w:r w:rsidRPr="00D914B7">
        <w:rPr>
          <w:sz w:val="22"/>
        </w:rPr>
        <w:t xml:space="preserve"> </w:t>
      </w:r>
      <w:r w:rsidRPr="00D914B7">
        <w:rPr>
          <w:sz w:val="22"/>
          <w:rtl/>
        </w:rPr>
        <w:t>و</w:t>
      </w:r>
      <w:r w:rsidRPr="00D914B7">
        <w:rPr>
          <w:sz w:val="22"/>
        </w:rPr>
        <w:t xml:space="preserve"> </w:t>
      </w:r>
      <w:r w:rsidRPr="00D914B7">
        <w:rPr>
          <w:sz w:val="22"/>
          <w:rtl/>
        </w:rPr>
        <w:t>تنظیم</w:t>
      </w:r>
      <w:r w:rsidRPr="00D914B7">
        <w:rPr>
          <w:sz w:val="22"/>
        </w:rPr>
        <w:t xml:space="preserve"> </w:t>
      </w:r>
      <w:r w:rsidRPr="00D914B7">
        <w:rPr>
          <w:sz w:val="22"/>
          <w:rtl/>
        </w:rPr>
        <w:t>رابطه</w:t>
      </w:r>
      <w:r w:rsidRPr="00D914B7">
        <w:rPr>
          <w:sz w:val="22"/>
        </w:rPr>
        <w:t xml:space="preserve"> </w:t>
      </w:r>
      <w:r w:rsidRPr="00D914B7">
        <w:rPr>
          <w:sz w:val="22"/>
          <w:rtl/>
        </w:rPr>
        <w:t>با</w:t>
      </w:r>
      <w:r w:rsidRPr="00D914B7">
        <w:rPr>
          <w:sz w:val="22"/>
        </w:rPr>
        <w:t xml:space="preserve"> </w:t>
      </w:r>
      <w:r w:rsidRPr="00D914B7">
        <w:rPr>
          <w:sz w:val="22"/>
          <w:rtl/>
        </w:rPr>
        <w:t>دیگر</w:t>
      </w:r>
      <w:r w:rsidRPr="00D914B7">
        <w:rPr>
          <w:sz w:val="22"/>
        </w:rPr>
        <w:t xml:space="preserve"> </w:t>
      </w:r>
      <w:r w:rsidRPr="00D914B7">
        <w:rPr>
          <w:sz w:val="22"/>
          <w:rtl/>
        </w:rPr>
        <w:t>قدرت</w:t>
      </w:r>
      <w:r w:rsidRPr="00D914B7">
        <w:rPr>
          <w:sz w:val="22"/>
        </w:rPr>
        <w:t>‌</w:t>
      </w:r>
      <w:r w:rsidRPr="00D914B7">
        <w:rPr>
          <w:sz w:val="22"/>
          <w:rtl/>
        </w:rPr>
        <w:t>ها</w:t>
      </w:r>
      <w:r>
        <w:rPr>
          <w:sz w:val="22"/>
          <w:rtl/>
        </w:rPr>
        <w:t>.</w:t>
      </w:r>
    </w:p>
    <w:p w:rsidR="00987F03" w:rsidRPr="00D914B7" w:rsidRDefault="00987F03" w:rsidP="00987F03">
      <w:pPr>
        <w:bidi/>
        <w:ind w:firstLine="720"/>
        <w:rPr>
          <w:sz w:val="22"/>
        </w:rPr>
      </w:pPr>
      <w:r w:rsidRPr="00D914B7">
        <w:rPr>
          <w:sz w:val="22"/>
          <w:rtl/>
        </w:rPr>
        <w:t>کشورداری</w:t>
      </w:r>
      <w:r w:rsidRPr="00D914B7">
        <w:rPr>
          <w:sz w:val="22"/>
        </w:rPr>
        <w:t xml:space="preserve"> </w:t>
      </w:r>
      <w:r w:rsidRPr="00D914B7">
        <w:rPr>
          <w:sz w:val="22"/>
          <w:rtl/>
        </w:rPr>
        <w:t>تنها</w:t>
      </w:r>
      <w:r w:rsidRPr="00D914B7">
        <w:rPr>
          <w:sz w:val="22"/>
        </w:rPr>
        <w:t xml:space="preserve"> </w:t>
      </w:r>
      <w:r w:rsidRPr="00D914B7">
        <w:rPr>
          <w:sz w:val="22"/>
          <w:rtl/>
        </w:rPr>
        <w:t>توانایی</w:t>
      </w:r>
      <w:r w:rsidRPr="00D914B7">
        <w:rPr>
          <w:sz w:val="22"/>
        </w:rPr>
        <w:t xml:space="preserve"> </w:t>
      </w:r>
      <w:r w:rsidRPr="00D914B7">
        <w:rPr>
          <w:sz w:val="22"/>
          <w:rtl/>
        </w:rPr>
        <w:t>فرمان</w:t>
      </w:r>
      <w:r w:rsidRPr="00D914B7">
        <w:rPr>
          <w:sz w:val="22"/>
        </w:rPr>
        <w:t>‌</w:t>
      </w:r>
      <w:r w:rsidRPr="00D914B7">
        <w:rPr>
          <w:sz w:val="22"/>
          <w:rtl/>
        </w:rPr>
        <w:t>راندن</w:t>
      </w:r>
      <w:r w:rsidRPr="00D914B7">
        <w:rPr>
          <w:sz w:val="22"/>
        </w:rPr>
        <w:t xml:space="preserve"> </w:t>
      </w:r>
      <w:r w:rsidRPr="00D914B7">
        <w:rPr>
          <w:sz w:val="22"/>
          <w:rtl/>
        </w:rPr>
        <w:t>یا</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امور</w:t>
      </w:r>
      <w:r w:rsidRPr="00D914B7">
        <w:rPr>
          <w:sz w:val="22"/>
        </w:rPr>
        <w:t xml:space="preserve"> </w:t>
      </w:r>
      <w:r w:rsidRPr="00D914B7">
        <w:rPr>
          <w:sz w:val="22"/>
          <w:rtl/>
        </w:rPr>
        <w:t>روزمره</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توانایی</w:t>
      </w:r>
      <w:r w:rsidRPr="00D914B7">
        <w:rPr>
          <w:sz w:val="22"/>
        </w:rPr>
        <w:t xml:space="preserve"> </w:t>
      </w:r>
      <w:r w:rsidRPr="00D914B7">
        <w:rPr>
          <w:sz w:val="22"/>
          <w:rtl/>
        </w:rPr>
        <w:t>ساختن</w:t>
      </w:r>
      <w:r w:rsidRPr="00D914B7">
        <w:rPr>
          <w:sz w:val="22"/>
        </w:rPr>
        <w:t xml:space="preserve"> </w:t>
      </w:r>
      <w:r w:rsidRPr="00D914B7">
        <w:rPr>
          <w:sz w:val="22"/>
          <w:rtl/>
        </w:rPr>
        <w:t>و</w:t>
      </w:r>
      <w:r w:rsidRPr="00D914B7">
        <w:rPr>
          <w:sz w:val="22"/>
        </w:rPr>
        <w:t xml:space="preserve"> </w:t>
      </w:r>
      <w:r w:rsidRPr="00D914B7">
        <w:rPr>
          <w:sz w:val="22"/>
          <w:rtl/>
        </w:rPr>
        <w:t>حفظ</w:t>
      </w:r>
      <w:r w:rsidRPr="00D914B7">
        <w:rPr>
          <w:sz w:val="22"/>
        </w:rPr>
        <w:t xml:space="preserve"> </w:t>
      </w:r>
      <w:r w:rsidRPr="00D914B7">
        <w:rPr>
          <w:sz w:val="22"/>
          <w:rtl/>
        </w:rPr>
        <w:t>کشوری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بتواند</w:t>
      </w:r>
      <w:r w:rsidRPr="00D914B7">
        <w:rPr>
          <w:sz w:val="22"/>
        </w:rPr>
        <w:t xml:space="preserve"> </w:t>
      </w:r>
      <w:r w:rsidRPr="00D914B7">
        <w:rPr>
          <w:sz w:val="22"/>
          <w:rtl/>
        </w:rPr>
        <w:t>تصمیم</w:t>
      </w:r>
      <w:r w:rsidRPr="00D914B7">
        <w:rPr>
          <w:sz w:val="22"/>
        </w:rPr>
        <w:t xml:space="preserve"> </w:t>
      </w:r>
      <w:r w:rsidRPr="00D914B7">
        <w:rPr>
          <w:sz w:val="22"/>
          <w:rtl/>
        </w:rPr>
        <w:t>بگیرد،</w:t>
      </w:r>
      <w:r w:rsidRPr="00D914B7">
        <w:rPr>
          <w:sz w:val="22"/>
        </w:rPr>
        <w:t xml:space="preserve"> </w:t>
      </w:r>
      <w:r w:rsidRPr="00D914B7">
        <w:rPr>
          <w:sz w:val="22"/>
          <w:rtl/>
        </w:rPr>
        <w:t>تصمیم</w:t>
      </w:r>
      <w:r w:rsidRPr="00D914B7">
        <w:rPr>
          <w:sz w:val="22"/>
        </w:rPr>
        <w:t>‌</w:t>
      </w:r>
      <w:r w:rsidRPr="00D914B7">
        <w:rPr>
          <w:sz w:val="22"/>
          <w:rtl/>
        </w:rPr>
        <w:t>هایش</w:t>
      </w:r>
      <w:r w:rsidRPr="00D914B7">
        <w:rPr>
          <w:sz w:val="22"/>
        </w:rPr>
        <w:t xml:space="preserve"> </w:t>
      </w:r>
      <w:r w:rsidRPr="00D914B7">
        <w:rPr>
          <w:sz w:val="22"/>
          <w:rtl/>
        </w:rPr>
        <w:t>را</w:t>
      </w:r>
      <w:r w:rsidRPr="00D914B7">
        <w:rPr>
          <w:sz w:val="22"/>
        </w:rPr>
        <w:t xml:space="preserve"> </w:t>
      </w:r>
      <w:r w:rsidRPr="00D914B7">
        <w:rPr>
          <w:sz w:val="22"/>
          <w:rtl/>
        </w:rPr>
        <w:t>اجرا</w:t>
      </w:r>
      <w:r w:rsidRPr="00D914B7">
        <w:rPr>
          <w:sz w:val="22"/>
        </w:rPr>
        <w:t xml:space="preserve"> </w:t>
      </w:r>
      <w:r w:rsidRPr="00D914B7">
        <w:rPr>
          <w:sz w:val="22"/>
          <w:rtl/>
        </w:rPr>
        <w:t>کند،</w:t>
      </w:r>
      <w:r w:rsidRPr="00D914B7">
        <w:rPr>
          <w:sz w:val="22"/>
        </w:rPr>
        <w:t xml:space="preserve"> </w:t>
      </w:r>
      <w:r w:rsidRPr="00D914B7">
        <w:rPr>
          <w:sz w:val="22"/>
          <w:rtl/>
        </w:rPr>
        <w:t>از</w:t>
      </w:r>
      <w:r w:rsidRPr="00D914B7">
        <w:rPr>
          <w:sz w:val="22"/>
        </w:rPr>
        <w:t xml:space="preserve"> </w:t>
      </w:r>
      <w:r w:rsidRPr="00D914B7">
        <w:rPr>
          <w:sz w:val="22"/>
          <w:rtl/>
        </w:rPr>
        <w:t>بحران</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تغییر</w:t>
      </w:r>
      <w:r w:rsidRPr="00D914B7">
        <w:rPr>
          <w:sz w:val="22"/>
        </w:rPr>
        <w:t xml:space="preserve"> </w:t>
      </w:r>
      <w:r w:rsidRPr="00D914B7">
        <w:rPr>
          <w:sz w:val="22"/>
          <w:rtl/>
        </w:rPr>
        <w:t>فرمانروایان</w:t>
      </w:r>
      <w:r w:rsidRPr="00D914B7">
        <w:rPr>
          <w:sz w:val="22"/>
        </w:rPr>
        <w:t xml:space="preserve"> </w:t>
      </w:r>
      <w:r w:rsidRPr="00D914B7">
        <w:rPr>
          <w:sz w:val="22"/>
          <w:rtl/>
        </w:rPr>
        <w:t>جان</w:t>
      </w:r>
      <w:r w:rsidRPr="00D914B7">
        <w:rPr>
          <w:sz w:val="22"/>
        </w:rPr>
        <w:t xml:space="preserve"> </w:t>
      </w:r>
      <w:r w:rsidRPr="00D914B7">
        <w:rPr>
          <w:sz w:val="22"/>
          <w:rtl/>
        </w:rPr>
        <w:t>سالم</w:t>
      </w:r>
      <w:r w:rsidRPr="00D914B7">
        <w:rPr>
          <w:sz w:val="22"/>
        </w:rPr>
        <w:t xml:space="preserve"> </w:t>
      </w:r>
      <w:r w:rsidRPr="00D914B7">
        <w:rPr>
          <w:sz w:val="22"/>
          <w:rtl/>
        </w:rPr>
        <w:t>به</w:t>
      </w:r>
      <w:r w:rsidRPr="00D914B7">
        <w:rPr>
          <w:sz w:val="22"/>
        </w:rPr>
        <w:t xml:space="preserve"> </w:t>
      </w:r>
      <w:r w:rsidRPr="00D914B7">
        <w:rPr>
          <w:sz w:val="22"/>
          <w:rtl/>
        </w:rPr>
        <w:t>در</w:t>
      </w:r>
      <w:r w:rsidRPr="00D914B7">
        <w:rPr>
          <w:sz w:val="22"/>
        </w:rPr>
        <w:t xml:space="preserve"> </w:t>
      </w:r>
      <w:r w:rsidRPr="00D914B7">
        <w:rPr>
          <w:sz w:val="22"/>
          <w:rtl/>
        </w:rPr>
        <w:t>ببرد،</w:t>
      </w:r>
      <w:r w:rsidRPr="00D914B7">
        <w:rPr>
          <w:sz w:val="22"/>
        </w:rPr>
        <w:t xml:space="preserve"> </w:t>
      </w:r>
      <w:r w:rsidRPr="00D914B7">
        <w:rPr>
          <w:sz w:val="22"/>
          <w:rtl/>
        </w:rPr>
        <w:t>استقلال</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حفظ</w:t>
      </w:r>
      <w:r w:rsidRPr="00D914B7">
        <w:rPr>
          <w:sz w:val="22"/>
        </w:rPr>
        <w:t xml:space="preserve"> </w:t>
      </w:r>
      <w:r w:rsidRPr="00D914B7">
        <w:rPr>
          <w:sz w:val="22"/>
          <w:rtl/>
        </w:rPr>
        <w:t>کند،</w:t>
      </w:r>
      <w:r w:rsidRPr="00D914B7">
        <w:rPr>
          <w:sz w:val="22"/>
        </w:rPr>
        <w:t xml:space="preserve"> </w:t>
      </w:r>
      <w:r w:rsidRPr="00D914B7">
        <w:rPr>
          <w:sz w:val="22"/>
          <w:rtl/>
        </w:rPr>
        <w:t>اختلاف</w:t>
      </w:r>
      <w:r w:rsidRPr="00D914B7">
        <w:rPr>
          <w:sz w:val="22"/>
        </w:rPr>
        <w:t>‌</w:t>
      </w:r>
      <w:r w:rsidRPr="00D914B7">
        <w:rPr>
          <w:sz w:val="22"/>
          <w:rtl/>
        </w:rPr>
        <w:t>های</w:t>
      </w:r>
      <w:r w:rsidRPr="00D914B7">
        <w:rPr>
          <w:sz w:val="22"/>
        </w:rPr>
        <w:t xml:space="preserve"> </w:t>
      </w:r>
      <w:r w:rsidRPr="00D914B7">
        <w:rPr>
          <w:sz w:val="22"/>
          <w:rtl/>
        </w:rPr>
        <w:t>اجتماعی</w:t>
      </w:r>
      <w:r w:rsidRPr="00D914B7">
        <w:rPr>
          <w:sz w:val="22"/>
        </w:rPr>
        <w:t xml:space="preserve"> </w:t>
      </w:r>
      <w:r w:rsidRPr="00D914B7">
        <w:rPr>
          <w:sz w:val="22"/>
          <w:rtl/>
        </w:rPr>
        <w:t>را</w:t>
      </w:r>
      <w:r w:rsidRPr="00D914B7">
        <w:rPr>
          <w:sz w:val="22"/>
        </w:rPr>
        <w:t xml:space="preserve"> </w:t>
      </w:r>
      <w:r w:rsidRPr="00D914B7">
        <w:rPr>
          <w:sz w:val="22"/>
          <w:rtl/>
        </w:rPr>
        <w:t>سامان</w:t>
      </w:r>
      <w:r w:rsidRPr="00D914B7">
        <w:rPr>
          <w:sz w:val="22"/>
        </w:rPr>
        <w:t xml:space="preserve"> </w:t>
      </w:r>
      <w:r w:rsidRPr="00D914B7">
        <w:rPr>
          <w:sz w:val="22"/>
          <w:rtl/>
        </w:rPr>
        <w:t>دهد</w:t>
      </w:r>
      <w:r w:rsidRPr="00D914B7">
        <w:rPr>
          <w:sz w:val="22"/>
        </w:rPr>
        <w:t xml:space="preserve"> </w:t>
      </w:r>
      <w:r w:rsidRPr="00D914B7">
        <w:rPr>
          <w:sz w:val="22"/>
          <w:rtl/>
        </w:rPr>
        <w:t>و</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با</w:t>
      </w:r>
      <w:r w:rsidRPr="00D914B7">
        <w:rPr>
          <w:sz w:val="22"/>
        </w:rPr>
        <w:t xml:space="preserve"> </w:t>
      </w:r>
      <w:r w:rsidRPr="00D914B7">
        <w:rPr>
          <w:sz w:val="22"/>
          <w:rtl/>
        </w:rPr>
        <w:t>شرایط</w:t>
      </w:r>
      <w:r w:rsidRPr="00D914B7">
        <w:rPr>
          <w:sz w:val="22"/>
        </w:rPr>
        <w:t xml:space="preserve"> </w:t>
      </w:r>
      <w:r w:rsidRPr="00D914B7">
        <w:rPr>
          <w:sz w:val="22"/>
          <w:rtl/>
        </w:rPr>
        <w:t>تازه</w:t>
      </w:r>
      <w:r w:rsidRPr="00D914B7">
        <w:rPr>
          <w:sz w:val="22"/>
        </w:rPr>
        <w:t xml:space="preserve"> </w:t>
      </w:r>
      <w:r w:rsidRPr="00D914B7">
        <w:rPr>
          <w:sz w:val="22"/>
          <w:rtl/>
        </w:rPr>
        <w:t>سازگار</w:t>
      </w:r>
      <w:r w:rsidRPr="00D914B7">
        <w:rPr>
          <w:sz w:val="22"/>
        </w:rPr>
        <w:t xml:space="preserve"> </w:t>
      </w:r>
      <w:r w:rsidRPr="00D914B7">
        <w:rPr>
          <w:sz w:val="22"/>
          <w:rtl/>
        </w:rPr>
        <w:t>سازد؛</w:t>
      </w:r>
      <w:r w:rsidRPr="00D914B7">
        <w:rPr>
          <w:sz w:val="22"/>
        </w:rPr>
        <w:t xml:space="preserve"> </w:t>
      </w:r>
      <w:r w:rsidRPr="00D914B7">
        <w:rPr>
          <w:sz w:val="22"/>
          <w:rtl/>
        </w:rPr>
        <w:t>بی</w:t>
      </w:r>
      <w:r w:rsidRPr="00D914B7">
        <w:rPr>
          <w:sz w:val="22"/>
        </w:rPr>
        <w:t>‌</w:t>
      </w:r>
      <w:r w:rsidRPr="00D914B7">
        <w:rPr>
          <w:sz w:val="22"/>
          <w:rtl/>
        </w:rPr>
        <w:t>آنکه</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هدف</w:t>
      </w:r>
      <w:r w:rsidRPr="00D914B7">
        <w:rPr>
          <w:sz w:val="22"/>
        </w:rPr>
        <w:t>‌</w:t>
      </w:r>
      <w:r w:rsidRPr="00D914B7">
        <w:rPr>
          <w:sz w:val="22"/>
          <w:rtl/>
        </w:rPr>
        <w:t>هایی</w:t>
      </w:r>
      <w:r w:rsidRPr="00D914B7">
        <w:rPr>
          <w:sz w:val="22"/>
        </w:rPr>
        <w:t xml:space="preserve"> </w:t>
      </w:r>
      <w:r w:rsidRPr="00D914B7">
        <w:rPr>
          <w:sz w:val="22"/>
          <w:rtl/>
        </w:rPr>
        <w:t>را</w:t>
      </w:r>
      <w:r w:rsidRPr="00D914B7">
        <w:rPr>
          <w:sz w:val="22"/>
        </w:rPr>
        <w:t xml:space="preserve"> </w:t>
      </w:r>
      <w:r w:rsidRPr="00D914B7">
        <w:rPr>
          <w:sz w:val="22"/>
          <w:rtl/>
        </w:rPr>
        <w:t>نابود</w:t>
      </w:r>
      <w:r w:rsidRPr="00D914B7">
        <w:rPr>
          <w:sz w:val="22"/>
        </w:rPr>
        <w:t xml:space="preserve"> </w:t>
      </w:r>
      <w:r w:rsidRPr="00D914B7">
        <w:rPr>
          <w:sz w:val="22"/>
          <w:rtl/>
        </w:rPr>
        <w:t>کند</w:t>
      </w:r>
      <w:r w:rsidRPr="00D914B7">
        <w:rPr>
          <w:sz w:val="22"/>
        </w:rPr>
        <w:t xml:space="preserve"> </w:t>
      </w:r>
      <w:r w:rsidRPr="00D914B7">
        <w:rPr>
          <w:sz w:val="22"/>
          <w:rtl/>
        </w:rPr>
        <w:t>که</w:t>
      </w:r>
      <w:r w:rsidRPr="00D914B7">
        <w:rPr>
          <w:sz w:val="22"/>
        </w:rPr>
        <w:t xml:space="preserve"> </w:t>
      </w:r>
      <w:r w:rsidRPr="00D914B7">
        <w:rPr>
          <w:sz w:val="22"/>
          <w:rtl/>
        </w:rPr>
        <w:t>کشور</w:t>
      </w:r>
      <w:r w:rsidRPr="00D914B7">
        <w:rPr>
          <w:sz w:val="22"/>
        </w:rPr>
        <w:t xml:space="preserve"> </w:t>
      </w:r>
      <w:r w:rsidRPr="00D914B7">
        <w:rPr>
          <w:sz w:val="22"/>
          <w:rtl/>
        </w:rPr>
        <w:t>اساساً</w:t>
      </w:r>
      <w:r w:rsidRPr="00D914B7">
        <w:rPr>
          <w:sz w:val="22"/>
        </w:rPr>
        <w:t xml:space="preserve"> </w:t>
      </w:r>
      <w:r w:rsidRPr="00D914B7">
        <w:rPr>
          <w:sz w:val="22"/>
          <w:rtl/>
        </w:rPr>
        <w:t>برای</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آنان</w:t>
      </w:r>
      <w:r w:rsidRPr="00D914B7">
        <w:rPr>
          <w:sz w:val="22"/>
        </w:rPr>
        <w:t xml:space="preserve"> </w:t>
      </w:r>
      <w:r w:rsidRPr="00D914B7">
        <w:rPr>
          <w:sz w:val="22"/>
          <w:rtl/>
        </w:rPr>
        <w:t>پدید</w:t>
      </w:r>
      <w:r w:rsidRPr="00D914B7">
        <w:rPr>
          <w:sz w:val="22"/>
        </w:rPr>
        <w:t xml:space="preserve"> </w:t>
      </w:r>
      <w:r w:rsidRPr="00D914B7">
        <w:rPr>
          <w:sz w:val="22"/>
          <w:rtl/>
        </w:rPr>
        <w:t>آمده</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در</w:t>
      </w:r>
      <w:r w:rsidRPr="00D914B7">
        <w:rPr>
          <w:sz w:val="22"/>
        </w:rPr>
        <w:t xml:space="preserve"> </w:t>
      </w:r>
      <w:r w:rsidRPr="00D914B7">
        <w:rPr>
          <w:sz w:val="22"/>
          <w:rtl/>
        </w:rPr>
        <w:t>ژرف</w:t>
      </w:r>
      <w:r w:rsidRPr="00D914B7">
        <w:rPr>
          <w:sz w:val="22"/>
        </w:rPr>
        <w:t>‌</w:t>
      </w:r>
      <w:r w:rsidRPr="00D914B7">
        <w:rPr>
          <w:sz w:val="22"/>
          <w:rtl/>
        </w:rPr>
        <w:t>ترین</w:t>
      </w:r>
      <w:r w:rsidRPr="00D914B7">
        <w:rPr>
          <w:sz w:val="22"/>
        </w:rPr>
        <w:t xml:space="preserve"> </w:t>
      </w:r>
      <w:r w:rsidRPr="00D914B7">
        <w:rPr>
          <w:sz w:val="22"/>
          <w:rtl/>
        </w:rPr>
        <w:t>معنای</w:t>
      </w:r>
      <w:r w:rsidRPr="00D914B7">
        <w:rPr>
          <w:sz w:val="22"/>
        </w:rPr>
        <w:t xml:space="preserve"> </w:t>
      </w:r>
      <w:r w:rsidRPr="00D914B7">
        <w:rPr>
          <w:sz w:val="22"/>
          <w:rtl/>
        </w:rPr>
        <w:t>خود،</w:t>
      </w:r>
      <w:r w:rsidRPr="00D914B7">
        <w:rPr>
          <w:sz w:val="22"/>
        </w:rPr>
        <w:t xml:space="preserve"> </w:t>
      </w:r>
      <w:r w:rsidRPr="00D914B7">
        <w:rPr>
          <w:sz w:val="22"/>
          <w:rtl/>
        </w:rPr>
        <w:t>کشورداری</w:t>
      </w:r>
      <w:r w:rsidRPr="00D914B7">
        <w:rPr>
          <w:sz w:val="22"/>
        </w:rPr>
        <w:t xml:space="preserve"> </w:t>
      </w:r>
      <w:r w:rsidRPr="00D914B7">
        <w:rPr>
          <w:sz w:val="22"/>
          <w:rtl/>
        </w:rPr>
        <w:t>هنر</w:t>
      </w:r>
      <w:r w:rsidRPr="00D914B7">
        <w:rPr>
          <w:sz w:val="22"/>
        </w:rPr>
        <w:t xml:space="preserve"> </w:t>
      </w:r>
      <w:r w:rsidRPr="00D914B7">
        <w:rPr>
          <w:sz w:val="22"/>
          <w:rtl/>
        </w:rPr>
        <w:t>تبدیل</w:t>
      </w:r>
      <w:r w:rsidRPr="00D914B7">
        <w:rPr>
          <w:sz w:val="22"/>
        </w:rPr>
        <w:t xml:space="preserve"> </w:t>
      </w:r>
      <w:r w:rsidRPr="00D914B7">
        <w:rPr>
          <w:sz w:val="22"/>
          <w:rtl/>
        </w:rPr>
        <w:t>قدرت</w:t>
      </w:r>
      <w:r w:rsidRPr="00D914B7">
        <w:rPr>
          <w:sz w:val="22"/>
        </w:rPr>
        <w:t xml:space="preserve"> </w:t>
      </w:r>
      <w:r w:rsidRPr="00D914B7">
        <w:rPr>
          <w:sz w:val="22"/>
          <w:rtl/>
        </w:rPr>
        <w:t>به</w:t>
      </w:r>
      <w:r w:rsidRPr="00D914B7">
        <w:rPr>
          <w:sz w:val="22"/>
        </w:rPr>
        <w:t xml:space="preserve"> </w:t>
      </w:r>
      <w:r w:rsidRPr="00D914B7">
        <w:rPr>
          <w:sz w:val="22"/>
          <w:rtl/>
        </w:rPr>
        <w:t>نظم،</w:t>
      </w:r>
      <w:r w:rsidRPr="00D914B7">
        <w:rPr>
          <w:sz w:val="22"/>
        </w:rPr>
        <w:t xml:space="preserve"> </w:t>
      </w:r>
      <w:r w:rsidRPr="00D914B7">
        <w:rPr>
          <w:sz w:val="22"/>
          <w:rtl/>
        </w:rPr>
        <w:t>نظم</w:t>
      </w:r>
      <w:r w:rsidRPr="00D914B7">
        <w:rPr>
          <w:sz w:val="22"/>
        </w:rPr>
        <w:t xml:space="preserve"> </w:t>
      </w:r>
      <w:r w:rsidRPr="00D914B7">
        <w:rPr>
          <w:sz w:val="22"/>
          <w:rtl/>
        </w:rPr>
        <w:t>به</w:t>
      </w:r>
      <w:r w:rsidRPr="00D914B7">
        <w:rPr>
          <w:sz w:val="22"/>
        </w:rPr>
        <w:t xml:space="preserve"> </w:t>
      </w:r>
      <w:r w:rsidRPr="00D914B7">
        <w:rPr>
          <w:sz w:val="22"/>
          <w:rtl/>
        </w:rPr>
        <w:t>نهاد،</w:t>
      </w:r>
      <w:r w:rsidRPr="00D914B7">
        <w:rPr>
          <w:sz w:val="22"/>
        </w:rPr>
        <w:t xml:space="preserve"> </w:t>
      </w:r>
      <w:r w:rsidRPr="00D914B7">
        <w:rPr>
          <w:sz w:val="22"/>
          <w:rtl/>
        </w:rPr>
        <w:t>نهاد</w:t>
      </w:r>
      <w:r w:rsidRPr="00D914B7">
        <w:rPr>
          <w:sz w:val="22"/>
        </w:rPr>
        <w:t xml:space="preserve"> </w:t>
      </w:r>
      <w:r w:rsidRPr="00D914B7">
        <w:rPr>
          <w:sz w:val="22"/>
          <w:rtl/>
        </w:rPr>
        <w:t>به</w:t>
      </w:r>
      <w:r w:rsidRPr="00D914B7">
        <w:rPr>
          <w:sz w:val="22"/>
        </w:rPr>
        <w:t xml:space="preserve"> </w:t>
      </w:r>
      <w:r w:rsidRPr="00D914B7">
        <w:rPr>
          <w:sz w:val="22"/>
          <w:rtl/>
        </w:rPr>
        <w:t>استمرار</w:t>
      </w:r>
      <w:r w:rsidRPr="00D914B7">
        <w:rPr>
          <w:sz w:val="22"/>
        </w:rPr>
        <w:t xml:space="preserve"> </w:t>
      </w:r>
      <w:r w:rsidRPr="00D914B7">
        <w:rPr>
          <w:sz w:val="22"/>
          <w:rtl/>
        </w:rPr>
        <w:t>و</w:t>
      </w:r>
      <w:r w:rsidRPr="00D914B7">
        <w:rPr>
          <w:sz w:val="22"/>
        </w:rPr>
        <w:t xml:space="preserve"> </w:t>
      </w:r>
      <w:r w:rsidRPr="00D914B7">
        <w:rPr>
          <w:sz w:val="22"/>
          <w:rtl/>
        </w:rPr>
        <w:t>استمرار</w:t>
      </w:r>
      <w:r w:rsidRPr="00D914B7">
        <w:rPr>
          <w:sz w:val="22"/>
        </w:rPr>
        <w:t xml:space="preserve"> </w:t>
      </w:r>
      <w:r w:rsidRPr="00D914B7">
        <w:rPr>
          <w:sz w:val="22"/>
          <w:rtl/>
        </w:rPr>
        <w:t>به</w:t>
      </w:r>
      <w:r w:rsidRPr="00D914B7">
        <w:rPr>
          <w:sz w:val="22"/>
        </w:rPr>
        <w:t xml:space="preserve"> </w:t>
      </w:r>
      <w:r w:rsidRPr="00D914B7">
        <w:rPr>
          <w:sz w:val="22"/>
          <w:rtl/>
        </w:rPr>
        <w:t>آینده</w:t>
      </w:r>
      <w:r w:rsidRPr="00D914B7">
        <w:rPr>
          <w:sz w:val="22"/>
        </w:rPr>
        <w:t>‌</w:t>
      </w:r>
      <w:r w:rsidRPr="00D914B7">
        <w:rPr>
          <w:sz w:val="22"/>
          <w:rtl/>
        </w:rPr>
        <w:t>ای</w:t>
      </w:r>
      <w:r w:rsidRPr="00D914B7">
        <w:rPr>
          <w:sz w:val="22"/>
        </w:rPr>
        <w:t xml:space="preserve"> </w:t>
      </w:r>
      <w:r w:rsidRPr="00D914B7">
        <w:rPr>
          <w:sz w:val="22"/>
          <w:rtl/>
        </w:rPr>
        <w:t>ممکن</w:t>
      </w:r>
      <w:r w:rsidRPr="00D914B7">
        <w:rPr>
          <w:sz w:val="22"/>
        </w:rPr>
        <w:t xml:space="preserve"> </w:t>
      </w:r>
      <w:r w:rsidRPr="00D914B7">
        <w:rPr>
          <w:sz w:val="22"/>
          <w:rtl/>
        </w:rPr>
        <w:t>برای</w:t>
      </w:r>
      <w:r w:rsidRPr="00D914B7">
        <w:rPr>
          <w:sz w:val="22"/>
        </w:rPr>
        <w:t xml:space="preserve"> </w:t>
      </w:r>
      <w:r w:rsidRPr="00D914B7">
        <w:rPr>
          <w:sz w:val="22"/>
          <w:rtl/>
        </w:rPr>
        <w:t>کشور</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این</w:t>
      </w:r>
      <w:r w:rsidRPr="00D914B7">
        <w:rPr>
          <w:sz w:val="22"/>
        </w:rPr>
        <w:t xml:space="preserve"> </w:t>
      </w:r>
      <w:r w:rsidRPr="00D914B7">
        <w:rPr>
          <w:sz w:val="22"/>
          <w:rtl/>
        </w:rPr>
        <w:t>اصطلاح</w:t>
      </w:r>
      <w:r w:rsidRPr="00D914B7">
        <w:rPr>
          <w:sz w:val="22"/>
        </w:rPr>
        <w:t xml:space="preserve"> </w:t>
      </w:r>
      <w:r w:rsidRPr="00D914B7">
        <w:rPr>
          <w:sz w:val="22"/>
          <w:rtl/>
        </w:rPr>
        <w:t>اغلب</w:t>
      </w:r>
      <w:r w:rsidRPr="00D914B7">
        <w:rPr>
          <w:sz w:val="22"/>
        </w:rPr>
        <w:t xml:space="preserve"> </w:t>
      </w:r>
      <w:r w:rsidRPr="00D914B7">
        <w:rPr>
          <w:sz w:val="22"/>
          <w:rtl/>
        </w:rPr>
        <w:t>با</w:t>
      </w:r>
      <w:r w:rsidRPr="00D914B7">
        <w:rPr>
          <w:sz w:val="22"/>
        </w:rPr>
        <w:t xml:space="preserve"> </w:t>
      </w:r>
      <w:r w:rsidRPr="00D914B7">
        <w:rPr>
          <w:sz w:val="22"/>
          <w:rtl/>
        </w:rPr>
        <w:t>لحنی</w:t>
      </w:r>
      <w:r w:rsidRPr="00D914B7">
        <w:rPr>
          <w:sz w:val="22"/>
        </w:rPr>
        <w:t xml:space="preserve"> </w:t>
      </w:r>
      <w:r w:rsidRPr="00D914B7">
        <w:rPr>
          <w:sz w:val="22"/>
          <w:rtl/>
        </w:rPr>
        <w:t>ستایش</w:t>
      </w:r>
      <w:r w:rsidRPr="00D914B7">
        <w:rPr>
          <w:sz w:val="22"/>
        </w:rPr>
        <w:t>‌</w:t>
      </w:r>
      <w:r w:rsidRPr="00D914B7">
        <w:rPr>
          <w:sz w:val="22"/>
          <w:rtl/>
        </w:rPr>
        <w:t>آمیز</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می</w:t>
      </w:r>
      <w:r w:rsidRPr="00D914B7">
        <w:rPr>
          <w:sz w:val="22"/>
        </w:rPr>
        <w:t>‌</w:t>
      </w:r>
      <w:r w:rsidRPr="00D914B7">
        <w:rPr>
          <w:sz w:val="22"/>
          <w:rtl/>
        </w:rPr>
        <w:t>رود،</w:t>
      </w:r>
      <w:r w:rsidRPr="00D914B7">
        <w:rPr>
          <w:sz w:val="22"/>
        </w:rPr>
        <w:t xml:space="preserve"> </w:t>
      </w:r>
      <w:r w:rsidRPr="00D914B7">
        <w:rPr>
          <w:sz w:val="22"/>
          <w:rtl/>
        </w:rPr>
        <w:t>اما</w:t>
      </w:r>
      <w:r w:rsidRPr="00D914B7">
        <w:rPr>
          <w:sz w:val="22"/>
        </w:rPr>
        <w:t xml:space="preserve"> </w:t>
      </w:r>
      <w:r w:rsidRPr="00D914B7">
        <w:rPr>
          <w:sz w:val="22"/>
          <w:rtl/>
        </w:rPr>
        <w:t>مفهوم</w:t>
      </w:r>
      <w:r w:rsidRPr="00D914B7">
        <w:rPr>
          <w:sz w:val="22"/>
        </w:rPr>
        <w:t xml:space="preserve"> </w:t>
      </w:r>
      <w:r w:rsidRPr="00D914B7">
        <w:rPr>
          <w:sz w:val="22"/>
          <w:rtl/>
        </w:rPr>
        <w:t>کشورداری</w:t>
      </w:r>
      <w:r w:rsidRPr="00D914B7">
        <w:rPr>
          <w:sz w:val="22"/>
        </w:rPr>
        <w:t xml:space="preserve"> </w:t>
      </w:r>
      <w:r w:rsidRPr="00D914B7">
        <w:rPr>
          <w:sz w:val="22"/>
          <w:rtl/>
        </w:rPr>
        <w:t>به</w:t>
      </w:r>
      <w:r w:rsidRPr="00D914B7">
        <w:rPr>
          <w:sz w:val="22"/>
        </w:rPr>
        <w:t>‌</w:t>
      </w:r>
      <w:r w:rsidRPr="00D914B7">
        <w:rPr>
          <w:sz w:val="22"/>
          <w:rtl/>
        </w:rPr>
        <w:t>خودی</w:t>
      </w:r>
      <w:r w:rsidRPr="00D914B7">
        <w:rPr>
          <w:sz w:val="22"/>
        </w:rPr>
        <w:t>‌</w:t>
      </w:r>
      <w:r w:rsidRPr="00D914B7">
        <w:rPr>
          <w:sz w:val="22"/>
          <w:rtl/>
        </w:rPr>
        <w:t>خود</w:t>
      </w:r>
      <w:r w:rsidRPr="00D914B7">
        <w:rPr>
          <w:sz w:val="22"/>
        </w:rPr>
        <w:t xml:space="preserve"> </w:t>
      </w:r>
      <w:r w:rsidRPr="00D914B7">
        <w:rPr>
          <w:sz w:val="22"/>
          <w:rtl/>
        </w:rPr>
        <w:t>از</w:t>
      </w:r>
      <w:r w:rsidRPr="00D914B7">
        <w:rPr>
          <w:sz w:val="22"/>
        </w:rPr>
        <w:t xml:space="preserve"> </w:t>
      </w:r>
      <w:r w:rsidRPr="00D914B7">
        <w:rPr>
          <w:sz w:val="22"/>
          <w:rtl/>
        </w:rPr>
        <w:t>نظر</w:t>
      </w:r>
      <w:r w:rsidRPr="00D914B7">
        <w:rPr>
          <w:sz w:val="22"/>
        </w:rPr>
        <w:t xml:space="preserve"> </w:t>
      </w:r>
      <w:r w:rsidRPr="00D914B7">
        <w:rPr>
          <w:sz w:val="22"/>
          <w:rtl/>
        </w:rPr>
        <w:t>اخلاقی</w:t>
      </w:r>
      <w:r w:rsidRPr="00D914B7">
        <w:rPr>
          <w:sz w:val="22"/>
        </w:rPr>
        <w:t xml:space="preserve"> </w:t>
      </w:r>
      <w:r w:rsidRPr="00D914B7">
        <w:rPr>
          <w:sz w:val="22"/>
          <w:rtl/>
        </w:rPr>
        <w:t>خنثی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فرمانروایی</w:t>
      </w:r>
      <w:r w:rsidRPr="00D914B7">
        <w:rPr>
          <w:sz w:val="22"/>
        </w:rPr>
        <w:t xml:space="preserve"> </w:t>
      </w:r>
      <w:r w:rsidRPr="00D914B7">
        <w:rPr>
          <w:sz w:val="22"/>
          <w:rtl/>
        </w:rPr>
        <w:t>خودکامه</w:t>
      </w:r>
      <w:r w:rsidRPr="00D914B7">
        <w:rPr>
          <w:sz w:val="22"/>
        </w:rPr>
        <w:t xml:space="preserve"> </w:t>
      </w:r>
      <w:r w:rsidRPr="00D914B7">
        <w:rPr>
          <w:sz w:val="22"/>
          <w:rtl/>
        </w:rPr>
        <w:t>در</w:t>
      </w:r>
      <w:r w:rsidRPr="00D914B7">
        <w:rPr>
          <w:sz w:val="22"/>
        </w:rPr>
        <w:t xml:space="preserve"> </w:t>
      </w:r>
      <w:r w:rsidRPr="00D914B7">
        <w:rPr>
          <w:sz w:val="22"/>
          <w:rtl/>
        </w:rPr>
        <w:t>ساختن</w:t>
      </w:r>
      <w:r w:rsidRPr="00D914B7">
        <w:rPr>
          <w:sz w:val="22"/>
        </w:rPr>
        <w:t xml:space="preserve"> </w:t>
      </w:r>
      <w:r w:rsidRPr="00D914B7">
        <w:rPr>
          <w:sz w:val="22"/>
          <w:rtl/>
        </w:rPr>
        <w:t>نهادها،</w:t>
      </w:r>
      <w:r w:rsidRPr="00D914B7">
        <w:rPr>
          <w:sz w:val="22"/>
        </w:rPr>
        <w:t xml:space="preserve"> </w:t>
      </w:r>
      <w:r w:rsidRPr="00D914B7">
        <w:rPr>
          <w:sz w:val="22"/>
          <w:rtl/>
        </w:rPr>
        <w:t>تنظیم</w:t>
      </w:r>
      <w:r w:rsidRPr="00D914B7">
        <w:rPr>
          <w:sz w:val="22"/>
        </w:rPr>
        <w:t xml:space="preserve"> </w:t>
      </w:r>
      <w:r w:rsidRPr="00D914B7">
        <w:rPr>
          <w:sz w:val="22"/>
          <w:rtl/>
        </w:rPr>
        <w:t>جانشینی،</w:t>
      </w:r>
      <w:r w:rsidRPr="00D914B7">
        <w:rPr>
          <w:sz w:val="22"/>
        </w:rPr>
        <w:t xml:space="preserve"> </w:t>
      </w:r>
      <w:r w:rsidRPr="00D914B7">
        <w:rPr>
          <w:sz w:val="22"/>
          <w:rtl/>
        </w:rPr>
        <w:t>حفظ</w:t>
      </w:r>
      <w:r w:rsidRPr="00D914B7">
        <w:rPr>
          <w:sz w:val="22"/>
        </w:rPr>
        <w:t xml:space="preserve"> </w:t>
      </w:r>
      <w:r w:rsidRPr="00D914B7">
        <w:rPr>
          <w:sz w:val="22"/>
          <w:rtl/>
        </w:rPr>
        <w:t>تمامیت</w:t>
      </w:r>
      <w:r w:rsidRPr="00D914B7">
        <w:rPr>
          <w:sz w:val="22"/>
        </w:rPr>
        <w:t xml:space="preserve"> </w:t>
      </w:r>
      <w:r w:rsidRPr="00D914B7">
        <w:rPr>
          <w:sz w:val="22"/>
          <w:rtl/>
        </w:rPr>
        <w:t>سرزمینی</w:t>
      </w:r>
      <w:r w:rsidRPr="00D914B7">
        <w:rPr>
          <w:sz w:val="22"/>
        </w:rPr>
        <w:t xml:space="preserve"> </w:t>
      </w:r>
      <w:r w:rsidRPr="00D914B7">
        <w:rPr>
          <w:sz w:val="22"/>
          <w:rtl/>
        </w:rPr>
        <w:t>و</w:t>
      </w:r>
      <w:r w:rsidRPr="00D914B7">
        <w:rPr>
          <w:sz w:val="22"/>
        </w:rPr>
        <w:t xml:space="preserve"> </w:t>
      </w:r>
      <w:r w:rsidRPr="00D914B7">
        <w:rPr>
          <w:sz w:val="22"/>
          <w:rtl/>
        </w:rPr>
        <w:t>دفاع</w:t>
      </w:r>
      <w:r w:rsidRPr="00D914B7">
        <w:rPr>
          <w:sz w:val="22"/>
        </w:rPr>
        <w:t xml:space="preserve"> </w:t>
      </w:r>
      <w:r w:rsidRPr="00D914B7">
        <w:rPr>
          <w:sz w:val="22"/>
          <w:rtl/>
        </w:rPr>
        <w:t>از</w:t>
      </w:r>
      <w:r w:rsidRPr="00D914B7">
        <w:rPr>
          <w:sz w:val="22"/>
        </w:rPr>
        <w:t xml:space="preserve"> </w:t>
      </w:r>
      <w:r w:rsidRPr="00D914B7">
        <w:rPr>
          <w:sz w:val="22"/>
          <w:rtl/>
        </w:rPr>
        <w:t>کشور</w:t>
      </w:r>
      <w:r w:rsidRPr="00D914B7">
        <w:rPr>
          <w:sz w:val="22"/>
        </w:rPr>
        <w:t xml:space="preserve"> </w:t>
      </w:r>
      <w:r w:rsidRPr="00D914B7">
        <w:rPr>
          <w:sz w:val="22"/>
          <w:rtl/>
        </w:rPr>
        <w:t>مهارت</w:t>
      </w:r>
      <w:r w:rsidRPr="00D914B7">
        <w:rPr>
          <w:sz w:val="22"/>
        </w:rPr>
        <w:t xml:space="preserve"> </w:t>
      </w:r>
      <w:r w:rsidRPr="00D914B7">
        <w:rPr>
          <w:sz w:val="22"/>
          <w:rtl/>
        </w:rPr>
        <w:t>چشمگیری</w:t>
      </w:r>
      <w:r w:rsidRPr="00D914B7">
        <w:rPr>
          <w:sz w:val="22"/>
        </w:rPr>
        <w:t xml:space="preserve"> </w:t>
      </w:r>
      <w:r w:rsidRPr="00D914B7">
        <w:rPr>
          <w:sz w:val="22"/>
          <w:rtl/>
        </w:rPr>
        <w:t>نشان</w:t>
      </w:r>
      <w:r w:rsidRPr="00D914B7">
        <w:rPr>
          <w:sz w:val="22"/>
        </w:rPr>
        <w:t xml:space="preserve"> </w:t>
      </w:r>
      <w:r w:rsidRPr="00D914B7">
        <w:rPr>
          <w:sz w:val="22"/>
          <w:rtl/>
        </w:rPr>
        <w:t>دهد</w:t>
      </w:r>
      <w:r>
        <w:rPr>
          <w:rFonts w:hint="cs"/>
          <w:sz w:val="22"/>
          <w:rtl/>
        </w:rPr>
        <w:t xml:space="preserve">. </w:t>
      </w:r>
      <w:r w:rsidRPr="00D914B7">
        <w:rPr>
          <w:sz w:val="22"/>
          <w:rtl/>
        </w:rPr>
        <w:t>در</w:t>
      </w:r>
      <w:r w:rsidRPr="00D914B7">
        <w:rPr>
          <w:sz w:val="22"/>
        </w:rPr>
        <w:t xml:space="preserve"> </w:t>
      </w:r>
      <w:r w:rsidRPr="00D914B7">
        <w:rPr>
          <w:sz w:val="22"/>
          <w:rtl/>
        </w:rPr>
        <w:t>مقابل،</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دموکراتیک</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کوتاه</w:t>
      </w:r>
      <w:r w:rsidRPr="00D914B7">
        <w:rPr>
          <w:sz w:val="22"/>
        </w:rPr>
        <w:t>‌</w:t>
      </w:r>
      <w:r w:rsidRPr="00D914B7">
        <w:rPr>
          <w:sz w:val="22"/>
          <w:rtl/>
        </w:rPr>
        <w:t>بینی،</w:t>
      </w:r>
      <w:r w:rsidRPr="00D914B7">
        <w:rPr>
          <w:sz w:val="22"/>
        </w:rPr>
        <w:t xml:space="preserve"> </w:t>
      </w:r>
      <w:r w:rsidRPr="00D914B7">
        <w:rPr>
          <w:sz w:val="22"/>
          <w:rtl/>
        </w:rPr>
        <w:t>فرسایش</w:t>
      </w:r>
      <w:r w:rsidRPr="00D914B7">
        <w:rPr>
          <w:sz w:val="22"/>
        </w:rPr>
        <w:t xml:space="preserve"> </w:t>
      </w:r>
      <w:r w:rsidRPr="00D914B7">
        <w:rPr>
          <w:sz w:val="22"/>
          <w:rtl/>
        </w:rPr>
        <w:t>نهادها</w:t>
      </w:r>
      <w:r w:rsidRPr="00D914B7">
        <w:rPr>
          <w:sz w:val="22"/>
        </w:rPr>
        <w:t xml:space="preserve"> </w:t>
      </w:r>
      <w:r w:rsidRPr="00D914B7">
        <w:rPr>
          <w:sz w:val="22"/>
          <w:rtl/>
        </w:rPr>
        <w:t>یا</w:t>
      </w:r>
      <w:r w:rsidRPr="00D914B7">
        <w:rPr>
          <w:sz w:val="22"/>
        </w:rPr>
        <w:t xml:space="preserve"> </w:t>
      </w:r>
      <w:r w:rsidRPr="00D914B7">
        <w:rPr>
          <w:sz w:val="22"/>
          <w:rtl/>
        </w:rPr>
        <w:t>سردرگمی</w:t>
      </w:r>
      <w:r w:rsidRPr="00D914B7">
        <w:rPr>
          <w:sz w:val="22"/>
        </w:rPr>
        <w:t xml:space="preserve"> </w:t>
      </w:r>
      <w:r w:rsidRPr="00D914B7">
        <w:rPr>
          <w:sz w:val="22"/>
          <w:rtl/>
        </w:rPr>
        <w:t>راهبردی</w:t>
      </w:r>
      <w:r w:rsidRPr="00D914B7">
        <w:rPr>
          <w:sz w:val="22"/>
        </w:rPr>
        <w:t xml:space="preserve"> </w:t>
      </w:r>
      <w:r w:rsidRPr="00D914B7">
        <w:rPr>
          <w:sz w:val="22"/>
          <w:rtl/>
        </w:rPr>
        <w:t>در</w:t>
      </w:r>
      <w:r w:rsidRPr="00D914B7">
        <w:rPr>
          <w:sz w:val="22"/>
        </w:rPr>
        <w:t xml:space="preserve"> </w:t>
      </w:r>
      <w:r w:rsidRPr="00D914B7">
        <w:rPr>
          <w:sz w:val="22"/>
          <w:rtl/>
        </w:rPr>
        <w:t>کشورداری</w:t>
      </w:r>
      <w:r w:rsidRPr="00D914B7">
        <w:rPr>
          <w:sz w:val="22"/>
        </w:rPr>
        <w:t xml:space="preserve"> </w:t>
      </w:r>
      <w:r w:rsidRPr="00D914B7">
        <w:rPr>
          <w:sz w:val="22"/>
          <w:rtl/>
        </w:rPr>
        <w:t>ناموفق</w:t>
      </w:r>
      <w:r w:rsidRPr="00D914B7">
        <w:rPr>
          <w:sz w:val="22"/>
        </w:rPr>
        <w:t xml:space="preserve"> </w:t>
      </w:r>
      <w:r w:rsidRPr="00D914B7">
        <w:rPr>
          <w:sz w:val="22"/>
          <w:rtl/>
        </w:rPr>
        <w:t>باشد</w:t>
      </w:r>
      <w:r>
        <w:rPr>
          <w:rFonts w:hint="cs"/>
          <w:sz w:val="22"/>
          <w:rtl/>
        </w:rPr>
        <w:t>.</w:t>
      </w:r>
      <w:r w:rsidRPr="00D914B7">
        <w:rPr>
          <w:sz w:val="22"/>
        </w:rPr>
        <w:t xml:space="preserve"> </w:t>
      </w:r>
      <w:r w:rsidRPr="00D914B7">
        <w:rPr>
          <w:sz w:val="22"/>
          <w:rtl/>
        </w:rPr>
        <w:t>بنابراین،</w:t>
      </w:r>
      <w:r w:rsidRPr="00D914B7">
        <w:rPr>
          <w:sz w:val="22"/>
        </w:rPr>
        <w:t xml:space="preserve"> </w:t>
      </w:r>
      <w:r w:rsidRPr="00D914B7">
        <w:rPr>
          <w:sz w:val="22"/>
          <w:rtl/>
        </w:rPr>
        <w:t>باید</w:t>
      </w:r>
      <w:r w:rsidRPr="00D914B7">
        <w:rPr>
          <w:sz w:val="22"/>
        </w:rPr>
        <w:t xml:space="preserve"> </w:t>
      </w:r>
      <w:r w:rsidRPr="00D914B7">
        <w:rPr>
          <w:sz w:val="22"/>
          <w:rtl/>
        </w:rPr>
        <w:t>میان</w:t>
      </w:r>
      <w:r w:rsidRPr="00D914B7">
        <w:rPr>
          <w:sz w:val="22"/>
        </w:rPr>
        <w:t xml:space="preserve"> </w:t>
      </w:r>
      <w:r w:rsidRPr="00D914B7">
        <w:rPr>
          <w:sz w:val="22"/>
          <w:rtl/>
        </w:rPr>
        <w:t>چند</w:t>
      </w:r>
      <w:r w:rsidRPr="00D914B7">
        <w:rPr>
          <w:sz w:val="22"/>
        </w:rPr>
        <w:t xml:space="preserve"> </w:t>
      </w:r>
      <w:r w:rsidRPr="00D914B7">
        <w:rPr>
          <w:sz w:val="22"/>
          <w:rtl/>
        </w:rPr>
        <w:t>داوری</w:t>
      </w:r>
      <w:r w:rsidRPr="00D914B7">
        <w:rPr>
          <w:sz w:val="22"/>
        </w:rPr>
        <w:t xml:space="preserve"> </w:t>
      </w:r>
      <w:r w:rsidRPr="00D914B7">
        <w:rPr>
          <w:sz w:val="22"/>
          <w:rtl/>
        </w:rPr>
        <w:t>تفاوت</w:t>
      </w:r>
      <w:r w:rsidRPr="00D914B7">
        <w:rPr>
          <w:sz w:val="22"/>
        </w:rPr>
        <w:t xml:space="preserve"> </w:t>
      </w:r>
      <w:r w:rsidRPr="00D914B7">
        <w:rPr>
          <w:sz w:val="22"/>
          <w:rtl/>
        </w:rPr>
        <w:t>گذاشت</w:t>
      </w:r>
      <w:r>
        <w:rPr>
          <w:sz w:val="22"/>
          <w:rtl/>
        </w:rPr>
        <w:t>.</w:t>
      </w:r>
    </w:p>
    <w:p w:rsidR="00987F03" w:rsidRPr="00D914B7" w:rsidRDefault="00987F03" w:rsidP="00987F03">
      <w:pPr>
        <w:bidi/>
        <w:ind w:firstLine="720"/>
        <w:rPr>
          <w:sz w:val="22"/>
        </w:rPr>
      </w:pPr>
      <w:r w:rsidRPr="00D914B7">
        <w:rPr>
          <w:sz w:val="22"/>
          <w:rtl/>
        </w:rPr>
        <w:t>کشورداری</w:t>
      </w:r>
      <w:r w:rsidRPr="00D914B7">
        <w:rPr>
          <w:sz w:val="22"/>
        </w:rPr>
        <w:t xml:space="preserve"> </w:t>
      </w:r>
      <w:r w:rsidRPr="00D914B7">
        <w:rPr>
          <w:sz w:val="22"/>
          <w:rtl/>
        </w:rPr>
        <w:t>کارآمد</w:t>
      </w:r>
      <w:r w:rsidRPr="00D914B7">
        <w:rPr>
          <w:sz w:val="22"/>
        </w:rPr>
        <w:t xml:space="preserve"> </w:t>
      </w:r>
      <w:r w:rsidRPr="00D914B7">
        <w:rPr>
          <w:sz w:val="22"/>
          <w:rtl/>
        </w:rPr>
        <w:t>توانایی</w:t>
      </w:r>
      <w:r w:rsidRPr="00D914B7">
        <w:rPr>
          <w:sz w:val="22"/>
        </w:rPr>
        <w:t xml:space="preserve"> </w:t>
      </w:r>
      <w:r w:rsidRPr="00D914B7">
        <w:rPr>
          <w:sz w:val="22"/>
          <w:rtl/>
        </w:rPr>
        <w:t>تحقق</w:t>
      </w:r>
      <w:r w:rsidRPr="00D914B7">
        <w:rPr>
          <w:sz w:val="22"/>
        </w:rPr>
        <w:t xml:space="preserve"> </w:t>
      </w:r>
      <w:r w:rsidRPr="00D914B7">
        <w:rPr>
          <w:sz w:val="22"/>
          <w:rtl/>
        </w:rPr>
        <w:t>هدف</w:t>
      </w:r>
      <w:r w:rsidRPr="00D914B7">
        <w:rPr>
          <w:sz w:val="22"/>
        </w:rPr>
        <w:t>‌</w:t>
      </w:r>
      <w:r w:rsidRPr="00D914B7">
        <w:rPr>
          <w:sz w:val="22"/>
          <w:rtl/>
        </w:rPr>
        <w:t>های</w:t>
      </w:r>
      <w:r w:rsidRPr="00D914B7">
        <w:rPr>
          <w:sz w:val="22"/>
        </w:rPr>
        <w:t xml:space="preserve"> </w:t>
      </w:r>
      <w:r w:rsidRPr="00D914B7">
        <w:rPr>
          <w:sz w:val="22"/>
          <w:rtl/>
        </w:rPr>
        <w:t>سیاسی</w:t>
      </w:r>
      <w:r w:rsidRPr="00D914B7">
        <w:rPr>
          <w:sz w:val="22"/>
        </w:rPr>
        <w:t xml:space="preserve"> </w:t>
      </w:r>
      <w:r w:rsidRPr="00D914B7">
        <w:rPr>
          <w:sz w:val="22"/>
          <w:rtl/>
        </w:rPr>
        <w:t>پایدار</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برخوردار</w:t>
      </w:r>
      <w:r w:rsidRPr="00D914B7">
        <w:rPr>
          <w:sz w:val="22"/>
        </w:rPr>
        <w:t xml:space="preserve"> </w:t>
      </w:r>
      <w:r w:rsidRPr="00D914B7">
        <w:rPr>
          <w:sz w:val="22"/>
          <w:rtl/>
        </w:rPr>
        <w:t>از</w:t>
      </w:r>
      <w:r w:rsidRPr="00D914B7">
        <w:rPr>
          <w:sz w:val="22"/>
        </w:rPr>
        <w:t xml:space="preserve"> </w:t>
      </w:r>
      <w:r w:rsidRPr="00D914B7">
        <w:rPr>
          <w:sz w:val="22"/>
          <w:rtl/>
        </w:rPr>
        <w:t>حقانیت،</w:t>
      </w:r>
      <w:r w:rsidRPr="00D914B7">
        <w:rPr>
          <w:sz w:val="22"/>
        </w:rPr>
        <w:t xml:space="preserve"> </w:t>
      </w:r>
      <w:r w:rsidRPr="00D914B7">
        <w:rPr>
          <w:sz w:val="22"/>
          <w:rtl/>
        </w:rPr>
        <w:t>اقتدار</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نظامی</w:t>
      </w:r>
      <w:r w:rsidRPr="00D914B7">
        <w:rPr>
          <w:sz w:val="22"/>
        </w:rPr>
        <w:t xml:space="preserve"> </w:t>
      </w:r>
      <w:r w:rsidRPr="00D914B7">
        <w:rPr>
          <w:sz w:val="22"/>
          <w:rtl/>
        </w:rPr>
        <w:t>اعمال</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که</w:t>
      </w:r>
      <w:r w:rsidRPr="00D914B7">
        <w:rPr>
          <w:sz w:val="22"/>
        </w:rPr>
        <w:t xml:space="preserve"> </w:t>
      </w:r>
      <w:r w:rsidRPr="00D914B7">
        <w:rPr>
          <w:sz w:val="22"/>
          <w:rtl/>
        </w:rPr>
        <w:t>جامعه</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پذیرفته</w:t>
      </w:r>
      <w:r w:rsidRPr="00D914B7">
        <w:rPr>
          <w:sz w:val="22"/>
        </w:rPr>
        <w:t xml:space="preserve"> </w:t>
      </w:r>
      <w:r w:rsidRPr="00D914B7">
        <w:rPr>
          <w:sz w:val="22"/>
          <w:rtl/>
        </w:rPr>
        <w:t>و</w:t>
      </w:r>
      <w:r w:rsidRPr="00D914B7">
        <w:rPr>
          <w:sz w:val="22"/>
        </w:rPr>
        <w:t xml:space="preserve"> </w:t>
      </w:r>
      <w:r w:rsidRPr="00D914B7">
        <w:rPr>
          <w:sz w:val="22"/>
          <w:rtl/>
        </w:rPr>
        <w:t>قانون</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رسمیت</w:t>
      </w:r>
      <w:r w:rsidRPr="00D914B7">
        <w:rPr>
          <w:sz w:val="22"/>
        </w:rPr>
        <w:t xml:space="preserve"> </w:t>
      </w:r>
      <w:r w:rsidRPr="00D914B7">
        <w:rPr>
          <w:sz w:val="22"/>
          <w:rtl/>
        </w:rPr>
        <w:t>شناخته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اخلاقی</w:t>
      </w:r>
      <w:r w:rsidRPr="00D914B7">
        <w:rPr>
          <w:sz w:val="22"/>
        </w:rPr>
        <w:t xml:space="preserve"> </w:t>
      </w:r>
      <w:r w:rsidRPr="00D914B7">
        <w:rPr>
          <w:sz w:val="22"/>
          <w:rtl/>
        </w:rPr>
        <w:t>کرامت</w:t>
      </w:r>
      <w:r w:rsidRPr="00D914B7">
        <w:rPr>
          <w:sz w:val="22"/>
        </w:rPr>
        <w:t xml:space="preserve"> </w:t>
      </w:r>
      <w:r w:rsidRPr="00D914B7">
        <w:rPr>
          <w:sz w:val="22"/>
          <w:rtl/>
        </w:rPr>
        <w:t>انسان،</w:t>
      </w:r>
      <w:r w:rsidRPr="00D914B7">
        <w:rPr>
          <w:sz w:val="22"/>
        </w:rPr>
        <w:t xml:space="preserve"> </w:t>
      </w:r>
      <w:r w:rsidRPr="00D914B7">
        <w:rPr>
          <w:sz w:val="22"/>
          <w:rtl/>
        </w:rPr>
        <w:t>حقوق</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محدودیت</w:t>
      </w:r>
      <w:r w:rsidRPr="00D914B7">
        <w:rPr>
          <w:sz w:val="22"/>
        </w:rPr>
        <w:t>‌</w:t>
      </w:r>
      <w:r w:rsidRPr="00D914B7">
        <w:rPr>
          <w:sz w:val="22"/>
          <w:rtl/>
        </w:rPr>
        <w:t>های</w:t>
      </w:r>
      <w:r w:rsidRPr="00D914B7">
        <w:rPr>
          <w:sz w:val="22"/>
        </w:rPr>
        <w:t xml:space="preserve"> </w:t>
      </w:r>
      <w:r w:rsidRPr="00D914B7">
        <w:rPr>
          <w:sz w:val="22"/>
          <w:rtl/>
        </w:rPr>
        <w:t>اخلاقی</w:t>
      </w:r>
      <w:r w:rsidRPr="00D914B7">
        <w:rPr>
          <w:sz w:val="22"/>
        </w:rPr>
        <w:t xml:space="preserve"> </w:t>
      </w:r>
      <w:r w:rsidRPr="00D914B7">
        <w:rPr>
          <w:sz w:val="22"/>
          <w:rtl/>
        </w:rPr>
        <w:t>را</w:t>
      </w:r>
      <w:r w:rsidRPr="00D914B7">
        <w:rPr>
          <w:sz w:val="22"/>
        </w:rPr>
        <w:t xml:space="preserve"> </w:t>
      </w:r>
      <w:r w:rsidRPr="00D914B7">
        <w:rPr>
          <w:sz w:val="22"/>
          <w:rtl/>
        </w:rPr>
        <w:t>رعایت</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دموکراتیک</w:t>
      </w:r>
      <w:r w:rsidRPr="00D914B7">
        <w:rPr>
          <w:sz w:val="22"/>
        </w:rPr>
        <w:t xml:space="preserve"> </w:t>
      </w:r>
      <w:r w:rsidRPr="00D914B7">
        <w:rPr>
          <w:sz w:val="22"/>
          <w:rtl/>
        </w:rPr>
        <w:t>کارآمدی</w:t>
      </w:r>
      <w:r w:rsidRPr="00D914B7">
        <w:rPr>
          <w:sz w:val="22"/>
        </w:rPr>
        <w:t xml:space="preserve"> </w:t>
      </w:r>
      <w:r w:rsidRPr="00D914B7">
        <w:rPr>
          <w:sz w:val="22"/>
          <w:rtl/>
        </w:rPr>
        <w:t>را</w:t>
      </w:r>
      <w:r w:rsidRPr="00D914B7">
        <w:rPr>
          <w:sz w:val="22"/>
        </w:rPr>
        <w:t xml:space="preserve"> </w:t>
      </w:r>
      <w:r w:rsidRPr="00D914B7">
        <w:rPr>
          <w:sz w:val="22"/>
          <w:rtl/>
        </w:rPr>
        <w:t>با</w:t>
      </w:r>
      <w:r w:rsidRPr="00D914B7">
        <w:rPr>
          <w:sz w:val="22"/>
        </w:rPr>
        <w:t xml:space="preserve"> </w:t>
      </w:r>
      <w:r w:rsidRPr="00D914B7">
        <w:rPr>
          <w:sz w:val="22"/>
          <w:rtl/>
        </w:rPr>
        <w:t>رضایت</w:t>
      </w:r>
      <w:r w:rsidRPr="00D914B7">
        <w:rPr>
          <w:sz w:val="22"/>
        </w:rPr>
        <w:t xml:space="preserve"> </w:t>
      </w:r>
      <w:r w:rsidRPr="00D914B7">
        <w:rPr>
          <w:sz w:val="22"/>
          <w:rtl/>
        </w:rPr>
        <w:t>عمومی،</w:t>
      </w:r>
      <w:r w:rsidRPr="00D914B7">
        <w:rPr>
          <w:sz w:val="22"/>
        </w:rPr>
        <w:t xml:space="preserve"> </w:t>
      </w:r>
      <w:r w:rsidRPr="00D914B7">
        <w:rPr>
          <w:sz w:val="22"/>
          <w:rtl/>
        </w:rPr>
        <w:t>پاسخ</w:t>
      </w:r>
      <w:r w:rsidRPr="00D914B7">
        <w:rPr>
          <w:sz w:val="22"/>
        </w:rPr>
        <w:t>‌</w:t>
      </w:r>
      <w:r w:rsidRPr="00D914B7">
        <w:rPr>
          <w:sz w:val="22"/>
          <w:rtl/>
        </w:rPr>
        <w:t>گویی،</w:t>
      </w:r>
      <w:r w:rsidRPr="00D914B7">
        <w:rPr>
          <w:sz w:val="22"/>
        </w:rPr>
        <w:t xml:space="preserve"> </w:t>
      </w:r>
      <w:r w:rsidRPr="00D914B7">
        <w:rPr>
          <w:sz w:val="22"/>
          <w:rtl/>
        </w:rPr>
        <w:t>کثرت</w:t>
      </w:r>
      <w:r w:rsidRPr="00D914B7">
        <w:rPr>
          <w:sz w:val="22"/>
        </w:rPr>
        <w:t>‌</w:t>
      </w:r>
      <w:r w:rsidRPr="00D914B7">
        <w:rPr>
          <w:sz w:val="22"/>
          <w:rtl/>
        </w:rPr>
        <w:t>گرایی،</w:t>
      </w:r>
      <w:r w:rsidRPr="00D914B7">
        <w:rPr>
          <w:sz w:val="22"/>
        </w:rPr>
        <w:t xml:space="preserve"> </w:t>
      </w:r>
      <w:r w:rsidRPr="00D914B7">
        <w:rPr>
          <w:sz w:val="22"/>
          <w:rtl/>
        </w:rPr>
        <w:t>حاکمیت</w:t>
      </w:r>
      <w:r w:rsidRPr="00D914B7">
        <w:rPr>
          <w:sz w:val="22"/>
        </w:rPr>
        <w:t xml:space="preserve"> </w:t>
      </w:r>
      <w:r w:rsidRPr="00D914B7">
        <w:rPr>
          <w:sz w:val="22"/>
          <w:rtl/>
        </w:rPr>
        <w:t>ملت</w:t>
      </w:r>
      <w:r w:rsidRPr="00D914B7">
        <w:rPr>
          <w:sz w:val="22"/>
        </w:rPr>
        <w:t xml:space="preserve"> </w:t>
      </w:r>
      <w:r w:rsidRPr="00D914B7">
        <w:rPr>
          <w:sz w:val="22"/>
          <w:rtl/>
        </w:rPr>
        <w:t>و</w:t>
      </w:r>
      <w:r w:rsidRPr="00D914B7">
        <w:rPr>
          <w:sz w:val="22"/>
        </w:rPr>
        <w:t xml:space="preserve"> </w:t>
      </w:r>
      <w:r w:rsidRPr="00D914B7">
        <w:rPr>
          <w:sz w:val="22"/>
          <w:rtl/>
        </w:rPr>
        <w:t>حکومت</w:t>
      </w:r>
      <w:r w:rsidRPr="00D914B7">
        <w:rPr>
          <w:sz w:val="22"/>
        </w:rPr>
        <w:t xml:space="preserve"> </w:t>
      </w:r>
      <w:r w:rsidRPr="00D914B7">
        <w:rPr>
          <w:sz w:val="22"/>
          <w:rtl/>
        </w:rPr>
        <w:t>قانون</w:t>
      </w:r>
      <w:r w:rsidRPr="00D914B7">
        <w:rPr>
          <w:sz w:val="22"/>
        </w:rPr>
        <w:t xml:space="preserve"> </w:t>
      </w:r>
      <w:r w:rsidRPr="00D914B7">
        <w:rPr>
          <w:sz w:val="22"/>
          <w:rtl/>
        </w:rPr>
        <w:t>پیوند</w:t>
      </w:r>
      <w:r w:rsidRPr="00D914B7">
        <w:rPr>
          <w:sz w:val="22"/>
        </w:rPr>
        <w:t xml:space="preserve"> </w:t>
      </w:r>
      <w:r w:rsidRPr="00D914B7">
        <w:rPr>
          <w:sz w:val="22"/>
          <w:rtl/>
        </w:rPr>
        <w:t>می</w:t>
      </w:r>
      <w:r w:rsidRPr="00D914B7">
        <w:rPr>
          <w:sz w:val="22"/>
        </w:rPr>
        <w:t>‌</w:t>
      </w:r>
      <w:r w:rsidRPr="00D914B7">
        <w:rPr>
          <w:sz w:val="22"/>
          <w:rtl/>
        </w:rPr>
        <w:t>دهد</w:t>
      </w:r>
      <w:r>
        <w:rPr>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این</w:t>
      </w:r>
      <w:r w:rsidRPr="00D914B7">
        <w:rPr>
          <w:sz w:val="22"/>
        </w:rPr>
        <w:t xml:space="preserve"> </w:t>
      </w:r>
      <w:r w:rsidRPr="00D914B7">
        <w:rPr>
          <w:sz w:val="22"/>
          <w:rtl/>
        </w:rPr>
        <w:t>ویژگی</w:t>
      </w:r>
      <w:r w:rsidRPr="00D914B7">
        <w:rPr>
          <w:sz w:val="22"/>
        </w:rPr>
        <w:t>‌</w:t>
      </w:r>
      <w:r w:rsidRPr="00D914B7">
        <w:rPr>
          <w:sz w:val="22"/>
          <w:rtl/>
        </w:rPr>
        <w:t>ها</w:t>
      </w:r>
      <w:r w:rsidRPr="00D914B7">
        <w:rPr>
          <w:sz w:val="22"/>
        </w:rPr>
        <w:t xml:space="preserve"> </w:t>
      </w:r>
      <w:r w:rsidRPr="00D914B7">
        <w:rPr>
          <w:sz w:val="22"/>
          <w:rtl/>
        </w:rPr>
        <w:t>در</w:t>
      </w:r>
      <w:r w:rsidRPr="00D914B7">
        <w:rPr>
          <w:sz w:val="22"/>
        </w:rPr>
        <w:t xml:space="preserve"> </w:t>
      </w:r>
      <w:r w:rsidRPr="00D914B7">
        <w:rPr>
          <w:sz w:val="22"/>
          <w:rtl/>
        </w:rPr>
        <w:t>یک</w:t>
      </w:r>
      <w:r w:rsidRPr="00D914B7">
        <w:rPr>
          <w:sz w:val="22"/>
        </w:rPr>
        <w:t xml:space="preserve"> </w:t>
      </w:r>
      <w:r w:rsidRPr="00D914B7">
        <w:rPr>
          <w:sz w:val="22"/>
          <w:rtl/>
        </w:rPr>
        <w:t>نظام</w:t>
      </w:r>
      <w:r w:rsidRPr="00D914B7">
        <w:rPr>
          <w:sz w:val="22"/>
        </w:rPr>
        <w:t xml:space="preserve"> </w:t>
      </w:r>
      <w:r w:rsidRPr="00D914B7">
        <w:rPr>
          <w:sz w:val="22"/>
          <w:rtl/>
        </w:rPr>
        <w:t>سیاسی</w:t>
      </w:r>
      <w:r w:rsidRPr="00D914B7">
        <w:rPr>
          <w:sz w:val="22"/>
        </w:rPr>
        <w:t xml:space="preserve"> </w:t>
      </w:r>
      <w:r w:rsidRPr="00D914B7">
        <w:rPr>
          <w:sz w:val="22"/>
          <w:rtl/>
        </w:rPr>
        <w:t>جمع</w:t>
      </w:r>
      <w:r w:rsidRPr="00D914B7">
        <w:rPr>
          <w:sz w:val="22"/>
        </w:rPr>
        <w:t xml:space="preserve"> </w:t>
      </w:r>
      <w:r w:rsidRPr="00D914B7">
        <w:rPr>
          <w:sz w:val="22"/>
          <w:rtl/>
        </w:rPr>
        <w:t>شوند،</w:t>
      </w:r>
      <w:r w:rsidRPr="00D914B7">
        <w:rPr>
          <w:sz w:val="22"/>
        </w:rPr>
        <w:t xml:space="preserve"> </w:t>
      </w:r>
      <w:r w:rsidRPr="00D914B7">
        <w:rPr>
          <w:sz w:val="22"/>
          <w:rtl/>
        </w:rPr>
        <w:t>اما</w:t>
      </w:r>
      <w:r w:rsidRPr="00D914B7">
        <w:rPr>
          <w:sz w:val="22"/>
        </w:rPr>
        <w:t xml:space="preserve"> </w:t>
      </w:r>
      <w:r w:rsidRPr="00D914B7">
        <w:rPr>
          <w:sz w:val="22"/>
          <w:rtl/>
        </w:rPr>
        <w:t>چنین</w:t>
      </w:r>
      <w:r w:rsidRPr="00D914B7">
        <w:rPr>
          <w:sz w:val="22"/>
        </w:rPr>
        <w:t xml:space="preserve"> </w:t>
      </w:r>
      <w:r w:rsidRPr="00D914B7">
        <w:rPr>
          <w:sz w:val="22"/>
          <w:rtl/>
        </w:rPr>
        <w:t>جمعی</w:t>
      </w:r>
      <w:r w:rsidRPr="00D914B7">
        <w:rPr>
          <w:sz w:val="22"/>
        </w:rPr>
        <w:t xml:space="preserve"> </w:t>
      </w:r>
      <w:r w:rsidRPr="00D914B7">
        <w:rPr>
          <w:sz w:val="22"/>
          <w:rtl/>
        </w:rPr>
        <w:t>خودبه</w:t>
      </w:r>
      <w:r w:rsidRPr="00D914B7">
        <w:rPr>
          <w:sz w:val="22"/>
        </w:rPr>
        <w:t>‌</w:t>
      </w:r>
      <w:r w:rsidRPr="00D914B7">
        <w:rPr>
          <w:sz w:val="22"/>
          <w:rtl/>
        </w:rPr>
        <w:t>خود</w:t>
      </w:r>
      <w:r w:rsidRPr="00D914B7">
        <w:rPr>
          <w:sz w:val="22"/>
        </w:rPr>
        <w:t xml:space="preserve"> </w:t>
      </w:r>
      <w:r w:rsidRPr="00D914B7">
        <w:rPr>
          <w:sz w:val="22"/>
          <w:rtl/>
        </w:rPr>
        <w:t>پدید</w:t>
      </w:r>
      <w:r w:rsidRPr="00D914B7">
        <w:rPr>
          <w:sz w:val="22"/>
        </w:rPr>
        <w:t xml:space="preserve"> </w:t>
      </w:r>
      <w:r w:rsidRPr="00D914B7">
        <w:rPr>
          <w:sz w:val="22"/>
          <w:rtl/>
        </w:rPr>
        <w:t>نمی</w:t>
      </w:r>
      <w:r w:rsidRPr="00D914B7">
        <w:rPr>
          <w:sz w:val="22"/>
        </w:rPr>
        <w:t>‌</w:t>
      </w:r>
      <w:r w:rsidRPr="00D914B7">
        <w:rPr>
          <w:sz w:val="22"/>
          <w:rtl/>
        </w:rPr>
        <w:t>آید</w:t>
      </w:r>
      <w:r>
        <w:rPr>
          <w:sz w:val="22"/>
          <w:rtl/>
        </w:rPr>
        <w:t>.</w:t>
      </w:r>
      <w:r w:rsidRPr="00D914B7">
        <w:rPr>
          <w:sz w:val="22"/>
        </w:rPr>
        <w:t xml:space="preserve"> </w:t>
      </w:r>
      <w:r w:rsidRPr="00D914B7">
        <w:rPr>
          <w:sz w:val="22"/>
          <w:rtl/>
        </w:rPr>
        <w:t>برای</w:t>
      </w:r>
      <w:r w:rsidRPr="00D914B7">
        <w:rPr>
          <w:sz w:val="22"/>
        </w:rPr>
        <w:t xml:space="preserve"> </w:t>
      </w:r>
      <w:r w:rsidRPr="00D914B7">
        <w:rPr>
          <w:sz w:val="22"/>
          <w:rtl/>
        </w:rPr>
        <w:t>ارزیابی</w:t>
      </w:r>
      <w:r w:rsidRPr="00D914B7">
        <w:rPr>
          <w:sz w:val="22"/>
        </w:rPr>
        <w:t xml:space="preserve"> </w:t>
      </w:r>
      <w:r w:rsidRPr="00D914B7">
        <w:rPr>
          <w:sz w:val="22"/>
          <w:rtl/>
        </w:rPr>
        <w:t>کشورداری</w:t>
      </w:r>
      <w:r w:rsidRPr="00D914B7">
        <w:rPr>
          <w:sz w:val="22"/>
        </w:rPr>
        <w:t xml:space="preserve"> </w:t>
      </w:r>
      <w:r w:rsidRPr="00D914B7">
        <w:rPr>
          <w:sz w:val="22"/>
          <w:rtl/>
        </w:rPr>
        <w:t>نباید</w:t>
      </w:r>
      <w:r w:rsidRPr="00D914B7">
        <w:rPr>
          <w:sz w:val="22"/>
        </w:rPr>
        <w:t xml:space="preserve"> </w:t>
      </w:r>
      <w:r w:rsidRPr="00D914B7">
        <w:rPr>
          <w:sz w:val="22"/>
          <w:rtl/>
        </w:rPr>
        <w:t>فقط</w:t>
      </w:r>
      <w:r w:rsidRPr="00D914B7">
        <w:rPr>
          <w:sz w:val="22"/>
        </w:rPr>
        <w:t xml:space="preserve"> </w:t>
      </w:r>
      <w:r w:rsidRPr="00D914B7">
        <w:rPr>
          <w:sz w:val="22"/>
          <w:rtl/>
        </w:rPr>
        <w:t>پرسید</w:t>
      </w:r>
      <w:r w:rsidRPr="00D914B7">
        <w:rPr>
          <w:sz w:val="22"/>
        </w:rPr>
        <w:t xml:space="preserve"> </w:t>
      </w:r>
      <w:r w:rsidRPr="00D914B7">
        <w:rPr>
          <w:sz w:val="22"/>
          <w:rtl/>
        </w:rPr>
        <w:t>سیاستی</w:t>
      </w:r>
      <w:r w:rsidRPr="00D914B7">
        <w:rPr>
          <w:sz w:val="22"/>
        </w:rPr>
        <w:t xml:space="preserve"> </w:t>
      </w:r>
      <w:r w:rsidRPr="00D914B7">
        <w:rPr>
          <w:sz w:val="22"/>
          <w:rtl/>
        </w:rPr>
        <w:t>موفق</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یا</w:t>
      </w:r>
      <w:r w:rsidRPr="00D914B7">
        <w:rPr>
          <w:sz w:val="22"/>
        </w:rPr>
        <w:t xml:space="preserve"> </w:t>
      </w:r>
      <w:r w:rsidRPr="00D914B7">
        <w:rPr>
          <w:sz w:val="22"/>
          <w:rtl/>
        </w:rPr>
        <w:t>نه؛</w:t>
      </w:r>
      <w:r w:rsidRPr="00D914B7">
        <w:rPr>
          <w:sz w:val="22"/>
        </w:rPr>
        <w:t xml:space="preserve"> </w:t>
      </w:r>
      <w:r w:rsidRPr="00D914B7">
        <w:rPr>
          <w:sz w:val="22"/>
          <w:rtl/>
        </w:rPr>
        <w:t>باید</w:t>
      </w:r>
      <w:r w:rsidRPr="00D914B7">
        <w:rPr>
          <w:sz w:val="22"/>
        </w:rPr>
        <w:t xml:space="preserve"> </w:t>
      </w:r>
      <w:r w:rsidRPr="00D914B7">
        <w:rPr>
          <w:sz w:val="22"/>
          <w:rtl/>
        </w:rPr>
        <w:t>پرسید</w:t>
      </w:r>
      <w:r w:rsidRPr="00D914B7">
        <w:rPr>
          <w:sz w:val="22"/>
        </w:rPr>
        <w:t xml:space="preserve"> </w:t>
      </w:r>
      <w:r w:rsidRPr="00D914B7">
        <w:rPr>
          <w:sz w:val="22"/>
          <w:rtl/>
        </w:rPr>
        <w:t>این</w:t>
      </w:r>
      <w:r w:rsidRPr="00D914B7">
        <w:rPr>
          <w:sz w:val="22"/>
        </w:rPr>
        <w:t xml:space="preserve"> </w:t>
      </w:r>
      <w:r w:rsidRPr="00D914B7">
        <w:rPr>
          <w:sz w:val="22"/>
          <w:rtl/>
        </w:rPr>
        <w:t>موفقیت</w:t>
      </w:r>
      <w:r w:rsidRPr="00D914B7">
        <w:rPr>
          <w:sz w:val="22"/>
        </w:rPr>
        <w:t xml:space="preserve"> </w:t>
      </w:r>
      <w:r w:rsidRPr="00D914B7">
        <w:rPr>
          <w:sz w:val="22"/>
          <w:rtl/>
        </w:rPr>
        <w:t>برای</w:t>
      </w:r>
      <w:r w:rsidRPr="00D914B7">
        <w:rPr>
          <w:sz w:val="22"/>
        </w:rPr>
        <w:t xml:space="preserve"> </w:t>
      </w:r>
      <w:r w:rsidRPr="00D914B7">
        <w:rPr>
          <w:sz w:val="22"/>
          <w:rtl/>
        </w:rPr>
        <w:t>چه</w:t>
      </w:r>
      <w:r w:rsidRPr="00D914B7">
        <w:rPr>
          <w:sz w:val="22"/>
        </w:rPr>
        <w:t xml:space="preserve"> </w:t>
      </w:r>
      <w:r w:rsidRPr="00D914B7">
        <w:rPr>
          <w:sz w:val="22"/>
          <w:rtl/>
        </w:rPr>
        <w:t>کسانی،</w:t>
      </w:r>
      <w:r w:rsidRPr="00D914B7">
        <w:rPr>
          <w:sz w:val="22"/>
        </w:rPr>
        <w:t xml:space="preserve"> </w:t>
      </w:r>
      <w:r w:rsidRPr="00D914B7">
        <w:rPr>
          <w:sz w:val="22"/>
          <w:rtl/>
        </w:rPr>
        <w:t>با</w:t>
      </w:r>
      <w:r w:rsidRPr="00D914B7">
        <w:rPr>
          <w:sz w:val="22"/>
        </w:rPr>
        <w:t xml:space="preserve"> </w:t>
      </w:r>
      <w:r w:rsidRPr="00D914B7">
        <w:rPr>
          <w:sz w:val="22"/>
          <w:rtl/>
        </w:rPr>
        <w:t>چه</w:t>
      </w:r>
      <w:r w:rsidRPr="00D914B7">
        <w:rPr>
          <w:sz w:val="22"/>
        </w:rPr>
        <w:t xml:space="preserve"> </w:t>
      </w:r>
      <w:r w:rsidRPr="00D914B7">
        <w:rPr>
          <w:sz w:val="22"/>
          <w:rtl/>
        </w:rPr>
        <w:t>ابزارهایی،</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چه</w:t>
      </w:r>
      <w:r w:rsidRPr="00D914B7">
        <w:rPr>
          <w:sz w:val="22"/>
        </w:rPr>
        <w:t xml:space="preserve"> </w:t>
      </w:r>
      <w:r w:rsidRPr="00D914B7">
        <w:rPr>
          <w:sz w:val="22"/>
          <w:rtl/>
        </w:rPr>
        <w:t>حقی</w:t>
      </w:r>
      <w:r w:rsidRPr="00D914B7">
        <w:rPr>
          <w:sz w:val="22"/>
        </w:rPr>
        <w:t xml:space="preserve"> </w:t>
      </w:r>
      <w:r w:rsidRPr="00D914B7">
        <w:rPr>
          <w:sz w:val="22"/>
          <w:rtl/>
        </w:rPr>
        <w:t>و</w:t>
      </w:r>
      <w:r w:rsidRPr="00D914B7">
        <w:rPr>
          <w:sz w:val="22"/>
        </w:rPr>
        <w:t xml:space="preserve"> </w:t>
      </w:r>
      <w:r w:rsidRPr="00D914B7">
        <w:rPr>
          <w:sz w:val="22"/>
          <w:rtl/>
        </w:rPr>
        <w:t>به</w:t>
      </w:r>
      <w:r w:rsidRPr="00D914B7">
        <w:rPr>
          <w:sz w:val="22"/>
        </w:rPr>
        <w:t xml:space="preserve"> </w:t>
      </w:r>
      <w:r w:rsidRPr="00D914B7">
        <w:rPr>
          <w:sz w:val="22"/>
          <w:rtl/>
        </w:rPr>
        <w:t>بهای</w:t>
      </w:r>
      <w:r w:rsidRPr="00D914B7">
        <w:rPr>
          <w:sz w:val="22"/>
        </w:rPr>
        <w:t xml:space="preserve"> </w:t>
      </w:r>
      <w:r w:rsidRPr="00D914B7">
        <w:rPr>
          <w:sz w:val="22"/>
          <w:rtl/>
        </w:rPr>
        <w:t>تحمیل</w:t>
      </w:r>
      <w:r w:rsidRPr="00D914B7">
        <w:rPr>
          <w:sz w:val="22"/>
        </w:rPr>
        <w:t xml:space="preserve"> </w:t>
      </w:r>
      <w:r w:rsidRPr="00D914B7">
        <w:rPr>
          <w:sz w:val="22"/>
          <w:rtl/>
        </w:rPr>
        <w:t>چه</w:t>
      </w:r>
      <w:r w:rsidRPr="00D914B7">
        <w:rPr>
          <w:sz w:val="22"/>
        </w:rPr>
        <w:t xml:space="preserve"> </w:t>
      </w:r>
      <w:r w:rsidRPr="00D914B7">
        <w:rPr>
          <w:sz w:val="22"/>
          <w:rtl/>
        </w:rPr>
        <w:t>هزینه</w:t>
      </w:r>
      <w:r w:rsidRPr="00D914B7">
        <w:rPr>
          <w:sz w:val="22"/>
        </w:rPr>
        <w:t>‌</w:t>
      </w:r>
      <w:r w:rsidRPr="00D914B7">
        <w:rPr>
          <w:sz w:val="22"/>
          <w:rtl/>
        </w:rPr>
        <w:t>ای</w:t>
      </w:r>
      <w:r w:rsidRPr="00D914B7">
        <w:rPr>
          <w:sz w:val="22"/>
        </w:rPr>
        <w:t xml:space="preserve"> </w:t>
      </w:r>
      <w:r w:rsidRPr="00D914B7">
        <w:rPr>
          <w:sz w:val="22"/>
          <w:rtl/>
        </w:rPr>
        <w:t>بر</w:t>
      </w:r>
      <w:r w:rsidRPr="00D914B7">
        <w:rPr>
          <w:sz w:val="22"/>
        </w:rPr>
        <w:t xml:space="preserve"> </w:t>
      </w:r>
      <w:r w:rsidRPr="00D914B7">
        <w:rPr>
          <w:sz w:val="22"/>
          <w:rtl/>
        </w:rPr>
        <w:t>انسان</w:t>
      </w:r>
      <w:r w:rsidRPr="00D914B7">
        <w:rPr>
          <w:sz w:val="22"/>
        </w:rPr>
        <w:t>‌</w:t>
      </w:r>
      <w:r w:rsidRPr="00D914B7">
        <w:rPr>
          <w:sz w:val="22"/>
          <w:rtl/>
        </w:rPr>
        <w:t>ها</w:t>
      </w:r>
      <w:r w:rsidRPr="00D914B7">
        <w:rPr>
          <w:sz w:val="22"/>
        </w:rPr>
        <w:t xml:space="preserve"> </w:t>
      </w:r>
      <w:r w:rsidRPr="00D914B7">
        <w:rPr>
          <w:sz w:val="22"/>
          <w:rtl/>
        </w:rPr>
        <w:t>به</w:t>
      </w:r>
      <w:r w:rsidRPr="00D914B7">
        <w:rPr>
          <w:sz w:val="22"/>
        </w:rPr>
        <w:t xml:space="preserve"> </w:t>
      </w:r>
      <w:r w:rsidRPr="00D914B7">
        <w:rPr>
          <w:sz w:val="22"/>
          <w:rtl/>
        </w:rPr>
        <w:t>دست</w:t>
      </w:r>
      <w:r w:rsidRPr="00D914B7">
        <w:rPr>
          <w:sz w:val="22"/>
        </w:rPr>
        <w:t xml:space="preserve"> </w:t>
      </w:r>
      <w:r w:rsidRPr="00D914B7">
        <w:rPr>
          <w:sz w:val="22"/>
          <w:rtl/>
        </w:rPr>
        <w:t>آمده</w:t>
      </w:r>
      <w:r w:rsidRPr="00D914B7">
        <w:rPr>
          <w:sz w:val="22"/>
        </w:rPr>
        <w:t xml:space="preserve"> </w:t>
      </w:r>
      <w:r w:rsidRPr="00D914B7">
        <w:rPr>
          <w:sz w:val="22"/>
          <w:rtl/>
        </w:rPr>
        <w:t>است</w:t>
      </w:r>
      <w:r>
        <w:rPr>
          <w:sz w:val="22"/>
          <w:rtl/>
        </w:rPr>
        <w:t>.</w:t>
      </w:r>
    </w:p>
    <w:p w:rsidR="00987F03" w:rsidRPr="00D914B7" w:rsidRDefault="00987F03" w:rsidP="00987F03">
      <w:pPr>
        <w:keepNext/>
        <w:bidi/>
        <w:rPr>
          <w:sz w:val="22"/>
        </w:rPr>
      </w:pPr>
      <w:r w:rsidRPr="00D914B7">
        <w:rPr>
          <w:b/>
          <w:bCs/>
          <w:sz w:val="22"/>
          <w:rtl/>
        </w:rPr>
        <w:t>۴</w:t>
      </w:r>
      <w:r>
        <w:rPr>
          <w:b/>
          <w:sz w:val="22"/>
          <w:rtl/>
        </w:rPr>
        <w:t>.</w:t>
      </w:r>
      <w:r w:rsidRPr="00D914B7">
        <w:rPr>
          <w:b/>
          <w:sz w:val="22"/>
        </w:rPr>
        <w:t xml:space="preserve"> </w:t>
      </w:r>
      <w:r w:rsidRPr="00D914B7">
        <w:rPr>
          <w:b/>
          <w:bCs/>
          <w:sz w:val="22"/>
          <w:rtl/>
        </w:rPr>
        <w:t>عناصر</w:t>
      </w:r>
      <w:r w:rsidRPr="00D914B7">
        <w:rPr>
          <w:b/>
          <w:sz w:val="22"/>
        </w:rPr>
        <w:t xml:space="preserve"> </w:t>
      </w:r>
      <w:r w:rsidRPr="00D914B7">
        <w:rPr>
          <w:b/>
          <w:bCs/>
          <w:sz w:val="22"/>
          <w:rtl/>
        </w:rPr>
        <w:t>اساسی</w:t>
      </w:r>
      <w:r w:rsidRPr="00D914B7">
        <w:rPr>
          <w:b/>
          <w:sz w:val="22"/>
        </w:rPr>
        <w:t xml:space="preserve"> </w:t>
      </w:r>
      <w:r w:rsidRPr="00D914B7">
        <w:rPr>
          <w:b/>
          <w:bCs/>
          <w:sz w:val="22"/>
          <w:rtl/>
        </w:rPr>
        <w:t>کشورداری</w:t>
      </w:r>
    </w:p>
    <w:p w:rsidR="00987F03" w:rsidRPr="00D914B7" w:rsidRDefault="00987F03" w:rsidP="00987F03">
      <w:pPr>
        <w:bidi/>
        <w:ind w:firstLine="720"/>
        <w:rPr>
          <w:sz w:val="22"/>
        </w:rPr>
      </w:pPr>
      <w:r w:rsidRPr="00D914B7">
        <w:rPr>
          <w:sz w:val="22"/>
          <w:rtl/>
        </w:rPr>
        <w:t>کشورداری</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هر</w:t>
      </w:r>
      <w:r w:rsidRPr="00D914B7">
        <w:rPr>
          <w:sz w:val="22"/>
        </w:rPr>
        <w:t xml:space="preserve"> </w:t>
      </w:r>
      <w:r w:rsidRPr="00D914B7">
        <w:rPr>
          <w:sz w:val="22"/>
          <w:rtl/>
        </w:rPr>
        <w:t>چیز</w:t>
      </w:r>
      <w:r w:rsidRPr="00D914B7">
        <w:rPr>
          <w:sz w:val="22"/>
        </w:rPr>
        <w:t xml:space="preserve"> </w:t>
      </w:r>
      <w:r w:rsidRPr="00D914B7">
        <w:rPr>
          <w:sz w:val="22"/>
          <w:rtl/>
        </w:rPr>
        <w:t>با</w:t>
      </w:r>
      <w:r w:rsidRPr="00D914B7">
        <w:rPr>
          <w:sz w:val="22"/>
        </w:rPr>
        <w:t xml:space="preserve"> </w:t>
      </w:r>
      <w:r w:rsidRPr="00D914B7">
        <w:rPr>
          <w:sz w:val="22"/>
          <w:rtl/>
        </w:rPr>
        <w:t>برپایی</w:t>
      </w:r>
      <w:r w:rsidRPr="00D914B7">
        <w:rPr>
          <w:sz w:val="22"/>
        </w:rPr>
        <w:t xml:space="preserve"> </w:t>
      </w:r>
      <w:r w:rsidRPr="00D914B7">
        <w:rPr>
          <w:sz w:val="22"/>
          <w:rtl/>
        </w:rPr>
        <w:t>و</w:t>
      </w:r>
      <w:r w:rsidRPr="00D914B7">
        <w:rPr>
          <w:sz w:val="22"/>
        </w:rPr>
        <w:t xml:space="preserve"> </w:t>
      </w:r>
      <w:r w:rsidRPr="00D914B7">
        <w:rPr>
          <w:sz w:val="22"/>
          <w:rtl/>
        </w:rPr>
        <w:t>حفظ</w:t>
      </w:r>
      <w:r w:rsidRPr="00D914B7">
        <w:rPr>
          <w:sz w:val="22"/>
        </w:rPr>
        <w:t xml:space="preserve"> </w:t>
      </w:r>
      <w:r w:rsidRPr="00D914B7">
        <w:rPr>
          <w:sz w:val="22"/>
          <w:rtl/>
        </w:rPr>
        <w:t>کشور</w:t>
      </w:r>
      <w:r w:rsidRPr="00D914B7">
        <w:rPr>
          <w:sz w:val="22"/>
        </w:rPr>
        <w:t xml:space="preserve"> </w:t>
      </w:r>
      <w:r w:rsidRPr="00D914B7">
        <w:rPr>
          <w:sz w:val="22"/>
          <w:rtl/>
        </w:rPr>
        <w:t>سروکار</w:t>
      </w:r>
      <w:r w:rsidRPr="00D914B7">
        <w:rPr>
          <w:sz w:val="22"/>
        </w:rPr>
        <w:t xml:space="preserve"> </w:t>
      </w:r>
      <w:r w:rsidRPr="00D914B7">
        <w:rPr>
          <w:sz w:val="22"/>
          <w:rtl/>
        </w:rPr>
        <w:t>دارد</w:t>
      </w:r>
      <w:r>
        <w:rPr>
          <w:sz w:val="22"/>
          <w:rtl/>
        </w:rPr>
        <w:t>.</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آنکه</w:t>
      </w:r>
      <w:r w:rsidRPr="00D914B7">
        <w:rPr>
          <w:sz w:val="22"/>
        </w:rPr>
        <w:t xml:space="preserve"> </w:t>
      </w:r>
      <w:r w:rsidRPr="00D914B7">
        <w:rPr>
          <w:sz w:val="22"/>
          <w:rtl/>
        </w:rPr>
        <w:t>کشوری</w:t>
      </w:r>
      <w:r w:rsidRPr="00D914B7">
        <w:rPr>
          <w:sz w:val="22"/>
        </w:rPr>
        <w:t xml:space="preserve"> </w:t>
      </w:r>
      <w:r w:rsidRPr="00D914B7">
        <w:rPr>
          <w:sz w:val="22"/>
          <w:rtl/>
        </w:rPr>
        <w:t>به</w:t>
      </w:r>
      <w:r w:rsidRPr="00D914B7">
        <w:rPr>
          <w:sz w:val="22"/>
        </w:rPr>
        <w:t>‌</w:t>
      </w:r>
      <w:r w:rsidRPr="00D914B7">
        <w:rPr>
          <w:sz w:val="22"/>
          <w:rtl/>
        </w:rPr>
        <w:t>درستی</w:t>
      </w:r>
      <w:r w:rsidRPr="00D914B7">
        <w:rPr>
          <w:sz w:val="22"/>
        </w:rPr>
        <w:t xml:space="preserve"> </w:t>
      </w:r>
      <w:r w:rsidRPr="00D914B7">
        <w:rPr>
          <w:sz w:val="22"/>
          <w:rtl/>
        </w:rPr>
        <w:t>اداره</w:t>
      </w:r>
      <w:r w:rsidRPr="00D914B7">
        <w:rPr>
          <w:sz w:val="22"/>
        </w:rPr>
        <w:t xml:space="preserve"> </w:t>
      </w:r>
      <w:r w:rsidRPr="00D914B7">
        <w:rPr>
          <w:sz w:val="22"/>
          <w:rtl/>
        </w:rPr>
        <w:t>شود</w:t>
      </w:r>
      <w:r w:rsidRPr="00D914B7">
        <w:rPr>
          <w:sz w:val="22"/>
        </w:rPr>
        <w:t xml:space="preserve"> </w:t>
      </w:r>
      <w:r w:rsidRPr="00D914B7">
        <w:rPr>
          <w:sz w:val="22"/>
          <w:rtl/>
        </w:rPr>
        <w:t>باید</w:t>
      </w:r>
      <w:r w:rsidRPr="00D914B7">
        <w:rPr>
          <w:sz w:val="22"/>
        </w:rPr>
        <w:t xml:space="preserve"> </w:t>
      </w:r>
      <w:r w:rsidRPr="00D914B7">
        <w:rPr>
          <w:sz w:val="22"/>
          <w:rtl/>
        </w:rPr>
        <w:t>بتواند</w:t>
      </w:r>
      <w:r w:rsidRPr="00D914B7">
        <w:rPr>
          <w:sz w:val="22"/>
        </w:rPr>
        <w:t xml:space="preserve"> </w:t>
      </w:r>
      <w:r w:rsidRPr="00D914B7">
        <w:rPr>
          <w:sz w:val="22"/>
          <w:rtl/>
        </w:rPr>
        <w:t>موجود</w:t>
      </w:r>
      <w:r w:rsidRPr="00D914B7">
        <w:rPr>
          <w:sz w:val="22"/>
        </w:rPr>
        <w:t xml:space="preserve"> </w:t>
      </w:r>
      <w:r w:rsidRPr="00D914B7">
        <w:rPr>
          <w:sz w:val="22"/>
          <w:rtl/>
        </w:rPr>
        <w:t>بماند</w:t>
      </w:r>
      <w:r>
        <w:rPr>
          <w:rFonts w:hint="cs"/>
          <w:sz w:val="22"/>
          <w:rtl/>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یا</w:t>
      </w:r>
      <w:r w:rsidRPr="00D914B7">
        <w:rPr>
          <w:sz w:val="22"/>
        </w:rPr>
        <w:t xml:space="preserve"> </w:t>
      </w:r>
      <w:r w:rsidRPr="00D914B7">
        <w:rPr>
          <w:sz w:val="22"/>
          <w:rtl/>
        </w:rPr>
        <w:t>چه</w:t>
      </w:r>
      <w:r w:rsidRPr="00D914B7">
        <w:rPr>
          <w:sz w:val="22"/>
        </w:rPr>
        <w:t xml:space="preserve"> </w:t>
      </w:r>
      <w:r w:rsidRPr="00D914B7">
        <w:rPr>
          <w:sz w:val="22"/>
          <w:rtl/>
        </w:rPr>
        <w:t>نهادی</w:t>
      </w:r>
      <w:r w:rsidRPr="00D914B7">
        <w:rPr>
          <w:sz w:val="22"/>
        </w:rPr>
        <w:t xml:space="preserve"> </w:t>
      </w:r>
      <w:r w:rsidRPr="00D914B7">
        <w:rPr>
          <w:sz w:val="22"/>
          <w:rtl/>
        </w:rPr>
        <w:t>حق</w:t>
      </w:r>
      <w:r w:rsidRPr="00D914B7">
        <w:rPr>
          <w:sz w:val="22"/>
        </w:rPr>
        <w:t xml:space="preserve"> </w:t>
      </w:r>
      <w:r w:rsidRPr="00D914B7">
        <w:rPr>
          <w:sz w:val="22"/>
          <w:rtl/>
        </w:rPr>
        <w:t>گرفتن</w:t>
      </w:r>
      <w:r w:rsidRPr="00D914B7">
        <w:rPr>
          <w:sz w:val="22"/>
        </w:rPr>
        <w:t xml:space="preserve"> </w:t>
      </w:r>
      <w:r w:rsidRPr="00D914B7">
        <w:rPr>
          <w:sz w:val="22"/>
          <w:rtl/>
        </w:rPr>
        <w:t>تصمیم</w:t>
      </w:r>
      <w:r w:rsidRPr="00D914B7">
        <w:rPr>
          <w:sz w:val="22"/>
        </w:rPr>
        <w:t>‌</w:t>
      </w:r>
      <w:r w:rsidRPr="00D914B7">
        <w:rPr>
          <w:sz w:val="22"/>
          <w:rtl/>
        </w:rPr>
        <w:t>های</w:t>
      </w:r>
      <w:r w:rsidRPr="00D914B7">
        <w:rPr>
          <w:sz w:val="22"/>
        </w:rPr>
        <w:t xml:space="preserve"> </w:t>
      </w:r>
      <w:r w:rsidRPr="00D914B7">
        <w:rPr>
          <w:sz w:val="22"/>
          <w:rtl/>
        </w:rPr>
        <w:t>الزام</w:t>
      </w:r>
      <w:r w:rsidRPr="00D914B7">
        <w:rPr>
          <w:sz w:val="22"/>
        </w:rPr>
        <w:t>‌</w:t>
      </w:r>
      <w:r w:rsidRPr="00D914B7">
        <w:rPr>
          <w:sz w:val="22"/>
          <w:rtl/>
        </w:rPr>
        <w:t>آور</w:t>
      </w:r>
      <w:r w:rsidRPr="00D914B7">
        <w:rPr>
          <w:sz w:val="22"/>
        </w:rPr>
        <w:t xml:space="preserve"> </w:t>
      </w:r>
      <w:r w:rsidRPr="00D914B7">
        <w:rPr>
          <w:sz w:val="22"/>
          <w:rtl/>
        </w:rPr>
        <w:t>را</w:t>
      </w:r>
      <w:r w:rsidRPr="00D914B7">
        <w:rPr>
          <w:sz w:val="22"/>
        </w:rPr>
        <w:t xml:space="preserve"> </w:t>
      </w:r>
      <w:r w:rsidRPr="00D914B7">
        <w:rPr>
          <w:sz w:val="22"/>
          <w:rtl/>
        </w:rPr>
        <w:t>دارد؟</w:t>
      </w:r>
      <w:r w:rsidRPr="00D914B7">
        <w:rPr>
          <w:sz w:val="22"/>
        </w:rPr>
        <w:t xml:space="preserve"> </w:t>
      </w:r>
      <w:r w:rsidRPr="00D914B7">
        <w:rPr>
          <w:sz w:val="22"/>
          <w:rtl/>
        </w:rPr>
        <w:t>این</w:t>
      </w:r>
      <w:r w:rsidRPr="00D914B7">
        <w:rPr>
          <w:sz w:val="22"/>
        </w:rPr>
        <w:t xml:space="preserve"> </w:t>
      </w:r>
      <w:r w:rsidRPr="00D914B7">
        <w:rPr>
          <w:sz w:val="22"/>
          <w:rtl/>
        </w:rPr>
        <w:t>اقتدار</w:t>
      </w:r>
      <w:r w:rsidRPr="00D914B7">
        <w:rPr>
          <w:sz w:val="22"/>
        </w:rPr>
        <w:t xml:space="preserve"> </w:t>
      </w:r>
      <w:r w:rsidRPr="00D914B7">
        <w:rPr>
          <w:sz w:val="22"/>
          <w:rtl/>
        </w:rPr>
        <w:t>بر</w:t>
      </w:r>
      <w:r w:rsidRPr="00D914B7">
        <w:rPr>
          <w:sz w:val="22"/>
        </w:rPr>
        <w:t xml:space="preserve"> </w:t>
      </w:r>
      <w:r w:rsidRPr="00D914B7">
        <w:rPr>
          <w:sz w:val="22"/>
          <w:rtl/>
        </w:rPr>
        <w:t>چه</w:t>
      </w:r>
      <w:r w:rsidRPr="00D914B7">
        <w:rPr>
          <w:sz w:val="22"/>
        </w:rPr>
        <w:t xml:space="preserve"> </w:t>
      </w:r>
      <w:r w:rsidRPr="00D914B7">
        <w:rPr>
          <w:sz w:val="22"/>
          <w:rtl/>
        </w:rPr>
        <w:t>سرزمین</w:t>
      </w:r>
      <w:r w:rsidRPr="00D914B7">
        <w:rPr>
          <w:sz w:val="22"/>
        </w:rPr>
        <w:t xml:space="preserve"> </w:t>
      </w:r>
      <w:r w:rsidRPr="00D914B7">
        <w:rPr>
          <w:sz w:val="22"/>
          <w:rtl/>
        </w:rPr>
        <w:t>و</w:t>
      </w:r>
      <w:r w:rsidRPr="00D914B7">
        <w:rPr>
          <w:sz w:val="22"/>
        </w:rPr>
        <w:t xml:space="preserve"> </w:t>
      </w:r>
      <w:r w:rsidRPr="00D914B7">
        <w:rPr>
          <w:sz w:val="22"/>
          <w:rtl/>
        </w:rPr>
        <w:t>جمعیتی</w:t>
      </w:r>
      <w:r w:rsidRPr="00D914B7">
        <w:rPr>
          <w:sz w:val="22"/>
        </w:rPr>
        <w:t xml:space="preserve"> </w:t>
      </w:r>
      <w:r w:rsidRPr="00D914B7">
        <w:rPr>
          <w:sz w:val="22"/>
          <w:rtl/>
        </w:rPr>
        <w:t>اعمال</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حاکمیت</w:t>
      </w:r>
      <w:r w:rsidRPr="00D914B7">
        <w:rPr>
          <w:sz w:val="22"/>
        </w:rPr>
        <w:t xml:space="preserve"> </w:t>
      </w:r>
      <w:r w:rsidRPr="00D914B7">
        <w:rPr>
          <w:sz w:val="22"/>
          <w:rtl/>
        </w:rPr>
        <w:t>کشور</w:t>
      </w:r>
      <w:r w:rsidRPr="00D914B7">
        <w:rPr>
          <w:sz w:val="22"/>
        </w:rPr>
        <w:t xml:space="preserve"> </w:t>
      </w:r>
      <w:r w:rsidRPr="00D914B7">
        <w:rPr>
          <w:sz w:val="22"/>
          <w:rtl/>
        </w:rPr>
        <w:t>چگونه</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تهدیدهای</w:t>
      </w:r>
      <w:r w:rsidRPr="00D914B7">
        <w:rPr>
          <w:sz w:val="22"/>
        </w:rPr>
        <w:t xml:space="preserve"> </w:t>
      </w:r>
      <w:r w:rsidRPr="00D914B7">
        <w:rPr>
          <w:sz w:val="22"/>
          <w:rtl/>
        </w:rPr>
        <w:t>داخلی</w:t>
      </w:r>
      <w:r w:rsidRPr="00D914B7">
        <w:rPr>
          <w:sz w:val="22"/>
        </w:rPr>
        <w:t xml:space="preserve"> </w:t>
      </w:r>
      <w:r w:rsidRPr="00D914B7">
        <w:rPr>
          <w:sz w:val="22"/>
          <w:rtl/>
        </w:rPr>
        <w:t>و</w:t>
      </w:r>
      <w:r w:rsidRPr="00D914B7">
        <w:rPr>
          <w:sz w:val="22"/>
        </w:rPr>
        <w:t xml:space="preserve"> </w:t>
      </w:r>
      <w:r w:rsidRPr="00D914B7">
        <w:rPr>
          <w:sz w:val="22"/>
          <w:rtl/>
        </w:rPr>
        <w:t>خارجی</w:t>
      </w:r>
      <w:r w:rsidRPr="00D914B7">
        <w:rPr>
          <w:sz w:val="22"/>
        </w:rPr>
        <w:t xml:space="preserve"> </w:t>
      </w:r>
      <w:r w:rsidRPr="00D914B7">
        <w:rPr>
          <w:sz w:val="22"/>
          <w:rtl/>
        </w:rPr>
        <w:t>حفظ</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جانشینی</w:t>
      </w:r>
      <w:r w:rsidRPr="00D914B7">
        <w:rPr>
          <w:sz w:val="22"/>
        </w:rPr>
        <w:t xml:space="preserve"> </w:t>
      </w:r>
      <w:r w:rsidRPr="00D914B7">
        <w:rPr>
          <w:sz w:val="22"/>
          <w:rtl/>
        </w:rPr>
        <w:t>سیاسی</w:t>
      </w:r>
      <w:r w:rsidRPr="00D914B7">
        <w:rPr>
          <w:sz w:val="22"/>
        </w:rPr>
        <w:t xml:space="preserve"> </w:t>
      </w:r>
      <w:r w:rsidRPr="00D914B7">
        <w:rPr>
          <w:sz w:val="22"/>
          <w:rtl/>
        </w:rPr>
        <w:t>چگونه</w:t>
      </w:r>
      <w:r w:rsidRPr="00D914B7">
        <w:rPr>
          <w:sz w:val="22"/>
        </w:rPr>
        <w:t xml:space="preserve"> </w:t>
      </w:r>
      <w:r w:rsidRPr="00D914B7">
        <w:rPr>
          <w:sz w:val="22"/>
          <w:rtl/>
        </w:rPr>
        <w:t>صورت</w:t>
      </w:r>
      <w:r w:rsidRPr="00D914B7">
        <w:rPr>
          <w:sz w:val="22"/>
        </w:rPr>
        <w:t xml:space="preserve"> </w:t>
      </w:r>
      <w:r w:rsidRPr="00D914B7">
        <w:rPr>
          <w:sz w:val="22"/>
          <w:rtl/>
        </w:rPr>
        <w:t>می</w:t>
      </w:r>
      <w:r w:rsidRPr="00D914B7">
        <w:rPr>
          <w:sz w:val="22"/>
        </w:rPr>
        <w:t>‌</w:t>
      </w:r>
      <w:r w:rsidRPr="00D914B7">
        <w:rPr>
          <w:sz w:val="22"/>
          <w:rtl/>
        </w:rPr>
        <w:t>گیرد؟</w:t>
      </w:r>
      <w:r w:rsidRPr="00D914B7">
        <w:rPr>
          <w:sz w:val="22"/>
        </w:rPr>
        <w:t xml:space="preserve"> </w:t>
      </w:r>
      <w:r w:rsidRPr="00D914B7">
        <w:rPr>
          <w:sz w:val="22"/>
          <w:rtl/>
        </w:rPr>
        <w:t>چگونه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از</w:t>
      </w:r>
      <w:r w:rsidRPr="00D914B7">
        <w:rPr>
          <w:sz w:val="22"/>
        </w:rPr>
        <w:t xml:space="preserve"> </w:t>
      </w:r>
      <w:r w:rsidRPr="00D914B7">
        <w:rPr>
          <w:sz w:val="22"/>
          <w:rtl/>
        </w:rPr>
        <w:t>شورش،</w:t>
      </w:r>
      <w:r w:rsidRPr="00D914B7">
        <w:rPr>
          <w:sz w:val="22"/>
        </w:rPr>
        <w:t xml:space="preserve"> </w:t>
      </w:r>
      <w:r w:rsidRPr="00D914B7">
        <w:rPr>
          <w:sz w:val="22"/>
          <w:rtl/>
        </w:rPr>
        <w:t>جنگ</w:t>
      </w:r>
      <w:r w:rsidRPr="00D914B7">
        <w:rPr>
          <w:sz w:val="22"/>
        </w:rPr>
        <w:t xml:space="preserve"> </w:t>
      </w:r>
      <w:r w:rsidRPr="00D914B7">
        <w:rPr>
          <w:sz w:val="22"/>
          <w:rtl/>
        </w:rPr>
        <w:t>داخلی،</w:t>
      </w:r>
      <w:r w:rsidRPr="00D914B7">
        <w:rPr>
          <w:sz w:val="22"/>
        </w:rPr>
        <w:t xml:space="preserve"> </w:t>
      </w:r>
      <w:r w:rsidRPr="00D914B7">
        <w:rPr>
          <w:sz w:val="22"/>
          <w:rtl/>
        </w:rPr>
        <w:t>تجاوز</w:t>
      </w:r>
      <w:r w:rsidRPr="00D914B7">
        <w:rPr>
          <w:sz w:val="22"/>
        </w:rPr>
        <w:t xml:space="preserve"> </w:t>
      </w:r>
      <w:r w:rsidRPr="00D914B7">
        <w:rPr>
          <w:sz w:val="22"/>
          <w:rtl/>
        </w:rPr>
        <w:t>خارجی</w:t>
      </w:r>
      <w:r w:rsidRPr="00D914B7">
        <w:rPr>
          <w:sz w:val="22"/>
        </w:rPr>
        <w:t xml:space="preserve"> </w:t>
      </w:r>
      <w:r w:rsidRPr="00D914B7">
        <w:rPr>
          <w:sz w:val="22"/>
          <w:rtl/>
        </w:rPr>
        <w:t>و</w:t>
      </w:r>
      <w:r w:rsidRPr="00D914B7">
        <w:rPr>
          <w:sz w:val="22"/>
        </w:rPr>
        <w:t xml:space="preserve"> </w:t>
      </w:r>
      <w:r w:rsidRPr="00D914B7">
        <w:rPr>
          <w:sz w:val="22"/>
          <w:rtl/>
        </w:rPr>
        <w:t>فروپاشی</w:t>
      </w:r>
      <w:r w:rsidRPr="00D914B7">
        <w:rPr>
          <w:sz w:val="22"/>
        </w:rPr>
        <w:t xml:space="preserve"> </w:t>
      </w:r>
      <w:r w:rsidRPr="00D914B7">
        <w:rPr>
          <w:sz w:val="22"/>
          <w:rtl/>
        </w:rPr>
        <w:t>نهادی</w:t>
      </w:r>
      <w:r w:rsidRPr="00D914B7">
        <w:rPr>
          <w:sz w:val="22"/>
        </w:rPr>
        <w:t xml:space="preserve"> </w:t>
      </w:r>
      <w:r w:rsidRPr="00D914B7">
        <w:rPr>
          <w:sz w:val="22"/>
          <w:rtl/>
        </w:rPr>
        <w:t>جلوگیری</w:t>
      </w:r>
      <w:r w:rsidRPr="00D914B7">
        <w:rPr>
          <w:sz w:val="22"/>
        </w:rPr>
        <w:t xml:space="preserve"> </w:t>
      </w:r>
      <w:r w:rsidRPr="00D914B7">
        <w:rPr>
          <w:sz w:val="22"/>
          <w:rtl/>
        </w:rPr>
        <w:t>کرد؟</w:t>
      </w:r>
      <w:r w:rsidRPr="00D914B7">
        <w:rPr>
          <w:sz w:val="22"/>
        </w:rPr>
        <w:t xml:space="preserve"> </w:t>
      </w:r>
      <w:r w:rsidRPr="00D914B7">
        <w:rPr>
          <w:sz w:val="22"/>
          <w:rtl/>
        </w:rPr>
        <w:t>و</w:t>
      </w:r>
      <w:r w:rsidRPr="00D914B7">
        <w:rPr>
          <w:sz w:val="22"/>
        </w:rPr>
        <w:t xml:space="preserve"> </w:t>
      </w:r>
      <w:r w:rsidRPr="00D914B7">
        <w:rPr>
          <w:sz w:val="22"/>
          <w:rtl/>
        </w:rPr>
        <w:t>چگونه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کاری</w:t>
      </w:r>
      <w:r w:rsidRPr="00D914B7">
        <w:rPr>
          <w:sz w:val="22"/>
        </w:rPr>
        <w:t xml:space="preserve"> </w:t>
      </w:r>
      <w:r w:rsidRPr="00D914B7">
        <w:rPr>
          <w:sz w:val="22"/>
          <w:rtl/>
        </w:rPr>
        <w:t>کرد</w:t>
      </w:r>
      <w:r w:rsidRPr="00D914B7">
        <w:rPr>
          <w:sz w:val="22"/>
        </w:rPr>
        <w:t xml:space="preserve"> </w:t>
      </w:r>
      <w:r w:rsidRPr="00D914B7">
        <w:rPr>
          <w:sz w:val="22"/>
          <w:rtl/>
        </w:rPr>
        <w:t>که</w:t>
      </w:r>
      <w:r w:rsidRPr="00D914B7">
        <w:rPr>
          <w:sz w:val="22"/>
        </w:rPr>
        <w:t xml:space="preserve"> </w:t>
      </w:r>
      <w:r w:rsidRPr="00D914B7">
        <w:rPr>
          <w:sz w:val="22"/>
          <w:rtl/>
        </w:rPr>
        <w:t>کشور</w:t>
      </w:r>
      <w:r w:rsidRPr="00D914B7">
        <w:rPr>
          <w:sz w:val="22"/>
        </w:rPr>
        <w:t xml:space="preserve"> </w:t>
      </w:r>
      <w:r w:rsidRPr="00D914B7">
        <w:rPr>
          <w:sz w:val="22"/>
          <w:rtl/>
        </w:rPr>
        <w:t>با</w:t>
      </w:r>
      <w:r w:rsidRPr="00D914B7">
        <w:rPr>
          <w:sz w:val="22"/>
        </w:rPr>
        <w:t xml:space="preserve"> </w:t>
      </w:r>
      <w:r w:rsidRPr="00D914B7">
        <w:rPr>
          <w:sz w:val="22"/>
          <w:rtl/>
        </w:rPr>
        <w:t>مرگ،</w:t>
      </w:r>
      <w:r w:rsidRPr="00D914B7">
        <w:rPr>
          <w:sz w:val="22"/>
        </w:rPr>
        <w:t xml:space="preserve"> </w:t>
      </w:r>
      <w:r w:rsidRPr="00D914B7">
        <w:rPr>
          <w:sz w:val="22"/>
          <w:rtl/>
        </w:rPr>
        <w:t>برکناری</w:t>
      </w:r>
      <w:r w:rsidRPr="00D914B7">
        <w:rPr>
          <w:sz w:val="22"/>
        </w:rPr>
        <w:t xml:space="preserve"> </w:t>
      </w:r>
      <w:r w:rsidRPr="00D914B7">
        <w:rPr>
          <w:sz w:val="22"/>
          <w:rtl/>
        </w:rPr>
        <w:t>یا</w:t>
      </w:r>
      <w:r w:rsidRPr="00D914B7">
        <w:rPr>
          <w:sz w:val="22"/>
        </w:rPr>
        <w:t xml:space="preserve"> </w:t>
      </w:r>
      <w:r w:rsidRPr="00D914B7">
        <w:rPr>
          <w:sz w:val="22"/>
          <w:rtl/>
        </w:rPr>
        <w:t>شکست</w:t>
      </w:r>
      <w:r w:rsidRPr="00D914B7">
        <w:rPr>
          <w:sz w:val="22"/>
        </w:rPr>
        <w:t xml:space="preserve"> </w:t>
      </w:r>
      <w:r w:rsidRPr="00D914B7">
        <w:rPr>
          <w:sz w:val="22"/>
          <w:rtl/>
        </w:rPr>
        <w:t>یک</w:t>
      </w:r>
      <w:r w:rsidRPr="00D914B7">
        <w:rPr>
          <w:sz w:val="22"/>
        </w:rPr>
        <w:t xml:space="preserve"> </w:t>
      </w:r>
      <w:r w:rsidRPr="00D914B7">
        <w:rPr>
          <w:sz w:val="22"/>
          <w:rtl/>
        </w:rPr>
        <w:t>فرمانروا</w:t>
      </w:r>
      <w:r w:rsidRPr="00D914B7">
        <w:rPr>
          <w:sz w:val="22"/>
        </w:rPr>
        <w:t xml:space="preserve"> </w:t>
      </w:r>
      <w:r w:rsidRPr="00D914B7">
        <w:rPr>
          <w:sz w:val="22"/>
          <w:rtl/>
        </w:rPr>
        <w:t>فرو</w:t>
      </w:r>
      <w:r w:rsidRPr="00D914B7">
        <w:rPr>
          <w:sz w:val="22"/>
        </w:rPr>
        <w:t xml:space="preserve"> </w:t>
      </w:r>
      <w:r w:rsidRPr="00D914B7">
        <w:rPr>
          <w:sz w:val="22"/>
          <w:rtl/>
        </w:rPr>
        <w:t>نریزد؟</w:t>
      </w:r>
      <w:r w:rsidRPr="00D914B7">
        <w:rPr>
          <w:sz w:val="22"/>
        </w:rPr>
        <w:t xml:space="preserve"> </w:t>
      </w:r>
      <w:r w:rsidRPr="00D914B7">
        <w:rPr>
          <w:sz w:val="22"/>
          <w:rtl/>
        </w:rPr>
        <w:t>ممکن</w:t>
      </w:r>
      <w:r w:rsidRPr="00D914B7">
        <w:rPr>
          <w:sz w:val="22"/>
        </w:rPr>
        <w:t xml:space="preserve"> </w:t>
      </w:r>
      <w:r w:rsidRPr="00D914B7">
        <w:rPr>
          <w:sz w:val="22"/>
          <w:rtl/>
        </w:rPr>
        <w:t>است</w:t>
      </w:r>
      <w:r>
        <w:rPr>
          <w:rFonts w:hint="cs"/>
          <w:sz w:val="22"/>
          <w:rtl/>
        </w:rPr>
        <w:t xml:space="preserve"> یک</w:t>
      </w:r>
      <w:r w:rsidRPr="00D914B7">
        <w:rPr>
          <w:sz w:val="22"/>
        </w:rPr>
        <w:t xml:space="preserve"> </w:t>
      </w:r>
      <w:r>
        <w:rPr>
          <w:sz w:val="22"/>
          <w:rtl/>
        </w:rPr>
        <w:t>فرمانروا</w:t>
      </w:r>
      <w:r w:rsidRPr="00D914B7">
        <w:rPr>
          <w:sz w:val="22"/>
        </w:rPr>
        <w:t xml:space="preserve"> </w:t>
      </w:r>
      <w:r w:rsidRPr="00D914B7">
        <w:rPr>
          <w:sz w:val="22"/>
          <w:rtl/>
        </w:rPr>
        <w:t>چند</w:t>
      </w:r>
      <w:r w:rsidRPr="00D914B7">
        <w:rPr>
          <w:sz w:val="22"/>
        </w:rPr>
        <w:t xml:space="preserve"> </w:t>
      </w:r>
      <w:r w:rsidRPr="00D914B7">
        <w:rPr>
          <w:sz w:val="22"/>
          <w:rtl/>
        </w:rPr>
        <w:t>سال</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با</w:t>
      </w:r>
      <w:r w:rsidRPr="00D914B7">
        <w:rPr>
          <w:sz w:val="22"/>
        </w:rPr>
        <w:t xml:space="preserve"> </w:t>
      </w:r>
      <w:r w:rsidRPr="00D914B7">
        <w:rPr>
          <w:sz w:val="22"/>
          <w:rtl/>
        </w:rPr>
        <w:t>موفقیت</w:t>
      </w:r>
      <w:r w:rsidRPr="00D914B7">
        <w:rPr>
          <w:sz w:val="22"/>
        </w:rPr>
        <w:t xml:space="preserve"> </w:t>
      </w:r>
      <w:r w:rsidRPr="00D914B7">
        <w:rPr>
          <w:sz w:val="22"/>
          <w:rtl/>
        </w:rPr>
        <w:t>اداره</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اگر</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مرگ</w:t>
      </w:r>
      <w:r w:rsidRPr="00D914B7">
        <w:rPr>
          <w:sz w:val="22"/>
        </w:rPr>
        <w:t xml:space="preserve"> </w:t>
      </w:r>
      <w:r w:rsidRPr="00D914B7">
        <w:rPr>
          <w:sz w:val="22"/>
          <w:rtl/>
        </w:rPr>
        <w:t>او</w:t>
      </w:r>
      <w:r w:rsidRPr="00D914B7">
        <w:rPr>
          <w:sz w:val="22"/>
        </w:rPr>
        <w:t xml:space="preserve"> </w:t>
      </w:r>
      <w:r w:rsidRPr="00D914B7">
        <w:rPr>
          <w:sz w:val="22"/>
          <w:rtl/>
        </w:rPr>
        <w:t>همه</w:t>
      </w:r>
      <w:r w:rsidRPr="00D914B7">
        <w:rPr>
          <w:sz w:val="22"/>
        </w:rPr>
        <w:t>‌</w:t>
      </w:r>
      <w:r w:rsidRPr="00D914B7">
        <w:rPr>
          <w:sz w:val="22"/>
          <w:rtl/>
        </w:rPr>
        <w:t>چیز</w:t>
      </w:r>
      <w:r w:rsidRPr="00D914B7">
        <w:rPr>
          <w:sz w:val="22"/>
        </w:rPr>
        <w:t xml:space="preserve"> </w:t>
      </w:r>
      <w:r w:rsidRPr="00D914B7">
        <w:rPr>
          <w:sz w:val="22"/>
          <w:rtl/>
        </w:rPr>
        <w:t>فروبپاشد</w:t>
      </w:r>
      <w:r w:rsidRPr="00D914B7">
        <w:rPr>
          <w:sz w:val="22"/>
        </w:rPr>
        <w:t xml:space="preserve"> </w:t>
      </w:r>
      <w:r w:rsidRPr="00D914B7">
        <w:rPr>
          <w:sz w:val="22"/>
          <w:rtl/>
        </w:rPr>
        <w:t>نمی</w:t>
      </w:r>
      <w:r w:rsidRPr="00D914B7">
        <w:rPr>
          <w:sz w:val="22"/>
        </w:rPr>
        <w:t>‌</w:t>
      </w:r>
      <w:r w:rsidRPr="00D914B7">
        <w:rPr>
          <w:sz w:val="22"/>
          <w:rtl/>
        </w:rPr>
        <w:t>توان</w:t>
      </w:r>
      <w:r w:rsidRPr="00D914B7">
        <w:rPr>
          <w:sz w:val="22"/>
        </w:rPr>
        <w:t xml:space="preserve"> </w:t>
      </w:r>
      <w:r w:rsidRPr="00D914B7">
        <w:rPr>
          <w:sz w:val="22"/>
          <w:rtl/>
        </w:rPr>
        <w:t>او</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کشورداری</w:t>
      </w:r>
      <w:r w:rsidRPr="00D914B7">
        <w:rPr>
          <w:sz w:val="22"/>
        </w:rPr>
        <w:t xml:space="preserve"> </w:t>
      </w:r>
      <w:r w:rsidRPr="00D914B7">
        <w:rPr>
          <w:sz w:val="22"/>
          <w:rtl/>
        </w:rPr>
        <w:t>موفق</w:t>
      </w:r>
      <w:r w:rsidRPr="00D914B7">
        <w:rPr>
          <w:sz w:val="22"/>
        </w:rPr>
        <w:t xml:space="preserve"> </w:t>
      </w:r>
      <w:r w:rsidRPr="00D914B7">
        <w:rPr>
          <w:sz w:val="22"/>
          <w:rtl/>
        </w:rPr>
        <w:t>دانست</w:t>
      </w:r>
      <w:r>
        <w:rPr>
          <w:rFonts w:hint="cs"/>
          <w:sz w:val="22"/>
          <w:rtl/>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معیارهای</w:t>
      </w:r>
      <w:r w:rsidRPr="00D914B7">
        <w:rPr>
          <w:sz w:val="22"/>
        </w:rPr>
        <w:t xml:space="preserve"> </w:t>
      </w:r>
      <w:r w:rsidRPr="00D914B7">
        <w:rPr>
          <w:sz w:val="22"/>
          <w:rtl/>
        </w:rPr>
        <w:t>کشورداری</w:t>
      </w:r>
      <w:r w:rsidRPr="00D914B7">
        <w:rPr>
          <w:sz w:val="22"/>
        </w:rPr>
        <w:t xml:space="preserve"> </w:t>
      </w:r>
      <w:r w:rsidRPr="00D914B7">
        <w:rPr>
          <w:sz w:val="22"/>
          <w:rtl/>
        </w:rPr>
        <w:t>دوام</w:t>
      </w:r>
      <w:r w:rsidRPr="00D914B7">
        <w:rPr>
          <w:sz w:val="22"/>
        </w:rPr>
        <w:t xml:space="preserve"> </w:t>
      </w:r>
      <w:r w:rsidRPr="00D914B7">
        <w:rPr>
          <w:sz w:val="22"/>
          <w:rtl/>
        </w:rPr>
        <w:t>نظم</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نهادی</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عنصر</w:t>
      </w:r>
      <w:r w:rsidRPr="00D914B7">
        <w:rPr>
          <w:sz w:val="22"/>
        </w:rPr>
        <w:t xml:space="preserve"> </w:t>
      </w:r>
      <w:r w:rsidRPr="00D914B7">
        <w:rPr>
          <w:sz w:val="22"/>
          <w:rtl/>
        </w:rPr>
        <w:t>دوم</w:t>
      </w:r>
      <w:r w:rsidRPr="00D914B7">
        <w:rPr>
          <w:sz w:val="22"/>
        </w:rPr>
        <w:t xml:space="preserve"> </w:t>
      </w:r>
      <w:r w:rsidRPr="00D914B7">
        <w:rPr>
          <w:sz w:val="22"/>
          <w:rtl/>
        </w:rPr>
        <w:t>تبدیل</w:t>
      </w:r>
      <w:r w:rsidRPr="00D914B7">
        <w:rPr>
          <w:sz w:val="22"/>
        </w:rPr>
        <w:t xml:space="preserve"> </w:t>
      </w:r>
      <w:r w:rsidRPr="00D914B7">
        <w:rPr>
          <w:sz w:val="22"/>
          <w:rtl/>
        </w:rPr>
        <w:t>قدرت</w:t>
      </w:r>
      <w:r w:rsidRPr="00D914B7">
        <w:rPr>
          <w:sz w:val="22"/>
        </w:rPr>
        <w:t xml:space="preserve"> </w:t>
      </w:r>
      <w:r w:rsidRPr="00D914B7">
        <w:rPr>
          <w:sz w:val="22"/>
          <w:rtl/>
        </w:rPr>
        <w:t>به</w:t>
      </w:r>
      <w:r w:rsidRPr="00D914B7">
        <w:rPr>
          <w:sz w:val="22"/>
        </w:rPr>
        <w:t xml:space="preserve"> </w:t>
      </w:r>
      <w:r w:rsidRPr="00D914B7">
        <w:rPr>
          <w:sz w:val="22"/>
          <w:rtl/>
        </w:rPr>
        <w:t>اقتدار</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زور</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فرمان</w:t>
      </w:r>
      <w:r w:rsidRPr="00D914B7">
        <w:rPr>
          <w:sz w:val="22"/>
        </w:rPr>
        <w:t>‌</w:t>
      </w:r>
      <w:r w:rsidRPr="00D914B7">
        <w:rPr>
          <w:sz w:val="22"/>
          <w:rtl/>
        </w:rPr>
        <w:t>بری</w:t>
      </w:r>
      <w:r w:rsidRPr="00D914B7">
        <w:rPr>
          <w:sz w:val="22"/>
        </w:rPr>
        <w:t xml:space="preserve"> </w:t>
      </w:r>
      <w:r w:rsidRPr="00D914B7">
        <w:rPr>
          <w:sz w:val="22"/>
          <w:rtl/>
        </w:rPr>
        <w:t>ایجاد</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به</w:t>
      </w:r>
      <w:r w:rsidRPr="00D914B7">
        <w:rPr>
          <w:sz w:val="22"/>
        </w:rPr>
        <w:t>‌</w:t>
      </w:r>
      <w:r w:rsidRPr="00D914B7">
        <w:rPr>
          <w:sz w:val="22"/>
          <w:rtl/>
        </w:rPr>
        <w:t>تنهایی</w:t>
      </w:r>
      <w:r w:rsidRPr="00D914B7">
        <w:rPr>
          <w:sz w:val="22"/>
        </w:rPr>
        <w:t xml:space="preserve"> </w:t>
      </w:r>
      <w:r w:rsidRPr="00D914B7">
        <w:rPr>
          <w:sz w:val="22"/>
          <w:rtl/>
        </w:rPr>
        <w:t>نظم</w:t>
      </w:r>
      <w:r w:rsidRPr="00D914B7">
        <w:rPr>
          <w:sz w:val="22"/>
        </w:rPr>
        <w:t xml:space="preserve"> </w:t>
      </w:r>
      <w:r w:rsidRPr="00D914B7">
        <w:rPr>
          <w:sz w:val="22"/>
          <w:rtl/>
        </w:rPr>
        <w:t>پایدار</w:t>
      </w:r>
      <w:r w:rsidRPr="00D914B7">
        <w:rPr>
          <w:sz w:val="22"/>
        </w:rPr>
        <w:t xml:space="preserve"> </w:t>
      </w:r>
      <w:r w:rsidRPr="00D914B7">
        <w:rPr>
          <w:sz w:val="22"/>
          <w:rtl/>
        </w:rPr>
        <w:t>نمی</w:t>
      </w:r>
      <w:r w:rsidRPr="00D914B7">
        <w:rPr>
          <w:sz w:val="22"/>
        </w:rPr>
        <w:t>‌</w:t>
      </w:r>
      <w:r w:rsidRPr="00D914B7">
        <w:rPr>
          <w:sz w:val="22"/>
          <w:rtl/>
        </w:rPr>
        <w:t>سازد</w:t>
      </w:r>
      <w:r>
        <w:rPr>
          <w:rFonts w:hint="cs"/>
          <w:sz w:val="22"/>
          <w:rtl/>
        </w:rPr>
        <w:t>.</w:t>
      </w:r>
      <w:r w:rsidRPr="00D914B7">
        <w:rPr>
          <w:sz w:val="22"/>
        </w:rPr>
        <w:t xml:space="preserve"> </w:t>
      </w:r>
      <w:r w:rsidRPr="00D914B7">
        <w:rPr>
          <w:sz w:val="22"/>
          <w:rtl/>
        </w:rPr>
        <w:t>قدرت</w:t>
      </w:r>
      <w:r w:rsidRPr="00D914B7">
        <w:rPr>
          <w:sz w:val="22"/>
        </w:rPr>
        <w:t xml:space="preserve"> </w:t>
      </w:r>
      <w:r w:rsidRPr="00D914B7">
        <w:rPr>
          <w:sz w:val="22"/>
          <w:rtl/>
        </w:rPr>
        <w:t>توانایی</w:t>
      </w:r>
      <w:r w:rsidRPr="00D914B7">
        <w:rPr>
          <w:sz w:val="22"/>
        </w:rPr>
        <w:t xml:space="preserve"> </w:t>
      </w:r>
      <w:r w:rsidRPr="00D914B7">
        <w:rPr>
          <w:sz w:val="22"/>
          <w:rtl/>
        </w:rPr>
        <w:t>وادار</w:t>
      </w:r>
      <w:r w:rsidRPr="00D914B7">
        <w:rPr>
          <w:sz w:val="22"/>
        </w:rPr>
        <w:t xml:space="preserve"> </w:t>
      </w:r>
      <w:r w:rsidRPr="00D914B7">
        <w:rPr>
          <w:sz w:val="22"/>
          <w:rtl/>
        </w:rPr>
        <w:t>کردن</w:t>
      </w:r>
      <w:r w:rsidRPr="00D914B7">
        <w:rPr>
          <w:sz w:val="22"/>
        </w:rPr>
        <w:t xml:space="preserve"> </w:t>
      </w:r>
      <w:r w:rsidRPr="00D914B7">
        <w:rPr>
          <w:sz w:val="22"/>
          <w:rtl/>
        </w:rPr>
        <w:t>دیگران</w:t>
      </w:r>
      <w:r w:rsidRPr="00D914B7">
        <w:rPr>
          <w:sz w:val="22"/>
        </w:rPr>
        <w:t xml:space="preserve"> </w:t>
      </w:r>
      <w:r w:rsidRPr="00D914B7">
        <w:rPr>
          <w:sz w:val="22"/>
          <w:rtl/>
        </w:rPr>
        <w:t>به</w:t>
      </w:r>
      <w:r w:rsidRPr="00D914B7">
        <w:rPr>
          <w:sz w:val="22"/>
        </w:rPr>
        <w:t xml:space="preserve"> </w:t>
      </w:r>
      <w:r w:rsidRPr="00D914B7">
        <w:rPr>
          <w:sz w:val="22"/>
          <w:rtl/>
        </w:rPr>
        <w:t>اطاعت</w:t>
      </w:r>
      <w:r w:rsidRPr="00D914B7">
        <w:rPr>
          <w:sz w:val="22"/>
        </w:rPr>
        <w:t xml:space="preserve"> </w:t>
      </w:r>
      <w:r w:rsidRPr="00D914B7">
        <w:rPr>
          <w:sz w:val="22"/>
          <w:rtl/>
        </w:rPr>
        <w:t>است؛</w:t>
      </w:r>
      <w:r w:rsidRPr="00D914B7">
        <w:rPr>
          <w:sz w:val="22"/>
        </w:rPr>
        <w:t xml:space="preserve"> </w:t>
      </w:r>
      <w:r w:rsidRPr="00D914B7">
        <w:rPr>
          <w:sz w:val="22"/>
          <w:rtl/>
        </w:rPr>
        <w:t>اقتدار</w:t>
      </w:r>
      <w:r w:rsidRPr="00D914B7">
        <w:rPr>
          <w:sz w:val="22"/>
        </w:rPr>
        <w:t xml:space="preserve"> </w:t>
      </w:r>
      <w:r w:rsidRPr="00D914B7">
        <w:rPr>
          <w:sz w:val="22"/>
          <w:rtl/>
        </w:rPr>
        <w:t>توانایی</w:t>
      </w:r>
      <w:r w:rsidRPr="00D914B7">
        <w:rPr>
          <w:sz w:val="22"/>
        </w:rPr>
        <w:t xml:space="preserve"> </w:t>
      </w:r>
      <w:r w:rsidRPr="00D914B7">
        <w:rPr>
          <w:sz w:val="22"/>
          <w:rtl/>
        </w:rPr>
        <w:t>شناخته</w:t>
      </w:r>
      <w:r>
        <w:rPr>
          <w:rFonts w:hint="cs"/>
          <w:sz w:val="22"/>
          <w:rtl/>
        </w:rPr>
        <w:t xml:space="preserve"> </w:t>
      </w:r>
      <w:r w:rsidRPr="00D914B7">
        <w:rPr>
          <w:sz w:val="22"/>
        </w:rPr>
        <w:t>‌</w:t>
      </w:r>
      <w:r w:rsidRPr="00D914B7">
        <w:rPr>
          <w:sz w:val="22"/>
          <w:rtl/>
        </w:rPr>
        <w:t>شده</w:t>
      </w:r>
      <w:r w:rsidRPr="00D914B7">
        <w:rPr>
          <w:sz w:val="22"/>
        </w:rPr>
        <w:t xml:space="preserve"> </w:t>
      </w:r>
      <w:r w:rsidRPr="00D914B7">
        <w:rPr>
          <w:sz w:val="22"/>
          <w:rtl/>
        </w:rPr>
        <w:t>و</w:t>
      </w:r>
      <w:r w:rsidRPr="00D914B7">
        <w:rPr>
          <w:sz w:val="22"/>
        </w:rPr>
        <w:t xml:space="preserve"> </w:t>
      </w:r>
      <w:r w:rsidRPr="00D914B7">
        <w:rPr>
          <w:sz w:val="22"/>
          <w:rtl/>
        </w:rPr>
        <w:t>پذیرفته</w:t>
      </w:r>
      <w:r w:rsidRPr="00D914B7">
        <w:rPr>
          <w:sz w:val="22"/>
        </w:rPr>
        <w:t>‌</w:t>
      </w:r>
      <w:r>
        <w:rPr>
          <w:rFonts w:hint="cs"/>
          <w:sz w:val="22"/>
          <w:rtl/>
        </w:rPr>
        <w:t xml:space="preserve"> </w:t>
      </w:r>
      <w:r w:rsidRPr="00D914B7">
        <w:rPr>
          <w:sz w:val="22"/>
          <w:rtl/>
        </w:rPr>
        <w:t>شده</w:t>
      </w:r>
      <w:r w:rsidRPr="00D914B7">
        <w:rPr>
          <w:sz w:val="22"/>
        </w:rPr>
        <w:t xml:space="preserve"> </w:t>
      </w:r>
      <w:r w:rsidRPr="00D914B7">
        <w:rPr>
          <w:sz w:val="22"/>
          <w:rtl/>
        </w:rPr>
        <w:t>برای</w:t>
      </w:r>
      <w:r w:rsidRPr="00D914B7">
        <w:rPr>
          <w:sz w:val="22"/>
        </w:rPr>
        <w:t xml:space="preserve"> </w:t>
      </w:r>
      <w:r w:rsidRPr="00D914B7">
        <w:rPr>
          <w:sz w:val="22"/>
          <w:rtl/>
        </w:rPr>
        <w:t>گرفتن</w:t>
      </w:r>
      <w:r w:rsidRPr="00D914B7">
        <w:rPr>
          <w:sz w:val="22"/>
        </w:rPr>
        <w:t xml:space="preserve"> </w:t>
      </w:r>
      <w:r w:rsidRPr="00D914B7">
        <w:rPr>
          <w:sz w:val="22"/>
          <w:rtl/>
        </w:rPr>
        <w:t>تصمیم</w:t>
      </w:r>
      <w:r w:rsidRPr="00D914B7">
        <w:rPr>
          <w:sz w:val="22"/>
        </w:rPr>
        <w:t>‌</w:t>
      </w:r>
      <w:r w:rsidRPr="00D914B7">
        <w:rPr>
          <w:sz w:val="22"/>
          <w:rtl/>
        </w:rPr>
        <w:t>هایی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نهادها</w:t>
      </w:r>
      <w:r w:rsidRPr="00D914B7">
        <w:rPr>
          <w:sz w:val="22"/>
        </w:rPr>
        <w:t xml:space="preserve"> </w:t>
      </w:r>
      <w:r w:rsidRPr="00D914B7">
        <w:rPr>
          <w:sz w:val="22"/>
          <w:rtl/>
        </w:rPr>
        <w:t>آنها</w:t>
      </w:r>
      <w:r w:rsidRPr="00D914B7">
        <w:rPr>
          <w:sz w:val="22"/>
        </w:rPr>
        <w:t xml:space="preserve"> </w:t>
      </w:r>
      <w:r w:rsidRPr="00D914B7">
        <w:rPr>
          <w:sz w:val="22"/>
          <w:rtl/>
        </w:rPr>
        <w:t>را</w:t>
      </w:r>
      <w:r w:rsidRPr="00D914B7">
        <w:rPr>
          <w:sz w:val="22"/>
        </w:rPr>
        <w:t xml:space="preserve"> </w:t>
      </w:r>
      <w:r w:rsidRPr="00D914B7">
        <w:rPr>
          <w:sz w:val="22"/>
          <w:rtl/>
        </w:rPr>
        <w:t>الزام</w:t>
      </w:r>
      <w:r w:rsidRPr="00D914B7">
        <w:rPr>
          <w:sz w:val="22"/>
        </w:rPr>
        <w:t>‌</w:t>
      </w:r>
      <w:r w:rsidRPr="00D914B7">
        <w:rPr>
          <w:sz w:val="22"/>
          <w:rtl/>
        </w:rPr>
        <w:t>آور</w:t>
      </w:r>
      <w:r w:rsidRPr="00D914B7">
        <w:rPr>
          <w:sz w:val="22"/>
        </w:rPr>
        <w:t xml:space="preserve"> </w:t>
      </w:r>
      <w:r w:rsidRPr="00D914B7">
        <w:rPr>
          <w:sz w:val="22"/>
          <w:rtl/>
        </w:rPr>
        <w:t>می</w:t>
      </w:r>
      <w:r w:rsidRPr="00D914B7">
        <w:rPr>
          <w:sz w:val="22"/>
        </w:rPr>
        <w:t>‌</w:t>
      </w:r>
      <w:r w:rsidRPr="00D914B7">
        <w:rPr>
          <w:sz w:val="22"/>
          <w:rtl/>
        </w:rPr>
        <w:t>دانند</w:t>
      </w:r>
      <w:r>
        <w:rPr>
          <w:rFonts w:hint="cs"/>
          <w:sz w:val="22"/>
          <w:rtl/>
        </w:rPr>
        <w:t xml:space="preserve">. </w:t>
      </w:r>
      <w:r w:rsidRPr="00D914B7">
        <w:rPr>
          <w:sz w:val="22"/>
          <w:rtl/>
        </w:rPr>
        <w:t>وضع</w:t>
      </w:r>
      <w:r w:rsidRPr="00D914B7">
        <w:rPr>
          <w:sz w:val="22"/>
        </w:rPr>
        <w:t xml:space="preserve"> </w:t>
      </w:r>
      <w:r w:rsidRPr="00D914B7">
        <w:rPr>
          <w:sz w:val="22"/>
          <w:rtl/>
        </w:rPr>
        <w:t>و</w:t>
      </w:r>
      <w:r w:rsidRPr="00D914B7">
        <w:rPr>
          <w:sz w:val="22"/>
        </w:rPr>
        <w:t xml:space="preserve"> </w:t>
      </w:r>
      <w:r w:rsidRPr="00D914B7">
        <w:rPr>
          <w:sz w:val="22"/>
          <w:rtl/>
        </w:rPr>
        <w:t>اجرای</w:t>
      </w:r>
      <w:r w:rsidRPr="00D914B7">
        <w:rPr>
          <w:sz w:val="22"/>
        </w:rPr>
        <w:t xml:space="preserve"> </w:t>
      </w:r>
      <w:r w:rsidRPr="00D914B7">
        <w:rPr>
          <w:sz w:val="22"/>
          <w:rtl/>
        </w:rPr>
        <w:t>قانون،</w:t>
      </w:r>
      <w:r w:rsidRPr="00D914B7">
        <w:rPr>
          <w:sz w:val="22"/>
        </w:rPr>
        <w:t xml:space="preserve"> </w:t>
      </w:r>
      <w:r w:rsidRPr="00D914B7">
        <w:rPr>
          <w:sz w:val="22"/>
          <w:rtl/>
        </w:rPr>
        <w:t>ایجاد</w:t>
      </w:r>
      <w:r w:rsidRPr="00D914B7">
        <w:rPr>
          <w:sz w:val="22"/>
        </w:rPr>
        <w:t xml:space="preserve"> </w:t>
      </w:r>
      <w:r w:rsidRPr="00D914B7">
        <w:rPr>
          <w:sz w:val="22"/>
          <w:rtl/>
        </w:rPr>
        <w:t>نهادهای</w:t>
      </w:r>
      <w:r w:rsidRPr="00D914B7">
        <w:rPr>
          <w:sz w:val="22"/>
        </w:rPr>
        <w:t xml:space="preserve"> </w:t>
      </w:r>
      <w:r w:rsidRPr="00D914B7">
        <w:rPr>
          <w:sz w:val="22"/>
          <w:rtl/>
        </w:rPr>
        <w:t>سیاسی،</w:t>
      </w:r>
      <w:r w:rsidRPr="00D914B7">
        <w:rPr>
          <w:sz w:val="22"/>
        </w:rPr>
        <w:t xml:space="preserve"> </w:t>
      </w:r>
      <w:r w:rsidRPr="00D914B7">
        <w:rPr>
          <w:sz w:val="22"/>
          <w:rtl/>
        </w:rPr>
        <w:t>تثبیت</w:t>
      </w:r>
      <w:r w:rsidRPr="00D914B7">
        <w:rPr>
          <w:sz w:val="22"/>
        </w:rPr>
        <w:t xml:space="preserve"> </w:t>
      </w:r>
      <w:r w:rsidRPr="00D914B7">
        <w:rPr>
          <w:sz w:val="22"/>
          <w:rtl/>
        </w:rPr>
        <w:t>روش</w:t>
      </w:r>
      <w:r w:rsidRPr="00D914B7">
        <w:rPr>
          <w:sz w:val="22"/>
        </w:rPr>
        <w:t>‌</w:t>
      </w:r>
      <w:r w:rsidRPr="00D914B7">
        <w:rPr>
          <w:sz w:val="22"/>
          <w:rtl/>
        </w:rPr>
        <w:t>های</w:t>
      </w:r>
      <w:r w:rsidRPr="00D914B7">
        <w:rPr>
          <w:sz w:val="22"/>
        </w:rPr>
        <w:t xml:space="preserve"> </w:t>
      </w:r>
      <w:r w:rsidRPr="00D914B7">
        <w:rPr>
          <w:sz w:val="22"/>
          <w:rtl/>
        </w:rPr>
        <w:t>پذیرفته</w:t>
      </w:r>
      <w:r w:rsidRPr="00D914B7">
        <w:rPr>
          <w:sz w:val="22"/>
        </w:rPr>
        <w:t>‌</w:t>
      </w:r>
      <w:r w:rsidRPr="00D914B7">
        <w:rPr>
          <w:sz w:val="22"/>
          <w:rtl/>
        </w:rPr>
        <w:t>شده،</w:t>
      </w:r>
      <w:r w:rsidRPr="00D914B7">
        <w:rPr>
          <w:sz w:val="22"/>
        </w:rPr>
        <w:t xml:space="preserve"> </w:t>
      </w:r>
      <w:r w:rsidRPr="00D914B7">
        <w:rPr>
          <w:sz w:val="22"/>
          <w:rtl/>
        </w:rPr>
        <w:t>تأمین</w:t>
      </w:r>
      <w:r w:rsidRPr="00D914B7">
        <w:rPr>
          <w:sz w:val="22"/>
        </w:rPr>
        <w:t xml:space="preserve"> </w:t>
      </w:r>
      <w:r w:rsidRPr="00D914B7">
        <w:rPr>
          <w:sz w:val="22"/>
          <w:rtl/>
        </w:rPr>
        <w:t>مشارکت</w:t>
      </w:r>
      <w:r w:rsidRPr="00D914B7">
        <w:rPr>
          <w:sz w:val="22"/>
        </w:rPr>
        <w:t xml:space="preserve"> </w:t>
      </w:r>
      <w:r w:rsidRPr="00D914B7">
        <w:rPr>
          <w:sz w:val="22"/>
          <w:rtl/>
        </w:rPr>
        <w:t>یا</w:t>
      </w:r>
      <w:r w:rsidRPr="00D914B7">
        <w:rPr>
          <w:sz w:val="22"/>
        </w:rPr>
        <w:t xml:space="preserve"> </w:t>
      </w:r>
      <w:r w:rsidRPr="00D914B7">
        <w:rPr>
          <w:sz w:val="22"/>
          <w:rtl/>
        </w:rPr>
        <w:t>رضایت</w:t>
      </w:r>
      <w:r w:rsidRPr="00D914B7">
        <w:rPr>
          <w:sz w:val="22"/>
        </w:rPr>
        <w:t xml:space="preserve"> </w:t>
      </w:r>
      <w:r w:rsidRPr="00D914B7">
        <w:rPr>
          <w:sz w:val="22"/>
          <w:rtl/>
        </w:rPr>
        <w:t>عمومی،</w:t>
      </w:r>
      <w:r w:rsidRPr="00D914B7">
        <w:rPr>
          <w:sz w:val="22"/>
        </w:rPr>
        <w:t xml:space="preserve"> </w:t>
      </w:r>
      <w:r w:rsidRPr="00D914B7">
        <w:rPr>
          <w:sz w:val="22"/>
          <w:rtl/>
        </w:rPr>
        <w:t>ساختن</w:t>
      </w:r>
      <w:r w:rsidRPr="00D914B7">
        <w:rPr>
          <w:sz w:val="22"/>
        </w:rPr>
        <w:t xml:space="preserve"> </w:t>
      </w:r>
      <w:r w:rsidRPr="00D914B7">
        <w:rPr>
          <w:sz w:val="22"/>
          <w:rtl/>
        </w:rPr>
        <w:t>نظام</w:t>
      </w:r>
      <w:r w:rsidRPr="00D914B7">
        <w:rPr>
          <w:sz w:val="22"/>
        </w:rPr>
        <w:t xml:space="preserve"> </w:t>
      </w:r>
      <w:r w:rsidRPr="00D914B7">
        <w:rPr>
          <w:sz w:val="22"/>
          <w:rtl/>
        </w:rPr>
        <w:t>نمایندگی،</w:t>
      </w:r>
      <w:r w:rsidRPr="00D914B7">
        <w:rPr>
          <w:sz w:val="22"/>
        </w:rPr>
        <w:t xml:space="preserve"> </w:t>
      </w:r>
      <w:r w:rsidRPr="00D914B7">
        <w:rPr>
          <w:sz w:val="22"/>
          <w:rtl/>
        </w:rPr>
        <w:t>شکل</w:t>
      </w:r>
      <w:r w:rsidRPr="00D914B7">
        <w:rPr>
          <w:sz w:val="22"/>
        </w:rPr>
        <w:t>‌</w:t>
      </w:r>
      <w:r w:rsidRPr="00D914B7">
        <w:rPr>
          <w:sz w:val="22"/>
          <w:rtl/>
        </w:rPr>
        <w:t>دادن</w:t>
      </w:r>
      <w:r w:rsidRPr="00D914B7">
        <w:rPr>
          <w:sz w:val="22"/>
        </w:rPr>
        <w:t xml:space="preserve"> </w:t>
      </w:r>
      <w:r w:rsidRPr="00D914B7">
        <w:rPr>
          <w:sz w:val="22"/>
          <w:rtl/>
        </w:rPr>
        <w:t>به</w:t>
      </w:r>
      <w:r w:rsidRPr="00D914B7">
        <w:rPr>
          <w:sz w:val="22"/>
        </w:rPr>
        <w:t xml:space="preserve"> </w:t>
      </w:r>
      <w:r w:rsidRPr="00D914B7">
        <w:rPr>
          <w:sz w:val="22"/>
          <w:rtl/>
        </w:rPr>
        <w:t>هویت</w:t>
      </w:r>
      <w:r w:rsidRPr="00D914B7">
        <w:rPr>
          <w:sz w:val="22"/>
        </w:rPr>
        <w:t xml:space="preserve"> </w:t>
      </w:r>
      <w:r w:rsidRPr="00D914B7">
        <w:rPr>
          <w:sz w:val="22"/>
          <w:rtl/>
        </w:rPr>
        <w:t>مشترک،</w:t>
      </w:r>
      <w:r w:rsidRPr="00D914B7">
        <w:rPr>
          <w:sz w:val="22"/>
        </w:rPr>
        <w:t xml:space="preserve"> </w:t>
      </w:r>
      <w:r w:rsidRPr="00D914B7">
        <w:rPr>
          <w:sz w:val="22"/>
          <w:rtl/>
        </w:rPr>
        <w:t>پیش</w:t>
      </w:r>
      <w:r w:rsidRPr="00D914B7">
        <w:rPr>
          <w:sz w:val="22"/>
        </w:rPr>
        <w:t>‌</w:t>
      </w:r>
      <w:r w:rsidRPr="00D914B7">
        <w:rPr>
          <w:sz w:val="22"/>
          <w:rtl/>
        </w:rPr>
        <w:t>بینی</w:t>
      </w:r>
      <w:r w:rsidRPr="00D914B7">
        <w:rPr>
          <w:sz w:val="22"/>
        </w:rPr>
        <w:t xml:space="preserve"> </w:t>
      </w:r>
      <w:r w:rsidRPr="00D914B7">
        <w:rPr>
          <w:sz w:val="22"/>
          <w:rtl/>
        </w:rPr>
        <w:t>جانشینی</w:t>
      </w:r>
      <w:r w:rsidRPr="00D914B7">
        <w:rPr>
          <w:sz w:val="22"/>
        </w:rPr>
        <w:t xml:space="preserve"> </w:t>
      </w:r>
      <w:r w:rsidRPr="00D914B7">
        <w:rPr>
          <w:sz w:val="22"/>
          <w:rtl/>
        </w:rPr>
        <w:t>و</w:t>
      </w:r>
      <w:r w:rsidRPr="00D914B7">
        <w:rPr>
          <w:sz w:val="22"/>
        </w:rPr>
        <w:t xml:space="preserve"> </w:t>
      </w:r>
      <w:r w:rsidRPr="00D914B7">
        <w:rPr>
          <w:sz w:val="22"/>
          <w:rtl/>
        </w:rPr>
        <w:t>ایجاد</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قابل</w:t>
      </w:r>
      <w:r w:rsidRPr="00D914B7">
        <w:rPr>
          <w:sz w:val="22"/>
        </w:rPr>
        <w:t xml:space="preserve"> </w:t>
      </w:r>
      <w:r w:rsidRPr="00D914B7">
        <w:rPr>
          <w:sz w:val="22"/>
          <w:rtl/>
        </w:rPr>
        <w:t>اعتماد،</w:t>
      </w:r>
      <w:r w:rsidRPr="00D914B7">
        <w:rPr>
          <w:sz w:val="22"/>
        </w:rPr>
        <w:t xml:space="preserve"> </w:t>
      </w:r>
      <w:r w:rsidRPr="00D914B7">
        <w:rPr>
          <w:sz w:val="22"/>
          <w:rtl/>
        </w:rPr>
        <w:t>همگی</w:t>
      </w:r>
      <w:r w:rsidRPr="00D914B7">
        <w:rPr>
          <w:sz w:val="22"/>
        </w:rPr>
        <w:t xml:space="preserve"> </w:t>
      </w:r>
      <w:r w:rsidRPr="00D914B7">
        <w:rPr>
          <w:sz w:val="22"/>
          <w:rtl/>
        </w:rPr>
        <w:t>راه</w:t>
      </w:r>
      <w:r w:rsidRPr="00D914B7">
        <w:rPr>
          <w:sz w:val="22"/>
        </w:rPr>
        <w:t>‌</w:t>
      </w:r>
      <w:r w:rsidRPr="00D914B7">
        <w:rPr>
          <w:sz w:val="22"/>
          <w:rtl/>
        </w:rPr>
        <w:t>های</w:t>
      </w:r>
      <w:r w:rsidRPr="00D914B7">
        <w:rPr>
          <w:sz w:val="22"/>
        </w:rPr>
        <w:t xml:space="preserve"> </w:t>
      </w:r>
      <w:r w:rsidRPr="00D914B7">
        <w:rPr>
          <w:sz w:val="22"/>
          <w:rtl/>
        </w:rPr>
        <w:t>تبدیل</w:t>
      </w:r>
      <w:r w:rsidRPr="00D914B7">
        <w:rPr>
          <w:sz w:val="22"/>
        </w:rPr>
        <w:t xml:space="preserve"> </w:t>
      </w:r>
      <w:r w:rsidRPr="00D914B7">
        <w:rPr>
          <w:sz w:val="22"/>
          <w:rtl/>
        </w:rPr>
        <w:t>قدرت</w:t>
      </w:r>
      <w:r w:rsidRPr="00D914B7">
        <w:rPr>
          <w:sz w:val="22"/>
        </w:rPr>
        <w:t xml:space="preserve"> </w:t>
      </w:r>
      <w:r w:rsidRPr="00D914B7">
        <w:rPr>
          <w:sz w:val="22"/>
          <w:rtl/>
        </w:rPr>
        <w:t>خام</w:t>
      </w:r>
      <w:r w:rsidRPr="00D914B7">
        <w:rPr>
          <w:sz w:val="22"/>
        </w:rPr>
        <w:t xml:space="preserve"> </w:t>
      </w:r>
      <w:r w:rsidRPr="00D914B7">
        <w:rPr>
          <w:sz w:val="22"/>
          <w:rtl/>
        </w:rPr>
        <w:t>به</w:t>
      </w:r>
      <w:r w:rsidRPr="00D914B7">
        <w:rPr>
          <w:sz w:val="22"/>
        </w:rPr>
        <w:t xml:space="preserve"> </w:t>
      </w:r>
      <w:r w:rsidRPr="00D914B7">
        <w:rPr>
          <w:sz w:val="22"/>
          <w:rtl/>
        </w:rPr>
        <w:t>اقتدارند</w:t>
      </w:r>
      <w:r>
        <w:rPr>
          <w:rFonts w:hint="cs"/>
          <w:sz w:val="22"/>
          <w:rtl/>
        </w:rPr>
        <w:t>.</w:t>
      </w:r>
      <w:r w:rsidRPr="00D914B7">
        <w:rPr>
          <w:sz w:val="22"/>
        </w:rPr>
        <w:t xml:space="preserve"> </w:t>
      </w:r>
      <w:r w:rsidRPr="00D914B7">
        <w:rPr>
          <w:sz w:val="22"/>
          <w:rtl/>
        </w:rPr>
        <w:t>هرچه</w:t>
      </w:r>
      <w:r w:rsidRPr="00D914B7">
        <w:rPr>
          <w:sz w:val="22"/>
        </w:rPr>
        <w:t xml:space="preserve"> </w:t>
      </w:r>
      <w:r w:rsidRPr="00D914B7">
        <w:rPr>
          <w:sz w:val="22"/>
          <w:rtl/>
        </w:rPr>
        <w:t>حکومت</w:t>
      </w:r>
      <w:r w:rsidRPr="00D914B7">
        <w:rPr>
          <w:sz w:val="22"/>
        </w:rPr>
        <w:t xml:space="preserve"> </w:t>
      </w:r>
      <w:r w:rsidRPr="00D914B7">
        <w:rPr>
          <w:sz w:val="22"/>
          <w:rtl/>
        </w:rPr>
        <w:t>تنها</w:t>
      </w:r>
      <w:r w:rsidRPr="00D914B7">
        <w:rPr>
          <w:sz w:val="22"/>
        </w:rPr>
        <w:t xml:space="preserve"> </w:t>
      </w:r>
      <w:r w:rsidRPr="00D914B7">
        <w:rPr>
          <w:sz w:val="22"/>
          <w:rtl/>
        </w:rPr>
        <w:t>به</w:t>
      </w:r>
      <w:r w:rsidRPr="00D914B7">
        <w:rPr>
          <w:sz w:val="22"/>
        </w:rPr>
        <w:t xml:space="preserve"> </w:t>
      </w:r>
      <w:r w:rsidRPr="00D914B7">
        <w:rPr>
          <w:sz w:val="22"/>
          <w:rtl/>
        </w:rPr>
        <w:t>ترس</w:t>
      </w:r>
      <w:r w:rsidRPr="00D914B7">
        <w:rPr>
          <w:sz w:val="22"/>
        </w:rPr>
        <w:t xml:space="preserve"> </w:t>
      </w:r>
      <w:r w:rsidRPr="00D914B7">
        <w:rPr>
          <w:sz w:val="22"/>
          <w:rtl/>
        </w:rPr>
        <w:t>متکی</w:t>
      </w:r>
      <w:r w:rsidRPr="00D914B7">
        <w:rPr>
          <w:sz w:val="22"/>
        </w:rPr>
        <w:t xml:space="preserve"> </w:t>
      </w:r>
      <w:r w:rsidRPr="00D914B7">
        <w:rPr>
          <w:sz w:val="22"/>
          <w:rtl/>
        </w:rPr>
        <w:t>باشد</w:t>
      </w:r>
      <w:r w:rsidRPr="00D914B7">
        <w:rPr>
          <w:sz w:val="22"/>
        </w:rPr>
        <w:t xml:space="preserve"> </w:t>
      </w:r>
      <w:r w:rsidRPr="00D914B7">
        <w:rPr>
          <w:sz w:val="22"/>
          <w:rtl/>
        </w:rPr>
        <w:t>نظم</w:t>
      </w:r>
      <w:r w:rsidRPr="00D914B7">
        <w:rPr>
          <w:sz w:val="22"/>
        </w:rPr>
        <w:t xml:space="preserve"> </w:t>
      </w:r>
      <w:r w:rsidRPr="00D914B7">
        <w:rPr>
          <w:sz w:val="22"/>
          <w:rtl/>
        </w:rPr>
        <w:t>آن</w:t>
      </w:r>
      <w:r w:rsidRPr="00D914B7">
        <w:rPr>
          <w:sz w:val="22"/>
        </w:rPr>
        <w:t xml:space="preserve"> </w:t>
      </w:r>
      <w:r w:rsidRPr="00D914B7">
        <w:rPr>
          <w:sz w:val="22"/>
          <w:rtl/>
        </w:rPr>
        <w:t>شکننده</w:t>
      </w:r>
      <w:r w:rsidRPr="00D914B7">
        <w:rPr>
          <w:sz w:val="22"/>
        </w:rPr>
        <w:t>‌</w:t>
      </w:r>
      <w:r w:rsidRPr="00D914B7">
        <w:rPr>
          <w:sz w:val="22"/>
          <w:rtl/>
        </w:rPr>
        <w:t>تر</w:t>
      </w:r>
      <w:r w:rsidRPr="00D914B7">
        <w:rPr>
          <w:sz w:val="22"/>
        </w:rPr>
        <w:t xml:space="preserve"> </w:t>
      </w:r>
      <w:r w:rsidRPr="00D914B7">
        <w:rPr>
          <w:sz w:val="22"/>
          <w:rtl/>
        </w:rPr>
        <w:t>است؛</w:t>
      </w:r>
      <w:r w:rsidRPr="00D914B7">
        <w:rPr>
          <w:sz w:val="22"/>
        </w:rPr>
        <w:t xml:space="preserve"> </w:t>
      </w:r>
      <w:r w:rsidRPr="00D914B7">
        <w:rPr>
          <w:sz w:val="22"/>
          <w:rtl/>
        </w:rPr>
        <w:t>هرچه</w:t>
      </w:r>
      <w:r w:rsidRPr="00D914B7">
        <w:rPr>
          <w:sz w:val="22"/>
        </w:rPr>
        <w:t xml:space="preserve"> </w:t>
      </w:r>
      <w:r w:rsidRPr="00D914B7">
        <w:rPr>
          <w:sz w:val="22"/>
          <w:rtl/>
        </w:rPr>
        <w:t>قانون،</w:t>
      </w:r>
      <w:r w:rsidRPr="00D914B7">
        <w:rPr>
          <w:sz w:val="22"/>
        </w:rPr>
        <w:t xml:space="preserve"> </w:t>
      </w:r>
      <w:r w:rsidRPr="00D914B7">
        <w:rPr>
          <w:sz w:val="22"/>
          <w:rtl/>
        </w:rPr>
        <w:t>نهاد</w:t>
      </w:r>
      <w:r w:rsidRPr="00D914B7">
        <w:rPr>
          <w:sz w:val="22"/>
        </w:rPr>
        <w:t xml:space="preserve"> </w:t>
      </w:r>
      <w:r w:rsidRPr="00D914B7">
        <w:rPr>
          <w:sz w:val="22"/>
          <w:rtl/>
        </w:rPr>
        <w:t>و</w:t>
      </w:r>
      <w:r w:rsidRPr="00D914B7">
        <w:rPr>
          <w:sz w:val="22"/>
        </w:rPr>
        <w:t xml:space="preserve"> </w:t>
      </w:r>
      <w:r w:rsidRPr="00D914B7">
        <w:rPr>
          <w:sz w:val="22"/>
          <w:rtl/>
        </w:rPr>
        <w:t>حقانیت</w:t>
      </w:r>
      <w:r w:rsidRPr="00D914B7">
        <w:rPr>
          <w:sz w:val="22"/>
        </w:rPr>
        <w:t xml:space="preserve"> </w:t>
      </w:r>
      <w:r w:rsidRPr="00D914B7">
        <w:rPr>
          <w:sz w:val="22"/>
          <w:rtl/>
        </w:rPr>
        <w:t>حکمرانی</w:t>
      </w:r>
      <w:r w:rsidRPr="00D914B7">
        <w:rPr>
          <w:sz w:val="22"/>
        </w:rPr>
        <w:t xml:space="preserve"> </w:t>
      </w:r>
      <w:r w:rsidRPr="00D914B7">
        <w:rPr>
          <w:sz w:val="22"/>
          <w:rtl/>
        </w:rPr>
        <w:t>جای</w:t>
      </w:r>
      <w:r w:rsidRPr="00D914B7">
        <w:rPr>
          <w:sz w:val="22"/>
        </w:rPr>
        <w:t xml:space="preserve"> </w:t>
      </w:r>
      <w:r w:rsidRPr="00D914B7">
        <w:rPr>
          <w:sz w:val="22"/>
          <w:rtl/>
        </w:rPr>
        <w:t>زور</w:t>
      </w:r>
      <w:r w:rsidRPr="00D914B7">
        <w:rPr>
          <w:sz w:val="22"/>
        </w:rPr>
        <w:t xml:space="preserve"> </w:t>
      </w:r>
      <w:r w:rsidRPr="00D914B7">
        <w:rPr>
          <w:sz w:val="22"/>
          <w:rtl/>
        </w:rPr>
        <w:t>را</w:t>
      </w:r>
      <w:r w:rsidRPr="00D914B7">
        <w:rPr>
          <w:sz w:val="22"/>
        </w:rPr>
        <w:t xml:space="preserve"> </w:t>
      </w:r>
      <w:r w:rsidRPr="00D914B7">
        <w:rPr>
          <w:sz w:val="22"/>
          <w:rtl/>
        </w:rPr>
        <w:t>بگیرد</w:t>
      </w:r>
      <w:r w:rsidRPr="00D914B7">
        <w:rPr>
          <w:sz w:val="22"/>
        </w:rPr>
        <w:t xml:space="preserve"> </w:t>
      </w:r>
      <w:r w:rsidRPr="00D914B7">
        <w:rPr>
          <w:sz w:val="22"/>
          <w:rtl/>
        </w:rPr>
        <w:t>ثبات</w:t>
      </w:r>
      <w:r w:rsidRPr="00D914B7">
        <w:rPr>
          <w:sz w:val="22"/>
        </w:rPr>
        <w:t xml:space="preserve"> </w:t>
      </w:r>
      <w:r w:rsidRPr="00D914B7">
        <w:rPr>
          <w:sz w:val="22"/>
          <w:rtl/>
        </w:rPr>
        <w:t>بیشتر</w:t>
      </w:r>
      <w:r w:rsidRPr="00D914B7">
        <w:rPr>
          <w:sz w:val="22"/>
        </w:rPr>
        <w:t xml:space="preserve"> </w:t>
      </w:r>
      <w:r w:rsidRPr="00D914B7">
        <w:rPr>
          <w:sz w:val="22"/>
          <w:rtl/>
        </w:rPr>
        <w:t>می</w:t>
      </w:r>
      <w:r w:rsidRPr="00D914B7">
        <w:rPr>
          <w:sz w:val="22"/>
        </w:rPr>
        <w:t>‌</w:t>
      </w:r>
      <w:r w:rsidRPr="00D914B7">
        <w:rPr>
          <w:sz w:val="22"/>
          <w:rtl/>
        </w:rPr>
        <w:t>شود</w:t>
      </w:r>
      <w:r>
        <w:rPr>
          <w:sz w:val="22"/>
          <w:rtl/>
        </w:rPr>
        <w:t>.</w:t>
      </w:r>
    </w:p>
    <w:p w:rsidR="00987F03" w:rsidRPr="00D914B7" w:rsidRDefault="00987F03" w:rsidP="00987F03">
      <w:pPr>
        <w:bidi/>
        <w:ind w:firstLine="720"/>
        <w:rPr>
          <w:sz w:val="22"/>
        </w:rPr>
      </w:pPr>
      <w:r w:rsidRPr="00D914B7">
        <w:rPr>
          <w:sz w:val="22"/>
          <w:rtl/>
        </w:rPr>
        <w:t>قدرت</w:t>
      </w:r>
      <w:r w:rsidRPr="00D914B7">
        <w:rPr>
          <w:sz w:val="22"/>
        </w:rPr>
        <w:t xml:space="preserve"> </w:t>
      </w:r>
      <w:r w:rsidRPr="00D914B7">
        <w:rPr>
          <w:sz w:val="22"/>
          <w:rtl/>
        </w:rPr>
        <w:t>نظامی</w:t>
      </w:r>
      <w:r w:rsidRPr="00D914B7">
        <w:rPr>
          <w:sz w:val="22"/>
        </w:rPr>
        <w:t xml:space="preserve"> </w:t>
      </w:r>
      <w:r w:rsidRPr="00D914B7">
        <w:rPr>
          <w:sz w:val="22"/>
          <w:rtl/>
        </w:rPr>
        <w:t>نیز</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ابزارهای</w:t>
      </w:r>
      <w:r w:rsidRPr="00D914B7">
        <w:rPr>
          <w:sz w:val="22"/>
        </w:rPr>
        <w:t xml:space="preserve"> </w:t>
      </w:r>
      <w:r w:rsidRPr="00D914B7">
        <w:rPr>
          <w:sz w:val="22"/>
          <w:rtl/>
        </w:rPr>
        <w:t>ضروری</w:t>
      </w:r>
      <w:r w:rsidRPr="00D914B7">
        <w:rPr>
          <w:sz w:val="22"/>
        </w:rPr>
        <w:t xml:space="preserve"> </w:t>
      </w:r>
      <w:r w:rsidRPr="00D914B7">
        <w:rPr>
          <w:sz w:val="22"/>
          <w:rtl/>
        </w:rPr>
        <w:t>کشورداری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این</w:t>
      </w:r>
      <w:r w:rsidRPr="00D914B7">
        <w:rPr>
          <w:sz w:val="22"/>
        </w:rPr>
        <w:t xml:space="preserve"> </w:t>
      </w:r>
      <w:r w:rsidRPr="00D914B7">
        <w:rPr>
          <w:sz w:val="22"/>
          <w:rtl/>
        </w:rPr>
        <w:t>قدرت</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برای</w:t>
      </w:r>
      <w:r w:rsidRPr="00D914B7">
        <w:rPr>
          <w:sz w:val="22"/>
        </w:rPr>
        <w:t xml:space="preserve"> </w:t>
      </w:r>
      <w:r w:rsidRPr="00D914B7">
        <w:rPr>
          <w:sz w:val="22"/>
          <w:rtl/>
        </w:rPr>
        <w:t>دفاع</w:t>
      </w:r>
      <w:r w:rsidRPr="00D914B7">
        <w:rPr>
          <w:sz w:val="22"/>
        </w:rPr>
        <w:t xml:space="preserve"> </w:t>
      </w:r>
      <w:r w:rsidRPr="00D914B7">
        <w:rPr>
          <w:sz w:val="22"/>
          <w:rtl/>
        </w:rPr>
        <w:t>از</w:t>
      </w:r>
      <w:r w:rsidRPr="00D914B7">
        <w:rPr>
          <w:sz w:val="22"/>
        </w:rPr>
        <w:t xml:space="preserve"> </w:t>
      </w:r>
      <w:r w:rsidRPr="00D914B7">
        <w:rPr>
          <w:sz w:val="22"/>
          <w:rtl/>
        </w:rPr>
        <w:t>سرزمین،</w:t>
      </w:r>
      <w:r w:rsidRPr="00D914B7">
        <w:rPr>
          <w:sz w:val="22"/>
        </w:rPr>
        <w:t xml:space="preserve"> </w:t>
      </w:r>
      <w:r w:rsidRPr="00D914B7">
        <w:rPr>
          <w:sz w:val="22"/>
          <w:rtl/>
        </w:rPr>
        <w:t>بازداشتن</w:t>
      </w:r>
      <w:r w:rsidRPr="00D914B7">
        <w:rPr>
          <w:sz w:val="22"/>
        </w:rPr>
        <w:t xml:space="preserve"> </w:t>
      </w:r>
      <w:r w:rsidRPr="00D914B7">
        <w:rPr>
          <w:sz w:val="22"/>
          <w:rtl/>
        </w:rPr>
        <w:t>دشمن</w:t>
      </w:r>
      <w:r w:rsidRPr="00D914B7">
        <w:rPr>
          <w:sz w:val="22"/>
        </w:rPr>
        <w:t xml:space="preserve"> </w:t>
      </w:r>
      <w:r w:rsidRPr="00D914B7">
        <w:rPr>
          <w:sz w:val="22"/>
          <w:rtl/>
        </w:rPr>
        <w:t>از</w:t>
      </w:r>
      <w:r w:rsidRPr="00D914B7">
        <w:rPr>
          <w:sz w:val="22"/>
        </w:rPr>
        <w:t xml:space="preserve"> </w:t>
      </w:r>
      <w:r w:rsidRPr="00D914B7">
        <w:rPr>
          <w:sz w:val="22"/>
          <w:rtl/>
        </w:rPr>
        <w:t>تجاوز،</w:t>
      </w:r>
      <w:r w:rsidRPr="00D914B7">
        <w:rPr>
          <w:sz w:val="22"/>
        </w:rPr>
        <w:t xml:space="preserve"> </w:t>
      </w:r>
      <w:r w:rsidRPr="00D914B7">
        <w:rPr>
          <w:sz w:val="22"/>
          <w:rtl/>
        </w:rPr>
        <w:t>حفظ</w:t>
      </w:r>
      <w:r w:rsidRPr="00D914B7">
        <w:rPr>
          <w:sz w:val="22"/>
        </w:rPr>
        <w:t xml:space="preserve"> </w:t>
      </w:r>
      <w:r w:rsidRPr="00D914B7">
        <w:rPr>
          <w:sz w:val="22"/>
          <w:rtl/>
        </w:rPr>
        <w:t>راه</w:t>
      </w:r>
      <w:r w:rsidRPr="00D914B7">
        <w:rPr>
          <w:sz w:val="22"/>
        </w:rPr>
        <w:t>‌</w:t>
      </w:r>
      <w:r w:rsidRPr="00D914B7">
        <w:rPr>
          <w:sz w:val="22"/>
          <w:rtl/>
        </w:rPr>
        <w:t>های</w:t>
      </w:r>
      <w:r w:rsidRPr="00D914B7">
        <w:rPr>
          <w:sz w:val="22"/>
        </w:rPr>
        <w:t xml:space="preserve"> </w:t>
      </w:r>
      <w:r w:rsidRPr="00D914B7">
        <w:rPr>
          <w:sz w:val="22"/>
          <w:rtl/>
        </w:rPr>
        <w:t>ارتباطی</w:t>
      </w:r>
      <w:r w:rsidRPr="00D914B7">
        <w:rPr>
          <w:sz w:val="22"/>
        </w:rPr>
        <w:t xml:space="preserve"> </w:t>
      </w:r>
      <w:r w:rsidRPr="00D914B7">
        <w:rPr>
          <w:sz w:val="22"/>
          <w:rtl/>
        </w:rPr>
        <w:t>و</w:t>
      </w:r>
      <w:r w:rsidRPr="00D914B7">
        <w:rPr>
          <w:sz w:val="22"/>
        </w:rPr>
        <w:t xml:space="preserve"> </w:t>
      </w:r>
      <w:r w:rsidRPr="00D914B7">
        <w:rPr>
          <w:sz w:val="22"/>
          <w:rtl/>
        </w:rPr>
        <w:t>تجاری،</w:t>
      </w:r>
      <w:r w:rsidRPr="00D914B7">
        <w:rPr>
          <w:sz w:val="22"/>
        </w:rPr>
        <w:t xml:space="preserve"> </w:t>
      </w:r>
      <w:r w:rsidRPr="00D914B7">
        <w:rPr>
          <w:sz w:val="22"/>
          <w:rtl/>
        </w:rPr>
        <w:t>مقابله</w:t>
      </w:r>
      <w:r w:rsidRPr="00D914B7">
        <w:rPr>
          <w:sz w:val="22"/>
        </w:rPr>
        <w:t xml:space="preserve"> </w:t>
      </w:r>
      <w:r w:rsidRPr="00D914B7">
        <w:rPr>
          <w:sz w:val="22"/>
          <w:rtl/>
        </w:rPr>
        <w:t>با</w:t>
      </w:r>
      <w:r w:rsidRPr="00D914B7">
        <w:rPr>
          <w:sz w:val="22"/>
        </w:rPr>
        <w:t xml:space="preserve"> </w:t>
      </w:r>
      <w:r w:rsidRPr="00D914B7">
        <w:rPr>
          <w:sz w:val="22"/>
          <w:rtl/>
        </w:rPr>
        <w:t>شورش</w:t>
      </w:r>
      <w:r w:rsidRPr="00D914B7">
        <w:rPr>
          <w:sz w:val="22"/>
        </w:rPr>
        <w:t xml:space="preserve"> </w:t>
      </w:r>
      <w:r w:rsidRPr="00D914B7">
        <w:rPr>
          <w:sz w:val="22"/>
          <w:rtl/>
        </w:rPr>
        <w:t>مسلحانه،</w:t>
      </w:r>
      <w:r w:rsidRPr="00D914B7">
        <w:rPr>
          <w:sz w:val="22"/>
        </w:rPr>
        <w:t xml:space="preserve"> </w:t>
      </w:r>
      <w:r w:rsidRPr="00D914B7">
        <w:rPr>
          <w:sz w:val="22"/>
          <w:rtl/>
        </w:rPr>
        <w:t>پشتیبانی</w:t>
      </w:r>
      <w:r w:rsidRPr="00D914B7">
        <w:rPr>
          <w:sz w:val="22"/>
        </w:rPr>
        <w:t xml:space="preserve"> </w:t>
      </w:r>
      <w:r w:rsidRPr="00D914B7">
        <w:rPr>
          <w:sz w:val="22"/>
          <w:rtl/>
        </w:rPr>
        <w:t>از</w:t>
      </w:r>
      <w:r w:rsidRPr="00D914B7">
        <w:rPr>
          <w:sz w:val="22"/>
        </w:rPr>
        <w:t xml:space="preserve"> </w:t>
      </w:r>
      <w:r w:rsidRPr="00D914B7">
        <w:rPr>
          <w:sz w:val="22"/>
          <w:rtl/>
        </w:rPr>
        <w:t>متحدان،</w:t>
      </w:r>
      <w:r w:rsidRPr="00D914B7">
        <w:rPr>
          <w:sz w:val="22"/>
        </w:rPr>
        <w:t xml:space="preserve"> </w:t>
      </w:r>
      <w:r w:rsidRPr="00D914B7">
        <w:rPr>
          <w:sz w:val="22"/>
          <w:rtl/>
        </w:rPr>
        <w:t>نجات</w:t>
      </w:r>
      <w:r w:rsidRPr="00D914B7">
        <w:rPr>
          <w:sz w:val="22"/>
        </w:rPr>
        <w:t xml:space="preserve"> </w:t>
      </w:r>
      <w:r w:rsidRPr="00D914B7">
        <w:rPr>
          <w:sz w:val="22"/>
          <w:rtl/>
        </w:rPr>
        <w:t>شهروندان</w:t>
      </w:r>
      <w:r w:rsidRPr="00D914B7">
        <w:rPr>
          <w:sz w:val="22"/>
        </w:rPr>
        <w:t xml:space="preserve"> </w:t>
      </w:r>
      <w:r w:rsidRPr="00D914B7">
        <w:rPr>
          <w:sz w:val="22"/>
          <w:rtl/>
        </w:rPr>
        <w:t>یا</w:t>
      </w:r>
      <w:r w:rsidRPr="00D914B7">
        <w:rPr>
          <w:sz w:val="22"/>
        </w:rPr>
        <w:t xml:space="preserve"> </w:t>
      </w:r>
      <w:r w:rsidRPr="00D914B7">
        <w:rPr>
          <w:sz w:val="22"/>
          <w:rtl/>
        </w:rPr>
        <w:t>ایجاد</w:t>
      </w:r>
      <w:r w:rsidRPr="00D914B7">
        <w:rPr>
          <w:sz w:val="22"/>
        </w:rPr>
        <w:t xml:space="preserve"> </w:t>
      </w:r>
      <w:r w:rsidRPr="00D914B7">
        <w:rPr>
          <w:sz w:val="22"/>
          <w:rtl/>
        </w:rPr>
        <w:t>شرایط</w:t>
      </w:r>
      <w:r w:rsidRPr="00D914B7">
        <w:rPr>
          <w:sz w:val="22"/>
        </w:rPr>
        <w:t xml:space="preserve"> </w:t>
      </w:r>
      <w:r w:rsidRPr="00D914B7">
        <w:rPr>
          <w:sz w:val="22"/>
          <w:rtl/>
        </w:rPr>
        <w:t>مناسب</w:t>
      </w:r>
      <w:r w:rsidRPr="00D914B7">
        <w:rPr>
          <w:sz w:val="22"/>
        </w:rPr>
        <w:t xml:space="preserve"> </w:t>
      </w:r>
      <w:r w:rsidRPr="00D914B7">
        <w:rPr>
          <w:sz w:val="22"/>
          <w:rtl/>
        </w:rPr>
        <w:t>برای</w:t>
      </w:r>
      <w:r w:rsidRPr="00D914B7">
        <w:rPr>
          <w:sz w:val="22"/>
        </w:rPr>
        <w:t xml:space="preserve"> </w:t>
      </w:r>
      <w:r w:rsidRPr="00D914B7">
        <w:rPr>
          <w:sz w:val="22"/>
          <w:rtl/>
        </w:rPr>
        <w:t>مذاکره</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رود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کشورداری</w:t>
      </w:r>
      <w:r w:rsidRPr="00D914B7">
        <w:rPr>
          <w:sz w:val="22"/>
        </w:rPr>
        <w:t xml:space="preserve"> </w:t>
      </w:r>
      <w:r w:rsidRPr="00D914B7">
        <w:rPr>
          <w:sz w:val="22"/>
          <w:rtl/>
        </w:rPr>
        <w:t>با</w:t>
      </w:r>
      <w:r w:rsidRPr="00D914B7">
        <w:rPr>
          <w:sz w:val="22"/>
        </w:rPr>
        <w:t xml:space="preserve"> </w:t>
      </w:r>
      <w:r w:rsidRPr="00D914B7">
        <w:rPr>
          <w:sz w:val="22"/>
          <w:rtl/>
        </w:rPr>
        <w:t>جنگاوری</w:t>
      </w:r>
      <w:r w:rsidRPr="00D914B7">
        <w:rPr>
          <w:sz w:val="22"/>
        </w:rPr>
        <w:t xml:space="preserve"> </w:t>
      </w:r>
      <w:r w:rsidRPr="00D914B7">
        <w:rPr>
          <w:sz w:val="22"/>
          <w:rtl/>
        </w:rPr>
        <w:t>یکسان</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کشوری</w:t>
      </w:r>
      <w:r w:rsidRPr="00D914B7">
        <w:rPr>
          <w:sz w:val="22"/>
        </w:rPr>
        <w:t xml:space="preserve"> </w:t>
      </w:r>
      <w:r w:rsidRPr="00D914B7">
        <w:rPr>
          <w:sz w:val="22"/>
          <w:rtl/>
        </w:rPr>
        <w:t>در</w:t>
      </w:r>
      <w:r w:rsidRPr="00D914B7">
        <w:rPr>
          <w:sz w:val="22"/>
        </w:rPr>
        <w:t xml:space="preserve"> </w:t>
      </w:r>
      <w:r w:rsidRPr="00D914B7">
        <w:rPr>
          <w:sz w:val="22"/>
          <w:rtl/>
        </w:rPr>
        <w:t>جنگ</w:t>
      </w:r>
      <w:r w:rsidRPr="00D914B7">
        <w:rPr>
          <w:sz w:val="22"/>
        </w:rPr>
        <w:t xml:space="preserve"> </w:t>
      </w:r>
      <w:r w:rsidRPr="00D914B7">
        <w:rPr>
          <w:sz w:val="22"/>
          <w:rtl/>
        </w:rPr>
        <w:t>پیروز</w:t>
      </w:r>
      <w:r w:rsidRPr="00D914B7">
        <w:rPr>
          <w:sz w:val="22"/>
        </w:rPr>
        <w:t xml:space="preserve"> </w:t>
      </w:r>
      <w:r w:rsidRPr="00D914B7">
        <w:rPr>
          <w:sz w:val="22"/>
          <w:rtl/>
        </w:rPr>
        <w:t>شود</w:t>
      </w:r>
      <w:r w:rsidRPr="00D914B7">
        <w:rPr>
          <w:sz w:val="22"/>
        </w:rPr>
        <w:t xml:space="preserve"> </w:t>
      </w:r>
      <w:r w:rsidRPr="00D914B7">
        <w:rPr>
          <w:sz w:val="22"/>
          <w:rtl/>
        </w:rPr>
        <w:t>ولی</w:t>
      </w:r>
      <w:r w:rsidRPr="00D914B7">
        <w:rPr>
          <w:sz w:val="22"/>
        </w:rPr>
        <w:t xml:space="preserve"> </w:t>
      </w:r>
      <w:r w:rsidRPr="00D914B7">
        <w:rPr>
          <w:sz w:val="22"/>
          <w:rtl/>
        </w:rPr>
        <w:t>در</w:t>
      </w:r>
      <w:r w:rsidRPr="00D914B7">
        <w:rPr>
          <w:sz w:val="22"/>
        </w:rPr>
        <w:t xml:space="preserve"> </w:t>
      </w:r>
      <w:r w:rsidRPr="00D914B7">
        <w:rPr>
          <w:sz w:val="22"/>
          <w:rtl/>
        </w:rPr>
        <w:t>کشورداری</w:t>
      </w:r>
      <w:r w:rsidRPr="00D914B7">
        <w:rPr>
          <w:sz w:val="22"/>
        </w:rPr>
        <w:t xml:space="preserve"> </w:t>
      </w:r>
      <w:r w:rsidRPr="00D914B7">
        <w:rPr>
          <w:sz w:val="22"/>
          <w:rtl/>
        </w:rPr>
        <w:t>شکست</w:t>
      </w:r>
      <w:r w:rsidRPr="00D914B7">
        <w:rPr>
          <w:sz w:val="22"/>
        </w:rPr>
        <w:t xml:space="preserve"> </w:t>
      </w:r>
      <w:r w:rsidRPr="00D914B7">
        <w:rPr>
          <w:sz w:val="22"/>
          <w:rtl/>
        </w:rPr>
        <w:t>بخورد،</w:t>
      </w:r>
      <w:r w:rsidRPr="00D914B7">
        <w:rPr>
          <w:sz w:val="22"/>
        </w:rPr>
        <w:t xml:space="preserve"> </w:t>
      </w:r>
      <w:r w:rsidRPr="00D914B7">
        <w:rPr>
          <w:sz w:val="22"/>
          <w:rtl/>
        </w:rPr>
        <w:t>زیرا</w:t>
      </w:r>
      <w:r w:rsidRPr="00D914B7">
        <w:rPr>
          <w:sz w:val="22"/>
        </w:rPr>
        <w:t xml:space="preserve"> </w:t>
      </w:r>
      <w:r w:rsidRPr="00D914B7">
        <w:rPr>
          <w:sz w:val="22"/>
          <w:rtl/>
        </w:rPr>
        <w:t>پیروزی</w:t>
      </w:r>
      <w:r w:rsidRPr="00D914B7">
        <w:rPr>
          <w:sz w:val="22"/>
        </w:rPr>
        <w:t xml:space="preserve"> </w:t>
      </w:r>
      <w:r w:rsidRPr="00D914B7">
        <w:rPr>
          <w:sz w:val="22"/>
          <w:rtl/>
        </w:rPr>
        <w:t>نظامی</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اشغال</w:t>
      </w:r>
      <w:r w:rsidRPr="00D914B7">
        <w:rPr>
          <w:sz w:val="22"/>
        </w:rPr>
        <w:t xml:space="preserve"> </w:t>
      </w:r>
      <w:r w:rsidRPr="00D914B7">
        <w:rPr>
          <w:sz w:val="22"/>
          <w:rtl/>
        </w:rPr>
        <w:t>پرهزینه،</w:t>
      </w:r>
      <w:r w:rsidRPr="00D914B7">
        <w:rPr>
          <w:sz w:val="22"/>
        </w:rPr>
        <w:t xml:space="preserve"> </w:t>
      </w:r>
      <w:r w:rsidRPr="00D914B7">
        <w:rPr>
          <w:sz w:val="22"/>
          <w:rtl/>
        </w:rPr>
        <w:t>دشمنی</w:t>
      </w:r>
      <w:r w:rsidRPr="00D914B7">
        <w:rPr>
          <w:sz w:val="22"/>
        </w:rPr>
        <w:t xml:space="preserve"> </w:t>
      </w:r>
      <w:r w:rsidRPr="00D914B7">
        <w:rPr>
          <w:sz w:val="22"/>
          <w:rtl/>
        </w:rPr>
        <w:t>پایدار،</w:t>
      </w:r>
      <w:r w:rsidRPr="00D914B7">
        <w:rPr>
          <w:sz w:val="22"/>
        </w:rPr>
        <w:t xml:space="preserve"> </w:t>
      </w:r>
      <w:r w:rsidRPr="00D914B7">
        <w:rPr>
          <w:sz w:val="22"/>
          <w:rtl/>
        </w:rPr>
        <w:t>فرسودگی</w:t>
      </w:r>
      <w:r w:rsidRPr="00D914B7">
        <w:rPr>
          <w:sz w:val="22"/>
        </w:rPr>
        <w:t xml:space="preserve"> </w:t>
      </w:r>
      <w:r w:rsidRPr="00D914B7">
        <w:rPr>
          <w:sz w:val="22"/>
          <w:rtl/>
        </w:rPr>
        <w:t>اقتصادی</w:t>
      </w:r>
      <w:r w:rsidRPr="00D914B7">
        <w:rPr>
          <w:sz w:val="22"/>
        </w:rPr>
        <w:t xml:space="preserve"> </w:t>
      </w:r>
      <w:r w:rsidRPr="00D914B7">
        <w:rPr>
          <w:sz w:val="22"/>
          <w:rtl/>
        </w:rPr>
        <w:t>یا</w:t>
      </w:r>
      <w:r w:rsidRPr="00D914B7">
        <w:rPr>
          <w:sz w:val="22"/>
        </w:rPr>
        <w:t xml:space="preserve"> </w:t>
      </w:r>
      <w:r w:rsidRPr="00D914B7">
        <w:rPr>
          <w:sz w:val="22"/>
          <w:rtl/>
        </w:rPr>
        <w:t>فروپاشی</w:t>
      </w:r>
      <w:r w:rsidRPr="00D914B7">
        <w:rPr>
          <w:sz w:val="22"/>
        </w:rPr>
        <w:t xml:space="preserve"> </w:t>
      </w:r>
      <w:r w:rsidRPr="00D914B7">
        <w:rPr>
          <w:sz w:val="22"/>
          <w:rtl/>
        </w:rPr>
        <w:t>داخلی</w:t>
      </w:r>
      <w:r w:rsidRPr="00D914B7">
        <w:rPr>
          <w:sz w:val="22"/>
        </w:rPr>
        <w:t xml:space="preserve"> </w:t>
      </w:r>
      <w:r w:rsidRPr="00D914B7">
        <w:rPr>
          <w:sz w:val="22"/>
          <w:rtl/>
        </w:rPr>
        <w:t>به</w:t>
      </w:r>
      <w:r w:rsidRPr="00D914B7">
        <w:rPr>
          <w:sz w:val="22"/>
        </w:rPr>
        <w:t xml:space="preserve"> </w:t>
      </w:r>
      <w:r w:rsidRPr="00D914B7">
        <w:rPr>
          <w:sz w:val="22"/>
          <w:rtl/>
        </w:rPr>
        <w:t>دنبال</w:t>
      </w:r>
      <w:r w:rsidRPr="00D914B7">
        <w:rPr>
          <w:sz w:val="22"/>
        </w:rPr>
        <w:t xml:space="preserve"> </w:t>
      </w:r>
      <w:r w:rsidRPr="00D914B7">
        <w:rPr>
          <w:sz w:val="22"/>
          <w:rtl/>
        </w:rPr>
        <w:t>آورد</w:t>
      </w:r>
      <w:r>
        <w:rPr>
          <w:rFonts w:hint="cs"/>
          <w:sz w:val="22"/>
          <w:rtl/>
        </w:rPr>
        <w:t>.</w:t>
      </w:r>
      <w:r w:rsidRPr="00D914B7">
        <w:rPr>
          <w:sz w:val="22"/>
        </w:rPr>
        <w:t xml:space="preserve"> </w:t>
      </w:r>
      <w:r w:rsidRPr="00D914B7">
        <w:rPr>
          <w:sz w:val="22"/>
          <w:rtl/>
        </w:rPr>
        <w:t>پرسش</w:t>
      </w:r>
      <w:r w:rsidRPr="00D914B7">
        <w:rPr>
          <w:sz w:val="22"/>
        </w:rPr>
        <w:t xml:space="preserve"> </w:t>
      </w:r>
      <w:r w:rsidRPr="00D914B7">
        <w:rPr>
          <w:sz w:val="22"/>
          <w:rtl/>
        </w:rPr>
        <w:t>کشوردار</w:t>
      </w:r>
      <w:r w:rsidRPr="00D914B7">
        <w:rPr>
          <w:sz w:val="22"/>
        </w:rPr>
        <w:t xml:space="preserve"> </w:t>
      </w:r>
      <w:r w:rsidRPr="00D914B7">
        <w:rPr>
          <w:sz w:val="22"/>
          <w:rtl/>
        </w:rPr>
        <w:t>فقط</w:t>
      </w:r>
      <w:r w:rsidRPr="00D914B7">
        <w:rPr>
          <w:sz w:val="22"/>
        </w:rPr>
        <w:t xml:space="preserve"> </w:t>
      </w:r>
      <w:r w:rsidRPr="00D914B7">
        <w:rPr>
          <w:sz w:val="22"/>
          <w:rtl/>
        </w:rPr>
        <w:t>این</w:t>
      </w:r>
      <w:r w:rsidRPr="00D914B7">
        <w:rPr>
          <w:sz w:val="22"/>
        </w:rPr>
        <w:t xml:space="preserve"> </w:t>
      </w:r>
      <w:r w:rsidRPr="00D914B7">
        <w:rPr>
          <w:sz w:val="22"/>
          <w:rtl/>
        </w:rPr>
        <w:t>نیست</w:t>
      </w:r>
      <w:r w:rsidRPr="00D914B7">
        <w:rPr>
          <w:sz w:val="22"/>
        </w:rPr>
        <w:t xml:space="preserve"> </w:t>
      </w:r>
      <w:r w:rsidRPr="00D914B7">
        <w:rPr>
          <w:sz w:val="22"/>
          <w:rtl/>
        </w:rPr>
        <w:t>که</w:t>
      </w:r>
      <w:r w:rsidRPr="00D914B7">
        <w:rPr>
          <w:sz w:val="22"/>
        </w:rPr>
        <w:t xml:space="preserve"> </w:t>
      </w:r>
      <w:r w:rsidRPr="00D914B7">
        <w:rPr>
          <w:sz w:val="22"/>
          <w:rtl/>
        </w:rPr>
        <w:t>آیا</w:t>
      </w:r>
      <w:r w:rsidRPr="00D914B7">
        <w:rPr>
          <w:sz w:val="22"/>
        </w:rPr>
        <w:t xml:space="preserve"> </w:t>
      </w:r>
      <w:r w:rsidRPr="00D914B7">
        <w:rPr>
          <w:sz w:val="22"/>
          <w:rtl/>
        </w:rPr>
        <w:t>می</w:t>
      </w:r>
      <w:r w:rsidRPr="00D914B7">
        <w:rPr>
          <w:sz w:val="22"/>
        </w:rPr>
        <w:t>‌</w:t>
      </w:r>
      <w:r w:rsidRPr="00D914B7">
        <w:rPr>
          <w:sz w:val="22"/>
          <w:rtl/>
        </w:rPr>
        <w:t>توانیم</w:t>
      </w:r>
      <w:r w:rsidRPr="00D914B7">
        <w:rPr>
          <w:sz w:val="22"/>
        </w:rPr>
        <w:t xml:space="preserve"> </w:t>
      </w:r>
      <w:r w:rsidRPr="00D914B7">
        <w:rPr>
          <w:sz w:val="22"/>
          <w:rtl/>
        </w:rPr>
        <w:t>در</w:t>
      </w:r>
      <w:r w:rsidRPr="00D914B7">
        <w:rPr>
          <w:sz w:val="22"/>
        </w:rPr>
        <w:t xml:space="preserve"> </w:t>
      </w:r>
      <w:r w:rsidRPr="00D914B7">
        <w:rPr>
          <w:sz w:val="22"/>
          <w:rtl/>
        </w:rPr>
        <w:t>جنگ</w:t>
      </w:r>
      <w:r w:rsidRPr="00D914B7">
        <w:rPr>
          <w:sz w:val="22"/>
        </w:rPr>
        <w:t xml:space="preserve"> </w:t>
      </w:r>
      <w:r w:rsidRPr="00D914B7">
        <w:rPr>
          <w:sz w:val="22"/>
          <w:rtl/>
        </w:rPr>
        <w:t>پیروز</w:t>
      </w:r>
      <w:r w:rsidRPr="00D914B7">
        <w:rPr>
          <w:sz w:val="22"/>
        </w:rPr>
        <w:t xml:space="preserve"> </w:t>
      </w:r>
      <w:r w:rsidRPr="00D914B7">
        <w:rPr>
          <w:sz w:val="22"/>
          <w:rtl/>
        </w:rPr>
        <w:t>شویم؛</w:t>
      </w:r>
      <w:r w:rsidRPr="00D914B7">
        <w:rPr>
          <w:sz w:val="22"/>
        </w:rPr>
        <w:t xml:space="preserve"> </w:t>
      </w:r>
      <w:r w:rsidRPr="00D914B7">
        <w:rPr>
          <w:sz w:val="22"/>
          <w:rtl/>
        </w:rPr>
        <w:t>پرسش</w:t>
      </w:r>
      <w:r w:rsidRPr="00D914B7">
        <w:rPr>
          <w:sz w:val="22"/>
        </w:rPr>
        <w:t xml:space="preserve"> </w:t>
      </w:r>
      <w:r w:rsidRPr="00D914B7">
        <w:rPr>
          <w:sz w:val="22"/>
          <w:rtl/>
        </w:rPr>
        <w:t>مهم</w:t>
      </w:r>
      <w:r w:rsidRPr="00D914B7">
        <w:rPr>
          <w:sz w:val="22"/>
        </w:rPr>
        <w:t>‌</w:t>
      </w:r>
      <w:r w:rsidRPr="00D914B7">
        <w:rPr>
          <w:sz w:val="22"/>
          <w:rtl/>
        </w:rPr>
        <w:t>تر</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این</w:t>
      </w:r>
      <w:r w:rsidRPr="00D914B7">
        <w:rPr>
          <w:sz w:val="22"/>
        </w:rPr>
        <w:t xml:space="preserve"> </w:t>
      </w:r>
      <w:r w:rsidRPr="00D914B7">
        <w:rPr>
          <w:sz w:val="22"/>
          <w:rtl/>
        </w:rPr>
        <w:t>جنگ</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پایان</w:t>
      </w:r>
      <w:r w:rsidRPr="00D914B7">
        <w:rPr>
          <w:sz w:val="22"/>
        </w:rPr>
        <w:t xml:space="preserve"> </w:t>
      </w:r>
      <w:r w:rsidRPr="00D914B7">
        <w:rPr>
          <w:sz w:val="22"/>
          <w:rtl/>
        </w:rPr>
        <w:t>چه</w:t>
      </w:r>
      <w:r w:rsidRPr="00D914B7">
        <w:rPr>
          <w:sz w:val="22"/>
        </w:rPr>
        <w:t xml:space="preserve"> </w:t>
      </w:r>
      <w:r w:rsidRPr="00D914B7">
        <w:rPr>
          <w:sz w:val="22"/>
          <w:rtl/>
        </w:rPr>
        <w:t>وضعیت</w:t>
      </w:r>
      <w:r w:rsidRPr="00D914B7">
        <w:rPr>
          <w:sz w:val="22"/>
        </w:rPr>
        <w:t xml:space="preserve"> </w:t>
      </w:r>
      <w:r w:rsidRPr="00D914B7">
        <w:rPr>
          <w:sz w:val="22"/>
          <w:rtl/>
        </w:rPr>
        <w:t>سیاسی</w:t>
      </w:r>
      <w:r w:rsidRPr="00D914B7">
        <w:rPr>
          <w:sz w:val="22"/>
        </w:rPr>
        <w:t>‌</w:t>
      </w:r>
      <w:r w:rsidRPr="00D914B7">
        <w:rPr>
          <w:sz w:val="22"/>
          <w:rtl/>
        </w:rPr>
        <w:t>ای</w:t>
      </w:r>
      <w:r w:rsidRPr="00D914B7">
        <w:rPr>
          <w:sz w:val="22"/>
        </w:rPr>
        <w:t xml:space="preserve"> </w:t>
      </w:r>
      <w:r w:rsidRPr="00D914B7">
        <w:rPr>
          <w:sz w:val="22"/>
          <w:rtl/>
        </w:rPr>
        <w:t>ایجاد</w:t>
      </w:r>
      <w:r w:rsidRPr="00D914B7">
        <w:rPr>
          <w:sz w:val="22"/>
        </w:rPr>
        <w:t xml:space="preserve"> </w:t>
      </w:r>
      <w:r w:rsidRPr="00D914B7">
        <w:rPr>
          <w:sz w:val="22"/>
          <w:rtl/>
        </w:rPr>
        <w:t>خواهد</w:t>
      </w:r>
      <w:r w:rsidRPr="00D914B7">
        <w:rPr>
          <w:sz w:val="22"/>
        </w:rPr>
        <w:t xml:space="preserve"> </w:t>
      </w:r>
      <w:r w:rsidRPr="00D914B7">
        <w:rPr>
          <w:sz w:val="22"/>
          <w:rtl/>
        </w:rPr>
        <w:t>کرد</w:t>
      </w:r>
      <w:r>
        <w:rPr>
          <w:rFonts w:hint="cs"/>
          <w:sz w:val="22"/>
          <w:rtl/>
        </w:rPr>
        <w:t xml:space="preserve">. </w:t>
      </w:r>
      <w:r w:rsidRPr="00D914B7">
        <w:rPr>
          <w:sz w:val="22"/>
          <w:rtl/>
        </w:rPr>
        <w:t>گاه</w:t>
      </w:r>
      <w:r w:rsidRPr="00D914B7">
        <w:rPr>
          <w:sz w:val="22"/>
        </w:rPr>
        <w:t xml:space="preserve"> </w:t>
      </w:r>
      <w:r w:rsidRPr="00D914B7">
        <w:rPr>
          <w:sz w:val="22"/>
          <w:rtl/>
        </w:rPr>
        <w:t>عالی</w:t>
      </w:r>
      <w:r w:rsidRPr="00D914B7">
        <w:rPr>
          <w:sz w:val="22"/>
        </w:rPr>
        <w:t>‌</w:t>
      </w:r>
      <w:r w:rsidRPr="00D914B7">
        <w:rPr>
          <w:sz w:val="22"/>
          <w:rtl/>
        </w:rPr>
        <w:t>ترین</w:t>
      </w:r>
      <w:r w:rsidRPr="00D914B7">
        <w:rPr>
          <w:sz w:val="22"/>
        </w:rPr>
        <w:t xml:space="preserve"> </w:t>
      </w:r>
      <w:r w:rsidRPr="00D914B7">
        <w:rPr>
          <w:sz w:val="22"/>
          <w:rtl/>
        </w:rPr>
        <w:t>شکل</w:t>
      </w:r>
      <w:r w:rsidRPr="00D914B7">
        <w:rPr>
          <w:sz w:val="22"/>
        </w:rPr>
        <w:t xml:space="preserve"> </w:t>
      </w:r>
      <w:r w:rsidRPr="00D914B7">
        <w:rPr>
          <w:sz w:val="22"/>
          <w:rtl/>
        </w:rPr>
        <w:t>کشورداری</w:t>
      </w:r>
      <w:r w:rsidRPr="00D914B7">
        <w:rPr>
          <w:sz w:val="22"/>
        </w:rPr>
        <w:t xml:space="preserve"> </w:t>
      </w:r>
      <w:r w:rsidRPr="00D914B7">
        <w:rPr>
          <w:sz w:val="22"/>
          <w:rtl/>
        </w:rPr>
        <w:t>رسیدن</w:t>
      </w:r>
      <w:r w:rsidRPr="00D914B7">
        <w:rPr>
          <w:sz w:val="22"/>
        </w:rPr>
        <w:t xml:space="preserve"> </w:t>
      </w:r>
      <w:r w:rsidRPr="00D914B7">
        <w:rPr>
          <w:sz w:val="22"/>
          <w:rtl/>
        </w:rPr>
        <w:t>به</w:t>
      </w:r>
      <w:r w:rsidRPr="00D914B7">
        <w:rPr>
          <w:sz w:val="22"/>
        </w:rPr>
        <w:t xml:space="preserve"> </w:t>
      </w:r>
      <w:r w:rsidRPr="00D914B7">
        <w:rPr>
          <w:sz w:val="22"/>
          <w:rtl/>
        </w:rPr>
        <w:t>هدف</w:t>
      </w:r>
      <w:r w:rsidRPr="00D914B7">
        <w:rPr>
          <w:sz w:val="22"/>
        </w:rPr>
        <w:t xml:space="preserve"> </w:t>
      </w:r>
      <w:r w:rsidRPr="00D914B7">
        <w:rPr>
          <w:sz w:val="22"/>
          <w:rtl/>
        </w:rPr>
        <w:t>سیاسی</w:t>
      </w:r>
      <w:r w:rsidRPr="00D914B7">
        <w:rPr>
          <w:sz w:val="22"/>
        </w:rPr>
        <w:t xml:space="preserve"> </w:t>
      </w:r>
      <w:r w:rsidRPr="00D914B7">
        <w:rPr>
          <w:sz w:val="22"/>
          <w:rtl/>
        </w:rPr>
        <w:t>بدون</w:t>
      </w:r>
      <w:r w:rsidRPr="00D914B7">
        <w:rPr>
          <w:sz w:val="22"/>
        </w:rPr>
        <w:t xml:space="preserve"> </w:t>
      </w:r>
      <w:r w:rsidRPr="00D914B7">
        <w:rPr>
          <w:sz w:val="22"/>
          <w:rtl/>
        </w:rPr>
        <w:t>جنگ</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پرهیز</w:t>
      </w:r>
      <w:r w:rsidRPr="00D914B7">
        <w:rPr>
          <w:sz w:val="22"/>
        </w:rPr>
        <w:t xml:space="preserve"> </w:t>
      </w:r>
      <w:r w:rsidRPr="00D914B7">
        <w:rPr>
          <w:sz w:val="22"/>
          <w:rtl/>
        </w:rPr>
        <w:t>از</w:t>
      </w:r>
      <w:r w:rsidRPr="00D914B7">
        <w:rPr>
          <w:sz w:val="22"/>
        </w:rPr>
        <w:t xml:space="preserve"> </w:t>
      </w:r>
      <w:r w:rsidRPr="00D914B7">
        <w:rPr>
          <w:sz w:val="22"/>
          <w:rtl/>
        </w:rPr>
        <w:t>جنگ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فاجعه</w:t>
      </w:r>
      <w:r w:rsidRPr="00D914B7">
        <w:rPr>
          <w:sz w:val="22"/>
        </w:rPr>
        <w:t>‌</w:t>
      </w:r>
      <w:r w:rsidRPr="00D914B7">
        <w:rPr>
          <w:sz w:val="22"/>
          <w:rtl/>
        </w:rPr>
        <w:t>ای</w:t>
      </w:r>
      <w:r w:rsidRPr="00D914B7">
        <w:rPr>
          <w:sz w:val="22"/>
        </w:rPr>
        <w:t xml:space="preserve"> </w:t>
      </w:r>
      <w:r w:rsidRPr="00D914B7">
        <w:rPr>
          <w:sz w:val="22"/>
          <w:rtl/>
        </w:rPr>
        <w:t>بزرگ</w:t>
      </w:r>
      <w:r w:rsidRPr="00D914B7">
        <w:rPr>
          <w:sz w:val="22"/>
        </w:rPr>
        <w:t>‌</w:t>
      </w:r>
      <w:r w:rsidRPr="00D914B7">
        <w:rPr>
          <w:sz w:val="22"/>
          <w:rtl/>
        </w:rPr>
        <w:t>تر</w:t>
      </w:r>
      <w:r w:rsidRPr="00D914B7">
        <w:rPr>
          <w:sz w:val="22"/>
        </w:rPr>
        <w:t xml:space="preserve"> </w:t>
      </w:r>
      <w:r w:rsidRPr="00D914B7">
        <w:rPr>
          <w:sz w:val="22"/>
          <w:rtl/>
        </w:rPr>
        <w:t>به</w:t>
      </w:r>
      <w:r w:rsidRPr="00D914B7">
        <w:rPr>
          <w:sz w:val="22"/>
        </w:rPr>
        <w:t xml:space="preserve"> </w:t>
      </w:r>
      <w:r w:rsidRPr="00D914B7">
        <w:rPr>
          <w:sz w:val="22"/>
          <w:rtl/>
        </w:rPr>
        <w:t>بار</w:t>
      </w:r>
      <w:r w:rsidRPr="00D914B7">
        <w:rPr>
          <w:sz w:val="22"/>
        </w:rPr>
        <w:t xml:space="preserve"> </w:t>
      </w:r>
      <w:r w:rsidRPr="00D914B7">
        <w:rPr>
          <w:sz w:val="22"/>
          <w:rtl/>
        </w:rPr>
        <w:t>آورد</w:t>
      </w:r>
      <w:r>
        <w:rPr>
          <w:sz w:val="22"/>
          <w:rtl/>
        </w:rPr>
        <w:t>.</w:t>
      </w:r>
      <w:r w:rsidRPr="00D914B7">
        <w:rPr>
          <w:sz w:val="22"/>
        </w:rPr>
        <w:t xml:space="preserve"> </w:t>
      </w:r>
      <w:r w:rsidRPr="00D914B7">
        <w:rPr>
          <w:sz w:val="22"/>
          <w:rtl/>
        </w:rPr>
        <w:t>تشخیص</w:t>
      </w:r>
      <w:r w:rsidRPr="00D914B7">
        <w:rPr>
          <w:sz w:val="22"/>
        </w:rPr>
        <w:t xml:space="preserve"> </w:t>
      </w:r>
      <w:r w:rsidRPr="00D914B7">
        <w:rPr>
          <w:sz w:val="22"/>
          <w:rtl/>
        </w:rPr>
        <w:t>این</w:t>
      </w:r>
      <w:r w:rsidRPr="00D914B7">
        <w:rPr>
          <w:sz w:val="22"/>
        </w:rPr>
        <w:t xml:space="preserve"> </w:t>
      </w:r>
      <w:r w:rsidRPr="00D914B7">
        <w:rPr>
          <w:sz w:val="22"/>
          <w:rtl/>
        </w:rPr>
        <w:t>دو</w:t>
      </w:r>
      <w:r w:rsidRPr="00D914B7">
        <w:rPr>
          <w:sz w:val="22"/>
        </w:rPr>
        <w:t xml:space="preserve"> </w:t>
      </w:r>
      <w:r w:rsidRPr="00D914B7">
        <w:rPr>
          <w:sz w:val="22"/>
          <w:rtl/>
        </w:rPr>
        <w:t>از</w:t>
      </w:r>
      <w:r w:rsidRPr="00D914B7">
        <w:rPr>
          <w:sz w:val="22"/>
        </w:rPr>
        <w:t xml:space="preserve"> </w:t>
      </w:r>
      <w:r w:rsidRPr="00D914B7">
        <w:rPr>
          <w:sz w:val="22"/>
          <w:rtl/>
        </w:rPr>
        <w:t>یکدیگر</w:t>
      </w:r>
      <w:r w:rsidRPr="00D914B7">
        <w:rPr>
          <w:sz w:val="22"/>
        </w:rPr>
        <w:t xml:space="preserve"> </w:t>
      </w:r>
      <w:r w:rsidRPr="00D914B7">
        <w:rPr>
          <w:sz w:val="22"/>
          <w:rtl/>
        </w:rPr>
        <w:t>به</w:t>
      </w:r>
      <w:r w:rsidRPr="00D914B7">
        <w:rPr>
          <w:sz w:val="22"/>
        </w:rPr>
        <w:t xml:space="preserve"> </w:t>
      </w:r>
      <w:r w:rsidRPr="00D914B7">
        <w:rPr>
          <w:sz w:val="22"/>
          <w:rtl/>
        </w:rPr>
        <w:t>داوری</w:t>
      </w:r>
      <w:r w:rsidRPr="00D914B7">
        <w:rPr>
          <w:sz w:val="22"/>
        </w:rPr>
        <w:t xml:space="preserve"> </w:t>
      </w:r>
      <w:r w:rsidRPr="00D914B7">
        <w:rPr>
          <w:sz w:val="22"/>
          <w:rtl/>
        </w:rPr>
        <w:t>سیاسی</w:t>
      </w:r>
      <w:r w:rsidRPr="00D914B7">
        <w:rPr>
          <w:sz w:val="22"/>
        </w:rPr>
        <w:t xml:space="preserve"> </w:t>
      </w:r>
      <w:r w:rsidRPr="00D914B7">
        <w:rPr>
          <w:sz w:val="22"/>
          <w:rtl/>
        </w:rPr>
        <w:t>نیاز</w:t>
      </w:r>
      <w:r w:rsidRPr="00D914B7">
        <w:rPr>
          <w:sz w:val="22"/>
        </w:rPr>
        <w:t xml:space="preserve"> </w:t>
      </w:r>
      <w:r w:rsidRPr="00D914B7">
        <w:rPr>
          <w:sz w:val="22"/>
          <w:rtl/>
        </w:rPr>
        <w:t>دارد</w:t>
      </w:r>
      <w:r>
        <w:rPr>
          <w:sz w:val="22"/>
          <w:rtl/>
        </w:rPr>
        <w:t>.</w:t>
      </w:r>
    </w:p>
    <w:p w:rsidR="00987F03" w:rsidRPr="00D914B7" w:rsidRDefault="00987F03" w:rsidP="00987F03">
      <w:pPr>
        <w:bidi/>
        <w:ind w:firstLine="720"/>
        <w:rPr>
          <w:sz w:val="22"/>
        </w:rPr>
      </w:pPr>
      <w:r w:rsidRPr="00D914B7">
        <w:rPr>
          <w:sz w:val="22"/>
          <w:rtl/>
        </w:rPr>
        <w:t>ساختن</w:t>
      </w:r>
      <w:r w:rsidRPr="00D914B7">
        <w:rPr>
          <w:sz w:val="22"/>
        </w:rPr>
        <w:t xml:space="preserve"> </w:t>
      </w:r>
      <w:r w:rsidRPr="00D914B7">
        <w:rPr>
          <w:sz w:val="22"/>
          <w:rtl/>
        </w:rPr>
        <w:t>نهادها</w:t>
      </w:r>
      <w:r w:rsidRPr="00D914B7">
        <w:rPr>
          <w:sz w:val="22"/>
        </w:rPr>
        <w:t xml:space="preserve"> </w:t>
      </w:r>
      <w:r w:rsidRPr="00D914B7">
        <w:rPr>
          <w:sz w:val="22"/>
          <w:rtl/>
        </w:rPr>
        <w:t>عنصر</w:t>
      </w:r>
      <w:r w:rsidRPr="00D914B7">
        <w:rPr>
          <w:sz w:val="22"/>
        </w:rPr>
        <w:t xml:space="preserve"> </w:t>
      </w:r>
      <w:r w:rsidRPr="00D914B7">
        <w:rPr>
          <w:sz w:val="22"/>
          <w:rtl/>
        </w:rPr>
        <w:t>دیگر</w:t>
      </w:r>
      <w:r w:rsidRPr="00D914B7">
        <w:rPr>
          <w:sz w:val="22"/>
        </w:rPr>
        <w:t xml:space="preserve"> </w:t>
      </w:r>
      <w:r w:rsidRPr="00D914B7">
        <w:rPr>
          <w:sz w:val="22"/>
          <w:rtl/>
        </w:rPr>
        <w:t>کشورداری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را</w:t>
      </w:r>
      <w:r w:rsidRPr="00D914B7">
        <w:rPr>
          <w:sz w:val="22"/>
        </w:rPr>
        <w:t xml:space="preserve"> </w:t>
      </w:r>
      <w:r w:rsidRPr="00D914B7">
        <w:rPr>
          <w:sz w:val="22"/>
          <w:rtl/>
        </w:rPr>
        <w:t>نباید</w:t>
      </w:r>
      <w:r w:rsidRPr="00D914B7">
        <w:rPr>
          <w:sz w:val="22"/>
        </w:rPr>
        <w:t xml:space="preserve"> </w:t>
      </w:r>
      <w:r w:rsidRPr="00D914B7">
        <w:rPr>
          <w:sz w:val="22"/>
          <w:rtl/>
        </w:rPr>
        <w:t>فقط</w:t>
      </w:r>
      <w:r w:rsidRPr="00D914B7">
        <w:rPr>
          <w:sz w:val="22"/>
        </w:rPr>
        <w:t xml:space="preserve"> </w:t>
      </w:r>
      <w:r w:rsidRPr="00D914B7">
        <w:rPr>
          <w:sz w:val="22"/>
          <w:rtl/>
        </w:rPr>
        <w:t>هوش،</w:t>
      </w:r>
      <w:r w:rsidRPr="00D914B7">
        <w:rPr>
          <w:sz w:val="22"/>
        </w:rPr>
        <w:t xml:space="preserve"> </w:t>
      </w:r>
      <w:r w:rsidRPr="00D914B7">
        <w:rPr>
          <w:sz w:val="22"/>
          <w:rtl/>
        </w:rPr>
        <w:t>اراده</w:t>
      </w:r>
      <w:r w:rsidRPr="00D914B7">
        <w:rPr>
          <w:sz w:val="22"/>
        </w:rPr>
        <w:t xml:space="preserve"> </w:t>
      </w:r>
      <w:r w:rsidRPr="00D914B7">
        <w:rPr>
          <w:sz w:val="22"/>
          <w:rtl/>
        </w:rPr>
        <w:t>یا</w:t>
      </w:r>
      <w:r w:rsidRPr="00D914B7">
        <w:rPr>
          <w:sz w:val="22"/>
        </w:rPr>
        <w:t xml:space="preserve"> </w:t>
      </w:r>
      <w:r w:rsidRPr="00D914B7">
        <w:rPr>
          <w:sz w:val="22"/>
          <w:rtl/>
        </w:rPr>
        <w:t>مهارت</w:t>
      </w:r>
      <w:r w:rsidRPr="00D914B7">
        <w:rPr>
          <w:sz w:val="22"/>
        </w:rPr>
        <w:t xml:space="preserve"> </w:t>
      </w:r>
      <w:r w:rsidRPr="00D914B7">
        <w:rPr>
          <w:sz w:val="22"/>
          <w:rtl/>
        </w:rPr>
        <w:t>شخصی</w:t>
      </w:r>
      <w:r w:rsidRPr="00D914B7">
        <w:rPr>
          <w:sz w:val="22"/>
        </w:rPr>
        <w:t xml:space="preserve"> </w:t>
      </w:r>
      <w:r w:rsidRPr="00D914B7">
        <w:rPr>
          <w:sz w:val="22"/>
          <w:rtl/>
        </w:rPr>
        <w:t>فرمانروایان</w:t>
      </w:r>
      <w:r w:rsidRPr="00D914B7">
        <w:rPr>
          <w:sz w:val="22"/>
        </w:rPr>
        <w:t xml:space="preserve"> </w:t>
      </w:r>
      <w:r w:rsidRPr="00D914B7">
        <w:rPr>
          <w:sz w:val="22"/>
          <w:rtl/>
        </w:rPr>
        <w:t>دانست</w:t>
      </w:r>
      <w:r>
        <w:rPr>
          <w:rFonts w:hint="cs"/>
          <w:sz w:val="22"/>
          <w:rtl/>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دستاورد</w:t>
      </w:r>
      <w:r w:rsidRPr="00D914B7">
        <w:rPr>
          <w:sz w:val="22"/>
        </w:rPr>
        <w:t xml:space="preserve"> </w:t>
      </w:r>
      <w:r w:rsidRPr="00D914B7">
        <w:rPr>
          <w:sz w:val="22"/>
          <w:rtl/>
        </w:rPr>
        <w:t>آن</w:t>
      </w:r>
      <w:r w:rsidRPr="00D914B7">
        <w:rPr>
          <w:sz w:val="22"/>
        </w:rPr>
        <w:t xml:space="preserve"> </w:t>
      </w:r>
      <w:r w:rsidRPr="00D914B7">
        <w:rPr>
          <w:sz w:val="22"/>
          <w:rtl/>
        </w:rPr>
        <w:t>ساختن</w:t>
      </w:r>
      <w:r w:rsidRPr="00D914B7">
        <w:rPr>
          <w:sz w:val="22"/>
        </w:rPr>
        <w:t xml:space="preserve"> </w:t>
      </w:r>
      <w:r w:rsidRPr="00D914B7">
        <w:rPr>
          <w:sz w:val="22"/>
          <w:rtl/>
        </w:rPr>
        <w:t>نهادهایی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مستقل</w:t>
      </w:r>
      <w:r w:rsidRPr="00D914B7">
        <w:rPr>
          <w:sz w:val="22"/>
        </w:rPr>
        <w:t xml:space="preserve"> </w:t>
      </w:r>
      <w:r w:rsidRPr="00D914B7">
        <w:rPr>
          <w:sz w:val="22"/>
          <w:rtl/>
        </w:rPr>
        <w:t>از</w:t>
      </w:r>
      <w:r w:rsidRPr="00D914B7">
        <w:rPr>
          <w:sz w:val="22"/>
        </w:rPr>
        <w:t xml:space="preserve"> </w:t>
      </w:r>
      <w:r w:rsidRPr="00D914B7">
        <w:rPr>
          <w:sz w:val="22"/>
          <w:rtl/>
        </w:rPr>
        <w:t>اشخاص</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خود</w:t>
      </w:r>
      <w:r w:rsidRPr="00D914B7">
        <w:rPr>
          <w:sz w:val="22"/>
        </w:rPr>
        <w:t xml:space="preserve"> </w:t>
      </w:r>
      <w:r w:rsidRPr="00D914B7">
        <w:rPr>
          <w:sz w:val="22"/>
          <w:rtl/>
        </w:rPr>
        <w:t>ادامه</w:t>
      </w:r>
      <w:r w:rsidRPr="00D914B7">
        <w:rPr>
          <w:sz w:val="22"/>
        </w:rPr>
        <w:t xml:space="preserve"> </w:t>
      </w:r>
      <w:r w:rsidRPr="00D914B7">
        <w:rPr>
          <w:sz w:val="22"/>
          <w:rtl/>
        </w:rPr>
        <w:t>دهند</w:t>
      </w:r>
      <w:r>
        <w:rPr>
          <w:sz w:val="22"/>
          <w:rtl/>
        </w:rPr>
        <w:t>.</w:t>
      </w:r>
      <w:r w:rsidRPr="00D914B7">
        <w:rPr>
          <w:sz w:val="22"/>
        </w:rPr>
        <w:t xml:space="preserve"> </w:t>
      </w:r>
      <w:r w:rsidRPr="00D914B7">
        <w:rPr>
          <w:sz w:val="22"/>
          <w:rtl/>
        </w:rPr>
        <w:t>فرمانروای</w:t>
      </w:r>
      <w:r w:rsidRPr="00D914B7">
        <w:rPr>
          <w:sz w:val="22"/>
        </w:rPr>
        <w:t xml:space="preserve"> </w:t>
      </w:r>
      <w:r w:rsidRPr="00D914B7">
        <w:rPr>
          <w:sz w:val="22"/>
          <w:rtl/>
        </w:rPr>
        <w:t>توانا</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مشکلات</w:t>
      </w:r>
      <w:r w:rsidRPr="00D914B7">
        <w:rPr>
          <w:sz w:val="22"/>
        </w:rPr>
        <w:t xml:space="preserve"> </w:t>
      </w:r>
      <w:r w:rsidRPr="00D914B7">
        <w:rPr>
          <w:sz w:val="22"/>
          <w:rtl/>
        </w:rPr>
        <w:t>را</w:t>
      </w:r>
      <w:r w:rsidRPr="00D914B7">
        <w:rPr>
          <w:sz w:val="22"/>
        </w:rPr>
        <w:t xml:space="preserve"> </w:t>
      </w:r>
      <w:r w:rsidRPr="00D914B7">
        <w:rPr>
          <w:sz w:val="22"/>
          <w:rtl/>
        </w:rPr>
        <w:t>شخصاً</w:t>
      </w:r>
      <w:r w:rsidRPr="00D914B7">
        <w:rPr>
          <w:sz w:val="22"/>
        </w:rPr>
        <w:t xml:space="preserve"> </w:t>
      </w:r>
      <w:r w:rsidRPr="00D914B7">
        <w:rPr>
          <w:sz w:val="22"/>
          <w:rtl/>
        </w:rPr>
        <w:t>حل</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کشوردار</w:t>
      </w:r>
      <w:r w:rsidRPr="00D914B7">
        <w:rPr>
          <w:sz w:val="22"/>
        </w:rPr>
        <w:t xml:space="preserve"> </w:t>
      </w:r>
      <w:r w:rsidRPr="00D914B7">
        <w:rPr>
          <w:sz w:val="22"/>
          <w:rtl/>
        </w:rPr>
        <w:t>بزرگ</w:t>
      </w:r>
      <w:r w:rsidRPr="00D914B7">
        <w:rPr>
          <w:sz w:val="22"/>
        </w:rPr>
        <w:t xml:space="preserve"> </w:t>
      </w:r>
      <w:r w:rsidRPr="00D914B7">
        <w:rPr>
          <w:sz w:val="22"/>
          <w:rtl/>
        </w:rPr>
        <w:t>کسی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نهادی</w:t>
      </w:r>
      <w:r w:rsidRPr="00D914B7">
        <w:rPr>
          <w:sz w:val="22"/>
        </w:rPr>
        <w:t xml:space="preserve"> </w:t>
      </w:r>
      <w:r w:rsidRPr="00D914B7">
        <w:rPr>
          <w:sz w:val="22"/>
          <w:rtl/>
        </w:rPr>
        <w:t>بسازد</w:t>
      </w:r>
      <w:r w:rsidRPr="00D914B7">
        <w:rPr>
          <w:sz w:val="22"/>
        </w:rPr>
        <w:t xml:space="preserve"> </w:t>
      </w:r>
      <w:r w:rsidRPr="00D914B7">
        <w:rPr>
          <w:sz w:val="22"/>
          <w:rtl/>
        </w:rPr>
        <w:t>که</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مرگ</w:t>
      </w:r>
      <w:r w:rsidRPr="00D914B7">
        <w:rPr>
          <w:sz w:val="22"/>
        </w:rPr>
        <w:t xml:space="preserve"> </w:t>
      </w:r>
      <w:r w:rsidRPr="00D914B7">
        <w:rPr>
          <w:sz w:val="22"/>
          <w:rtl/>
        </w:rPr>
        <w:t>او</w:t>
      </w:r>
      <w:r w:rsidRPr="00D914B7">
        <w:rPr>
          <w:sz w:val="22"/>
        </w:rPr>
        <w:t xml:space="preserve"> </w:t>
      </w:r>
      <w:r w:rsidRPr="00D914B7">
        <w:rPr>
          <w:sz w:val="22"/>
          <w:rtl/>
        </w:rPr>
        <w:t>نیز</w:t>
      </w:r>
      <w:r w:rsidRPr="00D914B7">
        <w:rPr>
          <w:sz w:val="22"/>
        </w:rPr>
        <w:t xml:space="preserve"> </w:t>
      </w:r>
      <w:r w:rsidRPr="00D914B7">
        <w:rPr>
          <w:sz w:val="22"/>
          <w:rtl/>
        </w:rPr>
        <w:t>توانایی</w:t>
      </w:r>
      <w:r w:rsidRPr="00D914B7">
        <w:rPr>
          <w:sz w:val="22"/>
        </w:rPr>
        <w:t xml:space="preserve"> </w:t>
      </w:r>
      <w:r w:rsidRPr="00D914B7">
        <w:rPr>
          <w:sz w:val="22"/>
          <w:rtl/>
        </w:rPr>
        <w:t>حل</w:t>
      </w:r>
      <w:r w:rsidRPr="00D914B7">
        <w:rPr>
          <w:sz w:val="22"/>
        </w:rPr>
        <w:t xml:space="preserve"> </w:t>
      </w:r>
      <w:r w:rsidRPr="00D914B7">
        <w:rPr>
          <w:sz w:val="22"/>
          <w:rtl/>
        </w:rPr>
        <w:t>مشکلات</w:t>
      </w:r>
      <w:r w:rsidRPr="00D914B7">
        <w:rPr>
          <w:sz w:val="22"/>
        </w:rPr>
        <w:t xml:space="preserve"> </w:t>
      </w:r>
      <w:r w:rsidRPr="00D914B7">
        <w:rPr>
          <w:sz w:val="22"/>
          <w:rtl/>
        </w:rPr>
        <w:t>را</w:t>
      </w:r>
      <w:r w:rsidRPr="00D914B7">
        <w:rPr>
          <w:sz w:val="22"/>
        </w:rPr>
        <w:t xml:space="preserve"> </w:t>
      </w:r>
      <w:r w:rsidRPr="00D914B7">
        <w:rPr>
          <w:sz w:val="22"/>
          <w:rtl/>
        </w:rPr>
        <w:t>داشته</w:t>
      </w:r>
      <w:r w:rsidRPr="00D914B7">
        <w:rPr>
          <w:sz w:val="22"/>
        </w:rPr>
        <w:t xml:space="preserve"> </w:t>
      </w:r>
      <w:r w:rsidRPr="00D914B7">
        <w:rPr>
          <w:sz w:val="22"/>
          <w:rtl/>
        </w:rPr>
        <w:t>باشد</w:t>
      </w:r>
      <w:r>
        <w:rPr>
          <w:rFonts w:hint="cs"/>
          <w:sz w:val="22"/>
          <w:rtl/>
        </w:rPr>
        <w:t xml:space="preserve">. </w:t>
      </w:r>
      <w:r w:rsidRPr="00D914B7">
        <w:rPr>
          <w:sz w:val="22"/>
          <w:rtl/>
        </w:rPr>
        <w:t>گذار</w:t>
      </w:r>
      <w:r w:rsidRPr="00D914B7">
        <w:rPr>
          <w:sz w:val="22"/>
        </w:rPr>
        <w:t xml:space="preserve"> </w:t>
      </w:r>
      <w:r w:rsidRPr="00D914B7">
        <w:rPr>
          <w:sz w:val="22"/>
          <w:rtl/>
        </w:rPr>
        <w:t>از</w:t>
      </w:r>
      <w:r w:rsidRPr="00D914B7">
        <w:rPr>
          <w:sz w:val="22"/>
        </w:rPr>
        <w:t xml:space="preserve"> </w:t>
      </w:r>
      <w:r w:rsidRPr="00D914B7">
        <w:rPr>
          <w:sz w:val="22"/>
          <w:rtl/>
        </w:rPr>
        <w:t>فرمانروایی</w:t>
      </w:r>
      <w:r w:rsidRPr="00D914B7">
        <w:rPr>
          <w:sz w:val="22"/>
        </w:rPr>
        <w:t xml:space="preserve"> </w:t>
      </w:r>
      <w:r w:rsidRPr="00D914B7">
        <w:rPr>
          <w:sz w:val="22"/>
          <w:rtl/>
        </w:rPr>
        <w:t>شخصی</w:t>
      </w:r>
      <w:r w:rsidRPr="00D914B7">
        <w:rPr>
          <w:sz w:val="22"/>
        </w:rPr>
        <w:t xml:space="preserve"> </w:t>
      </w:r>
      <w:r w:rsidRPr="00D914B7">
        <w:rPr>
          <w:sz w:val="22"/>
          <w:rtl/>
        </w:rPr>
        <w:t>به</w:t>
      </w:r>
      <w:r w:rsidRPr="00D914B7">
        <w:rPr>
          <w:sz w:val="22"/>
        </w:rPr>
        <w:t xml:space="preserve"> </w:t>
      </w:r>
      <w:r w:rsidRPr="00D914B7">
        <w:rPr>
          <w:sz w:val="22"/>
          <w:rtl/>
        </w:rPr>
        <w:t>کشورداری</w:t>
      </w:r>
      <w:r w:rsidRPr="00D914B7">
        <w:rPr>
          <w:sz w:val="22"/>
        </w:rPr>
        <w:t xml:space="preserve"> </w:t>
      </w:r>
      <w:r w:rsidRPr="00D914B7">
        <w:rPr>
          <w:sz w:val="22"/>
          <w:rtl/>
        </w:rPr>
        <w:t>نهادی</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تحولات</w:t>
      </w:r>
      <w:r w:rsidRPr="00D914B7">
        <w:rPr>
          <w:sz w:val="22"/>
        </w:rPr>
        <w:t xml:space="preserve"> </w:t>
      </w:r>
      <w:r w:rsidRPr="00D914B7">
        <w:rPr>
          <w:sz w:val="22"/>
          <w:rtl/>
        </w:rPr>
        <w:t>تاریخ</w:t>
      </w:r>
      <w:r w:rsidRPr="00D914B7">
        <w:rPr>
          <w:sz w:val="22"/>
        </w:rPr>
        <w:t xml:space="preserve"> </w:t>
      </w:r>
      <w:r w:rsidRPr="00D914B7">
        <w:rPr>
          <w:sz w:val="22"/>
          <w:rtl/>
        </w:rPr>
        <w:t>سیاسی</w:t>
      </w:r>
      <w:r w:rsidRPr="00D914B7">
        <w:rPr>
          <w:sz w:val="22"/>
        </w:rPr>
        <w:t xml:space="preserve"> </w:t>
      </w:r>
      <w:r w:rsidRPr="00D914B7">
        <w:rPr>
          <w:sz w:val="22"/>
          <w:rtl/>
        </w:rPr>
        <w:t>بشر</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قانون</w:t>
      </w:r>
      <w:r w:rsidRPr="00D914B7">
        <w:rPr>
          <w:sz w:val="22"/>
        </w:rPr>
        <w:t xml:space="preserve"> </w:t>
      </w:r>
      <w:r w:rsidRPr="00D914B7">
        <w:rPr>
          <w:sz w:val="22"/>
          <w:rtl/>
        </w:rPr>
        <w:t>به</w:t>
      </w:r>
      <w:r w:rsidRPr="00D914B7">
        <w:rPr>
          <w:sz w:val="22"/>
        </w:rPr>
        <w:t xml:space="preserve"> </w:t>
      </w:r>
      <w:r w:rsidRPr="00D914B7">
        <w:rPr>
          <w:sz w:val="22"/>
          <w:rtl/>
        </w:rPr>
        <w:t>قدرت</w:t>
      </w:r>
      <w:r w:rsidRPr="00D914B7">
        <w:rPr>
          <w:sz w:val="22"/>
        </w:rPr>
        <w:t xml:space="preserve"> </w:t>
      </w:r>
      <w:r w:rsidRPr="00D914B7">
        <w:rPr>
          <w:sz w:val="22"/>
          <w:rtl/>
        </w:rPr>
        <w:t>امکان</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رفتاری</w:t>
      </w:r>
      <w:r w:rsidRPr="00D914B7">
        <w:rPr>
          <w:sz w:val="22"/>
        </w:rPr>
        <w:t xml:space="preserve"> </w:t>
      </w:r>
      <w:r w:rsidRPr="00D914B7">
        <w:rPr>
          <w:sz w:val="22"/>
          <w:rtl/>
        </w:rPr>
        <w:t>پیش</w:t>
      </w:r>
      <w:r w:rsidRPr="00D914B7">
        <w:rPr>
          <w:sz w:val="22"/>
        </w:rPr>
        <w:t>‌</w:t>
      </w:r>
      <w:r w:rsidRPr="00D914B7">
        <w:rPr>
          <w:sz w:val="22"/>
          <w:rtl/>
        </w:rPr>
        <w:t>بینی</w:t>
      </w:r>
      <w:r w:rsidRPr="00D914B7">
        <w:rPr>
          <w:sz w:val="22"/>
        </w:rPr>
        <w:t>‌</w:t>
      </w:r>
      <w:r w:rsidRPr="00D914B7">
        <w:rPr>
          <w:sz w:val="22"/>
          <w:rtl/>
        </w:rPr>
        <w:t>پذیر</w:t>
      </w:r>
      <w:r w:rsidRPr="00D914B7">
        <w:rPr>
          <w:sz w:val="22"/>
        </w:rPr>
        <w:t xml:space="preserve"> </w:t>
      </w:r>
      <w:r w:rsidRPr="00D914B7">
        <w:rPr>
          <w:sz w:val="22"/>
          <w:rtl/>
        </w:rPr>
        <w:t>پیدا</w:t>
      </w:r>
      <w:r w:rsidRPr="00D914B7">
        <w:rPr>
          <w:sz w:val="22"/>
        </w:rPr>
        <w:t xml:space="preserve"> </w:t>
      </w:r>
      <w:r w:rsidRPr="00D914B7">
        <w:rPr>
          <w:sz w:val="22"/>
          <w:rtl/>
        </w:rPr>
        <w:t>کند</w:t>
      </w:r>
      <w:r>
        <w:rPr>
          <w:rFonts w:hint="cs"/>
          <w:sz w:val="22"/>
          <w:rtl/>
        </w:rPr>
        <w:t>.</w:t>
      </w:r>
      <w:r w:rsidRPr="00D914B7">
        <w:rPr>
          <w:sz w:val="22"/>
        </w:rPr>
        <w:t xml:space="preserve"> </w:t>
      </w:r>
      <w:r w:rsidRPr="00D914B7">
        <w:rPr>
          <w:sz w:val="22"/>
          <w:rtl/>
        </w:rPr>
        <w:t>قانون</w:t>
      </w:r>
      <w:r w:rsidRPr="00D914B7">
        <w:rPr>
          <w:sz w:val="22"/>
        </w:rPr>
        <w:t xml:space="preserve"> </w:t>
      </w:r>
      <w:r w:rsidRPr="00D914B7">
        <w:rPr>
          <w:sz w:val="22"/>
          <w:rtl/>
        </w:rPr>
        <w:t>اختلاف</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بدون</w:t>
      </w:r>
      <w:r w:rsidRPr="00D914B7">
        <w:rPr>
          <w:sz w:val="22"/>
        </w:rPr>
        <w:t xml:space="preserve"> </w:t>
      </w:r>
      <w:r w:rsidRPr="00D914B7">
        <w:rPr>
          <w:sz w:val="22"/>
          <w:rtl/>
        </w:rPr>
        <w:t>توسل</w:t>
      </w:r>
      <w:r w:rsidRPr="00D914B7">
        <w:rPr>
          <w:sz w:val="22"/>
        </w:rPr>
        <w:t xml:space="preserve"> </w:t>
      </w:r>
      <w:r w:rsidRPr="00D914B7">
        <w:rPr>
          <w:sz w:val="22"/>
          <w:rtl/>
        </w:rPr>
        <w:t>به</w:t>
      </w:r>
      <w:r w:rsidRPr="00D914B7">
        <w:rPr>
          <w:sz w:val="22"/>
        </w:rPr>
        <w:t xml:space="preserve"> </w:t>
      </w:r>
      <w:r w:rsidRPr="00D914B7">
        <w:rPr>
          <w:sz w:val="22"/>
          <w:rtl/>
        </w:rPr>
        <w:t>خشونت</w:t>
      </w:r>
      <w:r w:rsidRPr="00D914B7">
        <w:rPr>
          <w:sz w:val="22"/>
        </w:rPr>
        <w:t xml:space="preserve"> </w:t>
      </w:r>
      <w:r w:rsidRPr="00D914B7">
        <w:rPr>
          <w:sz w:val="22"/>
          <w:rtl/>
        </w:rPr>
        <w:t>شخصی</w:t>
      </w:r>
      <w:r w:rsidRPr="00D914B7">
        <w:rPr>
          <w:sz w:val="22"/>
        </w:rPr>
        <w:t xml:space="preserve"> </w:t>
      </w:r>
      <w:r w:rsidRPr="00D914B7">
        <w:rPr>
          <w:sz w:val="22"/>
          <w:rtl/>
        </w:rPr>
        <w:t>حل</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حقوق</w:t>
      </w:r>
      <w:r w:rsidRPr="00D914B7">
        <w:rPr>
          <w:sz w:val="22"/>
        </w:rPr>
        <w:t xml:space="preserve"> </w:t>
      </w:r>
      <w:r w:rsidRPr="00D914B7">
        <w:rPr>
          <w:sz w:val="22"/>
          <w:rtl/>
        </w:rPr>
        <w:t>و</w:t>
      </w:r>
      <w:r w:rsidRPr="00D914B7">
        <w:rPr>
          <w:sz w:val="22"/>
        </w:rPr>
        <w:t xml:space="preserve"> </w:t>
      </w:r>
      <w:r w:rsidRPr="00D914B7">
        <w:rPr>
          <w:sz w:val="22"/>
          <w:rtl/>
        </w:rPr>
        <w:t>وظایف</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نهادها</w:t>
      </w:r>
      <w:r w:rsidRPr="00D914B7">
        <w:rPr>
          <w:sz w:val="22"/>
        </w:rPr>
        <w:t xml:space="preserve"> </w:t>
      </w:r>
      <w:r w:rsidRPr="00D914B7">
        <w:rPr>
          <w:sz w:val="22"/>
          <w:rtl/>
        </w:rPr>
        <w:t>را</w:t>
      </w:r>
      <w:r w:rsidRPr="00D914B7">
        <w:rPr>
          <w:sz w:val="22"/>
        </w:rPr>
        <w:t xml:space="preserve"> </w:t>
      </w:r>
      <w:r w:rsidRPr="00D914B7">
        <w:rPr>
          <w:sz w:val="22"/>
          <w:rtl/>
        </w:rPr>
        <w:t>مشخص</w:t>
      </w:r>
      <w:r w:rsidRPr="00D914B7">
        <w:rPr>
          <w:sz w:val="22"/>
        </w:rPr>
        <w:t xml:space="preserve"> </w:t>
      </w:r>
      <w:r w:rsidRPr="00D914B7">
        <w:rPr>
          <w:sz w:val="22"/>
          <w:rtl/>
        </w:rPr>
        <w:t>می</w:t>
      </w:r>
      <w:r w:rsidRPr="00D914B7">
        <w:rPr>
          <w:sz w:val="22"/>
        </w:rPr>
        <w:t>‌</w:t>
      </w:r>
      <w:r w:rsidRPr="00D914B7">
        <w:rPr>
          <w:sz w:val="22"/>
          <w:rtl/>
        </w:rPr>
        <w:t>سازد؛</w:t>
      </w:r>
      <w:r w:rsidRPr="00D914B7">
        <w:rPr>
          <w:sz w:val="22"/>
        </w:rPr>
        <w:t xml:space="preserve"> </w:t>
      </w:r>
      <w:r w:rsidRPr="00D914B7">
        <w:rPr>
          <w:sz w:val="22"/>
          <w:rtl/>
        </w:rPr>
        <w:t>مالکیت،</w:t>
      </w:r>
      <w:r w:rsidRPr="00D914B7">
        <w:rPr>
          <w:sz w:val="22"/>
        </w:rPr>
        <w:t xml:space="preserve"> </w:t>
      </w:r>
      <w:r w:rsidRPr="00D914B7">
        <w:rPr>
          <w:sz w:val="22"/>
          <w:rtl/>
        </w:rPr>
        <w:t>مالیات،</w:t>
      </w:r>
      <w:r w:rsidRPr="00D914B7">
        <w:rPr>
          <w:sz w:val="22"/>
        </w:rPr>
        <w:t xml:space="preserve"> </w:t>
      </w:r>
      <w:r w:rsidRPr="00D914B7">
        <w:rPr>
          <w:sz w:val="22"/>
          <w:rtl/>
        </w:rPr>
        <w:t>ارث</w:t>
      </w:r>
      <w:r w:rsidRPr="00D914B7">
        <w:rPr>
          <w:sz w:val="22"/>
        </w:rPr>
        <w:t xml:space="preserve"> </w:t>
      </w:r>
      <w:r w:rsidRPr="00D914B7">
        <w:rPr>
          <w:sz w:val="22"/>
          <w:rtl/>
        </w:rPr>
        <w:t>و</w:t>
      </w:r>
      <w:r w:rsidRPr="00D914B7">
        <w:rPr>
          <w:sz w:val="22"/>
        </w:rPr>
        <w:t xml:space="preserve"> </w:t>
      </w:r>
      <w:r w:rsidRPr="00D914B7">
        <w:rPr>
          <w:sz w:val="22"/>
          <w:rtl/>
        </w:rPr>
        <w:t>قراردادها</w:t>
      </w:r>
      <w:r w:rsidRPr="00D914B7">
        <w:rPr>
          <w:sz w:val="22"/>
        </w:rPr>
        <w:t xml:space="preserve"> </w:t>
      </w:r>
      <w:r w:rsidRPr="00D914B7">
        <w:rPr>
          <w:sz w:val="22"/>
          <w:rtl/>
        </w:rPr>
        <w:t>را</w:t>
      </w:r>
      <w:r w:rsidRPr="00D914B7">
        <w:rPr>
          <w:sz w:val="22"/>
        </w:rPr>
        <w:t xml:space="preserve"> </w:t>
      </w:r>
      <w:r w:rsidRPr="00D914B7">
        <w:rPr>
          <w:sz w:val="22"/>
          <w:rtl/>
        </w:rPr>
        <w:t>تنظیم</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شیوه</w:t>
      </w:r>
      <w:r>
        <w:rPr>
          <w:sz w:val="22"/>
          <w:rtl/>
        </w:rPr>
        <w:t>ء</w:t>
      </w:r>
      <w:r w:rsidRPr="00D914B7">
        <w:rPr>
          <w:sz w:val="22"/>
        </w:rPr>
        <w:t xml:space="preserve"> </w:t>
      </w:r>
      <w:r w:rsidRPr="00D914B7">
        <w:rPr>
          <w:sz w:val="22"/>
          <w:rtl/>
        </w:rPr>
        <w:t>اعمال</w:t>
      </w:r>
      <w:r w:rsidRPr="00D914B7">
        <w:rPr>
          <w:sz w:val="22"/>
        </w:rPr>
        <w:t xml:space="preserve"> </w:t>
      </w:r>
      <w:r w:rsidRPr="00D914B7">
        <w:rPr>
          <w:sz w:val="22"/>
          <w:rtl/>
        </w:rPr>
        <w:t>اقتدار</w:t>
      </w:r>
      <w:r w:rsidRPr="00D914B7">
        <w:rPr>
          <w:sz w:val="22"/>
        </w:rPr>
        <w:t xml:space="preserve"> </w:t>
      </w:r>
      <w:r w:rsidRPr="00D914B7">
        <w:rPr>
          <w:sz w:val="22"/>
          <w:rtl/>
        </w:rPr>
        <w:t>را</w:t>
      </w:r>
      <w:r w:rsidRPr="00D914B7">
        <w:rPr>
          <w:sz w:val="22"/>
        </w:rPr>
        <w:t xml:space="preserve"> </w:t>
      </w:r>
      <w:r w:rsidRPr="00D914B7">
        <w:rPr>
          <w:sz w:val="22"/>
          <w:rtl/>
        </w:rPr>
        <w:t>تعیین</w:t>
      </w:r>
      <w:r w:rsidRPr="00D914B7">
        <w:rPr>
          <w:sz w:val="22"/>
        </w:rPr>
        <w:t xml:space="preserve"> </w:t>
      </w:r>
      <w:r w:rsidRPr="00D914B7">
        <w:rPr>
          <w:sz w:val="22"/>
          <w:rtl/>
        </w:rPr>
        <w:t>می</w:t>
      </w:r>
      <w:r w:rsidRPr="00D914B7">
        <w:rPr>
          <w:sz w:val="22"/>
        </w:rPr>
        <w:t>‌</w:t>
      </w:r>
      <w:r w:rsidRPr="00D914B7">
        <w:rPr>
          <w:sz w:val="22"/>
          <w:rtl/>
        </w:rPr>
        <w:t>نماید</w:t>
      </w:r>
      <w:r w:rsidRPr="00D914B7">
        <w:rPr>
          <w:sz w:val="22"/>
        </w:rPr>
        <w:t xml:space="preserve"> </w:t>
      </w:r>
      <w:r w:rsidRPr="00D914B7">
        <w:rPr>
          <w:sz w:val="22"/>
          <w:rtl/>
        </w:rPr>
        <w:t>و</w:t>
      </w:r>
      <w:r w:rsidRPr="00D914B7">
        <w:rPr>
          <w:sz w:val="22"/>
        </w:rPr>
        <w:t xml:space="preserve"> </w:t>
      </w:r>
      <w:r w:rsidRPr="00D914B7">
        <w:rPr>
          <w:sz w:val="22"/>
          <w:rtl/>
        </w:rPr>
        <w:t>با</w:t>
      </w:r>
      <w:r w:rsidRPr="00D914B7">
        <w:rPr>
          <w:sz w:val="22"/>
        </w:rPr>
        <w:t xml:space="preserve"> </w:t>
      </w:r>
      <w:r w:rsidRPr="00D914B7">
        <w:rPr>
          <w:sz w:val="22"/>
          <w:rtl/>
        </w:rPr>
        <w:t>وجود</w:t>
      </w:r>
      <w:r w:rsidRPr="00D914B7">
        <w:rPr>
          <w:sz w:val="22"/>
        </w:rPr>
        <w:t xml:space="preserve"> </w:t>
      </w:r>
      <w:r w:rsidRPr="00D914B7">
        <w:rPr>
          <w:sz w:val="22"/>
          <w:rtl/>
        </w:rPr>
        <w:t>تغییر</w:t>
      </w:r>
      <w:r w:rsidRPr="00D914B7">
        <w:rPr>
          <w:sz w:val="22"/>
        </w:rPr>
        <w:t xml:space="preserve"> </w:t>
      </w:r>
      <w:r w:rsidRPr="00D914B7">
        <w:rPr>
          <w:sz w:val="22"/>
          <w:rtl/>
        </w:rPr>
        <w:t>فرمانروایان</w:t>
      </w:r>
      <w:r w:rsidRPr="00D914B7">
        <w:rPr>
          <w:sz w:val="22"/>
        </w:rPr>
        <w:t xml:space="preserve"> </w:t>
      </w:r>
      <w:r w:rsidRPr="00D914B7">
        <w:rPr>
          <w:sz w:val="22"/>
          <w:rtl/>
        </w:rPr>
        <w:t>به</w:t>
      </w:r>
      <w:r w:rsidRPr="00D914B7">
        <w:rPr>
          <w:sz w:val="22"/>
        </w:rPr>
        <w:t xml:space="preserve"> </w:t>
      </w:r>
      <w:r w:rsidRPr="00D914B7">
        <w:rPr>
          <w:sz w:val="22"/>
          <w:rtl/>
        </w:rPr>
        <w:t>کشور</w:t>
      </w:r>
      <w:r w:rsidRPr="00D914B7">
        <w:rPr>
          <w:sz w:val="22"/>
        </w:rPr>
        <w:t xml:space="preserve"> </w:t>
      </w:r>
      <w:r w:rsidRPr="00D914B7">
        <w:rPr>
          <w:sz w:val="22"/>
          <w:rtl/>
        </w:rPr>
        <w:t>استمرار</w:t>
      </w:r>
      <w:r w:rsidRPr="00D914B7">
        <w:rPr>
          <w:sz w:val="22"/>
        </w:rPr>
        <w:t xml:space="preserve"> </w:t>
      </w:r>
      <w:r w:rsidRPr="00D914B7">
        <w:rPr>
          <w:sz w:val="22"/>
          <w:rtl/>
        </w:rPr>
        <w:t>می</w:t>
      </w:r>
      <w:r w:rsidRPr="00D914B7">
        <w:rPr>
          <w:sz w:val="22"/>
        </w:rPr>
        <w:t>‌</w:t>
      </w:r>
      <w:r w:rsidRPr="00D914B7">
        <w:rPr>
          <w:sz w:val="22"/>
          <w:rtl/>
        </w:rPr>
        <w:t>بخشد</w:t>
      </w:r>
      <w:r>
        <w:rPr>
          <w:rFonts w:hint="cs"/>
          <w:sz w:val="22"/>
          <w:rtl/>
        </w:rPr>
        <w:t xml:space="preserve">. اما </w:t>
      </w:r>
      <w:r w:rsidRPr="00D914B7">
        <w:rPr>
          <w:sz w:val="22"/>
          <w:rtl/>
        </w:rPr>
        <w:t>کشورداری</w:t>
      </w:r>
      <w:r w:rsidRPr="00D914B7">
        <w:rPr>
          <w:sz w:val="22"/>
        </w:rPr>
        <w:t xml:space="preserve"> </w:t>
      </w:r>
      <w:r w:rsidRPr="00D914B7">
        <w:rPr>
          <w:sz w:val="22"/>
          <w:rtl/>
        </w:rPr>
        <w:t>خوب</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تولید</w:t>
      </w:r>
      <w:r w:rsidRPr="00D914B7">
        <w:rPr>
          <w:sz w:val="22"/>
        </w:rPr>
        <w:t xml:space="preserve"> </w:t>
      </w:r>
      <w:r w:rsidRPr="00D914B7">
        <w:rPr>
          <w:sz w:val="22"/>
          <w:rtl/>
        </w:rPr>
        <w:t>شمار</w:t>
      </w:r>
      <w:r w:rsidRPr="00D914B7">
        <w:rPr>
          <w:sz w:val="22"/>
        </w:rPr>
        <w:t xml:space="preserve"> </w:t>
      </w:r>
      <w:r w:rsidRPr="00D914B7">
        <w:rPr>
          <w:sz w:val="22"/>
          <w:rtl/>
        </w:rPr>
        <w:t>بیشتری</w:t>
      </w:r>
      <w:r w:rsidRPr="00D914B7">
        <w:rPr>
          <w:sz w:val="22"/>
        </w:rPr>
        <w:t xml:space="preserve"> </w:t>
      </w:r>
      <w:r w:rsidRPr="00D914B7">
        <w:rPr>
          <w:sz w:val="22"/>
          <w:rtl/>
        </w:rPr>
        <w:t>از</w:t>
      </w:r>
      <w:r w:rsidRPr="00D914B7">
        <w:rPr>
          <w:sz w:val="22"/>
        </w:rPr>
        <w:t xml:space="preserve"> </w:t>
      </w:r>
      <w:r w:rsidRPr="00D914B7">
        <w:rPr>
          <w:sz w:val="22"/>
          <w:rtl/>
        </w:rPr>
        <w:t>قوانین</w:t>
      </w:r>
      <w:r w:rsidRPr="00D914B7">
        <w:rPr>
          <w:sz w:val="22"/>
        </w:rPr>
        <w:t xml:space="preserve"> </w:t>
      </w:r>
      <w:r w:rsidRPr="00D914B7">
        <w:rPr>
          <w:sz w:val="22"/>
          <w:rtl/>
        </w:rPr>
        <w:t>نیست؛</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ساختن</w:t>
      </w:r>
      <w:r w:rsidRPr="00D914B7">
        <w:rPr>
          <w:sz w:val="22"/>
        </w:rPr>
        <w:t xml:space="preserve"> </w:t>
      </w:r>
      <w:r w:rsidRPr="00D914B7">
        <w:rPr>
          <w:sz w:val="22"/>
          <w:rtl/>
        </w:rPr>
        <w:t>نظام</w:t>
      </w:r>
      <w:r w:rsidRPr="00D914B7">
        <w:rPr>
          <w:sz w:val="22"/>
        </w:rPr>
        <w:t xml:space="preserve"> </w:t>
      </w:r>
      <w:r w:rsidRPr="00D914B7">
        <w:rPr>
          <w:sz w:val="22"/>
          <w:rtl/>
        </w:rPr>
        <w:t>حقوقی</w:t>
      </w:r>
      <w:r w:rsidRPr="00D914B7">
        <w:rPr>
          <w:sz w:val="22"/>
        </w:rPr>
        <w:t>‌</w:t>
      </w:r>
      <w:r w:rsidRPr="00D914B7">
        <w:rPr>
          <w:sz w:val="22"/>
          <w:rtl/>
        </w:rPr>
        <w:t>ای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فهمیدنی،</w:t>
      </w:r>
      <w:r w:rsidRPr="00D914B7">
        <w:rPr>
          <w:sz w:val="22"/>
        </w:rPr>
        <w:t xml:space="preserve"> </w:t>
      </w:r>
      <w:r w:rsidRPr="00D914B7">
        <w:rPr>
          <w:sz w:val="22"/>
          <w:rtl/>
        </w:rPr>
        <w:t>قابل</w:t>
      </w:r>
      <w:r w:rsidRPr="00D914B7">
        <w:rPr>
          <w:sz w:val="22"/>
        </w:rPr>
        <w:t xml:space="preserve"> </w:t>
      </w:r>
      <w:r w:rsidRPr="00D914B7">
        <w:rPr>
          <w:sz w:val="22"/>
          <w:rtl/>
        </w:rPr>
        <w:t>اجرا،</w:t>
      </w:r>
      <w:r w:rsidRPr="00D914B7">
        <w:rPr>
          <w:sz w:val="22"/>
        </w:rPr>
        <w:t xml:space="preserve"> </w:t>
      </w:r>
      <w:r w:rsidRPr="00D914B7">
        <w:rPr>
          <w:sz w:val="22"/>
          <w:rtl/>
        </w:rPr>
        <w:t>نسبتاً</w:t>
      </w:r>
      <w:r w:rsidRPr="00D914B7">
        <w:rPr>
          <w:sz w:val="22"/>
        </w:rPr>
        <w:t xml:space="preserve"> </w:t>
      </w:r>
      <w:r w:rsidRPr="00D914B7">
        <w:rPr>
          <w:sz w:val="22"/>
          <w:rtl/>
        </w:rPr>
        <w:t>پایدار</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عین</w:t>
      </w:r>
      <w:r w:rsidRPr="00D914B7">
        <w:rPr>
          <w:sz w:val="22"/>
        </w:rPr>
        <w:t xml:space="preserve"> </w:t>
      </w:r>
      <w:r w:rsidRPr="00D914B7">
        <w:rPr>
          <w:sz w:val="22"/>
          <w:rtl/>
        </w:rPr>
        <w:t>حال</w:t>
      </w:r>
      <w:r w:rsidRPr="00D914B7">
        <w:rPr>
          <w:sz w:val="22"/>
        </w:rPr>
        <w:t xml:space="preserve"> </w:t>
      </w:r>
      <w:r w:rsidRPr="00D914B7">
        <w:rPr>
          <w:sz w:val="22"/>
          <w:rtl/>
        </w:rPr>
        <w:t>اصلاح</w:t>
      </w:r>
      <w:r w:rsidRPr="00D914B7">
        <w:rPr>
          <w:sz w:val="22"/>
        </w:rPr>
        <w:t>‌</w:t>
      </w:r>
      <w:r w:rsidRPr="00D914B7">
        <w:rPr>
          <w:sz w:val="22"/>
          <w:rtl/>
        </w:rPr>
        <w:t>پذیر</w:t>
      </w:r>
      <w:r w:rsidRPr="00D914B7">
        <w:rPr>
          <w:sz w:val="22"/>
        </w:rPr>
        <w:t xml:space="preserve"> </w:t>
      </w:r>
      <w:r w:rsidRPr="00D914B7">
        <w:rPr>
          <w:sz w:val="22"/>
          <w:rtl/>
        </w:rPr>
        <w:t>باشد</w:t>
      </w:r>
      <w:r>
        <w:rPr>
          <w:rFonts w:hint="cs"/>
          <w:sz w:val="22"/>
          <w:rtl/>
        </w:rPr>
        <w:t>.</w:t>
      </w:r>
      <w:r w:rsidRPr="00D914B7">
        <w:rPr>
          <w:sz w:val="22"/>
        </w:rPr>
        <w:t xml:space="preserve"> </w:t>
      </w:r>
      <w:r w:rsidRPr="00D914B7">
        <w:rPr>
          <w:sz w:val="22"/>
          <w:rtl/>
        </w:rPr>
        <w:t>پرسش</w:t>
      </w:r>
      <w:r w:rsidRPr="00D914B7">
        <w:rPr>
          <w:sz w:val="22"/>
        </w:rPr>
        <w:t xml:space="preserve"> </w:t>
      </w:r>
      <w:r w:rsidRPr="00D914B7">
        <w:rPr>
          <w:sz w:val="22"/>
          <w:rtl/>
        </w:rPr>
        <w:t>بنیادی</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آیا</w:t>
      </w:r>
      <w:r w:rsidRPr="00D914B7">
        <w:rPr>
          <w:sz w:val="22"/>
        </w:rPr>
        <w:t xml:space="preserve"> </w:t>
      </w:r>
      <w:r w:rsidRPr="00D914B7">
        <w:rPr>
          <w:sz w:val="22"/>
          <w:rtl/>
        </w:rPr>
        <w:t>فرمانروا</w:t>
      </w:r>
      <w:r w:rsidRPr="00D914B7">
        <w:rPr>
          <w:sz w:val="22"/>
        </w:rPr>
        <w:t xml:space="preserve"> </w:t>
      </w:r>
      <w:r w:rsidRPr="00D914B7">
        <w:rPr>
          <w:sz w:val="22"/>
          <w:rtl/>
        </w:rPr>
        <w:t>بر</w:t>
      </w:r>
      <w:r w:rsidRPr="00D914B7">
        <w:rPr>
          <w:sz w:val="22"/>
        </w:rPr>
        <w:t xml:space="preserve"> </w:t>
      </w:r>
      <w:r w:rsidRPr="00D914B7">
        <w:rPr>
          <w:sz w:val="22"/>
          <w:rtl/>
        </w:rPr>
        <w:t>فراز</w:t>
      </w:r>
      <w:r w:rsidRPr="00D914B7">
        <w:rPr>
          <w:sz w:val="22"/>
        </w:rPr>
        <w:t xml:space="preserve"> </w:t>
      </w:r>
      <w:r w:rsidRPr="00D914B7">
        <w:rPr>
          <w:sz w:val="22"/>
          <w:rtl/>
        </w:rPr>
        <w:t>قانون</w:t>
      </w:r>
      <w:r w:rsidRPr="00D914B7">
        <w:rPr>
          <w:sz w:val="22"/>
        </w:rPr>
        <w:t xml:space="preserve"> </w:t>
      </w:r>
      <w:r w:rsidRPr="00D914B7">
        <w:rPr>
          <w:sz w:val="22"/>
          <w:rtl/>
        </w:rPr>
        <w:t>قرار</w:t>
      </w:r>
      <w:r w:rsidRPr="00D914B7">
        <w:rPr>
          <w:sz w:val="22"/>
        </w:rPr>
        <w:t xml:space="preserve"> </w:t>
      </w:r>
      <w:r w:rsidRPr="00D914B7">
        <w:rPr>
          <w:sz w:val="22"/>
          <w:rtl/>
        </w:rPr>
        <w:t>دارد</w:t>
      </w:r>
      <w:r w:rsidRPr="00D914B7">
        <w:rPr>
          <w:sz w:val="22"/>
        </w:rPr>
        <w:t xml:space="preserve"> </w:t>
      </w:r>
      <w:r w:rsidRPr="00D914B7">
        <w:rPr>
          <w:sz w:val="22"/>
          <w:rtl/>
        </w:rPr>
        <w:t>یا</w:t>
      </w:r>
      <w:r w:rsidRPr="00D914B7">
        <w:rPr>
          <w:sz w:val="22"/>
        </w:rPr>
        <w:t xml:space="preserve"> </w:t>
      </w:r>
      <w:r w:rsidRPr="00D914B7">
        <w:rPr>
          <w:sz w:val="22"/>
          <w:rtl/>
        </w:rPr>
        <w:t>خود</w:t>
      </w:r>
      <w:r w:rsidRPr="00D914B7">
        <w:rPr>
          <w:sz w:val="22"/>
        </w:rPr>
        <w:t xml:space="preserve"> </w:t>
      </w:r>
      <w:r w:rsidRPr="00D914B7">
        <w:rPr>
          <w:sz w:val="22"/>
          <w:rtl/>
        </w:rPr>
        <w:t>نیز</w:t>
      </w:r>
      <w:r w:rsidRPr="00D914B7">
        <w:rPr>
          <w:sz w:val="22"/>
        </w:rPr>
        <w:t xml:space="preserve"> </w:t>
      </w:r>
      <w:r w:rsidRPr="00D914B7">
        <w:rPr>
          <w:sz w:val="22"/>
          <w:rtl/>
        </w:rPr>
        <w:t>در</w:t>
      </w:r>
      <w:r w:rsidRPr="00D914B7">
        <w:rPr>
          <w:sz w:val="22"/>
        </w:rPr>
        <w:t xml:space="preserve"> </w:t>
      </w:r>
      <w:r w:rsidRPr="00D914B7">
        <w:rPr>
          <w:sz w:val="22"/>
          <w:rtl/>
        </w:rPr>
        <w:t>چارچوب</w:t>
      </w:r>
      <w:r w:rsidRPr="00D914B7">
        <w:rPr>
          <w:sz w:val="22"/>
        </w:rPr>
        <w:t xml:space="preserve"> </w:t>
      </w:r>
      <w:r w:rsidRPr="00D914B7">
        <w:rPr>
          <w:sz w:val="22"/>
          <w:rtl/>
        </w:rPr>
        <w:t>قانون</w:t>
      </w:r>
      <w:r w:rsidRPr="00D914B7">
        <w:rPr>
          <w:sz w:val="22"/>
        </w:rPr>
        <w:t xml:space="preserve"> </w:t>
      </w:r>
      <w:r w:rsidRPr="00D914B7">
        <w:rPr>
          <w:sz w:val="22"/>
          <w:rtl/>
        </w:rPr>
        <w:t>عمل</w:t>
      </w:r>
      <w:r w:rsidRPr="00D914B7">
        <w:rPr>
          <w:sz w:val="22"/>
        </w:rPr>
        <w:t xml:space="preserve"> </w:t>
      </w:r>
      <w:r w:rsidRPr="00D914B7">
        <w:rPr>
          <w:sz w:val="22"/>
          <w:rtl/>
        </w:rPr>
        <w:t>می</w:t>
      </w:r>
      <w:r w:rsidRPr="00D914B7">
        <w:rPr>
          <w:sz w:val="22"/>
        </w:rPr>
        <w:t>‌</w:t>
      </w:r>
      <w:r w:rsidRPr="00D914B7">
        <w:rPr>
          <w:sz w:val="22"/>
          <w:rtl/>
        </w:rPr>
        <w:t>کند</w:t>
      </w:r>
      <w:r>
        <w:rPr>
          <w:sz w:val="22"/>
          <w:rtl/>
        </w:rPr>
        <w:t>.</w:t>
      </w:r>
    </w:p>
    <w:p w:rsidR="00987F03" w:rsidRPr="00D914B7" w:rsidRDefault="00987F03" w:rsidP="00987F03">
      <w:pPr>
        <w:bidi/>
        <w:ind w:firstLine="720"/>
        <w:rPr>
          <w:sz w:val="22"/>
        </w:rPr>
      </w:pPr>
      <w:r w:rsidRPr="00D914B7">
        <w:rPr>
          <w:sz w:val="22"/>
          <w:rtl/>
        </w:rPr>
        <w:t>مدیریت</w:t>
      </w:r>
      <w:r w:rsidRPr="00D914B7">
        <w:rPr>
          <w:sz w:val="22"/>
        </w:rPr>
        <w:t xml:space="preserve"> </w:t>
      </w:r>
      <w:r w:rsidRPr="00D914B7">
        <w:rPr>
          <w:sz w:val="22"/>
          <w:rtl/>
        </w:rPr>
        <w:t>اختلاف</w:t>
      </w:r>
      <w:r w:rsidRPr="00D914B7">
        <w:rPr>
          <w:sz w:val="22"/>
        </w:rPr>
        <w:t>‌</w:t>
      </w:r>
      <w:r w:rsidRPr="00D914B7">
        <w:rPr>
          <w:sz w:val="22"/>
          <w:rtl/>
        </w:rPr>
        <w:t>های</w:t>
      </w:r>
      <w:r w:rsidRPr="00D914B7">
        <w:rPr>
          <w:sz w:val="22"/>
        </w:rPr>
        <w:t xml:space="preserve"> </w:t>
      </w:r>
      <w:r w:rsidRPr="00D914B7">
        <w:rPr>
          <w:sz w:val="22"/>
          <w:rtl/>
        </w:rPr>
        <w:t>اجتماعی</w:t>
      </w:r>
      <w:r w:rsidRPr="00D914B7">
        <w:rPr>
          <w:sz w:val="22"/>
        </w:rPr>
        <w:t xml:space="preserve"> </w:t>
      </w:r>
      <w:r w:rsidRPr="00D914B7">
        <w:rPr>
          <w:sz w:val="22"/>
          <w:rtl/>
        </w:rPr>
        <w:t>و</w:t>
      </w:r>
      <w:r w:rsidRPr="00D914B7">
        <w:rPr>
          <w:sz w:val="22"/>
        </w:rPr>
        <w:t xml:space="preserve"> </w:t>
      </w:r>
      <w:r w:rsidRPr="00D914B7">
        <w:rPr>
          <w:sz w:val="22"/>
          <w:rtl/>
        </w:rPr>
        <w:t>سیاسی</w:t>
      </w:r>
      <w:r w:rsidRPr="00D914B7">
        <w:rPr>
          <w:sz w:val="22"/>
        </w:rPr>
        <w:t xml:space="preserve"> </w:t>
      </w:r>
      <w:r w:rsidRPr="00D914B7">
        <w:rPr>
          <w:sz w:val="22"/>
          <w:rtl/>
        </w:rPr>
        <w:t>نیز</w:t>
      </w:r>
      <w:r w:rsidRPr="00D914B7">
        <w:rPr>
          <w:sz w:val="22"/>
        </w:rPr>
        <w:t xml:space="preserve"> </w:t>
      </w:r>
      <w:r w:rsidRPr="00D914B7">
        <w:rPr>
          <w:sz w:val="22"/>
          <w:rtl/>
        </w:rPr>
        <w:t>بخشی</w:t>
      </w:r>
      <w:r w:rsidRPr="00D914B7">
        <w:rPr>
          <w:sz w:val="22"/>
        </w:rPr>
        <w:t xml:space="preserve"> </w:t>
      </w:r>
      <w:r w:rsidRPr="00D914B7">
        <w:rPr>
          <w:sz w:val="22"/>
          <w:rtl/>
        </w:rPr>
        <w:t>از</w:t>
      </w:r>
      <w:r w:rsidRPr="00D914B7">
        <w:rPr>
          <w:sz w:val="22"/>
        </w:rPr>
        <w:t xml:space="preserve"> </w:t>
      </w:r>
      <w:r w:rsidRPr="00D914B7">
        <w:rPr>
          <w:sz w:val="22"/>
          <w:rtl/>
        </w:rPr>
        <w:t>کشورداری</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جامعه</w:t>
      </w:r>
      <w:r w:rsidRPr="00D914B7">
        <w:rPr>
          <w:sz w:val="22"/>
        </w:rPr>
        <w:t xml:space="preserve"> </w:t>
      </w:r>
      <w:r w:rsidRPr="00D914B7">
        <w:rPr>
          <w:sz w:val="22"/>
          <w:rtl/>
        </w:rPr>
        <w:t>از</w:t>
      </w:r>
      <w:r w:rsidRPr="00D914B7">
        <w:rPr>
          <w:sz w:val="22"/>
        </w:rPr>
        <w:t xml:space="preserve"> </w:t>
      </w:r>
      <w:r w:rsidRPr="00D914B7">
        <w:rPr>
          <w:sz w:val="22"/>
          <w:rtl/>
        </w:rPr>
        <w:t>گروه</w:t>
      </w:r>
      <w:r w:rsidRPr="00D914B7">
        <w:rPr>
          <w:sz w:val="22"/>
        </w:rPr>
        <w:t>‌</w:t>
      </w:r>
      <w:r w:rsidRPr="00D914B7">
        <w:rPr>
          <w:sz w:val="22"/>
          <w:rtl/>
        </w:rPr>
        <w:t>ها،</w:t>
      </w:r>
      <w:r w:rsidRPr="00D914B7">
        <w:rPr>
          <w:sz w:val="22"/>
        </w:rPr>
        <w:t xml:space="preserve"> </w:t>
      </w:r>
      <w:r w:rsidRPr="00D914B7">
        <w:rPr>
          <w:sz w:val="22"/>
          <w:rtl/>
        </w:rPr>
        <w:t>طبقات،</w:t>
      </w:r>
      <w:r w:rsidRPr="00D914B7">
        <w:rPr>
          <w:sz w:val="22"/>
        </w:rPr>
        <w:t xml:space="preserve"> </w:t>
      </w:r>
      <w:r w:rsidRPr="00D914B7">
        <w:rPr>
          <w:sz w:val="22"/>
          <w:rtl/>
        </w:rPr>
        <w:t>مناطق،</w:t>
      </w:r>
      <w:r w:rsidRPr="00D914B7">
        <w:rPr>
          <w:sz w:val="22"/>
        </w:rPr>
        <w:t xml:space="preserve"> </w:t>
      </w:r>
      <w:r w:rsidRPr="00D914B7">
        <w:rPr>
          <w:sz w:val="22"/>
          <w:rtl/>
        </w:rPr>
        <w:t>مذاهب،</w:t>
      </w:r>
      <w:r w:rsidRPr="00D914B7">
        <w:rPr>
          <w:sz w:val="22"/>
        </w:rPr>
        <w:t xml:space="preserve"> </w:t>
      </w:r>
      <w:r w:rsidRPr="00D914B7">
        <w:rPr>
          <w:sz w:val="22"/>
          <w:rtl/>
        </w:rPr>
        <w:t>زبان</w:t>
      </w:r>
      <w:r w:rsidRPr="00D914B7">
        <w:rPr>
          <w:sz w:val="22"/>
        </w:rPr>
        <w:t>‌</w:t>
      </w:r>
      <w:r w:rsidRPr="00D914B7">
        <w:rPr>
          <w:sz w:val="22"/>
          <w:rtl/>
        </w:rPr>
        <w:t>ها،</w:t>
      </w:r>
      <w:r w:rsidRPr="00D914B7">
        <w:rPr>
          <w:sz w:val="22"/>
        </w:rPr>
        <w:t xml:space="preserve"> </w:t>
      </w:r>
      <w:r w:rsidRPr="00D914B7">
        <w:rPr>
          <w:sz w:val="22"/>
          <w:rtl/>
        </w:rPr>
        <w:t>نهادها،</w:t>
      </w:r>
      <w:r w:rsidRPr="00D914B7">
        <w:rPr>
          <w:sz w:val="22"/>
        </w:rPr>
        <w:t xml:space="preserve"> </w:t>
      </w:r>
      <w:r w:rsidRPr="00D914B7">
        <w:rPr>
          <w:sz w:val="22"/>
          <w:rtl/>
        </w:rPr>
        <w:t>منافع</w:t>
      </w:r>
      <w:r w:rsidRPr="00D914B7">
        <w:rPr>
          <w:sz w:val="22"/>
        </w:rPr>
        <w:t xml:space="preserve"> </w:t>
      </w:r>
      <w:r w:rsidRPr="00D914B7">
        <w:rPr>
          <w:sz w:val="22"/>
          <w:rtl/>
        </w:rPr>
        <w:t>و</w:t>
      </w:r>
      <w:r w:rsidRPr="00D914B7">
        <w:rPr>
          <w:sz w:val="22"/>
        </w:rPr>
        <w:t xml:space="preserve"> </w:t>
      </w:r>
      <w:r w:rsidRPr="00D914B7">
        <w:rPr>
          <w:sz w:val="22"/>
          <w:rtl/>
        </w:rPr>
        <w:t>برداشت</w:t>
      </w:r>
      <w:r w:rsidRPr="00D914B7">
        <w:rPr>
          <w:sz w:val="22"/>
        </w:rPr>
        <w:t>‌</w:t>
      </w:r>
      <w:r w:rsidRPr="00D914B7">
        <w:rPr>
          <w:sz w:val="22"/>
          <w:rtl/>
        </w:rPr>
        <w:t>های</w:t>
      </w:r>
      <w:r w:rsidRPr="00D914B7">
        <w:rPr>
          <w:sz w:val="22"/>
        </w:rPr>
        <w:t xml:space="preserve"> </w:t>
      </w:r>
      <w:r w:rsidRPr="00D914B7">
        <w:rPr>
          <w:sz w:val="22"/>
          <w:rtl/>
        </w:rPr>
        <w:t>گوناگون</w:t>
      </w:r>
      <w:r w:rsidRPr="00D914B7">
        <w:rPr>
          <w:sz w:val="22"/>
        </w:rPr>
        <w:t xml:space="preserve"> </w:t>
      </w:r>
      <w:r w:rsidRPr="00D914B7">
        <w:rPr>
          <w:sz w:val="22"/>
          <w:rtl/>
        </w:rPr>
        <w:t>تشکیل</w:t>
      </w:r>
      <w:r w:rsidRPr="00D914B7">
        <w:rPr>
          <w:sz w:val="22"/>
        </w:rPr>
        <w:t xml:space="preserve"> </w:t>
      </w:r>
      <w:r w:rsidRPr="00D914B7">
        <w:rPr>
          <w:sz w:val="22"/>
          <w:rtl/>
        </w:rPr>
        <w:t>شده</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قرار</w:t>
      </w:r>
      <w:r w:rsidRPr="00D914B7">
        <w:rPr>
          <w:sz w:val="22"/>
        </w:rPr>
        <w:t xml:space="preserve"> </w:t>
      </w:r>
      <w:r w:rsidRPr="00D914B7">
        <w:rPr>
          <w:sz w:val="22"/>
          <w:rtl/>
        </w:rPr>
        <w:t>نیست</w:t>
      </w:r>
      <w:r w:rsidRPr="00D914B7">
        <w:rPr>
          <w:sz w:val="22"/>
        </w:rPr>
        <w:t xml:space="preserve"> </w:t>
      </w:r>
      <w:r w:rsidRPr="00D914B7">
        <w:rPr>
          <w:sz w:val="22"/>
          <w:rtl/>
        </w:rPr>
        <w:t>این</w:t>
      </w:r>
      <w:r w:rsidRPr="00D914B7">
        <w:rPr>
          <w:sz w:val="22"/>
        </w:rPr>
        <w:t xml:space="preserve"> </w:t>
      </w:r>
      <w:r w:rsidRPr="00D914B7">
        <w:rPr>
          <w:sz w:val="22"/>
          <w:rtl/>
        </w:rPr>
        <w:t>تفاوت</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نابود</w:t>
      </w:r>
      <w:r w:rsidRPr="00D914B7">
        <w:rPr>
          <w:sz w:val="22"/>
        </w:rPr>
        <w:t xml:space="preserve"> </w:t>
      </w:r>
      <w:r w:rsidRPr="00D914B7">
        <w:rPr>
          <w:sz w:val="22"/>
          <w:rtl/>
        </w:rPr>
        <w:t>کند؛</w:t>
      </w:r>
      <w:r w:rsidRPr="00D914B7">
        <w:rPr>
          <w:sz w:val="22"/>
        </w:rPr>
        <w:t xml:space="preserve"> </w:t>
      </w:r>
      <w:r w:rsidRPr="00D914B7">
        <w:rPr>
          <w:sz w:val="22"/>
          <w:rtl/>
        </w:rPr>
        <w:t>باید</w:t>
      </w:r>
      <w:r w:rsidRPr="00D914B7">
        <w:rPr>
          <w:sz w:val="22"/>
        </w:rPr>
        <w:t xml:space="preserve"> </w:t>
      </w:r>
      <w:r w:rsidRPr="00D914B7">
        <w:rPr>
          <w:sz w:val="22"/>
          <w:rtl/>
        </w:rPr>
        <w:t>ترتیبی</w:t>
      </w:r>
      <w:r w:rsidRPr="00D914B7">
        <w:rPr>
          <w:sz w:val="22"/>
        </w:rPr>
        <w:t xml:space="preserve"> </w:t>
      </w:r>
      <w:r w:rsidRPr="00D914B7">
        <w:rPr>
          <w:sz w:val="22"/>
          <w:rtl/>
        </w:rPr>
        <w:t>پدید</w:t>
      </w:r>
      <w:r w:rsidRPr="00D914B7">
        <w:rPr>
          <w:sz w:val="22"/>
        </w:rPr>
        <w:t xml:space="preserve"> </w:t>
      </w:r>
      <w:r w:rsidRPr="00D914B7">
        <w:rPr>
          <w:sz w:val="22"/>
          <w:rtl/>
        </w:rPr>
        <w:t>آورد</w:t>
      </w:r>
      <w:r w:rsidRPr="00D914B7">
        <w:rPr>
          <w:sz w:val="22"/>
        </w:rPr>
        <w:t xml:space="preserve"> </w:t>
      </w:r>
      <w:r w:rsidRPr="00D914B7">
        <w:rPr>
          <w:sz w:val="22"/>
          <w:rtl/>
        </w:rPr>
        <w:t>که</w:t>
      </w:r>
      <w:r w:rsidRPr="00D914B7">
        <w:rPr>
          <w:sz w:val="22"/>
        </w:rPr>
        <w:t xml:space="preserve"> </w:t>
      </w:r>
      <w:r w:rsidRPr="00D914B7">
        <w:rPr>
          <w:sz w:val="22"/>
          <w:rtl/>
        </w:rPr>
        <w:t>آنها</w:t>
      </w:r>
      <w:r w:rsidRPr="00D914B7">
        <w:rPr>
          <w:sz w:val="22"/>
        </w:rPr>
        <w:t xml:space="preserve"> </w:t>
      </w:r>
      <w:r w:rsidRPr="00D914B7">
        <w:rPr>
          <w:sz w:val="22"/>
          <w:rtl/>
        </w:rPr>
        <w:t>بدون</w:t>
      </w:r>
      <w:r w:rsidRPr="00D914B7">
        <w:rPr>
          <w:sz w:val="22"/>
        </w:rPr>
        <w:t xml:space="preserve"> </w:t>
      </w:r>
      <w:r w:rsidRPr="00D914B7">
        <w:rPr>
          <w:sz w:val="22"/>
          <w:rtl/>
        </w:rPr>
        <w:t>نابود</w:t>
      </w:r>
      <w:r w:rsidRPr="00D914B7">
        <w:rPr>
          <w:sz w:val="22"/>
        </w:rPr>
        <w:t xml:space="preserve"> </w:t>
      </w:r>
      <w:r w:rsidRPr="00D914B7">
        <w:rPr>
          <w:sz w:val="22"/>
          <w:rtl/>
        </w:rPr>
        <w:t>کردن</w:t>
      </w:r>
      <w:r w:rsidRPr="00D914B7">
        <w:rPr>
          <w:sz w:val="22"/>
        </w:rPr>
        <w:t xml:space="preserve"> </w:t>
      </w:r>
      <w:r w:rsidRPr="00D914B7">
        <w:rPr>
          <w:sz w:val="22"/>
          <w:rtl/>
        </w:rPr>
        <w:t>کشور</w:t>
      </w:r>
      <w:r w:rsidRPr="00D914B7">
        <w:rPr>
          <w:sz w:val="22"/>
        </w:rPr>
        <w:t xml:space="preserve"> </w:t>
      </w:r>
      <w:r w:rsidRPr="00D914B7">
        <w:rPr>
          <w:sz w:val="22"/>
          <w:rtl/>
        </w:rPr>
        <w:t>در</w:t>
      </w:r>
      <w:r w:rsidRPr="00D914B7">
        <w:rPr>
          <w:sz w:val="22"/>
        </w:rPr>
        <w:t xml:space="preserve"> </w:t>
      </w:r>
      <w:r w:rsidRPr="00D914B7">
        <w:rPr>
          <w:sz w:val="22"/>
          <w:rtl/>
        </w:rPr>
        <w:t>کنار</w:t>
      </w:r>
      <w:r w:rsidRPr="00D914B7">
        <w:rPr>
          <w:sz w:val="22"/>
        </w:rPr>
        <w:t xml:space="preserve"> </w:t>
      </w:r>
      <w:r w:rsidRPr="00D914B7">
        <w:rPr>
          <w:sz w:val="22"/>
          <w:rtl/>
        </w:rPr>
        <w:t>یکدیگر</w:t>
      </w:r>
      <w:r w:rsidRPr="00D914B7">
        <w:rPr>
          <w:sz w:val="22"/>
        </w:rPr>
        <w:t xml:space="preserve"> </w:t>
      </w:r>
      <w:r w:rsidRPr="00D914B7">
        <w:rPr>
          <w:sz w:val="22"/>
          <w:rtl/>
        </w:rPr>
        <w:t>باقی</w:t>
      </w:r>
      <w:r w:rsidRPr="00D914B7">
        <w:rPr>
          <w:sz w:val="22"/>
        </w:rPr>
        <w:t xml:space="preserve"> </w:t>
      </w:r>
      <w:r w:rsidRPr="00D914B7">
        <w:rPr>
          <w:sz w:val="22"/>
          <w:rtl/>
        </w:rPr>
        <w:t>بمانند</w:t>
      </w:r>
      <w:r>
        <w:rPr>
          <w:rFonts w:hint="cs"/>
          <w:sz w:val="22"/>
          <w:rtl/>
        </w:rPr>
        <w:t xml:space="preserve">. </w:t>
      </w:r>
      <w:r w:rsidRPr="00D914B7">
        <w:rPr>
          <w:sz w:val="22"/>
          <w:rtl/>
        </w:rPr>
        <w:t>مذاکره،</w:t>
      </w:r>
      <w:r w:rsidRPr="00D914B7">
        <w:rPr>
          <w:sz w:val="22"/>
        </w:rPr>
        <w:t xml:space="preserve"> </w:t>
      </w:r>
      <w:r w:rsidRPr="00D914B7">
        <w:rPr>
          <w:sz w:val="22"/>
          <w:rtl/>
        </w:rPr>
        <w:t>سازش،</w:t>
      </w:r>
      <w:r w:rsidRPr="00D914B7">
        <w:rPr>
          <w:sz w:val="22"/>
        </w:rPr>
        <w:t xml:space="preserve"> </w:t>
      </w:r>
      <w:r w:rsidRPr="00D914B7">
        <w:rPr>
          <w:sz w:val="22"/>
          <w:rtl/>
        </w:rPr>
        <w:t>نمایندگی</w:t>
      </w:r>
      <w:r w:rsidRPr="00D914B7">
        <w:rPr>
          <w:sz w:val="22"/>
        </w:rPr>
        <w:t xml:space="preserve"> </w:t>
      </w:r>
      <w:r w:rsidRPr="00D914B7">
        <w:rPr>
          <w:sz w:val="22"/>
          <w:rtl/>
        </w:rPr>
        <w:t>سیاسی،</w:t>
      </w:r>
      <w:r w:rsidRPr="00D914B7">
        <w:rPr>
          <w:sz w:val="22"/>
        </w:rPr>
        <w:t xml:space="preserve"> </w:t>
      </w:r>
      <w:r w:rsidRPr="00D914B7">
        <w:rPr>
          <w:sz w:val="22"/>
          <w:rtl/>
        </w:rPr>
        <w:t>تمرکززدایی،</w:t>
      </w:r>
      <w:r w:rsidRPr="00D914B7">
        <w:rPr>
          <w:sz w:val="22"/>
        </w:rPr>
        <w:t xml:space="preserve"> </w:t>
      </w:r>
      <w:r w:rsidRPr="00D914B7">
        <w:rPr>
          <w:sz w:val="22"/>
          <w:rtl/>
        </w:rPr>
        <w:t>تقسیم</w:t>
      </w:r>
      <w:r w:rsidRPr="00D914B7">
        <w:rPr>
          <w:sz w:val="22"/>
        </w:rPr>
        <w:t xml:space="preserve"> </w:t>
      </w:r>
      <w:r w:rsidRPr="00D914B7">
        <w:rPr>
          <w:sz w:val="22"/>
          <w:rtl/>
        </w:rPr>
        <w:t>قدرت،</w:t>
      </w:r>
      <w:r w:rsidRPr="00D914B7">
        <w:rPr>
          <w:sz w:val="22"/>
        </w:rPr>
        <w:t xml:space="preserve"> </w:t>
      </w:r>
      <w:r w:rsidRPr="00D914B7">
        <w:rPr>
          <w:sz w:val="22"/>
          <w:rtl/>
        </w:rPr>
        <w:t>دادگاه،</w:t>
      </w:r>
      <w:r w:rsidRPr="00D914B7">
        <w:rPr>
          <w:sz w:val="22"/>
        </w:rPr>
        <w:t xml:space="preserve"> </w:t>
      </w:r>
      <w:r w:rsidRPr="00D914B7">
        <w:rPr>
          <w:sz w:val="22"/>
          <w:rtl/>
        </w:rPr>
        <w:t>حمایت</w:t>
      </w:r>
      <w:r w:rsidRPr="00D914B7">
        <w:rPr>
          <w:sz w:val="22"/>
        </w:rPr>
        <w:t xml:space="preserve"> </w:t>
      </w:r>
      <w:r w:rsidRPr="00D914B7">
        <w:rPr>
          <w:sz w:val="22"/>
          <w:rtl/>
        </w:rPr>
        <w:t>از</w:t>
      </w:r>
      <w:r w:rsidRPr="00D914B7">
        <w:rPr>
          <w:sz w:val="22"/>
        </w:rPr>
        <w:t xml:space="preserve"> </w:t>
      </w:r>
      <w:r w:rsidRPr="00D914B7">
        <w:rPr>
          <w:sz w:val="22"/>
          <w:rtl/>
        </w:rPr>
        <w:t>حقوق</w:t>
      </w:r>
      <w:r w:rsidRPr="00D914B7">
        <w:rPr>
          <w:sz w:val="22"/>
        </w:rPr>
        <w:t xml:space="preserve"> </w:t>
      </w:r>
      <w:r w:rsidRPr="00D914B7">
        <w:rPr>
          <w:sz w:val="22"/>
          <w:rtl/>
        </w:rPr>
        <w:t>اقلیت</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رقابت</w:t>
      </w:r>
      <w:r w:rsidRPr="00D914B7">
        <w:rPr>
          <w:sz w:val="22"/>
        </w:rPr>
        <w:t xml:space="preserve"> </w:t>
      </w:r>
      <w:r w:rsidRPr="00D914B7">
        <w:rPr>
          <w:sz w:val="22"/>
          <w:rtl/>
        </w:rPr>
        <w:t>آزاد</w:t>
      </w:r>
      <w:r w:rsidRPr="00D914B7">
        <w:rPr>
          <w:sz w:val="22"/>
        </w:rPr>
        <w:t xml:space="preserve"> </w:t>
      </w:r>
      <w:r w:rsidRPr="00D914B7">
        <w:rPr>
          <w:sz w:val="22"/>
          <w:rtl/>
        </w:rPr>
        <w:t>اما</w:t>
      </w:r>
      <w:r w:rsidRPr="00D914B7">
        <w:rPr>
          <w:sz w:val="22"/>
        </w:rPr>
        <w:t xml:space="preserve"> </w:t>
      </w:r>
      <w:r w:rsidRPr="00D914B7">
        <w:rPr>
          <w:sz w:val="22"/>
          <w:rtl/>
        </w:rPr>
        <w:t>قانونمند،</w:t>
      </w:r>
      <w:r w:rsidRPr="00D914B7">
        <w:rPr>
          <w:sz w:val="22"/>
        </w:rPr>
        <w:t xml:space="preserve"> </w:t>
      </w:r>
      <w:r w:rsidRPr="00D914B7">
        <w:rPr>
          <w:sz w:val="22"/>
          <w:rtl/>
        </w:rPr>
        <w:t>صورت</w:t>
      </w:r>
      <w:r w:rsidRPr="00D914B7">
        <w:rPr>
          <w:sz w:val="22"/>
        </w:rPr>
        <w:t>‌</w:t>
      </w:r>
      <w:r w:rsidRPr="00D914B7">
        <w:rPr>
          <w:sz w:val="22"/>
          <w:rtl/>
        </w:rPr>
        <w:t>های</w:t>
      </w:r>
      <w:r w:rsidRPr="00D914B7">
        <w:rPr>
          <w:sz w:val="22"/>
        </w:rPr>
        <w:t xml:space="preserve"> </w:t>
      </w:r>
      <w:r w:rsidRPr="00D914B7">
        <w:rPr>
          <w:sz w:val="22"/>
          <w:rtl/>
        </w:rPr>
        <w:t>مختلف</w:t>
      </w:r>
      <w:r w:rsidRPr="00D914B7">
        <w:rPr>
          <w:sz w:val="22"/>
        </w:rPr>
        <w:t xml:space="preserve"> </w:t>
      </w:r>
      <w:r w:rsidRPr="00D914B7">
        <w:rPr>
          <w:sz w:val="22"/>
          <w:rtl/>
        </w:rPr>
        <w:t>این</w:t>
      </w:r>
      <w:r w:rsidRPr="00D914B7">
        <w:rPr>
          <w:sz w:val="22"/>
        </w:rPr>
        <w:t xml:space="preserve"> </w:t>
      </w:r>
      <w:r w:rsidRPr="00D914B7">
        <w:rPr>
          <w:sz w:val="22"/>
          <w:rtl/>
        </w:rPr>
        <w:t>مدیریت</w:t>
      </w:r>
      <w:r w:rsidRPr="00D914B7">
        <w:rPr>
          <w:sz w:val="22"/>
        </w:rPr>
        <w:t>‌</w:t>
      </w:r>
      <w:r w:rsidRPr="00D914B7">
        <w:rPr>
          <w:sz w:val="22"/>
          <w:rtl/>
        </w:rPr>
        <w:t>اند</w:t>
      </w:r>
      <w:r>
        <w:rPr>
          <w:rFonts w:hint="cs"/>
          <w:sz w:val="22"/>
          <w:rtl/>
        </w:rPr>
        <w:t>.</w:t>
      </w:r>
      <w:r w:rsidRPr="00D914B7">
        <w:rPr>
          <w:sz w:val="22"/>
        </w:rPr>
        <w:t xml:space="preserve"> </w:t>
      </w:r>
      <w:r w:rsidRPr="00D914B7">
        <w:rPr>
          <w:sz w:val="22"/>
          <w:rtl/>
        </w:rPr>
        <w:t>سرکوب</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برای</w:t>
      </w:r>
      <w:r w:rsidRPr="00D914B7">
        <w:rPr>
          <w:sz w:val="22"/>
        </w:rPr>
        <w:t xml:space="preserve"> </w:t>
      </w:r>
      <w:r w:rsidRPr="00D914B7">
        <w:rPr>
          <w:sz w:val="22"/>
          <w:rtl/>
        </w:rPr>
        <w:t>مدتی</w:t>
      </w:r>
      <w:r w:rsidRPr="00D914B7">
        <w:rPr>
          <w:sz w:val="22"/>
        </w:rPr>
        <w:t xml:space="preserve"> </w:t>
      </w:r>
      <w:r w:rsidRPr="00D914B7">
        <w:rPr>
          <w:sz w:val="22"/>
          <w:rtl/>
        </w:rPr>
        <w:t>سکوت</w:t>
      </w:r>
      <w:r w:rsidRPr="00D914B7">
        <w:rPr>
          <w:sz w:val="22"/>
        </w:rPr>
        <w:t xml:space="preserve"> </w:t>
      </w:r>
      <w:r w:rsidRPr="00D914B7">
        <w:rPr>
          <w:sz w:val="22"/>
          <w:rtl/>
        </w:rPr>
        <w:t>ایجاد</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سکوت</w:t>
      </w:r>
      <w:r w:rsidRPr="00D914B7">
        <w:rPr>
          <w:sz w:val="22"/>
        </w:rPr>
        <w:t xml:space="preserve"> </w:t>
      </w:r>
      <w:r w:rsidRPr="00D914B7">
        <w:rPr>
          <w:sz w:val="22"/>
          <w:rtl/>
        </w:rPr>
        <w:t>همیشه</w:t>
      </w:r>
      <w:r w:rsidRPr="00D914B7">
        <w:rPr>
          <w:sz w:val="22"/>
        </w:rPr>
        <w:t xml:space="preserve"> </w:t>
      </w:r>
      <w:r w:rsidRPr="00D914B7">
        <w:rPr>
          <w:sz w:val="22"/>
          <w:rtl/>
        </w:rPr>
        <w:t>نظم</w:t>
      </w:r>
      <w:r w:rsidRPr="00D914B7">
        <w:rPr>
          <w:sz w:val="22"/>
        </w:rPr>
        <w:t xml:space="preserve"> </w:t>
      </w:r>
      <w:r w:rsidRPr="00D914B7">
        <w:rPr>
          <w:sz w:val="22"/>
          <w:rtl/>
        </w:rPr>
        <w:t>نیست</w:t>
      </w:r>
      <w:r>
        <w:rPr>
          <w:rFonts w:hint="cs"/>
          <w:sz w:val="22"/>
          <w:rtl/>
        </w:rPr>
        <w:t xml:space="preserve">. </w:t>
      </w:r>
      <w:r w:rsidRPr="00D914B7">
        <w:rPr>
          <w:sz w:val="22"/>
          <w:rtl/>
        </w:rPr>
        <w:t>کشورداری</w:t>
      </w:r>
      <w:r w:rsidRPr="00D914B7">
        <w:rPr>
          <w:sz w:val="22"/>
        </w:rPr>
        <w:t xml:space="preserve"> </w:t>
      </w:r>
      <w:r w:rsidRPr="00D914B7">
        <w:rPr>
          <w:sz w:val="22"/>
          <w:rtl/>
        </w:rPr>
        <w:t>پخته</w:t>
      </w:r>
      <w:r w:rsidRPr="00D914B7">
        <w:rPr>
          <w:sz w:val="22"/>
        </w:rPr>
        <w:t xml:space="preserve"> </w:t>
      </w:r>
      <w:r w:rsidRPr="00D914B7">
        <w:rPr>
          <w:sz w:val="22"/>
          <w:rtl/>
        </w:rPr>
        <w:t>باید</w:t>
      </w:r>
      <w:r w:rsidRPr="00D914B7">
        <w:rPr>
          <w:sz w:val="22"/>
        </w:rPr>
        <w:t xml:space="preserve"> </w:t>
      </w:r>
      <w:r w:rsidRPr="00D914B7">
        <w:rPr>
          <w:sz w:val="22"/>
          <w:rtl/>
        </w:rPr>
        <w:t>میان</w:t>
      </w:r>
      <w:r w:rsidRPr="00D914B7">
        <w:rPr>
          <w:sz w:val="22"/>
        </w:rPr>
        <w:t xml:space="preserve"> </w:t>
      </w:r>
      <w:r w:rsidRPr="00D914B7">
        <w:rPr>
          <w:sz w:val="22"/>
          <w:rtl/>
        </w:rPr>
        <w:t>مخالفتی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نظام</w:t>
      </w:r>
      <w:r w:rsidRPr="00D914B7">
        <w:rPr>
          <w:sz w:val="22"/>
        </w:rPr>
        <w:t xml:space="preserve"> </w:t>
      </w:r>
      <w:r w:rsidRPr="00D914B7">
        <w:rPr>
          <w:sz w:val="22"/>
          <w:rtl/>
        </w:rPr>
        <w:t>سیاسی</w:t>
      </w:r>
      <w:r w:rsidRPr="00D914B7">
        <w:rPr>
          <w:sz w:val="22"/>
        </w:rPr>
        <w:t xml:space="preserve"> </w:t>
      </w:r>
      <w:r w:rsidRPr="00D914B7">
        <w:rPr>
          <w:sz w:val="22"/>
          <w:rtl/>
        </w:rPr>
        <w:t>قابل</w:t>
      </w:r>
      <w:r w:rsidRPr="00D914B7">
        <w:rPr>
          <w:sz w:val="22"/>
        </w:rPr>
        <w:t xml:space="preserve"> </w:t>
      </w:r>
      <w:r w:rsidRPr="00D914B7">
        <w:rPr>
          <w:sz w:val="22"/>
          <w:rtl/>
        </w:rPr>
        <w:t>پذیرش</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نیرویی</w:t>
      </w:r>
      <w:r w:rsidRPr="00D914B7">
        <w:rPr>
          <w:sz w:val="22"/>
        </w:rPr>
        <w:t xml:space="preserve"> </w:t>
      </w:r>
      <w:r w:rsidRPr="00D914B7">
        <w:rPr>
          <w:sz w:val="22"/>
          <w:rtl/>
        </w:rPr>
        <w:t>که</w:t>
      </w:r>
      <w:r w:rsidRPr="00D914B7">
        <w:rPr>
          <w:sz w:val="22"/>
        </w:rPr>
        <w:t xml:space="preserve"> </w:t>
      </w:r>
      <w:r w:rsidRPr="00D914B7">
        <w:rPr>
          <w:sz w:val="22"/>
          <w:rtl/>
        </w:rPr>
        <w:t>واقعاً</w:t>
      </w:r>
      <w:r w:rsidRPr="00D914B7">
        <w:rPr>
          <w:sz w:val="22"/>
        </w:rPr>
        <w:t xml:space="preserve"> </w:t>
      </w:r>
      <w:r w:rsidRPr="00D914B7">
        <w:rPr>
          <w:sz w:val="22"/>
          <w:rtl/>
        </w:rPr>
        <w:t>موجودیت</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تهدید</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تفاوت</w:t>
      </w:r>
      <w:r w:rsidRPr="00D914B7">
        <w:rPr>
          <w:sz w:val="22"/>
        </w:rPr>
        <w:t xml:space="preserve"> </w:t>
      </w:r>
      <w:r w:rsidRPr="00D914B7">
        <w:rPr>
          <w:sz w:val="22"/>
          <w:rtl/>
        </w:rPr>
        <w:t>بگذارد</w:t>
      </w:r>
      <w:r>
        <w:rPr>
          <w:sz w:val="22"/>
          <w:rtl/>
        </w:rPr>
        <w:t>.</w:t>
      </w:r>
    </w:p>
    <w:p w:rsidR="00987F03" w:rsidRPr="00D914B7" w:rsidRDefault="00987F03" w:rsidP="00987F03">
      <w:pPr>
        <w:bidi/>
        <w:ind w:firstLine="720"/>
        <w:rPr>
          <w:sz w:val="22"/>
        </w:rPr>
      </w:pPr>
      <w:r w:rsidRPr="00D914B7">
        <w:rPr>
          <w:sz w:val="22"/>
          <w:rtl/>
        </w:rPr>
        <w:t>کشورداری</w:t>
      </w:r>
      <w:r w:rsidRPr="00D914B7">
        <w:rPr>
          <w:sz w:val="22"/>
        </w:rPr>
        <w:t xml:space="preserve"> </w:t>
      </w:r>
      <w:r w:rsidRPr="00D914B7">
        <w:rPr>
          <w:sz w:val="22"/>
          <w:rtl/>
        </w:rPr>
        <w:t>را</w:t>
      </w:r>
      <w:r w:rsidRPr="00D914B7">
        <w:rPr>
          <w:sz w:val="22"/>
        </w:rPr>
        <w:t xml:space="preserve"> </w:t>
      </w:r>
      <w:r w:rsidRPr="00D914B7">
        <w:rPr>
          <w:sz w:val="22"/>
          <w:rtl/>
        </w:rPr>
        <w:t>نمی</w:t>
      </w:r>
      <w:r w:rsidRPr="00D914B7">
        <w:rPr>
          <w:sz w:val="22"/>
        </w:rPr>
        <w:t>‌</w:t>
      </w:r>
      <w:r w:rsidRPr="00D914B7">
        <w:rPr>
          <w:sz w:val="22"/>
          <w:rtl/>
        </w:rPr>
        <w:t>توان</w:t>
      </w:r>
      <w:r w:rsidRPr="00D914B7">
        <w:rPr>
          <w:sz w:val="22"/>
        </w:rPr>
        <w:t xml:space="preserve"> </w:t>
      </w:r>
      <w:r w:rsidRPr="00D914B7">
        <w:rPr>
          <w:sz w:val="22"/>
          <w:rtl/>
        </w:rPr>
        <w:t>به</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دستورهای</w:t>
      </w:r>
      <w:r w:rsidRPr="00D914B7">
        <w:rPr>
          <w:sz w:val="22"/>
        </w:rPr>
        <w:t xml:space="preserve"> </w:t>
      </w:r>
      <w:r w:rsidRPr="00D914B7">
        <w:rPr>
          <w:sz w:val="22"/>
          <w:rtl/>
        </w:rPr>
        <w:t>ثابت</w:t>
      </w:r>
      <w:r w:rsidRPr="00D914B7">
        <w:rPr>
          <w:sz w:val="22"/>
        </w:rPr>
        <w:t xml:space="preserve"> </w:t>
      </w:r>
      <w:r w:rsidRPr="00D914B7">
        <w:rPr>
          <w:sz w:val="22"/>
          <w:rtl/>
        </w:rPr>
        <w:t>فروکاست</w:t>
      </w:r>
      <w:r>
        <w:rPr>
          <w:rFonts w:hint="cs"/>
          <w:sz w:val="22"/>
          <w:rtl/>
        </w:rPr>
        <w:t xml:space="preserve">. </w:t>
      </w:r>
      <w:r w:rsidRPr="00D914B7">
        <w:rPr>
          <w:sz w:val="22"/>
          <w:rtl/>
        </w:rPr>
        <w:t>کشورداری</w:t>
      </w:r>
      <w:r w:rsidRPr="00D914B7">
        <w:rPr>
          <w:sz w:val="22"/>
        </w:rPr>
        <w:t xml:space="preserve"> </w:t>
      </w:r>
      <w:r w:rsidRPr="00D914B7">
        <w:rPr>
          <w:sz w:val="22"/>
          <w:rtl/>
        </w:rPr>
        <w:t>نیازمند</w:t>
      </w:r>
      <w:r w:rsidRPr="00D914B7">
        <w:rPr>
          <w:sz w:val="22"/>
        </w:rPr>
        <w:t xml:space="preserve"> </w:t>
      </w:r>
      <w:r w:rsidRPr="00D914B7">
        <w:rPr>
          <w:sz w:val="22"/>
          <w:rtl/>
        </w:rPr>
        <w:t>داوری</w:t>
      </w:r>
      <w:r w:rsidRPr="00D914B7">
        <w:rPr>
          <w:sz w:val="22"/>
        </w:rPr>
        <w:t xml:space="preserve"> </w:t>
      </w:r>
      <w:r w:rsidRPr="00D914B7">
        <w:rPr>
          <w:sz w:val="22"/>
          <w:rtl/>
        </w:rPr>
        <w:t>سیاسی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توانایی</w:t>
      </w:r>
      <w:r w:rsidRPr="00D914B7">
        <w:rPr>
          <w:sz w:val="22"/>
        </w:rPr>
        <w:t xml:space="preserve"> </w:t>
      </w:r>
      <w:r w:rsidRPr="00D914B7">
        <w:rPr>
          <w:sz w:val="22"/>
          <w:rtl/>
        </w:rPr>
        <w:t>شناخت</w:t>
      </w:r>
      <w:r w:rsidRPr="00D914B7">
        <w:rPr>
          <w:sz w:val="22"/>
        </w:rPr>
        <w:t xml:space="preserve"> </w:t>
      </w:r>
      <w:r w:rsidRPr="00D914B7">
        <w:rPr>
          <w:sz w:val="22"/>
          <w:rtl/>
        </w:rPr>
        <w:t>موقعیتی</w:t>
      </w:r>
      <w:r w:rsidRPr="00D914B7">
        <w:rPr>
          <w:sz w:val="22"/>
        </w:rPr>
        <w:t xml:space="preserve"> </w:t>
      </w:r>
      <w:r w:rsidRPr="00D914B7">
        <w:rPr>
          <w:sz w:val="22"/>
          <w:rtl/>
        </w:rPr>
        <w:t>یگانه</w:t>
      </w:r>
      <w:r w:rsidRPr="00D914B7">
        <w:rPr>
          <w:sz w:val="22"/>
        </w:rPr>
        <w:t xml:space="preserve"> </w:t>
      </w:r>
      <w:r w:rsidRPr="00D914B7">
        <w:rPr>
          <w:sz w:val="22"/>
          <w:rtl/>
        </w:rPr>
        <w:t>و</w:t>
      </w:r>
      <w:r w:rsidRPr="00D914B7">
        <w:rPr>
          <w:sz w:val="22"/>
        </w:rPr>
        <w:t xml:space="preserve"> </w:t>
      </w:r>
      <w:r w:rsidRPr="00D914B7">
        <w:rPr>
          <w:sz w:val="22"/>
          <w:rtl/>
        </w:rPr>
        <w:t>انتخاب</w:t>
      </w:r>
      <w:r w:rsidRPr="00D914B7">
        <w:rPr>
          <w:sz w:val="22"/>
        </w:rPr>
        <w:t xml:space="preserve"> </w:t>
      </w:r>
      <w:r w:rsidRPr="00D914B7">
        <w:rPr>
          <w:sz w:val="22"/>
          <w:rtl/>
        </w:rPr>
        <w:t>میان</w:t>
      </w:r>
      <w:r w:rsidRPr="00D914B7">
        <w:rPr>
          <w:sz w:val="22"/>
        </w:rPr>
        <w:t xml:space="preserve"> </w:t>
      </w:r>
      <w:r w:rsidRPr="00D914B7">
        <w:rPr>
          <w:sz w:val="22"/>
          <w:rtl/>
        </w:rPr>
        <w:t>راه</w:t>
      </w:r>
      <w:r w:rsidRPr="00D914B7">
        <w:rPr>
          <w:sz w:val="22"/>
        </w:rPr>
        <w:t>‌</w:t>
      </w:r>
      <w:r w:rsidRPr="00D914B7">
        <w:rPr>
          <w:sz w:val="22"/>
          <w:rtl/>
        </w:rPr>
        <w:t>هایی</w:t>
      </w:r>
      <w:r w:rsidRPr="00D914B7">
        <w:rPr>
          <w:sz w:val="22"/>
        </w:rPr>
        <w:t xml:space="preserve"> </w:t>
      </w:r>
      <w:r w:rsidRPr="00D914B7">
        <w:rPr>
          <w:sz w:val="22"/>
          <w:rtl/>
        </w:rPr>
        <w:t>که</w:t>
      </w:r>
      <w:r w:rsidRPr="00D914B7">
        <w:rPr>
          <w:sz w:val="22"/>
        </w:rPr>
        <w:t xml:space="preserve"> </w:t>
      </w:r>
      <w:r w:rsidRPr="00D914B7">
        <w:rPr>
          <w:sz w:val="22"/>
          <w:rtl/>
        </w:rPr>
        <w:t>هیچ</w:t>
      </w:r>
      <w:r w:rsidRPr="00D914B7">
        <w:rPr>
          <w:sz w:val="22"/>
        </w:rPr>
        <w:t>‌</w:t>
      </w:r>
      <w:r w:rsidRPr="00D914B7">
        <w:rPr>
          <w:sz w:val="22"/>
          <w:rtl/>
        </w:rPr>
        <w:t>یک</w:t>
      </w:r>
      <w:r w:rsidRPr="00D914B7">
        <w:rPr>
          <w:sz w:val="22"/>
        </w:rPr>
        <w:t xml:space="preserve"> </w:t>
      </w:r>
      <w:r w:rsidRPr="00D914B7">
        <w:rPr>
          <w:sz w:val="22"/>
          <w:rtl/>
        </w:rPr>
        <w:t>کامل</w:t>
      </w:r>
      <w:r w:rsidRPr="00D914B7">
        <w:rPr>
          <w:sz w:val="22"/>
        </w:rPr>
        <w:t xml:space="preserve"> </w:t>
      </w:r>
      <w:r w:rsidRPr="00D914B7">
        <w:rPr>
          <w:sz w:val="22"/>
          <w:rtl/>
        </w:rPr>
        <w:t>نیستند</w:t>
      </w:r>
      <w:r>
        <w:rPr>
          <w:rFonts w:hint="cs"/>
          <w:sz w:val="22"/>
          <w:rtl/>
        </w:rPr>
        <w:t>.</w:t>
      </w:r>
      <w:r w:rsidRPr="00D914B7">
        <w:rPr>
          <w:sz w:val="22"/>
        </w:rPr>
        <w:t xml:space="preserve"> </w:t>
      </w:r>
      <w:r w:rsidRPr="00D914B7">
        <w:rPr>
          <w:sz w:val="22"/>
          <w:rtl/>
        </w:rPr>
        <w:t>تشخیص</w:t>
      </w:r>
      <w:r w:rsidRPr="00D914B7">
        <w:rPr>
          <w:sz w:val="22"/>
        </w:rPr>
        <w:t xml:space="preserve"> </w:t>
      </w:r>
      <w:r w:rsidRPr="00D914B7">
        <w:rPr>
          <w:sz w:val="22"/>
          <w:rtl/>
        </w:rPr>
        <w:t>امر</w:t>
      </w:r>
      <w:r w:rsidRPr="00D914B7">
        <w:rPr>
          <w:sz w:val="22"/>
        </w:rPr>
        <w:t xml:space="preserve"> </w:t>
      </w:r>
      <w:r w:rsidRPr="00D914B7">
        <w:rPr>
          <w:sz w:val="22"/>
          <w:rtl/>
        </w:rPr>
        <w:t>فوری</w:t>
      </w:r>
      <w:r w:rsidRPr="00D914B7">
        <w:rPr>
          <w:sz w:val="22"/>
        </w:rPr>
        <w:t xml:space="preserve"> </w:t>
      </w:r>
      <w:r w:rsidRPr="00D914B7">
        <w:rPr>
          <w:sz w:val="22"/>
          <w:rtl/>
        </w:rPr>
        <w:t>از</w:t>
      </w:r>
      <w:r w:rsidRPr="00D914B7">
        <w:rPr>
          <w:sz w:val="22"/>
        </w:rPr>
        <w:t xml:space="preserve"> </w:t>
      </w:r>
      <w:r w:rsidRPr="00D914B7">
        <w:rPr>
          <w:sz w:val="22"/>
          <w:rtl/>
        </w:rPr>
        <w:t>امر</w:t>
      </w:r>
      <w:r w:rsidRPr="00D914B7">
        <w:rPr>
          <w:sz w:val="22"/>
        </w:rPr>
        <w:t xml:space="preserve"> </w:t>
      </w:r>
      <w:r w:rsidRPr="00D914B7">
        <w:rPr>
          <w:sz w:val="22"/>
          <w:rtl/>
        </w:rPr>
        <w:t>اساسی،</w:t>
      </w:r>
      <w:r w:rsidRPr="00D914B7">
        <w:rPr>
          <w:sz w:val="22"/>
        </w:rPr>
        <w:t xml:space="preserve"> </w:t>
      </w:r>
      <w:r w:rsidRPr="00D914B7">
        <w:rPr>
          <w:sz w:val="22"/>
          <w:rtl/>
        </w:rPr>
        <w:t>شناخت</w:t>
      </w:r>
      <w:r w:rsidRPr="00D914B7">
        <w:rPr>
          <w:sz w:val="22"/>
        </w:rPr>
        <w:t xml:space="preserve"> </w:t>
      </w:r>
      <w:r w:rsidRPr="00D914B7">
        <w:rPr>
          <w:sz w:val="22"/>
          <w:rtl/>
        </w:rPr>
        <w:t>آنچه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تغییر</w:t>
      </w:r>
      <w:r w:rsidRPr="00D914B7">
        <w:rPr>
          <w:sz w:val="22"/>
        </w:rPr>
        <w:t xml:space="preserve"> </w:t>
      </w:r>
      <w:r w:rsidRPr="00D914B7">
        <w:rPr>
          <w:sz w:val="22"/>
          <w:rtl/>
        </w:rPr>
        <w:t>داد</w:t>
      </w:r>
      <w:r w:rsidRPr="00D914B7">
        <w:rPr>
          <w:sz w:val="22"/>
        </w:rPr>
        <w:t xml:space="preserve"> </w:t>
      </w:r>
      <w:r w:rsidRPr="00D914B7">
        <w:rPr>
          <w:sz w:val="22"/>
          <w:rtl/>
        </w:rPr>
        <w:t>و</w:t>
      </w:r>
      <w:r w:rsidRPr="00D914B7">
        <w:rPr>
          <w:sz w:val="22"/>
        </w:rPr>
        <w:t xml:space="preserve"> </w:t>
      </w:r>
      <w:r w:rsidRPr="00D914B7">
        <w:rPr>
          <w:sz w:val="22"/>
          <w:rtl/>
        </w:rPr>
        <w:t>آنچه</w:t>
      </w:r>
      <w:r w:rsidRPr="00D914B7">
        <w:rPr>
          <w:sz w:val="22"/>
        </w:rPr>
        <w:t xml:space="preserve"> </w:t>
      </w:r>
      <w:r w:rsidRPr="00D914B7">
        <w:rPr>
          <w:sz w:val="22"/>
          <w:rtl/>
        </w:rPr>
        <w:t>فعلاً</w:t>
      </w:r>
      <w:r w:rsidRPr="00D914B7">
        <w:rPr>
          <w:sz w:val="22"/>
        </w:rPr>
        <w:t xml:space="preserve"> </w:t>
      </w:r>
      <w:r w:rsidRPr="00D914B7">
        <w:rPr>
          <w:sz w:val="22"/>
          <w:rtl/>
        </w:rPr>
        <w:t>تغییرپذیر</w:t>
      </w:r>
      <w:r w:rsidRPr="00D914B7">
        <w:rPr>
          <w:sz w:val="22"/>
        </w:rPr>
        <w:t xml:space="preserve"> </w:t>
      </w:r>
      <w:r w:rsidRPr="00D914B7">
        <w:rPr>
          <w:sz w:val="22"/>
          <w:rtl/>
        </w:rPr>
        <w:t>نیست،</w:t>
      </w:r>
      <w:r w:rsidRPr="00D914B7">
        <w:rPr>
          <w:sz w:val="22"/>
        </w:rPr>
        <w:t xml:space="preserve"> </w:t>
      </w:r>
      <w:r w:rsidRPr="00D914B7">
        <w:rPr>
          <w:sz w:val="22"/>
          <w:rtl/>
        </w:rPr>
        <w:t>پیش</w:t>
      </w:r>
      <w:r w:rsidRPr="00D914B7">
        <w:rPr>
          <w:sz w:val="22"/>
        </w:rPr>
        <w:t>‌</w:t>
      </w:r>
      <w:r w:rsidRPr="00D914B7">
        <w:rPr>
          <w:sz w:val="22"/>
          <w:rtl/>
        </w:rPr>
        <w:t>بینی</w:t>
      </w:r>
      <w:r w:rsidRPr="00D914B7">
        <w:rPr>
          <w:sz w:val="22"/>
        </w:rPr>
        <w:t xml:space="preserve"> </w:t>
      </w:r>
      <w:r w:rsidRPr="00D914B7">
        <w:rPr>
          <w:sz w:val="22"/>
          <w:rtl/>
        </w:rPr>
        <w:t>پیامدهای</w:t>
      </w:r>
      <w:r w:rsidRPr="00D914B7">
        <w:rPr>
          <w:sz w:val="22"/>
        </w:rPr>
        <w:t xml:space="preserve"> </w:t>
      </w:r>
      <w:r w:rsidRPr="00D914B7">
        <w:rPr>
          <w:sz w:val="22"/>
          <w:rtl/>
        </w:rPr>
        <w:t>ناخواسته،</w:t>
      </w:r>
      <w:r w:rsidRPr="00D914B7">
        <w:rPr>
          <w:sz w:val="22"/>
        </w:rPr>
        <w:t xml:space="preserve"> </w:t>
      </w:r>
      <w:r w:rsidRPr="00D914B7">
        <w:rPr>
          <w:sz w:val="22"/>
          <w:rtl/>
        </w:rPr>
        <w:t>شناخت</w:t>
      </w:r>
      <w:r w:rsidRPr="00D914B7">
        <w:rPr>
          <w:sz w:val="22"/>
        </w:rPr>
        <w:t xml:space="preserve"> </w:t>
      </w:r>
      <w:r w:rsidRPr="00D914B7">
        <w:rPr>
          <w:sz w:val="22"/>
          <w:rtl/>
        </w:rPr>
        <w:t>انگیزه</w:t>
      </w:r>
      <w:r w:rsidRPr="00D914B7">
        <w:rPr>
          <w:sz w:val="22"/>
        </w:rPr>
        <w:t>‌</w:t>
      </w:r>
      <w:r w:rsidRPr="00D914B7">
        <w:rPr>
          <w:sz w:val="22"/>
          <w:rtl/>
        </w:rPr>
        <w:t>های</w:t>
      </w:r>
      <w:r w:rsidRPr="00D914B7">
        <w:rPr>
          <w:sz w:val="22"/>
        </w:rPr>
        <w:t xml:space="preserve"> </w:t>
      </w:r>
      <w:r w:rsidRPr="00D914B7">
        <w:rPr>
          <w:sz w:val="22"/>
          <w:rtl/>
        </w:rPr>
        <w:t>متحد</w:t>
      </w:r>
      <w:r w:rsidRPr="00D914B7">
        <w:rPr>
          <w:sz w:val="22"/>
        </w:rPr>
        <w:t xml:space="preserve"> </w:t>
      </w:r>
      <w:r w:rsidRPr="00D914B7">
        <w:rPr>
          <w:sz w:val="22"/>
          <w:rtl/>
        </w:rPr>
        <w:t>و</w:t>
      </w:r>
      <w:r w:rsidRPr="00D914B7">
        <w:rPr>
          <w:sz w:val="22"/>
        </w:rPr>
        <w:t xml:space="preserve"> </w:t>
      </w:r>
      <w:r w:rsidRPr="00D914B7">
        <w:rPr>
          <w:sz w:val="22"/>
          <w:rtl/>
        </w:rPr>
        <w:t>دشمن،</w:t>
      </w:r>
      <w:r w:rsidRPr="00D914B7">
        <w:rPr>
          <w:sz w:val="22"/>
        </w:rPr>
        <w:t xml:space="preserve"> </w:t>
      </w:r>
      <w:r w:rsidRPr="00D914B7">
        <w:rPr>
          <w:sz w:val="22"/>
          <w:rtl/>
        </w:rPr>
        <w:t>دانستن</w:t>
      </w:r>
      <w:r w:rsidRPr="00D914B7">
        <w:rPr>
          <w:sz w:val="22"/>
        </w:rPr>
        <w:t xml:space="preserve"> </w:t>
      </w:r>
      <w:r w:rsidRPr="00D914B7">
        <w:rPr>
          <w:sz w:val="22"/>
          <w:rtl/>
        </w:rPr>
        <w:t>زمان</w:t>
      </w:r>
      <w:r w:rsidRPr="00D914B7">
        <w:rPr>
          <w:sz w:val="22"/>
        </w:rPr>
        <w:t xml:space="preserve"> </w:t>
      </w:r>
      <w:r w:rsidRPr="00D914B7">
        <w:rPr>
          <w:sz w:val="22"/>
          <w:rtl/>
        </w:rPr>
        <w:t>سازش</w:t>
      </w:r>
      <w:r w:rsidRPr="00D914B7">
        <w:rPr>
          <w:sz w:val="22"/>
        </w:rPr>
        <w:t xml:space="preserve"> </w:t>
      </w:r>
      <w:r w:rsidRPr="00D914B7">
        <w:rPr>
          <w:sz w:val="22"/>
          <w:rtl/>
        </w:rPr>
        <w:t>و</w:t>
      </w:r>
      <w:r w:rsidRPr="00D914B7">
        <w:rPr>
          <w:sz w:val="22"/>
        </w:rPr>
        <w:t xml:space="preserve"> </w:t>
      </w:r>
      <w:r w:rsidRPr="00D914B7">
        <w:rPr>
          <w:sz w:val="22"/>
          <w:rtl/>
        </w:rPr>
        <w:t>زمان</w:t>
      </w:r>
      <w:r w:rsidRPr="00D914B7">
        <w:rPr>
          <w:sz w:val="22"/>
        </w:rPr>
        <w:t xml:space="preserve"> </w:t>
      </w:r>
      <w:r w:rsidRPr="00D914B7">
        <w:rPr>
          <w:sz w:val="22"/>
          <w:rtl/>
        </w:rPr>
        <w:t>مقاومت،</w:t>
      </w:r>
      <w:r w:rsidRPr="00D914B7">
        <w:rPr>
          <w:sz w:val="22"/>
        </w:rPr>
        <w:t xml:space="preserve"> </w:t>
      </w:r>
      <w:r w:rsidRPr="00D914B7">
        <w:rPr>
          <w:sz w:val="22"/>
          <w:rtl/>
        </w:rPr>
        <w:t>و</w:t>
      </w:r>
      <w:r w:rsidRPr="00D914B7">
        <w:rPr>
          <w:sz w:val="22"/>
        </w:rPr>
        <w:t xml:space="preserve"> </w:t>
      </w:r>
      <w:r w:rsidRPr="00D914B7">
        <w:rPr>
          <w:sz w:val="22"/>
          <w:rtl/>
        </w:rPr>
        <w:t>سنجش</w:t>
      </w:r>
      <w:r w:rsidRPr="00D914B7">
        <w:rPr>
          <w:sz w:val="22"/>
        </w:rPr>
        <w:t xml:space="preserve"> </w:t>
      </w:r>
      <w:r w:rsidRPr="00D914B7">
        <w:rPr>
          <w:sz w:val="22"/>
          <w:rtl/>
        </w:rPr>
        <w:t>خطر</w:t>
      </w:r>
      <w:r w:rsidRPr="00D914B7">
        <w:rPr>
          <w:sz w:val="22"/>
        </w:rPr>
        <w:t xml:space="preserve"> </w:t>
      </w:r>
      <w:r w:rsidRPr="00D914B7">
        <w:rPr>
          <w:sz w:val="22"/>
          <w:rtl/>
        </w:rPr>
        <w:t>در</w:t>
      </w:r>
      <w:r w:rsidRPr="00D914B7">
        <w:rPr>
          <w:sz w:val="22"/>
        </w:rPr>
        <w:t xml:space="preserve"> </w:t>
      </w:r>
      <w:r w:rsidRPr="00D914B7">
        <w:rPr>
          <w:sz w:val="22"/>
          <w:rtl/>
        </w:rPr>
        <w:t>شرایط</w:t>
      </w:r>
      <w:r w:rsidRPr="00D914B7">
        <w:rPr>
          <w:sz w:val="22"/>
        </w:rPr>
        <w:t xml:space="preserve"> </w:t>
      </w:r>
      <w:r w:rsidRPr="00D914B7">
        <w:rPr>
          <w:sz w:val="22"/>
          <w:rtl/>
        </w:rPr>
        <w:t>نامطمئن،</w:t>
      </w:r>
      <w:r w:rsidRPr="00D914B7">
        <w:rPr>
          <w:sz w:val="22"/>
        </w:rPr>
        <w:t xml:space="preserve"> </w:t>
      </w:r>
      <w:r w:rsidRPr="00D914B7">
        <w:rPr>
          <w:sz w:val="22"/>
          <w:rtl/>
        </w:rPr>
        <w:t>اجزای</w:t>
      </w:r>
      <w:r w:rsidRPr="00D914B7">
        <w:rPr>
          <w:sz w:val="22"/>
        </w:rPr>
        <w:t xml:space="preserve"> </w:t>
      </w:r>
      <w:r w:rsidRPr="00D914B7">
        <w:rPr>
          <w:sz w:val="22"/>
          <w:rtl/>
        </w:rPr>
        <w:t>این</w:t>
      </w:r>
      <w:r w:rsidRPr="00D914B7">
        <w:rPr>
          <w:sz w:val="22"/>
        </w:rPr>
        <w:t xml:space="preserve"> </w:t>
      </w:r>
      <w:r w:rsidRPr="00D914B7">
        <w:rPr>
          <w:sz w:val="22"/>
          <w:rtl/>
        </w:rPr>
        <w:t>داوری</w:t>
      </w:r>
      <w:r w:rsidRPr="00D914B7">
        <w:rPr>
          <w:sz w:val="22"/>
        </w:rPr>
        <w:t>‌</w:t>
      </w:r>
      <w:r w:rsidRPr="00D914B7">
        <w:rPr>
          <w:sz w:val="22"/>
          <w:rtl/>
        </w:rPr>
        <w:t>اند</w:t>
      </w:r>
      <w:r>
        <w:rPr>
          <w:sz w:val="22"/>
          <w:rtl/>
        </w:rPr>
        <w:t>.</w:t>
      </w:r>
      <w:r w:rsidRPr="00D914B7">
        <w:rPr>
          <w:sz w:val="22"/>
        </w:rPr>
        <w:t xml:space="preserve"> </w:t>
      </w:r>
      <w:r w:rsidRPr="00D914B7">
        <w:rPr>
          <w:sz w:val="22"/>
          <w:rtl/>
        </w:rPr>
        <w:t>تاریخ،</w:t>
      </w:r>
      <w:r w:rsidRPr="00D914B7">
        <w:rPr>
          <w:sz w:val="22"/>
        </w:rPr>
        <w:t xml:space="preserve"> </w:t>
      </w:r>
      <w:r w:rsidRPr="00D914B7">
        <w:rPr>
          <w:sz w:val="22"/>
          <w:rtl/>
        </w:rPr>
        <w:t>نظریه،</w:t>
      </w:r>
      <w:r w:rsidRPr="00D914B7">
        <w:rPr>
          <w:sz w:val="22"/>
        </w:rPr>
        <w:t xml:space="preserve"> </w:t>
      </w:r>
      <w:r w:rsidRPr="00D914B7">
        <w:rPr>
          <w:sz w:val="22"/>
          <w:rtl/>
        </w:rPr>
        <w:t>آمار</w:t>
      </w:r>
      <w:r w:rsidRPr="00D914B7">
        <w:rPr>
          <w:sz w:val="22"/>
        </w:rPr>
        <w:t xml:space="preserve"> </w:t>
      </w:r>
      <w:r w:rsidRPr="00D914B7">
        <w:rPr>
          <w:sz w:val="22"/>
          <w:rtl/>
        </w:rPr>
        <w:t>و</w:t>
      </w:r>
      <w:r w:rsidRPr="00D914B7">
        <w:rPr>
          <w:sz w:val="22"/>
        </w:rPr>
        <w:t xml:space="preserve"> </w:t>
      </w:r>
      <w:r w:rsidRPr="00D914B7">
        <w:rPr>
          <w:sz w:val="22"/>
          <w:rtl/>
        </w:rPr>
        <w:t>اطلاعات</w:t>
      </w:r>
      <w:r w:rsidRPr="00D914B7">
        <w:rPr>
          <w:sz w:val="22"/>
        </w:rPr>
        <w:t xml:space="preserve"> </w:t>
      </w:r>
      <w:r w:rsidRPr="00D914B7">
        <w:rPr>
          <w:sz w:val="22"/>
          <w:rtl/>
        </w:rPr>
        <w:t>انتخاب</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روشن</w:t>
      </w:r>
      <w:r w:rsidRPr="00D914B7">
        <w:rPr>
          <w:sz w:val="22"/>
        </w:rPr>
        <w:t>‌</w:t>
      </w:r>
      <w:r w:rsidRPr="00D914B7">
        <w:rPr>
          <w:sz w:val="22"/>
          <w:rtl/>
        </w:rPr>
        <w:t>تر</w:t>
      </w:r>
      <w:r w:rsidRPr="00D914B7">
        <w:rPr>
          <w:sz w:val="22"/>
        </w:rPr>
        <w:t xml:space="preserve"> </w:t>
      </w:r>
      <w:r w:rsidRPr="00D914B7">
        <w:rPr>
          <w:sz w:val="22"/>
          <w:rtl/>
        </w:rPr>
        <w:t>می</w:t>
      </w:r>
      <w:r w:rsidRPr="00D914B7">
        <w:rPr>
          <w:sz w:val="22"/>
        </w:rPr>
        <w:t>‌</w:t>
      </w:r>
      <w:r w:rsidRPr="00D914B7">
        <w:rPr>
          <w:sz w:val="22"/>
          <w:rtl/>
        </w:rPr>
        <w:t>کنند،</w:t>
      </w:r>
      <w:r w:rsidRPr="00D914B7">
        <w:rPr>
          <w:sz w:val="22"/>
        </w:rPr>
        <w:t xml:space="preserve"> </w:t>
      </w:r>
      <w:r w:rsidRPr="00D914B7">
        <w:rPr>
          <w:sz w:val="22"/>
          <w:rtl/>
        </w:rPr>
        <w:t>اما</w:t>
      </w:r>
      <w:r w:rsidRPr="00D914B7">
        <w:rPr>
          <w:sz w:val="22"/>
        </w:rPr>
        <w:t xml:space="preserve"> </w:t>
      </w:r>
      <w:r w:rsidRPr="00D914B7">
        <w:rPr>
          <w:sz w:val="22"/>
          <w:rtl/>
        </w:rPr>
        <w:t>هیچ</w:t>
      </w:r>
      <w:r w:rsidRPr="00D914B7">
        <w:rPr>
          <w:sz w:val="22"/>
        </w:rPr>
        <w:t>‌</w:t>
      </w:r>
      <w:r w:rsidRPr="00D914B7">
        <w:rPr>
          <w:sz w:val="22"/>
          <w:rtl/>
        </w:rPr>
        <w:t>کدام</w:t>
      </w:r>
      <w:r w:rsidRPr="00D914B7">
        <w:rPr>
          <w:sz w:val="22"/>
        </w:rPr>
        <w:t xml:space="preserve"> </w:t>
      </w:r>
      <w:r w:rsidRPr="00D914B7">
        <w:rPr>
          <w:sz w:val="22"/>
          <w:rtl/>
        </w:rPr>
        <w:t>نمی</w:t>
      </w:r>
      <w:r w:rsidRPr="00D914B7">
        <w:rPr>
          <w:sz w:val="22"/>
        </w:rPr>
        <w:t>‌</w:t>
      </w:r>
      <w:r w:rsidRPr="00D914B7">
        <w:rPr>
          <w:sz w:val="22"/>
          <w:rtl/>
        </w:rPr>
        <w:t>توانند</w:t>
      </w:r>
      <w:r w:rsidRPr="00D914B7">
        <w:rPr>
          <w:sz w:val="22"/>
        </w:rPr>
        <w:t xml:space="preserve"> </w:t>
      </w:r>
      <w:r w:rsidRPr="00D914B7">
        <w:rPr>
          <w:sz w:val="22"/>
          <w:rtl/>
        </w:rPr>
        <w:t>به</w:t>
      </w:r>
      <w:r w:rsidRPr="00D914B7">
        <w:rPr>
          <w:sz w:val="22"/>
        </w:rPr>
        <w:t>‌</w:t>
      </w:r>
      <w:r w:rsidRPr="00D914B7">
        <w:rPr>
          <w:sz w:val="22"/>
          <w:rtl/>
        </w:rPr>
        <w:t>صورت</w:t>
      </w:r>
      <w:r w:rsidRPr="00D914B7">
        <w:rPr>
          <w:sz w:val="22"/>
        </w:rPr>
        <w:t xml:space="preserve"> </w:t>
      </w:r>
      <w:r w:rsidRPr="00D914B7">
        <w:rPr>
          <w:sz w:val="22"/>
          <w:rtl/>
        </w:rPr>
        <w:t>ماشینی</w:t>
      </w:r>
      <w:r w:rsidRPr="00D914B7">
        <w:rPr>
          <w:sz w:val="22"/>
        </w:rPr>
        <w:t xml:space="preserve"> </w:t>
      </w:r>
      <w:r w:rsidRPr="00D914B7">
        <w:rPr>
          <w:sz w:val="22"/>
          <w:rtl/>
        </w:rPr>
        <w:t>تعیین</w:t>
      </w:r>
      <w:r w:rsidRPr="00D914B7">
        <w:rPr>
          <w:sz w:val="22"/>
        </w:rPr>
        <w:t xml:space="preserve"> </w:t>
      </w:r>
      <w:r w:rsidRPr="00D914B7">
        <w:rPr>
          <w:sz w:val="22"/>
          <w:rtl/>
        </w:rPr>
        <w:t>کنند</w:t>
      </w:r>
      <w:r w:rsidRPr="00D914B7">
        <w:rPr>
          <w:sz w:val="22"/>
        </w:rPr>
        <w:t xml:space="preserve"> </w:t>
      </w:r>
      <w:r w:rsidRPr="00D914B7">
        <w:rPr>
          <w:sz w:val="22"/>
          <w:rtl/>
        </w:rPr>
        <w:t>در</w:t>
      </w:r>
      <w:r w:rsidRPr="00D914B7">
        <w:rPr>
          <w:sz w:val="22"/>
        </w:rPr>
        <w:t xml:space="preserve"> </w:t>
      </w:r>
      <w:r w:rsidRPr="00D914B7">
        <w:rPr>
          <w:sz w:val="22"/>
          <w:rtl/>
        </w:rPr>
        <w:t>موقعیتی</w:t>
      </w:r>
      <w:r w:rsidRPr="00D914B7">
        <w:rPr>
          <w:sz w:val="22"/>
        </w:rPr>
        <w:t xml:space="preserve"> </w:t>
      </w:r>
      <w:r w:rsidRPr="00D914B7">
        <w:rPr>
          <w:sz w:val="22"/>
          <w:rtl/>
        </w:rPr>
        <w:t>ویژه</w:t>
      </w:r>
      <w:r w:rsidRPr="00D914B7">
        <w:rPr>
          <w:sz w:val="22"/>
        </w:rPr>
        <w:t xml:space="preserve"> </w:t>
      </w:r>
      <w:r w:rsidRPr="00D914B7">
        <w:rPr>
          <w:sz w:val="22"/>
          <w:rtl/>
        </w:rPr>
        <w:t>چه</w:t>
      </w:r>
      <w:r w:rsidRPr="00D914B7">
        <w:rPr>
          <w:sz w:val="22"/>
        </w:rPr>
        <w:t xml:space="preserve"> </w:t>
      </w:r>
      <w:r w:rsidRPr="00D914B7">
        <w:rPr>
          <w:sz w:val="22"/>
          <w:rtl/>
        </w:rPr>
        <w:t>باید</w:t>
      </w:r>
      <w:r w:rsidRPr="00D914B7">
        <w:rPr>
          <w:sz w:val="22"/>
        </w:rPr>
        <w:t xml:space="preserve"> </w:t>
      </w:r>
      <w:r w:rsidRPr="00D914B7">
        <w:rPr>
          <w:sz w:val="22"/>
          <w:rtl/>
        </w:rPr>
        <w:t>کرد</w:t>
      </w:r>
      <w:r>
        <w:rPr>
          <w:sz w:val="22"/>
          <w:rtl/>
        </w:rPr>
        <w:t>.</w:t>
      </w:r>
    </w:p>
    <w:p w:rsidR="00987F03" w:rsidRPr="00D914B7" w:rsidRDefault="00987F03" w:rsidP="00987F03">
      <w:pPr>
        <w:bidi/>
        <w:ind w:firstLine="720"/>
        <w:rPr>
          <w:sz w:val="22"/>
        </w:rPr>
      </w:pPr>
      <w:r w:rsidRPr="00D914B7">
        <w:rPr>
          <w:sz w:val="22"/>
          <w:rtl/>
        </w:rPr>
        <w:t>کشورداری</w:t>
      </w:r>
      <w:r w:rsidRPr="00D914B7">
        <w:rPr>
          <w:sz w:val="22"/>
        </w:rPr>
        <w:t xml:space="preserve"> </w:t>
      </w:r>
      <w:r w:rsidRPr="00D914B7">
        <w:rPr>
          <w:sz w:val="22"/>
          <w:rtl/>
        </w:rPr>
        <w:t>همچنین</w:t>
      </w:r>
      <w:r w:rsidRPr="00D914B7">
        <w:rPr>
          <w:sz w:val="22"/>
        </w:rPr>
        <w:t xml:space="preserve"> </w:t>
      </w:r>
      <w:r w:rsidRPr="00D914B7">
        <w:rPr>
          <w:sz w:val="22"/>
          <w:rtl/>
        </w:rPr>
        <w:t>باید</w:t>
      </w:r>
      <w:r w:rsidRPr="00D914B7">
        <w:rPr>
          <w:sz w:val="22"/>
        </w:rPr>
        <w:t xml:space="preserve"> </w:t>
      </w:r>
      <w:r w:rsidRPr="00D914B7">
        <w:rPr>
          <w:sz w:val="22"/>
          <w:rtl/>
        </w:rPr>
        <w:t>تصمیم</w:t>
      </w:r>
      <w:r w:rsidRPr="00D914B7">
        <w:rPr>
          <w:sz w:val="22"/>
        </w:rPr>
        <w:t xml:space="preserve"> </w:t>
      </w:r>
      <w:r w:rsidRPr="00D914B7">
        <w:rPr>
          <w:sz w:val="22"/>
          <w:rtl/>
        </w:rPr>
        <w:t>امروز</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آینده</w:t>
      </w:r>
      <w:r>
        <w:rPr>
          <w:sz w:val="22"/>
          <w:rtl/>
        </w:rPr>
        <w:t>ء</w:t>
      </w:r>
      <w:r w:rsidRPr="00D914B7">
        <w:rPr>
          <w:sz w:val="22"/>
        </w:rPr>
        <w:t xml:space="preserve"> </w:t>
      </w:r>
      <w:r w:rsidRPr="00D914B7">
        <w:rPr>
          <w:sz w:val="22"/>
          <w:rtl/>
        </w:rPr>
        <w:t>کشور</w:t>
      </w:r>
      <w:r w:rsidRPr="00D914B7">
        <w:rPr>
          <w:sz w:val="22"/>
        </w:rPr>
        <w:t xml:space="preserve"> </w:t>
      </w:r>
      <w:r w:rsidRPr="00D914B7">
        <w:rPr>
          <w:sz w:val="22"/>
          <w:rtl/>
        </w:rPr>
        <w:t>پیوند</w:t>
      </w:r>
      <w:r w:rsidRPr="00D914B7">
        <w:rPr>
          <w:sz w:val="22"/>
        </w:rPr>
        <w:t xml:space="preserve"> </w:t>
      </w:r>
      <w:r w:rsidRPr="00D914B7">
        <w:rPr>
          <w:sz w:val="22"/>
          <w:rtl/>
        </w:rPr>
        <w:t>دهد</w:t>
      </w:r>
      <w:r>
        <w:rPr>
          <w:sz w:val="22"/>
          <w:rtl/>
        </w:rPr>
        <w:t>.</w:t>
      </w:r>
      <w:r w:rsidRPr="00D914B7">
        <w:rPr>
          <w:sz w:val="22"/>
        </w:rPr>
        <w:t xml:space="preserve"> </w:t>
      </w:r>
      <w:r w:rsidRPr="00D914B7">
        <w:rPr>
          <w:sz w:val="22"/>
          <w:rtl/>
        </w:rPr>
        <w:t>سیاست</w:t>
      </w:r>
      <w:r w:rsidRPr="00D914B7">
        <w:rPr>
          <w:sz w:val="22"/>
        </w:rPr>
        <w:t xml:space="preserve"> </w:t>
      </w:r>
      <w:r w:rsidRPr="00D914B7">
        <w:rPr>
          <w:sz w:val="22"/>
          <w:rtl/>
        </w:rPr>
        <w:t>روزمره</w:t>
      </w:r>
      <w:r w:rsidRPr="00D914B7">
        <w:rPr>
          <w:sz w:val="22"/>
        </w:rPr>
        <w:t xml:space="preserve"> </w:t>
      </w:r>
      <w:r w:rsidRPr="00D914B7">
        <w:rPr>
          <w:sz w:val="22"/>
          <w:rtl/>
        </w:rPr>
        <w:t>غالباً</w:t>
      </w:r>
      <w:r w:rsidRPr="00D914B7">
        <w:rPr>
          <w:sz w:val="22"/>
        </w:rPr>
        <w:t xml:space="preserve"> </w:t>
      </w:r>
      <w:r w:rsidRPr="00D914B7">
        <w:rPr>
          <w:sz w:val="22"/>
          <w:rtl/>
        </w:rPr>
        <w:t>گرفتار</w:t>
      </w:r>
      <w:r w:rsidRPr="00D914B7">
        <w:rPr>
          <w:sz w:val="22"/>
        </w:rPr>
        <w:t xml:space="preserve"> </w:t>
      </w:r>
      <w:r w:rsidRPr="00D914B7">
        <w:rPr>
          <w:sz w:val="22"/>
          <w:rtl/>
        </w:rPr>
        <w:t>انتخابات</w:t>
      </w:r>
      <w:r w:rsidRPr="00D914B7">
        <w:rPr>
          <w:sz w:val="22"/>
        </w:rPr>
        <w:t xml:space="preserve"> </w:t>
      </w:r>
      <w:r w:rsidRPr="00D914B7">
        <w:rPr>
          <w:sz w:val="22"/>
          <w:rtl/>
        </w:rPr>
        <w:t>آینده،</w:t>
      </w:r>
      <w:r w:rsidRPr="00D914B7">
        <w:rPr>
          <w:sz w:val="22"/>
        </w:rPr>
        <w:t xml:space="preserve"> </w:t>
      </w:r>
      <w:r w:rsidRPr="00D914B7">
        <w:rPr>
          <w:sz w:val="22"/>
          <w:rtl/>
        </w:rPr>
        <w:t>اعتراض</w:t>
      </w:r>
      <w:r w:rsidRPr="00D914B7">
        <w:rPr>
          <w:sz w:val="22"/>
        </w:rPr>
        <w:t xml:space="preserve"> </w:t>
      </w:r>
      <w:r w:rsidRPr="00D914B7">
        <w:rPr>
          <w:sz w:val="22"/>
          <w:rtl/>
        </w:rPr>
        <w:t>جاری،</w:t>
      </w:r>
      <w:r w:rsidRPr="00D914B7">
        <w:rPr>
          <w:sz w:val="22"/>
        </w:rPr>
        <w:t xml:space="preserve"> </w:t>
      </w:r>
      <w:r w:rsidRPr="00D914B7">
        <w:rPr>
          <w:sz w:val="22"/>
          <w:rtl/>
        </w:rPr>
        <w:t>بودجه</w:t>
      </w:r>
      <w:r>
        <w:rPr>
          <w:sz w:val="22"/>
          <w:rtl/>
        </w:rPr>
        <w:t>ء</w:t>
      </w:r>
      <w:r w:rsidRPr="00D914B7">
        <w:rPr>
          <w:sz w:val="22"/>
        </w:rPr>
        <w:t xml:space="preserve"> </w:t>
      </w:r>
      <w:r w:rsidRPr="00D914B7">
        <w:rPr>
          <w:sz w:val="22"/>
          <w:rtl/>
        </w:rPr>
        <w:t>سالانه</w:t>
      </w:r>
      <w:r w:rsidRPr="00D914B7">
        <w:rPr>
          <w:sz w:val="22"/>
        </w:rPr>
        <w:t xml:space="preserve"> </w:t>
      </w:r>
      <w:r w:rsidRPr="00D914B7">
        <w:rPr>
          <w:sz w:val="22"/>
          <w:rtl/>
        </w:rPr>
        <w:t>یا</w:t>
      </w:r>
      <w:r w:rsidRPr="00D914B7">
        <w:rPr>
          <w:sz w:val="22"/>
        </w:rPr>
        <w:t xml:space="preserve"> </w:t>
      </w:r>
      <w:r w:rsidRPr="00D914B7">
        <w:rPr>
          <w:sz w:val="22"/>
          <w:rtl/>
        </w:rPr>
        <w:t>نبرد</w:t>
      </w:r>
      <w:r w:rsidRPr="00D914B7">
        <w:rPr>
          <w:sz w:val="22"/>
        </w:rPr>
        <w:t xml:space="preserve"> </w:t>
      </w:r>
      <w:r w:rsidRPr="00D914B7">
        <w:rPr>
          <w:sz w:val="22"/>
          <w:rtl/>
        </w:rPr>
        <w:t>پیش</w:t>
      </w:r>
      <w:r w:rsidRPr="00D914B7">
        <w:rPr>
          <w:sz w:val="22"/>
        </w:rPr>
        <w:t xml:space="preserve"> </w:t>
      </w:r>
      <w:r w:rsidRPr="00D914B7">
        <w:rPr>
          <w:sz w:val="22"/>
          <w:rtl/>
        </w:rPr>
        <w:t>روست،</w:t>
      </w:r>
      <w:r w:rsidRPr="00D914B7">
        <w:rPr>
          <w:sz w:val="22"/>
        </w:rPr>
        <w:t xml:space="preserve"> </w:t>
      </w:r>
      <w:r w:rsidRPr="00D914B7">
        <w:rPr>
          <w:sz w:val="22"/>
          <w:rtl/>
        </w:rPr>
        <w:t>اما</w:t>
      </w:r>
      <w:r w:rsidRPr="00D914B7">
        <w:rPr>
          <w:sz w:val="22"/>
        </w:rPr>
        <w:t xml:space="preserve"> </w:t>
      </w:r>
      <w:r w:rsidRPr="00D914B7">
        <w:rPr>
          <w:sz w:val="22"/>
          <w:rtl/>
        </w:rPr>
        <w:t>کشورداری</w:t>
      </w:r>
      <w:r w:rsidRPr="00D914B7">
        <w:rPr>
          <w:sz w:val="22"/>
        </w:rPr>
        <w:t xml:space="preserve"> </w:t>
      </w:r>
      <w:r w:rsidRPr="00D914B7">
        <w:rPr>
          <w:sz w:val="22"/>
          <w:rtl/>
        </w:rPr>
        <w:t>هم</w:t>
      </w:r>
      <w:r w:rsidRPr="00D914B7">
        <w:rPr>
          <w:sz w:val="22"/>
        </w:rPr>
        <w:t>‌</w:t>
      </w:r>
      <w:r w:rsidRPr="00D914B7">
        <w:rPr>
          <w:sz w:val="22"/>
          <w:rtl/>
        </w:rPr>
        <w:t>زمان</w:t>
      </w:r>
      <w:r w:rsidRPr="00D914B7">
        <w:rPr>
          <w:sz w:val="22"/>
        </w:rPr>
        <w:t xml:space="preserve"> </w:t>
      </w:r>
      <w:r w:rsidRPr="00D914B7">
        <w:rPr>
          <w:sz w:val="22"/>
          <w:rtl/>
        </w:rPr>
        <w:t>در</w:t>
      </w:r>
      <w:r w:rsidRPr="00D914B7">
        <w:rPr>
          <w:sz w:val="22"/>
        </w:rPr>
        <w:t xml:space="preserve"> </w:t>
      </w:r>
      <w:r w:rsidRPr="00D914B7">
        <w:rPr>
          <w:sz w:val="22"/>
          <w:rtl/>
        </w:rPr>
        <w:t>چند</w:t>
      </w:r>
      <w:r w:rsidRPr="00D914B7">
        <w:rPr>
          <w:sz w:val="22"/>
        </w:rPr>
        <w:t xml:space="preserve"> </w:t>
      </w:r>
      <w:r w:rsidRPr="00D914B7">
        <w:rPr>
          <w:sz w:val="22"/>
          <w:rtl/>
        </w:rPr>
        <w:t>افق</w:t>
      </w:r>
      <w:r w:rsidRPr="00D914B7">
        <w:rPr>
          <w:sz w:val="22"/>
        </w:rPr>
        <w:t xml:space="preserve"> </w:t>
      </w:r>
      <w:r w:rsidRPr="00D914B7">
        <w:rPr>
          <w:sz w:val="22"/>
          <w:rtl/>
        </w:rPr>
        <w:t>زمانی</w:t>
      </w:r>
      <w:r w:rsidRPr="00D914B7">
        <w:rPr>
          <w:sz w:val="22"/>
        </w:rPr>
        <w:t xml:space="preserve"> </w:t>
      </w:r>
      <w:r w:rsidRPr="00D914B7">
        <w:rPr>
          <w:sz w:val="22"/>
          <w:rtl/>
        </w:rPr>
        <w:t>عمل</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سیاستی</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امروز</w:t>
      </w:r>
      <w:r w:rsidRPr="00D914B7">
        <w:rPr>
          <w:sz w:val="22"/>
        </w:rPr>
        <w:t xml:space="preserve"> </w:t>
      </w:r>
      <w:r w:rsidRPr="00D914B7">
        <w:rPr>
          <w:sz w:val="22"/>
          <w:rtl/>
        </w:rPr>
        <w:t>محبوب</w:t>
      </w:r>
      <w:r w:rsidRPr="00D914B7">
        <w:rPr>
          <w:sz w:val="22"/>
        </w:rPr>
        <w:t xml:space="preserve"> </w:t>
      </w:r>
      <w:r w:rsidRPr="00D914B7">
        <w:rPr>
          <w:sz w:val="22"/>
          <w:rtl/>
        </w:rPr>
        <w:t>باشد</w:t>
      </w:r>
      <w:r w:rsidRPr="00D914B7">
        <w:rPr>
          <w:sz w:val="22"/>
        </w:rPr>
        <w:t xml:space="preserve"> </w:t>
      </w:r>
      <w:r w:rsidRPr="00D914B7">
        <w:rPr>
          <w:sz w:val="22"/>
          <w:rtl/>
        </w:rPr>
        <w:t>و</w:t>
      </w:r>
      <w:r w:rsidRPr="00D914B7">
        <w:rPr>
          <w:sz w:val="22"/>
        </w:rPr>
        <w:t xml:space="preserve"> </w:t>
      </w:r>
      <w:r w:rsidRPr="00D914B7">
        <w:rPr>
          <w:sz w:val="22"/>
          <w:rtl/>
        </w:rPr>
        <w:t>فردای</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تضعیف</w:t>
      </w:r>
      <w:r w:rsidRPr="00D914B7">
        <w:rPr>
          <w:sz w:val="22"/>
        </w:rPr>
        <w:t xml:space="preserve"> </w:t>
      </w:r>
      <w:r w:rsidRPr="00D914B7">
        <w:rPr>
          <w:sz w:val="22"/>
          <w:rtl/>
        </w:rPr>
        <w:t>کند؛</w:t>
      </w:r>
      <w:r w:rsidRPr="00D914B7">
        <w:rPr>
          <w:sz w:val="22"/>
        </w:rPr>
        <w:t xml:space="preserve"> </w:t>
      </w:r>
      <w:r w:rsidRPr="00D914B7">
        <w:rPr>
          <w:sz w:val="22"/>
          <w:rtl/>
        </w:rPr>
        <w:t>سیاستی</w:t>
      </w:r>
      <w:r w:rsidRPr="00D914B7">
        <w:rPr>
          <w:sz w:val="22"/>
        </w:rPr>
        <w:t xml:space="preserve"> </w:t>
      </w:r>
      <w:r w:rsidRPr="00D914B7">
        <w:rPr>
          <w:sz w:val="22"/>
          <w:rtl/>
        </w:rPr>
        <w:t>دیگر</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امروز</w:t>
      </w:r>
      <w:r w:rsidRPr="00D914B7">
        <w:rPr>
          <w:sz w:val="22"/>
        </w:rPr>
        <w:t xml:space="preserve"> </w:t>
      </w:r>
      <w:r w:rsidRPr="00D914B7">
        <w:rPr>
          <w:sz w:val="22"/>
          <w:rtl/>
        </w:rPr>
        <w:t>هزینه</w:t>
      </w:r>
      <w:r w:rsidRPr="00D914B7">
        <w:rPr>
          <w:sz w:val="22"/>
        </w:rPr>
        <w:t xml:space="preserve"> </w:t>
      </w:r>
      <w:r w:rsidRPr="00D914B7">
        <w:rPr>
          <w:sz w:val="22"/>
          <w:rtl/>
        </w:rPr>
        <w:t>داشته</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در</w:t>
      </w:r>
      <w:r w:rsidRPr="00D914B7">
        <w:rPr>
          <w:sz w:val="22"/>
        </w:rPr>
        <w:t xml:space="preserve"> </w:t>
      </w:r>
      <w:r w:rsidRPr="00D914B7">
        <w:rPr>
          <w:sz w:val="22"/>
          <w:rtl/>
        </w:rPr>
        <w:t>آینده</w:t>
      </w:r>
      <w:r w:rsidRPr="00D914B7">
        <w:rPr>
          <w:sz w:val="22"/>
        </w:rPr>
        <w:t xml:space="preserve"> </w:t>
      </w:r>
      <w:r w:rsidRPr="00D914B7">
        <w:rPr>
          <w:sz w:val="22"/>
          <w:rtl/>
        </w:rPr>
        <w:t>ثبات</w:t>
      </w:r>
      <w:r w:rsidRPr="00D914B7">
        <w:rPr>
          <w:sz w:val="22"/>
        </w:rPr>
        <w:t xml:space="preserve"> </w:t>
      </w:r>
      <w:r w:rsidRPr="00D914B7">
        <w:rPr>
          <w:sz w:val="22"/>
          <w:rtl/>
        </w:rPr>
        <w:t>و</w:t>
      </w:r>
      <w:r w:rsidRPr="00D914B7">
        <w:rPr>
          <w:sz w:val="22"/>
        </w:rPr>
        <w:t xml:space="preserve"> </w:t>
      </w:r>
      <w:r w:rsidRPr="00D914B7">
        <w:rPr>
          <w:sz w:val="22"/>
          <w:rtl/>
        </w:rPr>
        <w:t>توانایی</w:t>
      </w:r>
      <w:r w:rsidRPr="00D914B7">
        <w:rPr>
          <w:sz w:val="22"/>
        </w:rPr>
        <w:t xml:space="preserve"> </w:t>
      </w:r>
      <w:r w:rsidRPr="00D914B7">
        <w:rPr>
          <w:sz w:val="22"/>
          <w:rtl/>
        </w:rPr>
        <w:t>بیشتری</w:t>
      </w:r>
      <w:r w:rsidRPr="00D914B7">
        <w:rPr>
          <w:sz w:val="22"/>
        </w:rPr>
        <w:t xml:space="preserve"> </w:t>
      </w:r>
      <w:r w:rsidRPr="00D914B7">
        <w:rPr>
          <w:sz w:val="22"/>
          <w:rtl/>
        </w:rPr>
        <w:t>بسازد</w:t>
      </w:r>
      <w:r>
        <w:rPr>
          <w:sz w:val="22"/>
          <w:rtl/>
        </w:rPr>
        <w:t>.</w:t>
      </w:r>
      <w:r w:rsidRPr="00D914B7">
        <w:rPr>
          <w:sz w:val="22"/>
        </w:rPr>
        <w:t xml:space="preserve"> </w:t>
      </w:r>
      <w:r w:rsidRPr="00D914B7">
        <w:rPr>
          <w:sz w:val="22"/>
          <w:rtl/>
        </w:rPr>
        <w:t>آینده</w:t>
      </w:r>
      <w:r w:rsidRPr="00D914B7">
        <w:rPr>
          <w:sz w:val="22"/>
        </w:rPr>
        <w:t>‌</w:t>
      </w:r>
      <w:r w:rsidRPr="00D914B7">
        <w:rPr>
          <w:sz w:val="22"/>
          <w:rtl/>
        </w:rPr>
        <w:t>نگری</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پیشگویی</w:t>
      </w:r>
      <w:r w:rsidRPr="00D914B7">
        <w:rPr>
          <w:sz w:val="22"/>
        </w:rPr>
        <w:t xml:space="preserve"> </w:t>
      </w:r>
      <w:r w:rsidRPr="00D914B7">
        <w:rPr>
          <w:sz w:val="22"/>
          <w:rtl/>
        </w:rPr>
        <w:t>نیست؛</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دیدن</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تصمیم</w:t>
      </w:r>
      <w:r w:rsidRPr="00D914B7">
        <w:rPr>
          <w:sz w:val="22"/>
        </w:rPr>
        <w:t>‌</w:t>
      </w:r>
      <w:r w:rsidRPr="00D914B7">
        <w:rPr>
          <w:sz w:val="22"/>
          <w:rtl/>
        </w:rPr>
        <w:t>های</w:t>
      </w:r>
      <w:r w:rsidRPr="00D914B7">
        <w:rPr>
          <w:sz w:val="22"/>
        </w:rPr>
        <w:t xml:space="preserve"> </w:t>
      </w:r>
      <w:r w:rsidRPr="00D914B7">
        <w:rPr>
          <w:sz w:val="22"/>
          <w:rtl/>
        </w:rPr>
        <w:t>کنونی</w:t>
      </w:r>
      <w:r w:rsidRPr="00D914B7">
        <w:rPr>
          <w:sz w:val="22"/>
        </w:rPr>
        <w:t xml:space="preserve"> </w:t>
      </w:r>
      <w:r w:rsidRPr="00D914B7">
        <w:rPr>
          <w:sz w:val="22"/>
          <w:rtl/>
        </w:rPr>
        <w:t>با</w:t>
      </w:r>
      <w:r w:rsidRPr="00D914B7">
        <w:rPr>
          <w:sz w:val="22"/>
        </w:rPr>
        <w:t xml:space="preserve"> </w:t>
      </w:r>
      <w:r w:rsidRPr="00D914B7">
        <w:rPr>
          <w:sz w:val="22"/>
          <w:rtl/>
        </w:rPr>
        <w:t>امکان</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کشور</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هیچ</w:t>
      </w:r>
      <w:r w:rsidRPr="00D914B7">
        <w:rPr>
          <w:sz w:val="22"/>
        </w:rPr>
        <w:t>‌</w:t>
      </w:r>
      <w:r w:rsidRPr="00D914B7">
        <w:rPr>
          <w:sz w:val="22"/>
          <w:rtl/>
        </w:rPr>
        <w:t>یک</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عناصر</w:t>
      </w:r>
      <w:r w:rsidRPr="00D914B7">
        <w:rPr>
          <w:sz w:val="22"/>
        </w:rPr>
        <w:t xml:space="preserve"> </w:t>
      </w:r>
      <w:r w:rsidRPr="00D914B7">
        <w:rPr>
          <w:sz w:val="22"/>
          <w:rtl/>
        </w:rPr>
        <w:t>بدون</w:t>
      </w:r>
      <w:r w:rsidRPr="00D914B7">
        <w:rPr>
          <w:sz w:val="22"/>
        </w:rPr>
        <w:t xml:space="preserve"> </w:t>
      </w:r>
      <w:r w:rsidRPr="00D914B7">
        <w:rPr>
          <w:sz w:val="22"/>
          <w:rtl/>
        </w:rPr>
        <w:t>منابع</w:t>
      </w:r>
      <w:r w:rsidRPr="00D914B7">
        <w:rPr>
          <w:sz w:val="22"/>
        </w:rPr>
        <w:t xml:space="preserve"> </w:t>
      </w:r>
      <w:r w:rsidRPr="00D914B7">
        <w:rPr>
          <w:sz w:val="22"/>
          <w:rtl/>
        </w:rPr>
        <w:t>مادی</w:t>
      </w:r>
      <w:r w:rsidRPr="00D914B7">
        <w:rPr>
          <w:sz w:val="22"/>
        </w:rPr>
        <w:t xml:space="preserve"> </w:t>
      </w:r>
      <w:r w:rsidRPr="00D914B7">
        <w:rPr>
          <w:sz w:val="22"/>
          <w:rtl/>
        </w:rPr>
        <w:t>و</w:t>
      </w:r>
      <w:r w:rsidRPr="00D914B7">
        <w:rPr>
          <w:sz w:val="22"/>
        </w:rPr>
        <w:t xml:space="preserve"> </w:t>
      </w:r>
      <w:r w:rsidRPr="00D914B7">
        <w:rPr>
          <w:sz w:val="22"/>
          <w:rtl/>
        </w:rPr>
        <w:t>دستگاه</w:t>
      </w:r>
      <w:r w:rsidRPr="00D914B7">
        <w:rPr>
          <w:sz w:val="22"/>
        </w:rPr>
        <w:t xml:space="preserve"> </w:t>
      </w:r>
      <w:r w:rsidRPr="00D914B7">
        <w:rPr>
          <w:sz w:val="22"/>
          <w:rtl/>
        </w:rPr>
        <w:t>اجرا</w:t>
      </w:r>
      <w:r w:rsidRPr="00D914B7">
        <w:rPr>
          <w:sz w:val="22"/>
        </w:rPr>
        <w:t xml:space="preserve"> </w:t>
      </w:r>
      <w:r w:rsidRPr="00D914B7">
        <w:rPr>
          <w:sz w:val="22"/>
          <w:rtl/>
        </w:rPr>
        <w:t>تحقق</w:t>
      </w:r>
      <w:r w:rsidRPr="00D914B7">
        <w:rPr>
          <w:sz w:val="22"/>
        </w:rPr>
        <w:t xml:space="preserve"> </w:t>
      </w:r>
      <w:r w:rsidRPr="00D914B7">
        <w:rPr>
          <w:sz w:val="22"/>
          <w:rtl/>
        </w:rPr>
        <w:t>نمی</w:t>
      </w:r>
      <w:r w:rsidRPr="00D914B7">
        <w:rPr>
          <w:sz w:val="22"/>
        </w:rPr>
        <w:t>‌</w:t>
      </w:r>
      <w:r w:rsidRPr="00D914B7">
        <w:rPr>
          <w:sz w:val="22"/>
          <w:rtl/>
        </w:rPr>
        <w:t>یابد</w:t>
      </w:r>
      <w:r>
        <w:rPr>
          <w:sz w:val="22"/>
          <w:rtl/>
        </w:rPr>
        <w:t>.</w:t>
      </w:r>
      <w:r w:rsidRPr="00D914B7">
        <w:rPr>
          <w:sz w:val="22"/>
        </w:rPr>
        <w:t xml:space="preserve"> </w:t>
      </w:r>
      <w:r w:rsidRPr="00D914B7">
        <w:rPr>
          <w:sz w:val="22"/>
          <w:rtl/>
        </w:rPr>
        <w:t>مالیات،</w:t>
      </w:r>
      <w:r w:rsidRPr="00D914B7">
        <w:rPr>
          <w:sz w:val="22"/>
        </w:rPr>
        <w:t xml:space="preserve"> </w:t>
      </w:r>
      <w:r w:rsidRPr="00D914B7">
        <w:rPr>
          <w:sz w:val="22"/>
          <w:rtl/>
        </w:rPr>
        <w:t>هزینه</w:t>
      </w:r>
      <w:r w:rsidRPr="00D914B7">
        <w:rPr>
          <w:sz w:val="22"/>
        </w:rPr>
        <w:t>‌</w:t>
      </w:r>
      <w:r w:rsidRPr="00D914B7">
        <w:rPr>
          <w:sz w:val="22"/>
          <w:rtl/>
        </w:rPr>
        <w:t>های</w:t>
      </w:r>
      <w:r w:rsidRPr="00D914B7">
        <w:rPr>
          <w:sz w:val="22"/>
        </w:rPr>
        <w:t xml:space="preserve"> </w:t>
      </w:r>
      <w:r w:rsidRPr="00D914B7">
        <w:rPr>
          <w:sz w:val="22"/>
          <w:rtl/>
        </w:rPr>
        <w:t>عمومی،</w:t>
      </w:r>
      <w:r w:rsidRPr="00D914B7">
        <w:rPr>
          <w:sz w:val="22"/>
        </w:rPr>
        <w:t xml:space="preserve"> </w:t>
      </w:r>
      <w:r w:rsidRPr="00D914B7">
        <w:rPr>
          <w:sz w:val="22"/>
          <w:rtl/>
        </w:rPr>
        <w:t>پول</w:t>
      </w:r>
      <w:r w:rsidRPr="00D914B7">
        <w:rPr>
          <w:sz w:val="22"/>
        </w:rPr>
        <w:t xml:space="preserve"> </w:t>
      </w:r>
      <w:r w:rsidRPr="00D914B7">
        <w:rPr>
          <w:sz w:val="22"/>
          <w:rtl/>
        </w:rPr>
        <w:t>و</w:t>
      </w:r>
      <w:r w:rsidRPr="00D914B7">
        <w:rPr>
          <w:sz w:val="22"/>
        </w:rPr>
        <w:t xml:space="preserve"> </w:t>
      </w:r>
      <w:r w:rsidRPr="00D914B7">
        <w:rPr>
          <w:sz w:val="22"/>
          <w:rtl/>
        </w:rPr>
        <w:t>اعتبار،</w:t>
      </w:r>
      <w:r w:rsidRPr="00D914B7">
        <w:rPr>
          <w:sz w:val="22"/>
        </w:rPr>
        <w:t xml:space="preserve"> </w:t>
      </w:r>
      <w:r w:rsidRPr="00D914B7">
        <w:rPr>
          <w:sz w:val="22"/>
          <w:rtl/>
        </w:rPr>
        <w:t>تجارت،</w:t>
      </w:r>
      <w:r w:rsidRPr="00D914B7">
        <w:rPr>
          <w:sz w:val="22"/>
        </w:rPr>
        <w:t xml:space="preserve"> </w:t>
      </w:r>
      <w:r w:rsidRPr="00D914B7">
        <w:rPr>
          <w:sz w:val="22"/>
          <w:rtl/>
        </w:rPr>
        <w:t>راه</w:t>
      </w:r>
      <w:r w:rsidRPr="00D914B7">
        <w:rPr>
          <w:sz w:val="22"/>
        </w:rPr>
        <w:t>‌</w:t>
      </w:r>
      <w:r w:rsidRPr="00D914B7">
        <w:rPr>
          <w:sz w:val="22"/>
          <w:rtl/>
        </w:rPr>
        <w:t>ها،</w:t>
      </w:r>
      <w:r w:rsidRPr="00D914B7">
        <w:rPr>
          <w:sz w:val="22"/>
        </w:rPr>
        <w:t xml:space="preserve"> </w:t>
      </w:r>
      <w:r w:rsidRPr="00D914B7">
        <w:rPr>
          <w:sz w:val="22"/>
          <w:rtl/>
        </w:rPr>
        <w:t>زیرساخت</w:t>
      </w:r>
      <w:r w:rsidRPr="00D914B7">
        <w:rPr>
          <w:sz w:val="22"/>
        </w:rPr>
        <w:t>‌</w:t>
      </w:r>
      <w:r w:rsidRPr="00D914B7">
        <w:rPr>
          <w:sz w:val="22"/>
          <w:rtl/>
        </w:rPr>
        <w:t>ها،</w:t>
      </w:r>
      <w:r w:rsidRPr="00D914B7">
        <w:rPr>
          <w:sz w:val="22"/>
        </w:rPr>
        <w:t xml:space="preserve"> </w:t>
      </w:r>
      <w:r w:rsidRPr="00D914B7">
        <w:rPr>
          <w:sz w:val="22"/>
          <w:rtl/>
        </w:rPr>
        <w:t>کشاورزی،</w:t>
      </w:r>
      <w:r w:rsidRPr="00D914B7">
        <w:rPr>
          <w:sz w:val="22"/>
        </w:rPr>
        <w:t xml:space="preserve"> </w:t>
      </w:r>
      <w:r w:rsidRPr="00D914B7">
        <w:rPr>
          <w:sz w:val="22"/>
          <w:rtl/>
        </w:rPr>
        <w:t>صنعت،</w:t>
      </w:r>
      <w:r w:rsidRPr="00D914B7">
        <w:rPr>
          <w:sz w:val="22"/>
        </w:rPr>
        <w:t xml:space="preserve"> </w:t>
      </w:r>
      <w:r w:rsidRPr="00D914B7">
        <w:rPr>
          <w:sz w:val="22"/>
          <w:rtl/>
        </w:rPr>
        <w:t>ذخیره</w:t>
      </w:r>
      <w:r w:rsidRPr="00D914B7">
        <w:rPr>
          <w:sz w:val="22"/>
        </w:rPr>
        <w:t>‌</w:t>
      </w:r>
      <w:r w:rsidRPr="00D914B7">
        <w:rPr>
          <w:sz w:val="22"/>
          <w:rtl/>
        </w:rPr>
        <w:t>سازی</w:t>
      </w:r>
      <w:r w:rsidRPr="00D914B7">
        <w:rPr>
          <w:sz w:val="22"/>
        </w:rPr>
        <w:t xml:space="preserve"> </w:t>
      </w:r>
      <w:r w:rsidRPr="00D914B7">
        <w:rPr>
          <w:sz w:val="22"/>
          <w:rtl/>
        </w:rPr>
        <w:t>برای</w:t>
      </w:r>
      <w:r w:rsidRPr="00D914B7">
        <w:rPr>
          <w:sz w:val="22"/>
        </w:rPr>
        <w:t xml:space="preserve"> </w:t>
      </w:r>
      <w:r w:rsidRPr="00D914B7">
        <w:rPr>
          <w:sz w:val="22"/>
          <w:rtl/>
        </w:rPr>
        <w:t>بحران</w:t>
      </w:r>
      <w:r w:rsidRPr="00D914B7">
        <w:rPr>
          <w:sz w:val="22"/>
        </w:rPr>
        <w:t xml:space="preserve"> </w:t>
      </w:r>
      <w:r w:rsidRPr="00D914B7">
        <w:rPr>
          <w:sz w:val="22"/>
          <w:rtl/>
        </w:rPr>
        <w:t>و</w:t>
      </w:r>
      <w:r w:rsidRPr="00D914B7">
        <w:rPr>
          <w:sz w:val="22"/>
        </w:rPr>
        <w:t xml:space="preserve"> </w:t>
      </w:r>
      <w:r w:rsidRPr="00D914B7">
        <w:rPr>
          <w:sz w:val="22"/>
          <w:rtl/>
        </w:rPr>
        <w:t>توزیع</w:t>
      </w:r>
      <w:r w:rsidRPr="00D914B7">
        <w:rPr>
          <w:sz w:val="22"/>
        </w:rPr>
        <w:t xml:space="preserve"> </w:t>
      </w:r>
      <w:r w:rsidRPr="00D914B7">
        <w:rPr>
          <w:sz w:val="22"/>
          <w:rtl/>
        </w:rPr>
        <w:t>بارها</w:t>
      </w:r>
      <w:r w:rsidRPr="00D914B7">
        <w:rPr>
          <w:sz w:val="22"/>
        </w:rPr>
        <w:t xml:space="preserve"> </w:t>
      </w:r>
      <w:r w:rsidRPr="00D914B7">
        <w:rPr>
          <w:sz w:val="22"/>
          <w:rtl/>
        </w:rPr>
        <w:t>و</w:t>
      </w:r>
      <w:r w:rsidRPr="00D914B7">
        <w:rPr>
          <w:sz w:val="22"/>
        </w:rPr>
        <w:t xml:space="preserve"> </w:t>
      </w:r>
      <w:r w:rsidRPr="00D914B7">
        <w:rPr>
          <w:sz w:val="22"/>
          <w:rtl/>
        </w:rPr>
        <w:t>منافع</w:t>
      </w:r>
      <w:r w:rsidRPr="00D914B7">
        <w:rPr>
          <w:sz w:val="22"/>
        </w:rPr>
        <w:t xml:space="preserve"> </w:t>
      </w:r>
      <w:r w:rsidRPr="00D914B7">
        <w:rPr>
          <w:sz w:val="22"/>
          <w:rtl/>
        </w:rPr>
        <w:t>اقتصادی،</w:t>
      </w:r>
      <w:r w:rsidRPr="00D914B7">
        <w:rPr>
          <w:sz w:val="22"/>
        </w:rPr>
        <w:t xml:space="preserve"> </w:t>
      </w:r>
      <w:r w:rsidRPr="00D914B7">
        <w:rPr>
          <w:sz w:val="22"/>
          <w:rtl/>
        </w:rPr>
        <w:t>همگی</w:t>
      </w:r>
      <w:r w:rsidRPr="00D914B7">
        <w:rPr>
          <w:sz w:val="22"/>
        </w:rPr>
        <w:t xml:space="preserve"> </w:t>
      </w:r>
      <w:r w:rsidRPr="00D914B7">
        <w:rPr>
          <w:sz w:val="22"/>
          <w:rtl/>
        </w:rPr>
        <w:t>در</w:t>
      </w:r>
      <w:r w:rsidRPr="00D914B7">
        <w:rPr>
          <w:sz w:val="22"/>
        </w:rPr>
        <w:t xml:space="preserve"> </w:t>
      </w:r>
      <w:r w:rsidRPr="00D914B7">
        <w:rPr>
          <w:sz w:val="22"/>
          <w:rtl/>
        </w:rPr>
        <w:t>قلمرو</w:t>
      </w:r>
      <w:r w:rsidRPr="00D914B7">
        <w:rPr>
          <w:sz w:val="22"/>
        </w:rPr>
        <w:t xml:space="preserve"> </w:t>
      </w:r>
      <w:r w:rsidRPr="00D914B7">
        <w:rPr>
          <w:sz w:val="22"/>
          <w:rtl/>
        </w:rPr>
        <w:t>کشورداری</w:t>
      </w:r>
      <w:r w:rsidRPr="00D914B7">
        <w:rPr>
          <w:sz w:val="22"/>
        </w:rPr>
        <w:t xml:space="preserve"> </w:t>
      </w:r>
      <w:r w:rsidRPr="00D914B7">
        <w:rPr>
          <w:sz w:val="22"/>
          <w:rtl/>
        </w:rPr>
        <w:t>قرار</w:t>
      </w:r>
      <w:r w:rsidRPr="00D914B7">
        <w:rPr>
          <w:sz w:val="22"/>
        </w:rPr>
        <w:t xml:space="preserve"> </w:t>
      </w:r>
      <w:r w:rsidRPr="00D914B7">
        <w:rPr>
          <w:sz w:val="22"/>
          <w:rtl/>
        </w:rPr>
        <w:t>دارند</w:t>
      </w:r>
      <w:r>
        <w:rPr>
          <w:sz w:val="22"/>
          <w:rtl/>
        </w:rPr>
        <w:t>.</w:t>
      </w:r>
      <w:r w:rsidRPr="00D914B7">
        <w:rPr>
          <w:sz w:val="22"/>
        </w:rPr>
        <w:t xml:space="preserve"> </w:t>
      </w:r>
      <w:r w:rsidRPr="00D914B7">
        <w:rPr>
          <w:sz w:val="22"/>
          <w:rtl/>
        </w:rPr>
        <w:t>کشوری</w:t>
      </w:r>
      <w:r w:rsidRPr="00D914B7">
        <w:rPr>
          <w:sz w:val="22"/>
        </w:rPr>
        <w:t xml:space="preserve"> </w:t>
      </w:r>
      <w:r w:rsidRPr="00D914B7">
        <w:rPr>
          <w:sz w:val="22"/>
          <w:rtl/>
        </w:rPr>
        <w:t>که</w:t>
      </w:r>
      <w:r w:rsidRPr="00D914B7">
        <w:rPr>
          <w:sz w:val="22"/>
        </w:rPr>
        <w:t xml:space="preserve"> </w:t>
      </w:r>
      <w:r w:rsidRPr="00D914B7">
        <w:rPr>
          <w:sz w:val="22"/>
          <w:rtl/>
        </w:rPr>
        <w:t>درآمد</w:t>
      </w:r>
      <w:r w:rsidRPr="00D914B7">
        <w:rPr>
          <w:sz w:val="22"/>
        </w:rPr>
        <w:t xml:space="preserve"> </w:t>
      </w:r>
      <w:r w:rsidRPr="00D914B7">
        <w:rPr>
          <w:sz w:val="22"/>
          <w:rtl/>
        </w:rPr>
        <w:t>گرد</w:t>
      </w:r>
      <w:r w:rsidRPr="00D914B7">
        <w:rPr>
          <w:sz w:val="22"/>
        </w:rPr>
        <w:t xml:space="preserve"> </w:t>
      </w:r>
      <w:r w:rsidRPr="00D914B7">
        <w:rPr>
          <w:sz w:val="22"/>
          <w:rtl/>
        </w:rPr>
        <w:t>نمی</w:t>
      </w:r>
      <w:r w:rsidRPr="00D914B7">
        <w:rPr>
          <w:sz w:val="22"/>
        </w:rPr>
        <w:t>‌</w:t>
      </w:r>
      <w:r w:rsidRPr="00D914B7">
        <w:rPr>
          <w:sz w:val="22"/>
          <w:rtl/>
        </w:rPr>
        <w:t>آورد</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از</w:t>
      </w:r>
      <w:r w:rsidRPr="00D914B7">
        <w:rPr>
          <w:sz w:val="22"/>
        </w:rPr>
        <w:t xml:space="preserve"> </w:t>
      </w:r>
      <w:r w:rsidRPr="00D914B7">
        <w:rPr>
          <w:sz w:val="22"/>
          <w:rtl/>
        </w:rPr>
        <w:t>خود</w:t>
      </w:r>
      <w:r w:rsidRPr="00D914B7">
        <w:rPr>
          <w:sz w:val="22"/>
        </w:rPr>
        <w:t xml:space="preserve"> </w:t>
      </w:r>
      <w:r w:rsidRPr="00D914B7">
        <w:rPr>
          <w:sz w:val="22"/>
          <w:rtl/>
        </w:rPr>
        <w:t>دفاع</w:t>
      </w:r>
      <w:r w:rsidRPr="00D914B7">
        <w:rPr>
          <w:sz w:val="22"/>
        </w:rPr>
        <w:t xml:space="preserve"> </w:t>
      </w:r>
      <w:r w:rsidRPr="00D914B7">
        <w:rPr>
          <w:sz w:val="22"/>
          <w:rtl/>
        </w:rPr>
        <w:t>کند</w:t>
      </w:r>
      <w:r w:rsidRPr="00D914B7">
        <w:rPr>
          <w:sz w:val="22"/>
        </w:rPr>
        <w:t xml:space="preserve"> </w:t>
      </w:r>
      <w:r w:rsidRPr="00D914B7">
        <w:rPr>
          <w:sz w:val="22"/>
          <w:rtl/>
        </w:rPr>
        <w:t>یا</w:t>
      </w:r>
      <w:r w:rsidRPr="00D914B7">
        <w:rPr>
          <w:sz w:val="22"/>
        </w:rPr>
        <w:t xml:space="preserve"> </w:t>
      </w:r>
      <w:r w:rsidRPr="00D914B7">
        <w:rPr>
          <w:sz w:val="22"/>
          <w:rtl/>
        </w:rPr>
        <w:t>خدمات</w:t>
      </w:r>
      <w:r w:rsidRPr="00D914B7">
        <w:rPr>
          <w:sz w:val="22"/>
        </w:rPr>
        <w:t xml:space="preserve"> </w:t>
      </w:r>
      <w:r w:rsidRPr="00D914B7">
        <w:rPr>
          <w:sz w:val="22"/>
          <w:rtl/>
        </w:rPr>
        <w:t>عمومی</w:t>
      </w:r>
      <w:r w:rsidRPr="00D914B7">
        <w:rPr>
          <w:sz w:val="22"/>
        </w:rPr>
        <w:t xml:space="preserve"> </w:t>
      </w:r>
      <w:r w:rsidRPr="00D914B7">
        <w:rPr>
          <w:sz w:val="22"/>
          <w:rtl/>
        </w:rPr>
        <w:t>فراهم</w:t>
      </w:r>
      <w:r w:rsidRPr="00D914B7">
        <w:rPr>
          <w:sz w:val="22"/>
        </w:rPr>
        <w:t xml:space="preserve"> </w:t>
      </w:r>
      <w:r w:rsidRPr="00D914B7">
        <w:rPr>
          <w:sz w:val="22"/>
          <w:rtl/>
        </w:rPr>
        <w:t>سازد؛</w:t>
      </w:r>
      <w:r w:rsidRPr="00D914B7">
        <w:rPr>
          <w:sz w:val="22"/>
        </w:rPr>
        <w:t xml:space="preserve"> </w:t>
      </w:r>
      <w:r w:rsidRPr="00D914B7">
        <w:rPr>
          <w:sz w:val="22"/>
          <w:rtl/>
        </w:rPr>
        <w:t>حکومتی</w:t>
      </w:r>
      <w:r w:rsidRPr="00D914B7">
        <w:rPr>
          <w:sz w:val="22"/>
        </w:rPr>
        <w:t xml:space="preserve"> </w:t>
      </w:r>
      <w:r w:rsidRPr="00D914B7">
        <w:rPr>
          <w:sz w:val="22"/>
          <w:rtl/>
        </w:rPr>
        <w:t>که</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اندازه</w:t>
      </w:r>
      <w:r w:rsidRPr="00D914B7">
        <w:rPr>
          <w:sz w:val="22"/>
        </w:rPr>
        <w:t xml:space="preserve"> </w:t>
      </w:r>
      <w:r w:rsidRPr="00D914B7">
        <w:rPr>
          <w:sz w:val="22"/>
          <w:rtl/>
        </w:rPr>
        <w:t>از</w:t>
      </w:r>
      <w:r w:rsidRPr="00D914B7">
        <w:rPr>
          <w:sz w:val="22"/>
        </w:rPr>
        <w:t xml:space="preserve"> </w:t>
      </w:r>
      <w:r w:rsidRPr="00D914B7">
        <w:rPr>
          <w:sz w:val="22"/>
          <w:rtl/>
        </w:rPr>
        <w:t>جامعه</w:t>
      </w:r>
      <w:r w:rsidRPr="00D914B7">
        <w:rPr>
          <w:sz w:val="22"/>
        </w:rPr>
        <w:t xml:space="preserve"> </w:t>
      </w:r>
      <w:r w:rsidRPr="00D914B7">
        <w:rPr>
          <w:sz w:val="22"/>
          <w:rtl/>
        </w:rPr>
        <w:t>استخراج</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مردم</w:t>
      </w:r>
      <w:r w:rsidRPr="00D914B7">
        <w:rPr>
          <w:sz w:val="22"/>
        </w:rPr>
        <w:t xml:space="preserve"> </w:t>
      </w:r>
      <w:r w:rsidRPr="00D914B7">
        <w:rPr>
          <w:sz w:val="22"/>
          <w:rtl/>
        </w:rPr>
        <w:t>را</w:t>
      </w:r>
      <w:r w:rsidRPr="00D914B7">
        <w:rPr>
          <w:sz w:val="22"/>
        </w:rPr>
        <w:t xml:space="preserve"> </w:t>
      </w:r>
      <w:r w:rsidRPr="00D914B7">
        <w:rPr>
          <w:sz w:val="22"/>
          <w:rtl/>
        </w:rPr>
        <w:t>فقیر،</w:t>
      </w:r>
      <w:r w:rsidRPr="00D914B7">
        <w:rPr>
          <w:sz w:val="22"/>
        </w:rPr>
        <w:t xml:space="preserve"> </w:t>
      </w:r>
      <w:r w:rsidRPr="00D914B7">
        <w:rPr>
          <w:sz w:val="22"/>
          <w:rtl/>
        </w:rPr>
        <w:t>اقتصاد</w:t>
      </w:r>
      <w:r w:rsidRPr="00D914B7">
        <w:rPr>
          <w:sz w:val="22"/>
        </w:rPr>
        <w:t xml:space="preserve"> </w:t>
      </w:r>
      <w:r w:rsidRPr="00D914B7">
        <w:rPr>
          <w:sz w:val="22"/>
          <w:rtl/>
        </w:rPr>
        <w:t>را</w:t>
      </w:r>
      <w:r w:rsidRPr="00D914B7">
        <w:rPr>
          <w:sz w:val="22"/>
        </w:rPr>
        <w:t xml:space="preserve"> </w:t>
      </w:r>
      <w:r w:rsidRPr="00D914B7">
        <w:rPr>
          <w:sz w:val="22"/>
          <w:rtl/>
        </w:rPr>
        <w:t>فرسوده</w:t>
      </w:r>
      <w:r w:rsidRPr="00D914B7">
        <w:rPr>
          <w:sz w:val="22"/>
        </w:rPr>
        <w:t xml:space="preserve"> </w:t>
      </w:r>
      <w:r w:rsidRPr="00D914B7">
        <w:rPr>
          <w:sz w:val="22"/>
          <w:rtl/>
        </w:rPr>
        <w:t>و</w:t>
      </w:r>
      <w:r w:rsidRPr="00D914B7">
        <w:rPr>
          <w:sz w:val="22"/>
        </w:rPr>
        <w:t xml:space="preserve"> </w:t>
      </w:r>
      <w:r w:rsidRPr="00D914B7">
        <w:rPr>
          <w:sz w:val="22"/>
          <w:rtl/>
        </w:rPr>
        <w:t>زمینه</w:t>
      </w:r>
      <w:r>
        <w:rPr>
          <w:sz w:val="22"/>
          <w:rtl/>
        </w:rPr>
        <w:t>ء</w:t>
      </w:r>
      <w:r w:rsidRPr="00D914B7">
        <w:rPr>
          <w:sz w:val="22"/>
        </w:rPr>
        <w:t xml:space="preserve"> </w:t>
      </w:r>
      <w:r w:rsidRPr="00D914B7">
        <w:rPr>
          <w:sz w:val="22"/>
          <w:rtl/>
        </w:rPr>
        <w:t>شورش</w:t>
      </w:r>
      <w:r w:rsidRPr="00D914B7">
        <w:rPr>
          <w:sz w:val="22"/>
        </w:rPr>
        <w:t xml:space="preserve"> </w:t>
      </w:r>
      <w:r w:rsidRPr="00D914B7">
        <w:rPr>
          <w:sz w:val="22"/>
          <w:rtl/>
        </w:rPr>
        <w:t>را</w:t>
      </w:r>
      <w:r w:rsidRPr="00D914B7">
        <w:rPr>
          <w:sz w:val="22"/>
        </w:rPr>
        <w:t xml:space="preserve"> </w:t>
      </w:r>
      <w:r w:rsidRPr="00D914B7">
        <w:rPr>
          <w:sz w:val="22"/>
          <w:rtl/>
        </w:rPr>
        <w:t>آماده</w:t>
      </w:r>
      <w:r w:rsidRPr="00D914B7">
        <w:rPr>
          <w:sz w:val="22"/>
        </w:rPr>
        <w:t xml:space="preserve"> </w:t>
      </w:r>
      <w:r w:rsidRPr="00D914B7">
        <w:rPr>
          <w:sz w:val="22"/>
          <w:rtl/>
        </w:rPr>
        <w:t>می</w:t>
      </w:r>
      <w:r w:rsidRPr="00D914B7">
        <w:rPr>
          <w:sz w:val="22"/>
        </w:rPr>
        <w:t>‌</w:t>
      </w:r>
      <w:r w:rsidRPr="00D914B7">
        <w:rPr>
          <w:sz w:val="22"/>
          <w:rtl/>
        </w:rPr>
        <w:t>سازد</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مالی</w:t>
      </w:r>
      <w:r w:rsidRPr="00D914B7">
        <w:rPr>
          <w:sz w:val="22"/>
        </w:rPr>
        <w:t xml:space="preserve"> </w:t>
      </w:r>
      <w:r w:rsidRPr="00D914B7">
        <w:rPr>
          <w:sz w:val="22"/>
          <w:rtl/>
        </w:rPr>
        <w:t>هم</w:t>
      </w:r>
      <w:r w:rsidRPr="00D914B7">
        <w:rPr>
          <w:sz w:val="22"/>
        </w:rPr>
        <w:t xml:space="preserve"> </w:t>
      </w:r>
      <w:r w:rsidRPr="00D914B7">
        <w:rPr>
          <w:sz w:val="22"/>
          <w:rtl/>
        </w:rPr>
        <w:t>به</w:t>
      </w:r>
      <w:r w:rsidRPr="00D914B7">
        <w:rPr>
          <w:sz w:val="22"/>
        </w:rPr>
        <w:t xml:space="preserve"> </w:t>
      </w:r>
      <w:r w:rsidRPr="00D914B7">
        <w:rPr>
          <w:sz w:val="22"/>
          <w:rtl/>
        </w:rPr>
        <w:t>توانایی</w:t>
      </w:r>
      <w:r w:rsidRPr="00D914B7">
        <w:rPr>
          <w:sz w:val="22"/>
        </w:rPr>
        <w:t xml:space="preserve"> </w:t>
      </w:r>
      <w:r w:rsidRPr="00D914B7">
        <w:rPr>
          <w:sz w:val="22"/>
          <w:rtl/>
        </w:rPr>
        <w:t>نیاز</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هم</w:t>
      </w:r>
      <w:r w:rsidRPr="00D914B7">
        <w:rPr>
          <w:sz w:val="22"/>
        </w:rPr>
        <w:t xml:space="preserve"> </w:t>
      </w:r>
      <w:r w:rsidRPr="00D914B7">
        <w:rPr>
          <w:sz w:val="22"/>
          <w:rtl/>
        </w:rPr>
        <w:t>به</w:t>
      </w:r>
      <w:r w:rsidRPr="00D914B7">
        <w:rPr>
          <w:sz w:val="22"/>
        </w:rPr>
        <w:t xml:space="preserve"> </w:t>
      </w:r>
      <w:r w:rsidRPr="00D914B7">
        <w:rPr>
          <w:sz w:val="22"/>
          <w:rtl/>
        </w:rPr>
        <w:t>خویشتن</w:t>
      </w:r>
      <w:r w:rsidRPr="00D914B7">
        <w:rPr>
          <w:sz w:val="22"/>
        </w:rPr>
        <w:t>‌</w:t>
      </w:r>
      <w:r w:rsidRPr="00D914B7">
        <w:rPr>
          <w:sz w:val="22"/>
          <w:rtl/>
        </w:rPr>
        <w:t>داری</w:t>
      </w:r>
      <w:r>
        <w:rPr>
          <w:sz w:val="22"/>
          <w:rtl/>
        </w:rPr>
        <w:t>.</w:t>
      </w:r>
    </w:p>
    <w:p w:rsidR="00987F03" w:rsidRDefault="00987F03" w:rsidP="00987F03">
      <w:pPr>
        <w:bidi/>
        <w:ind w:firstLine="720"/>
        <w:rPr>
          <w:rFonts w:hint="cs"/>
          <w:sz w:val="22"/>
          <w:rtl/>
        </w:rPr>
      </w:pPr>
      <w:r w:rsidRPr="00D914B7">
        <w:rPr>
          <w:sz w:val="22"/>
          <w:rtl/>
        </w:rPr>
        <w:t>و</w:t>
      </w:r>
      <w:r w:rsidRPr="00D914B7">
        <w:rPr>
          <w:sz w:val="22"/>
        </w:rPr>
        <w:t xml:space="preserve"> </w:t>
      </w:r>
      <w:r w:rsidRPr="00D914B7">
        <w:rPr>
          <w:sz w:val="22"/>
          <w:rtl/>
        </w:rPr>
        <w:t>سرانجام،</w:t>
      </w:r>
      <w:r w:rsidRPr="00D914B7">
        <w:rPr>
          <w:sz w:val="22"/>
        </w:rPr>
        <w:t xml:space="preserve"> </w:t>
      </w:r>
      <w:r w:rsidRPr="00D914B7">
        <w:rPr>
          <w:sz w:val="22"/>
          <w:rtl/>
        </w:rPr>
        <w:t>تصمیم</w:t>
      </w:r>
      <w:r w:rsidRPr="00D914B7">
        <w:rPr>
          <w:sz w:val="22"/>
        </w:rPr>
        <w:t xml:space="preserve"> </w:t>
      </w:r>
      <w:r w:rsidRPr="00D914B7">
        <w:rPr>
          <w:sz w:val="22"/>
          <w:rtl/>
        </w:rPr>
        <w:t>سیاسی</w:t>
      </w:r>
      <w:r w:rsidRPr="00D914B7">
        <w:rPr>
          <w:sz w:val="22"/>
        </w:rPr>
        <w:t xml:space="preserve"> </w:t>
      </w:r>
      <w:r w:rsidRPr="00D914B7">
        <w:rPr>
          <w:sz w:val="22"/>
          <w:rtl/>
        </w:rPr>
        <w:t>تا</w:t>
      </w:r>
      <w:r w:rsidRPr="00D914B7">
        <w:rPr>
          <w:sz w:val="22"/>
        </w:rPr>
        <w:t xml:space="preserve"> </w:t>
      </w:r>
      <w:r w:rsidRPr="00D914B7">
        <w:rPr>
          <w:sz w:val="22"/>
          <w:rtl/>
        </w:rPr>
        <w:t>هنگامی</w:t>
      </w:r>
      <w:r w:rsidRPr="00D914B7">
        <w:rPr>
          <w:sz w:val="22"/>
        </w:rPr>
        <w:t xml:space="preserve"> </w:t>
      </w:r>
      <w:r w:rsidRPr="00D914B7">
        <w:rPr>
          <w:sz w:val="22"/>
          <w:rtl/>
        </w:rPr>
        <w:t>که</w:t>
      </w:r>
      <w:r w:rsidRPr="00D914B7">
        <w:rPr>
          <w:sz w:val="22"/>
        </w:rPr>
        <w:t xml:space="preserve"> </w:t>
      </w:r>
      <w:r w:rsidRPr="00D914B7">
        <w:rPr>
          <w:sz w:val="22"/>
          <w:rtl/>
        </w:rPr>
        <w:t>اجرا</w:t>
      </w:r>
      <w:r w:rsidRPr="00D914B7">
        <w:rPr>
          <w:sz w:val="22"/>
        </w:rPr>
        <w:t xml:space="preserve"> </w:t>
      </w:r>
      <w:r w:rsidRPr="00D914B7">
        <w:rPr>
          <w:sz w:val="22"/>
          <w:rtl/>
        </w:rPr>
        <w:t>نشود</w:t>
      </w:r>
      <w:r w:rsidRPr="00D914B7">
        <w:rPr>
          <w:sz w:val="22"/>
        </w:rPr>
        <w:t xml:space="preserve"> </w:t>
      </w:r>
      <w:r w:rsidRPr="00D914B7">
        <w:rPr>
          <w:sz w:val="22"/>
          <w:rtl/>
        </w:rPr>
        <w:t>چیزی</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بیان</w:t>
      </w:r>
      <w:r w:rsidRPr="00D914B7">
        <w:rPr>
          <w:sz w:val="22"/>
        </w:rPr>
        <w:t xml:space="preserve"> </w:t>
      </w:r>
      <w:r w:rsidRPr="00D914B7">
        <w:rPr>
          <w:sz w:val="22"/>
          <w:rtl/>
        </w:rPr>
        <w:t>خواست</w:t>
      </w:r>
      <w:r w:rsidRPr="00D914B7">
        <w:rPr>
          <w:sz w:val="22"/>
        </w:rPr>
        <w:t xml:space="preserve"> </w:t>
      </w:r>
      <w:r w:rsidRPr="00D914B7">
        <w:rPr>
          <w:sz w:val="22"/>
          <w:rtl/>
        </w:rPr>
        <w:t>فرمانروا</w:t>
      </w:r>
      <w:r w:rsidRPr="00D914B7">
        <w:rPr>
          <w:sz w:val="22"/>
        </w:rPr>
        <w:t xml:space="preserve"> </w:t>
      </w:r>
      <w:r w:rsidRPr="00D914B7">
        <w:rPr>
          <w:sz w:val="22"/>
          <w:rtl/>
        </w:rPr>
        <w:t>یا</w:t>
      </w:r>
      <w:r w:rsidRPr="00D914B7">
        <w:rPr>
          <w:sz w:val="22"/>
        </w:rPr>
        <w:t xml:space="preserve"> </w:t>
      </w:r>
      <w:r w:rsidRPr="00D914B7">
        <w:rPr>
          <w:sz w:val="22"/>
          <w:rtl/>
        </w:rPr>
        <w:t>حکومت</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گردآوری</w:t>
      </w:r>
      <w:r w:rsidRPr="00D914B7">
        <w:rPr>
          <w:sz w:val="22"/>
        </w:rPr>
        <w:t xml:space="preserve"> </w:t>
      </w:r>
      <w:r w:rsidRPr="00D914B7">
        <w:rPr>
          <w:sz w:val="22"/>
          <w:rtl/>
        </w:rPr>
        <w:t>اطلاعات</w:t>
      </w:r>
      <w:r w:rsidRPr="00D914B7">
        <w:rPr>
          <w:sz w:val="22"/>
        </w:rPr>
        <w:t xml:space="preserve"> </w:t>
      </w:r>
      <w:r w:rsidRPr="00D914B7">
        <w:rPr>
          <w:sz w:val="22"/>
          <w:rtl/>
        </w:rPr>
        <w:t>معتبر،</w:t>
      </w:r>
      <w:r w:rsidRPr="00D914B7">
        <w:rPr>
          <w:sz w:val="22"/>
        </w:rPr>
        <w:t xml:space="preserve"> </w:t>
      </w:r>
      <w:r w:rsidRPr="00D914B7">
        <w:rPr>
          <w:sz w:val="22"/>
          <w:rtl/>
        </w:rPr>
        <w:t>شناخت</w:t>
      </w:r>
      <w:r w:rsidRPr="00D914B7">
        <w:rPr>
          <w:sz w:val="22"/>
        </w:rPr>
        <w:t xml:space="preserve"> </w:t>
      </w:r>
      <w:r w:rsidRPr="00D914B7">
        <w:rPr>
          <w:sz w:val="22"/>
          <w:rtl/>
        </w:rPr>
        <w:t>جامعه،</w:t>
      </w:r>
      <w:r w:rsidRPr="00D914B7">
        <w:rPr>
          <w:sz w:val="22"/>
        </w:rPr>
        <w:t xml:space="preserve"> </w:t>
      </w:r>
      <w:r w:rsidRPr="00D914B7">
        <w:rPr>
          <w:sz w:val="22"/>
          <w:rtl/>
        </w:rPr>
        <w:t>گزینش</w:t>
      </w:r>
      <w:r w:rsidRPr="00D914B7">
        <w:rPr>
          <w:sz w:val="22"/>
        </w:rPr>
        <w:t xml:space="preserve"> </w:t>
      </w:r>
      <w:r w:rsidRPr="00D914B7">
        <w:rPr>
          <w:sz w:val="22"/>
          <w:rtl/>
        </w:rPr>
        <w:t>کارگزاران،</w:t>
      </w:r>
      <w:r w:rsidRPr="00D914B7">
        <w:rPr>
          <w:sz w:val="22"/>
        </w:rPr>
        <w:t xml:space="preserve"> </w:t>
      </w:r>
      <w:r w:rsidRPr="00D914B7">
        <w:rPr>
          <w:sz w:val="22"/>
          <w:rtl/>
        </w:rPr>
        <w:t>تعیین</w:t>
      </w:r>
      <w:r w:rsidRPr="00D914B7">
        <w:rPr>
          <w:sz w:val="22"/>
        </w:rPr>
        <w:t xml:space="preserve"> </w:t>
      </w:r>
      <w:r w:rsidRPr="00D914B7">
        <w:rPr>
          <w:sz w:val="22"/>
          <w:rtl/>
        </w:rPr>
        <w:t>مسئولیت،</w:t>
      </w:r>
      <w:r w:rsidRPr="00D914B7">
        <w:rPr>
          <w:sz w:val="22"/>
        </w:rPr>
        <w:t xml:space="preserve"> </w:t>
      </w:r>
      <w:r w:rsidRPr="00D914B7">
        <w:rPr>
          <w:sz w:val="22"/>
          <w:rtl/>
        </w:rPr>
        <w:t>تخصیص</w:t>
      </w:r>
      <w:r w:rsidRPr="00D914B7">
        <w:rPr>
          <w:sz w:val="22"/>
        </w:rPr>
        <w:t xml:space="preserve"> </w:t>
      </w:r>
      <w:r w:rsidRPr="00D914B7">
        <w:rPr>
          <w:sz w:val="22"/>
          <w:rtl/>
        </w:rPr>
        <w:t>درآمد،</w:t>
      </w:r>
      <w:r w:rsidRPr="00D914B7">
        <w:rPr>
          <w:sz w:val="22"/>
        </w:rPr>
        <w:t xml:space="preserve"> </w:t>
      </w:r>
      <w:r w:rsidRPr="00D914B7">
        <w:rPr>
          <w:sz w:val="22"/>
          <w:rtl/>
        </w:rPr>
        <w:t>ثبت</w:t>
      </w:r>
      <w:r w:rsidRPr="00D914B7">
        <w:rPr>
          <w:sz w:val="22"/>
        </w:rPr>
        <w:t xml:space="preserve"> </w:t>
      </w:r>
      <w:r w:rsidRPr="00D914B7">
        <w:rPr>
          <w:sz w:val="22"/>
          <w:rtl/>
        </w:rPr>
        <w:t>اسناد،</w:t>
      </w:r>
      <w:r w:rsidRPr="00D914B7">
        <w:rPr>
          <w:sz w:val="22"/>
        </w:rPr>
        <w:t xml:space="preserve"> </w:t>
      </w:r>
      <w:r w:rsidRPr="00D914B7">
        <w:rPr>
          <w:sz w:val="22"/>
          <w:rtl/>
        </w:rPr>
        <w:t>هماهنگی</w:t>
      </w:r>
      <w:r w:rsidRPr="00D914B7">
        <w:rPr>
          <w:sz w:val="22"/>
        </w:rPr>
        <w:t xml:space="preserve"> </w:t>
      </w:r>
      <w:r w:rsidRPr="00D914B7">
        <w:rPr>
          <w:sz w:val="22"/>
          <w:rtl/>
        </w:rPr>
        <w:t>دستگاه</w:t>
      </w:r>
      <w:r w:rsidRPr="00D914B7">
        <w:rPr>
          <w:sz w:val="22"/>
        </w:rPr>
        <w:t>‌</w:t>
      </w:r>
      <w:r w:rsidRPr="00D914B7">
        <w:rPr>
          <w:sz w:val="22"/>
          <w:rtl/>
        </w:rPr>
        <w:t>ها،</w:t>
      </w:r>
      <w:r w:rsidRPr="00D914B7">
        <w:rPr>
          <w:sz w:val="22"/>
        </w:rPr>
        <w:t xml:space="preserve"> </w:t>
      </w:r>
      <w:r w:rsidRPr="00D914B7">
        <w:rPr>
          <w:sz w:val="22"/>
          <w:rtl/>
        </w:rPr>
        <w:t>نظارت</w:t>
      </w:r>
      <w:r w:rsidRPr="00D914B7">
        <w:rPr>
          <w:sz w:val="22"/>
        </w:rPr>
        <w:t xml:space="preserve"> </w:t>
      </w:r>
      <w:r w:rsidRPr="00D914B7">
        <w:rPr>
          <w:sz w:val="22"/>
          <w:rtl/>
        </w:rPr>
        <w:t>بر</w:t>
      </w:r>
      <w:r w:rsidRPr="00D914B7">
        <w:rPr>
          <w:sz w:val="22"/>
        </w:rPr>
        <w:t xml:space="preserve"> </w:t>
      </w:r>
      <w:r w:rsidRPr="00D914B7">
        <w:rPr>
          <w:sz w:val="22"/>
          <w:rtl/>
        </w:rPr>
        <w:t>مأموران</w:t>
      </w:r>
      <w:r w:rsidRPr="00D914B7">
        <w:rPr>
          <w:sz w:val="22"/>
        </w:rPr>
        <w:t xml:space="preserve"> </w:t>
      </w:r>
      <w:r w:rsidRPr="00D914B7">
        <w:rPr>
          <w:sz w:val="22"/>
          <w:rtl/>
        </w:rPr>
        <w:t>و</w:t>
      </w:r>
      <w:r w:rsidRPr="00D914B7">
        <w:rPr>
          <w:sz w:val="22"/>
        </w:rPr>
        <w:t xml:space="preserve"> </w:t>
      </w:r>
      <w:r w:rsidRPr="00D914B7">
        <w:rPr>
          <w:sz w:val="22"/>
          <w:rtl/>
        </w:rPr>
        <w:t>اصلاح</w:t>
      </w:r>
      <w:r w:rsidRPr="00D914B7">
        <w:rPr>
          <w:sz w:val="22"/>
        </w:rPr>
        <w:t xml:space="preserve"> </w:t>
      </w:r>
      <w:r w:rsidRPr="00D914B7">
        <w:rPr>
          <w:sz w:val="22"/>
          <w:rtl/>
        </w:rPr>
        <w:t>سیاست</w:t>
      </w:r>
      <w:r w:rsidRPr="00D914B7">
        <w:rPr>
          <w:sz w:val="22"/>
        </w:rPr>
        <w:t xml:space="preserve"> </w:t>
      </w:r>
      <w:r w:rsidRPr="00D914B7">
        <w:rPr>
          <w:sz w:val="22"/>
          <w:rtl/>
        </w:rPr>
        <w:t>ناموفق،</w:t>
      </w:r>
      <w:r w:rsidRPr="00D914B7">
        <w:rPr>
          <w:sz w:val="22"/>
        </w:rPr>
        <w:t xml:space="preserve"> </w:t>
      </w:r>
      <w:r w:rsidRPr="00D914B7">
        <w:rPr>
          <w:sz w:val="22"/>
          <w:rtl/>
        </w:rPr>
        <w:t>وظایف</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w:t>
      </w:r>
      <w:r w:rsidRPr="00D914B7">
        <w:rPr>
          <w:sz w:val="22"/>
          <w:rtl/>
        </w:rPr>
        <w:t>اند</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همین</w:t>
      </w:r>
      <w:r w:rsidRPr="00D914B7">
        <w:rPr>
          <w:sz w:val="22"/>
        </w:rPr>
        <w:t xml:space="preserve"> </w:t>
      </w:r>
      <w:r w:rsidRPr="00D914B7">
        <w:rPr>
          <w:sz w:val="22"/>
          <w:rtl/>
        </w:rPr>
        <w:t>رو،</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جایگاهی</w:t>
      </w:r>
      <w:r w:rsidRPr="00D914B7">
        <w:rPr>
          <w:sz w:val="22"/>
        </w:rPr>
        <w:t xml:space="preserve"> </w:t>
      </w:r>
      <w:r w:rsidRPr="00D914B7">
        <w:rPr>
          <w:sz w:val="22"/>
          <w:rtl/>
        </w:rPr>
        <w:t>مرکزی</w:t>
      </w:r>
      <w:r w:rsidRPr="00D914B7">
        <w:rPr>
          <w:sz w:val="22"/>
        </w:rPr>
        <w:t xml:space="preserve"> </w:t>
      </w:r>
      <w:r w:rsidRPr="00D914B7">
        <w:rPr>
          <w:sz w:val="22"/>
          <w:rtl/>
        </w:rPr>
        <w:t>دارد</w:t>
      </w:r>
      <w:r>
        <w:rPr>
          <w:sz w:val="22"/>
          <w:rtl/>
        </w:rPr>
        <w:t>.</w:t>
      </w:r>
    </w:p>
    <w:p w:rsidR="0090486A" w:rsidRPr="00D914B7" w:rsidRDefault="0090486A" w:rsidP="0090486A">
      <w:pPr>
        <w:bidi/>
        <w:ind w:firstLine="720"/>
        <w:rPr>
          <w:sz w:val="22"/>
        </w:rPr>
      </w:pPr>
    </w:p>
    <w:p w:rsidR="00987F03" w:rsidRPr="00D914B7" w:rsidRDefault="00987F03" w:rsidP="00987F03">
      <w:pPr>
        <w:keepNext/>
        <w:bidi/>
        <w:rPr>
          <w:sz w:val="22"/>
        </w:rPr>
      </w:pPr>
      <w:r w:rsidRPr="00D914B7">
        <w:rPr>
          <w:b/>
          <w:bCs/>
          <w:sz w:val="22"/>
          <w:rtl/>
        </w:rPr>
        <w:t>۵</w:t>
      </w:r>
      <w:r>
        <w:rPr>
          <w:b/>
          <w:sz w:val="22"/>
          <w:rtl/>
        </w:rPr>
        <w:t>.</w:t>
      </w:r>
      <w:r w:rsidRPr="00D914B7">
        <w:rPr>
          <w:b/>
          <w:sz w:val="22"/>
        </w:rPr>
        <w:t xml:space="preserve"> </w:t>
      </w:r>
      <w:r w:rsidRPr="00D914B7">
        <w:rPr>
          <w:b/>
          <w:bCs/>
          <w:sz w:val="22"/>
          <w:rtl/>
        </w:rPr>
        <w:t>دیوان</w:t>
      </w:r>
      <w:r w:rsidRPr="00D914B7">
        <w:rPr>
          <w:b/>
          <w:sz w:val="22"/>
        </w:rPr>
        <w:t>‌</w:t>
      </w:r>
      <w:r w:rsidRPr="00D914B7">
        <w:rPr>
          <w:b/>
          <w:bCs/>
          <w:sz w:val="22"/>
          <w:rtl/>
        </w:rPr>
        <w:t>سالاری</w:t>
      </w:r>
      <w:r w:rsidRPr="00D914B7">
        <w:rPr>
          <w:b/>
          <w:sz w:val="22"/>
        </w:rPr>
        <w:t xml:space="preserve"> </w:t>
      </w:r>
      <w:r w:rsidRPr="00D914B7">
        <w:rPr>
          <w:b/>
          <w:bCs/>
          <w:sz w:val="22"/>
          <w:rtl/>
        </w:rPr>
        <w:t>و</w:t>
      </w:r>
      <w:r w:rsidRPr="00D914B7">
        <w:rPr>
          <w:b/>
          <w:sz w:val="22"/>
        </w:rPr>
        <w:t xml:space="preserve"> </w:t>
      </w:r>
      <w:r w:rsidRPr="00D914B7">
        <w:rPr>
          <w:b/>
          <w:bCs/>
          <w:sz w:val="22"/>
          <w:rtl/>
        </w:rPr>
        <w:t>احوال</w:t>
      </w:r>
      <w:r w:rsidRPr="00D914B7">
        <w:rPr>
          <w:b/>
          <w:sz w:val="22"/>
        </w:rPr>
        <w:t xml:space="preserve"> </w:t>
      </w:r>
      <w:r w:rsidRPr="00D914B7">
        <w:rPr>
          <w:b/>
          <w:bCs/>
          <w:sz w:val="22"/>
          <w:rtl/>
        </w:rPr>
        <w:t>ملت</w:t>
      </w:r>
    </w:p>
    <w:p w:rsidR="00987F03" w:rsidRPr="00D914B7" w:rsidRDefault="00987F03" w:rsidP="00987F03">
      <w:pPr>
        <w:bidi/>
        <w:ind w:firstLine="720"/>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در</w:t>
      </w:r>
      <w:r w:rsidRPr="00D914B7">
        <w:rPr>
          <w:sz w:val="22"/>
        </w:rPr>
        <w:t xml:space="preserve"> </w:t>
      </w:r>
      <w:r w:rsidRPr="00D914B7">
        <w:rPr>
          <w:sz w:val="22"/>
          <w:rtl/>
        </w:rPr>
        <w:t>کشورداری</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نهاد</w:t>
      </w:r>
      <w:r w:rsidRPr="00D914B7">
        <w:rPr>
          <w:sz w:val="22"/>
        </w:rPr>
        <w:t xml:space="preserve"> </w:t>
      </w:r>
      <w:r w:rsidRPr="00D914B7">
        <w:rPr>
          <w:sz w:val="22"/>
          <w:rtl/>
        </w:rPr>
        <w:t>رسیدگی</w:t>
      </w:r>
      <w:r w:rsidRPr="00D914B7">
        <w:rPr>
          <w:sz w:val="22"/>
        </w:rPr>
        <w:t xml:space="preserve"> </w:t>
      </w:r>
      <w:r w:rsidRPr="00D914B7">
        <w:rPr>
          <w:sz w:val="22"/>
          <w:rtl/>
        </w:rPr>
        <w:t>عملی</w:t>
      </w:r>
      <w:r w:rsidRPr="00D914B7">
        <w:rPr>
          <w:sz w:val="22"/>
        </w:rPr>
        <w:t xml:space="preserve"> </w:t>
      </w:r>
      <w:r w:rsidRPr="00D914B7">
        <w:rPr>
          <w:sz w:val="22"/>
          <w:rtl/>
        </w:rPr>
        <w:t>به</w:t>
      </w:r>
      <w:r w:rsidRPr="00D914B7">
        <w:rPr>
          <w:sz w:val="22"/>
        </w:rPr>
        <w:t xml:space="preserve"> </w:t>
      </w:r>
      <w:r w:rsidRPr="00D914B7">
        <w:rPr>
          <w:sz w:val="22"/>
          <w:rtl/>
        </w:rPr>
        <w:t>احوال</w:t>
      </w:r>
      <w:r w:rsidRPr="00D914B7">
        <w:rPr>
          <w:sz w:val="22"/>
        </w:rPr>
        <w:t xml:space="preserve"> </w:t>
      </w:r>
      <w:r w:rsidRPr="00D914B7">
        <w:rPr>
          <w:sz w:val="22"/>
          <w:rtl/>
        </w:rPr>
        <w:t>م</w:t>
      </w:r>
      <w:r>
        <w:rPr>
          <w:rFonts w:hint="cs"/>
          <w:sz w:val="22"/>
          <w:rtl/>
        </w:rPr>
        <w:t>ردم</w:t>
      </w:r>
      <w:r w:rsidRPr="00D914B7">
        <w:rPr>
          <w:sz w:val="22"/>
        </w:rPr>
        <w:t xml:space="preserve"> </w:t>
      </w:r>
      <w:r w:rsidRPr="00D914B7">
        <w:rPr>
          <w:sz w:val="22"/>
          <w:rtl/>
        </w:rPr>
        <w:t>است،</w:t>
      </w:r>
      <w:r w:rsidRPr="00D914B7">
        <w:rPr>
          <w:sz w:val="22"/>
        </w:rPr>
        <w:t xml:space="preserve"> </w:t>
      </w:r>
      <w:r w:rsidRPr="00D914B7">
        <w:rPr>
          <w:sz w:val="22"/>
          <w:rtl/>
        </w:rPr>
        <w:t>زیرا</w:t>
      </w:r>
      <w:r w:rsidRPr="00D914B7">
        <w:rPr>
          <w:sz w:val="22"/>
        </w:rPr>
        <w:t xml:space="preserve"> </w:t>
      </w:r>
      <w:r w:rsidRPr="00D914B7">
        <w:rPr>
          <w:sz w:val="22"/>
          <w:rtl/>
        </w:rPr>
        <w:t>تنها</w:t>
      </w:r>
      <w:r w:rsidRPr="00D914B7">
        <w:rPr>
          <w:sz w:val="22"/>
        </w:rPr>
        <w:t xml:space="preserve"> </w:t>
      </w:r>
      <w:r w:rsidRPr="00D914B7">
        <w:rPr>
          <w:sz w:val="22"/>
          <w:rtl/>
        </w:rPr>
        <w:t>نهادی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خواست</w:t>
      </w:r>
      <w:r w:rsidRPr="00D914B7">
        <w:rPr>
          <w:sz w:val="22"/>
        </w:rPr>
        <w:t xml:space="preserve"> </w:t>
      </w:r>
      <w:r w:rsidRPr="00D914B7">
        <w:rPr>
          <w:sz w:val="22"/>
          <w:rtl/>
        </w:rPr>
        <w:t>سیاسی</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کاری</w:t>
      </w:r>
      <w:r w:rsidRPr="00D914B7">
        <w:rPr>
          <w:sz w:val="22"/>
        </w:rPr>
        <w:t xml:space="preserve"> </w:t>
      </w:r>
      <w:r w:rsidRPr="00D914B7">
        <w:rPr>
          <w:sz w:val="22"/>
          <w:rtl/>
        </w:rPr>
        <w:t>پیوسته،</w:t>
      </w:r>
      <w:r w:rsidRPr="00D914B7">
        <w:rPr>
          <w:sz w:val="22"/>
        </w:rPr>
        <w:t xml:space="preserve"> </w:t>
      </w:r>
      <w:r w:rsidRPr="00D914B7">
        <w:rPr>
          <w:sz w:val="22"/>
          <w:rtl/>
        </w:rPr>
        <w:t>منظم،</w:t>
      </w:r>
      <w:r w:rsidRPr="00D914B7">
        <w:rPr>
          <w:sz w:val="22"/>
        </w:rPr>
        <w:t xml:space="preserve"> </w:t>
      </w:r>
      <w:r w:rsidRPr="00D914B7">
        <w:rPr>
          <w:sz w:val="22"/>
          <w:rtl/>
        </w:rPr>
        <w:t>فراگیر</w:t>
      </w:r>
      <w:r w:rsidRPr="00D914B7">
        <w:rPr>
          <w:sz w:val="22"/>
        </w:rPr>
        <w:t xml:space="preserve"> </w:t>
      </w:r>
      <w:r w:rsidRPr="00D914B7">
        <w:rPr>
          <w:sz w:val="22"/>
          <w:rtl/>
        </w:rPr>
        <w:t>و</w:t>
      </w:r>
      <w:r w:rsidRPr="00D914B7">
        <w:rPr>
          <w:sz w:val="22"/>
        </w:rPr>
        <w:t xml:space="preserve"> </w:t>
      </w:r>
      <w:r w:rsidRPr="00D914B7">
        <w:rPr>
          <w:sz w:val="22"/>
          <w:rtl/>
        </w:rPr>
        <w:t>قابل</w:t>
      </w:r>
      <w:r w:rsidRPr="00D914B7">
        <w:rPr>
          <w:sz w:val="22"/>
        </w:rPr>
        <w:t xml:space="preserve"> </w:t>
      </w:r>
      <w:r w:rsidRPr="00D914B7">
        <w:rPr>
          <w:sz w:val="22"/>
          <w:rtl/>
        </w:rPr>
        <w:t>سنجش</w:t>
      </w:r>
      <w:r w:rsidRPr="00D914B7">
        <w:rPr>
          <w:sz w:val="22"/>
        </w:rPr>
        <w:t xml:space="preserve"> </w:t>
      </w:r>
      <w:r w:rsidRPr="00D914B7">
        <w:rPr>
          <w:sz w:val="22"/>
          <w:rtl/>
        </w:rPr>
        <w:t>در</w:t>
      </w:r>
      <w:r w:rsidRPr="00D914B7">
        <w:rPr>
          <w:sz w:val="22"/>
        </w:rPr>
        <w:t xml:space="preserve"> </w:t>
      </w:r>
      <w:r w:rsidRPr="00D914B7">
        <w:rPr>
          <w:sz w:val="22"/>
          <w:rtl/>
        </w:rPr>
        <w:t>زندگی</w:t>
      </w:r>
      <w:r w:rsidRPr="00D914B7">
        <w:rPr>
          <w:sz w:val="22"/>
        </w:rPr>
        <w:t xml:space="preserve"> </w:t>
      </w:r>
      <w:r w:rsidRPr="00D914B7">
        <w:rPr>
          <w:sz w:val="22"/>
          <w:rtl/>
        </w:rPr>
        <w:t>روزمره</w:t>
      </w:r>
      <w:r w:rsidRPr="00D914B7">
        <w:rPr>
          <w:sz w:val="22"/>
        </w:rPr>
        <w:t xml:space="preserve"> </w:t>
      </w:r>
      <w:r w:rsidRPr="00D914B7">
        <w:rPr>
          <w:sz w:val="22"/>
          <w:rtl/>
        </w:rPr>
        <w:t>تبدیل</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رئیس</w:t>
      </w:r>
      <w:r w:rsidRPr="00D914B7">
        <w:rPr>
          <w:sz w:val="22"/>
        </w:rPr>
        <w:t>‌</w:t>
      </w:r>
      <w:r w:rsidRPr="00D914B7">
        <w:rPr>
          <w:sz w:val="22"/>
          <w:rtl/>
        </w:rPr>
        <w:t>جمهور،</w:t>
      </w:r>
      <w:r w:rsidRPr="00D914B7">
        <w:rPr>
          <w:sz w:val="22"/>
        </w:rPr>
        <w:t xml:space="preserve"> </w:t>
      </w:r>
      <w:r w:rsidRPr="00D914B7">
        <w:rPr>
          <w:sz w:val="22"/>
          <w:rtl/>
        </w:rPr>
        <w:t>مجلس</w:t>
      </w:r>
      <w:r w:rsidRPr="00D914B7">
        <w:rPr>
          <w:sz w:val="22"/>
        </w:rPr>
        <w:t xml:space="preserve"> </w:t>
      </w:r>
      <w:r w:rsidRPr="00D914B7">
        <w:rPr>
          <w:sz w:val="22"/>
          <w:rtl/>
        </w:rPr>
        <w:t>یا</w:t>
      </w:r>
      <w:r w:rsidRPr="00D914B7">
        <w:rPr>
          <w:sz w:val="22"/>
        </w:rPr>
        <w:t xml:space="preserve"> </w:t>
      </w:r>
      <w:r w:rsidRPr="00D914B7">
        <w:rPr>
          <w:sz w:val="22"/>
          <w:rtl/>
        </w:rPr>
        <w:t>هیئت</w:t>
      </w:r>
      <w:r w:rsidRPr="00D914B7">
        <w:rPr>
          <w:sz w:val="22"/>
        </w:rPr>
        <w:t xml:space="preserve"> </w:t>
      </w:r>
      <w:r w:rsidRPr="00D914B7">
        <w:rPr>
          <w:sz w:val="22"/>
          <w:rtl/>
        </w:rPr>
        <w:t>دولت</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رفاه</w:t>
      </w:r>
      <w:r w:rsidRPr="00D914B7">
        <w:rPr>
          <w:sz w:val="22"/>
        </w:rPr>
        <w:t xml:space="preserve"> </w:t>
      </w:r>
      <w:r w:rsidRPr="00D914B7">
        <w:rPr>
          <w:sz w:val="22"/>
          <w:rtl/>
        </w:rPr>
        <w:t>مردم</w:t>
      </w:r>
      <w:r w:rsidRPr="00D914B7">
        <w:rPr>
          <w:sz w:val="22"/>
        </w:rPr>
        <w:t xml:space="preserve"> </w:t>
      </w:r>
      <w:r w:rsidRPr="00D914B7">
        <w:rPr>
          <w:sz w:val="22"/>
          <w:rtl/>
        </w:rPr>
        <w:t>تصمیم</w:t>
      </w:r>
      <w:r w:rsidRPr="00D914B7">
        <w:rPr>
          <w:sz w:val="22"/>
        </w:rPr>
        <w:t xml:space="preserve"> </w:t>
      </w:r>
      <w:r w:rsidRPr="00D914B7">
        <w:rPr>
          <w:sz w:val="22"/>
          <w:rtl/>
        </w:rPr>
        <w:t>بگیرند؛</w:t>
      </w:r>
      <w:r w:rsidRPr="00D914B7">
        <w:rPr>
          <w:sz w:val="22"/>
        </w:rPr>
        <w:t xml:space="preserve"> </w:t>
      </w:r>
      <w:r w:rsidRPr="00D914B7">
        <w:rPr>
          <w:sz w:val="22"/>
          <w:rtl/>
        </w:rPr>
        <w:t>دادگاه</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حقوق</w:t>
      </w:r>
      <w:r w:rsidRPr="00D914B7">
        <w:rPr>
          <w:sz w:val="22"/>
        </w:rPr>
        <w:t xml:space="preserve"> </w:t>
      </w:r>
      <w:r w:rsidRPr="00D914B7">
        <w:rPr>
          <w:sz w:val="22"/>
          <w:rtl/>
        </w:rPr>
        <w:t>آنان</w:t>
      </w:r>
      <w:r w:rsidRPr="00D914B7">
        <w:rPr>
          <w:sz w:val="22"/>
        </w:rPr>
        <w:t xml:space="preserve"> </w:t>
      </w:r>
      <w:r w:rsidRPr="00D914B7">
        <w:rPr>
          <w:sz w:val="22"/>
          <w:rtl/>
        </w:rPr>
        <w:t>دفاع</w:t>
      </w:r>
      <w:r w:rsidRPr="00D914B7">
        <w:rPr>
          <w:sz w:val="22"/>
        </w:rPr>
        <w:t xml:space="preserve"> </w:t>
      </w:r>
      <w:r w:rsidRPr="00D914B7">
        <w:rPr>
          <w:sz w:val="22"/>
          <w:rtl/>
        </w:rPr>
        <w:t>کند؛</w:t>
      </w:r>
      <w:r w:rsidRPr="00D914B7">
        <w:rPr>
          <w:sz w:val="22"/>
        </w:rPr>
        <w:t xml:space="preserve"> </w:t>
      </w:r>
      <w:r w:rsidRPr="00D914B7">
        <w:rPr>
          <w:sz w:val="22"/>
          <w:rtl/>
        </w:rPr>
        <w:t>قشون</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از</w:t>
      </w:r>
      <w:r w:rsidRPr="00D914B7">
        <w:rPr>
          <w:sz w:val="22"/>
        </w:rPr>
        <w:t xml:space="preserve"> </w:t>
      </w:r>
      <w:r w:rsidRPr="00D914B7">
        <w:rPr>
          <w:sz w:val="22"/>
          <w:rtl/>
        </w:rPr>
        <w:t>مرزها</w:t>
      </w:r>
      <w:r w:rsidRPr="00D914B7">
        <w:rPr>
          <w:sz w:val="22"/>
        </w:rPr>
        <w:t xml:space="preserve"> </w:t>
      </w:r>
      <w:r w:rsidRPr="00D914B7">
        <w:rPr>
          <w:sz w:val="22"/>
          <w:rtl/>
        </w:rPr>
        <w:t>حفاظت</w:t>
      </w:r>
      <w:r w:rsidRPr="00D914B7">
        <w:rPr>
          <w:sz w:val="22"/>
        </w:rPr>
        <w:t xml:space="preserve"> </w:t>
      </w:r>
      <w:r w:rsidRPr="00D914B7">
        <w:rPr>
          <w:sz w:val="22"/>
          <w:rtl/>
        </w:rPr>
        <w:t>نماید؛</w:t>
      </w:r>
      <w:r w:rsidRPr="00D914B7">
        <w:rPr>
          <w:sz w:val="22"/>
        </w:rPr>
        <w:t xml:space="preserve"> </w:t>
      </w:r>
      <w:r w:rsidRPr="00D914B7">
        <w:rPr>
          <w:sz w:val="22"/>
          <w:rtl/>
        </w:rPr>
        <w:t>اما</w:t>
      </w:r>
      <w:r w:rsidRPr="00D914B7">
        <w:rPr>
          <w:sz w:val="22"/>
        </w:rPr>
        <w:t xml:space="preserve"> </w:t>
      </w:r>
      <w:r w:rsidRPr="00D914B7">
        <w:rPr>
          <w:sz w:val="22"/>
          <w:rtl/>
        </w:rPr>
        <w:t>نهادی</w:t>
      </w:r>
      <w:r w:rsidRPr="00D914B7">
        <w:rPr>
          <w:sz w:val="22"/>
        </w:rPr>
        <w:t xml:space="preserve"> </w:t>
      </w:r>
      <w:r w:rsidRPr="00D914B7">
        <w:rPr>
          <w:sz w:val="22"/>
          <w:rtl/>
        </w:rPr>
        <w:t>که</w:t>
      </w:r>
      <w:r w:rsidRPr="00D914B7">
        <w:rPr>
          <w:sz w:val="22"/>
        </w:rPr>
        <w:t xml:space="preserve"> </w:t>
      </w:r>
      <w:r w:rsidRPr="00D914B7">
        <w:rPr>
          <w:sz w:val="22"/>
          <w:rtl/>
        </w:rPr>
        <w:t>باید</w:t>
      </w:r>
      <w:r w:rsidRPr="00D914B7">
        <w:rPr>
          <w:sz w:val="22"/>
        </w:rPr>
        <w:t xml:space="preserve"> </w:t>
      </w:r>
      <w:r w:rsidRPr="00D914B7">
        <w:rPr>
          <w:sz w:val="22"/>
          <w:rtl/>
        </w:rPr>
        <w:t>بداند</w:t>
      </w:r>
      <w:r w:rsidRPr="00D914B7">
        <w:rPr>
          <w:sz w:val="22"/>
        </w:rPr>
        <w:t xml:space="preserve"> </w:t>
      </w:r>
      <w:r w:rsidRPr="00D914B7">
        <w:rPr>
          <w:sz w:val="22"/>
          <w:rtl/>
        </w:rPr>
        <w:t>مردم</w:t>
      </w:r>
      <w:r w:rsidRPr="00D914B7">
        <w:rPr>
          <w:sz w:val="22"/>
        </w:rPr>
        <w:t xml:space="preserve"> </w:t>
      </w:r>
      <w:r w:rsidRPr="00D914B7">
        <w:rPr>
          <w:sz w:val="22"/>
          <w:rtl/>
        </w:rPr>
        <w:t>در</w:t>
      </w:r>
      <w:r w:rsidRPr="00D914B7">
        <w:rPr>
          <w:sz w:val="22"/>
        </w:rPr>
        <w:t xml:space="preserve"> </w:t>
      </w:r>
      <w:r w:rsidRPr="00D914B7">
        <w:rPr>
          <w:sz w:val="22"/>
          <w:rtl/>
        </w:rPr>
        <w:t>چه</w:t>
      </w:r>
      <w:r w:rsidRPr="00D914B7">
        <w:rPr>
          <w:sz w:val="22"/>
        </w:rPr>
        <w:t xml:space="preserve"> </w:t>
      </w:r>
      <w:r w:rsidRPr="00D914B7">
        <w:rPr>
          <w:sz w:val="22"/>
          <w:rtl/>
        </w:rPr>
        <w:t>وضعی</w:t>
      </w:r>
      <w:r w:rsidRPr="00D914B7">
        <w:rPr>
          <w:sz w:val="22"/>
        </w:rPr>
        <w:t xml:space="preserve"> </w:t>
      </w:r>
      <w:r w:rsidRPr="00D914B7">
        <w:rPr>
          <w:sz w:val="22"/>
          <w:rtl/>
        </w:rPr>
        <w:t>زندگی</w:t>
      </w:r>
      <w:r w:rsidRPr="00D914B7">
        <w:rPr>
          <w:sz w:val="22"/>
        </w:rPr>
        <w:t xml:space="preserve"> </w:t>
      </w:r>
      <w:r w:rsidRPr="00D914B7">
        <w:rPr>
          <w:sz w:val="22"/>
          <w:rtl/>
        </w:rPr>
        <w:t>می</w:t>
      </w:r>
      <w:r w:rsidRPr="00D914B7">
        <w:rPr>
          <w:sz w:val="22"/>
        </w:rPr>
        <w:t>‌</w:t>
      </w:r>
      <w:r w:rsidRPr="00D914B7">
        <w:rPr>
          <w:sz w:val="22"/>
          <w:rtl/>
        </w:rPr>
        <w:t>کنند،</w:t>
      </w:r>
      <w:r w:rsidRPr="00D914B7">
        <w:rPr>
          <w:sz w:val="22"/>
        </w:rPr>
        <w:t xml:space="preserve"> </w:t>
      </w:r>
      <w:r w:rsidRPr="00D914B7">
        <w:rPr>
          <w:sz w:val="22"/>
          <w:rtl/>
        </w:rPr>
        <w:t>نیازها</w:t>
      </w:r>
      <w:r w:rsidRPr="00D914B7">
        <w:rPr>
          <w:sz w:val="22"/>
        </w:rPr>
        <w:t xml:space="preserve"> </w:t>
      </w:r>
      <w:r w:rsidRPr="00D914B7">
        <w:rPr>
          <w:sz w:val="22"/>
          <w:rtl/>
        </w:rPr>
        <w:t>چیست،</w:t>
      </w:r>
      <w:r w:rsidRPr="00D914B7">
        <w:rPr>
          <w:sz w:val="22"/>
        </w:rPr>
        <w:t xml:space="preserve"> </w:t>
      </w:r>
      <w:r w:rsidRPr="00D914B7">
        <w:rPr>
          <w:sz w:val="22"/>
          <w:rtl/>
        </w:rPr>
        <w:t>منابع</w:t>
      </w:r>
      <w:r w:rsidRPr="00D914B7">
        <w:rPr>
          <w:sz w:val="22"/>
        </w:rPr>
        <w:t xml:space="preserve"> </w:t>
      </w:r>
      <w:r w:rsidRPr="00D914B7">
        <w:rPr>
          <w:sz w:val="22"/>
          <w:rtl/>
        </w:rPr>
        <w:t>کجاست،</w:t>
      </w:r>
      <w:r w:rsidRPr="00D914B7">
        <w:rPr>
          <w:sz w:val="22"/>
        </w:rPr>
        <w:t xml:space="preserve"> </w:t>
      </w:r>
      <w:r w:rsidRPr="00D914B7">
        <w:rPr>
          <w:sz w:val="22"/>
          <w:rtl/>
        </w:rPr>
        <w:t>تصمیم</w:t>
      </w:r>
      <w:r w:rsidRPr="00D914B7">
        <w:rPr>
          <w:sz w:val="22"/>
        </w:rPr>
        <w:t>‌</w:t>
      </w:r>
      <w:r w:rsidRPr="00D914B7">
        <w:rPr>
          <w:sz w:val="22"/>
          <w:rtl/>
        </w:rPr>
        <w:t>ها</w:t>
      </w:r>
      <w:r w:rsidRPr="00D914B7">
        <w:rPr>
          <w:sz w:val="22"/>
        </w:rPr>
        <w:t xml:space="preserve"> </w:t>
      </w:r>
      <w:r w:rsidRPr="00D914B7">
        <w:rPr>
          <w:sz w:val="22"/>
          <w:rtl/>
        </w:rPr>
        <w:t>چگونه</w:t>
      </w:r>
      <w:r w:rsidRPr="00D914B7">
        <w:rPr>
          <w:sz w:val="22"/>
        </w:rPr>
        <w:t xml:space="preserve"> </w:t>
      </w:r>
      <w:r w:rsidRPr="00D914B7">
        <w:rPr>
          <w:sz w:val="22"/>
          <w:rtl/>
        </w:rPr>
        <w:t>باید</w:t>
      </w:r>
      <w:r w:rsidRPr="00D914B7">
        <w:rPr>
          <w:sz w:val="22"/>
        </w:rPr>
        <w:t xml:space="preserve"> </w:t>
      </w:r>
      <w:r w:rsidRPr="00D914B7">
        <w:rPr>
          <w:sz w:val="22"/>
          <w:rtl/>
        </w:rPr>
        <w:t>اجرا</w:t>
      </w:r>
      <w:r w:rsidRPr="00D914B7">
        <w:rPr>
          <w:sz w:val="22"/>
        </w:rPr>
        <w:t xml:space="preserve"> </w:t>
      </w:r>
      <w:r w:rsidRPr="00D914B7">
        <w:rPr>
          <w:sz w:val="22"/>
          <w:rtl/>
        </w:rPr>
        <w:t>شوند</w:t>
      </w:r>
      <w:r w:rsidRPr="00D914B7">
        <w:rPr>
          <w:sz w:val="22"/>
        </w:rPr>
        <w:t xml:space="preserve"> </w:t>
      </w:r>
      <w:r w:rsidRPr="00D914B7">
        <w:rPr>
          <w:sz w:val="22"/>
          <w:rtl/>
        </w:rPr>
        <w:t>و</w:t>
      </w:r>
      <w:r w:rsidRPr="00D914B7">
        <w:rPr>
          <w:sz w:val="22"/>
        </w:rPr>
        <w:t xml:space="preserve"> </w:t>
      </w:r>
      <w:r w:rsidRPr="00D914B7">
        <w:rPr>
          <w:sz w:val="22"/>
          <w:rtl/>
        </w:rPr>
        <w:t>نتایج</w:t>
      </w:r>
      <w:r w:rsidRPr="00D914B7">
        <w:rPr>
          <w:sz w:val="22"/>
        </w:rPr>
        <w:t xml:space="preserve"> </w:t>
      </w:r>
      <w:r w:rsidRPr="00D914B7">
        <w:rPr>
          <w:sz w:val="22"/>
          <w:rtl/>
        </w:rPr>
        <w:t>آنها</w:t>
      </w:r>
      <w:r w:rsidRPr="00D914B7">
        <w:rPr>
          <w:sz w:val="22"/>
        </w:rPr>
        <w:t xml:space="preserve"> </w:t>
      </w:r>
      <w:r w:rsidRPr="00D914B7">
        <w:rPr>
          <w:sz w:val="22"/>
          <w:rtl/>
        </w:rPr>
        <w:t>چه</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بااین</w:t>
      </w:r>
      <w:r w:rsidRPr="00D914B7">
        <w:rPr>
          <w:sz w:val="22"/>
        </w:rPr>
        <w:t>‌</w:t>
      </w:r>
      <w:r w:rsidRPr="00D914B7">
        <w:rPr>
          <w:sz w:val="22"/>
          <w:rtl/>
        </w:rPr>
        <w:t>همه،</w:t>
      </w:r>
      <w:r w:rsidRPr="00D914B7">
        <w:rPr>
          <w:sz w:val="22"/>
        </w:rPr>
        <w:t xml:space="preserve"> </w:t>
      </w:r>
      <w:r w:rsidRPr="00D914B7">
        <w:rPr>
          <w:sz w:val="22"/>
          <w:rtl/>
        </w:rPr>
        <w:t>باید</w:t>
      </w:r>
      <w:r w:rsidRPr="00D914B7">
        <w:rPr>
          <w:sz w:val="22"/>
        </w:rPr>
        <w:t xml:space="preserve"> </w:t>
      </w:r>
      <w:r w:rsidRPr="00D914B7">
        <w:rPr>
          <w:sz w:val="22"/>
          <w:rtl/>
        </w:rPr>
        <w:t>دقت</w:t>
      </w:r>
      <w:r w:rsidRPr="00D914B7">
        <w:rPr>
          <w:sz w:val="22"/>
        </w:rPr>
        <w:t xml:space="preserve"> </w:t>
      </w:r>
      <w:r w:rsidRPr="00D914B7">
        <w:rPr>
          <w:sz w:val="22"/>
          <w:rtl/>
        </w:rPr>
        <w:t>مفهومی</w:t>
      </w:r>
      <w:r w:rsidRPr="00D914B7">
        <w:rPr>
          <w:sz w:val="22"/>
        </w:rPr>
        <w:t xml:space="preserve"> </w:t>
      </w:r>
      <w:r w:rsidRPr="00D914B7">
        <w:rPr>
          <w:sz w:val="22"/>
          <w:rtl/>
        </w:rPr>
        <w:t>مهمی</w:t>
      </w:r>
      <w:r w:rsidRPr="00D914B7">
        <w:rPr>
          <w:sz w:val="22"/>
        </w:rPr>
        <w:t xml:space="preserve"> </w:t>
      </w:r>
      <w:r w:rsidRPr="00D914B7">
        <w:rPr>
          <w:sz w:val="22"/>
          <w:rtl/>
        </w:rPr>
        <w:t>را</w:t>
      </w:r>
      <w:r w:rsidRPr="00D914B7">
        <w:rPr>
          <w:sz w:val="22"/>
        </w:rPr>
        <w:t xml:space="preserve"> </w:t>
      </w:r>
      <w:r w:rsidRPr="00D914B7">
        <w:rPr>
          <w:sz w:val="22"/>
          <w:rtl/>
        </w:rPr>
        <w:t>رعایت</w:t>
      </w:r>
      <w:r w:rsidRPr="00D914B7">
        <w:rPr>
          <w:sz w:val="22"/>
        </w:rPr>
        <w:t xml:space="preserve"> </w:t>
      </w:r>
      <w:r w:rsidRPr="00D914B7">
        <w:rPr>
          <w:sz w:val="22"/>
          <w:rtl/>
        </w:rPr>
        <w:t>کرد</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Pr>
          <w:rFonts w:hint="cs"/>
          <w:sz w:val="22"/>
          <w:rtl/>
        </w:rPr>
        <w:t xml:space="preserve"> اگرچه و</w:t>
      </w:r>
      <w:r w:rsidRPr="00D914B7">
        <w:rPr>
          <w:sz w:val="22"/>
        </w:rPr>
        <w:t xml:space="preserve"> </w:t>
      </w:r>
      <w:r w:rsidRPr="00D914B7">
        <w:rPr>
          <w:sz w:val="22"/>
          <w:rtl/>
        </w:rPr>
        <w:t>لزوماً</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نهاد</w:t>
      </w:r>
      <w:r w:rsidRPr="00D914B7">
        <w:rPr>
          <w:sz w:val="22"/>
        </w:rPr>
        <w:t xml:space="preserve"> </w:t>
      </w:r>
      <w:r w:rsidRPr="00D914B7">
        <w:rPr>
          <w:sz w:val="22"/>
          <w:rtl/>
        </w:rPr>
        <w:t>برای</w:t>
      </w:r>
      <w:r w:rsidRPr="00D914B7">
        <w:rPr>
          <w:sz w:val="22"/>
        </w:rPr>
        <w:t xml:space="preserve"> </w:t>
      </w:r>
      <w:r w:rsidRPr="00D914B7">
        <w:rPr>
          <w:sz w:val="22"/>
          <w:rtl/>
        </w:rPr>
        <w:t>تعیین</w:t>
      </w:r>
      <w:r w:rsidRPr="00D914B7">
        <w:rPr>
          <w:sz w:val="22"/>
        </w:rPr>
        <w:t xml:space="preserve"> </w:t>
      </w:r>
      <w:r w:rsidRPr="00D914B7">
        <w:rPr>
          <w:sz w:val="22"/>
          <w:rtl/>
        </w:rPr>
        <w:t>خیر</w:t>
      </w:r>
      <w:r w:rsidRPr="00D914B7">
        <w:rPr>
          <w:sz w:val="22"/>
        </w:rPr>
        <w:t xml:space="preserve"> </w:t>
      </w:r>
      <w:r w:rsidRPr="00D914B7">
        <w:rPr>
          <w:sz w:val="22"/>
          <w:rtl/>
        </w:rPr>
        <w:t>و</w:t>
      </w:r>
      <w:r w:rsidRPr="00D914B7">
        <w:rPr>
          <w:sz w:val="22"/>
        </w:rPr>
        <w:t xml:space="preserve"> </w:t>
      </w:r>
      <w:r w:rsidRPr="00D914B7">
        <w:rPr>
          <w:sz w:val="22"/>
          <w:rtl/>
        </w:rPr>
        <w:t>مصلحت</w:t>
      </w:r>
      <w:r w:rsidRPr="00D914B7">
        <w:rPr>
          <w:sz w:val="22"/>
        </w:rPr>
        <w:t xml:space="preserve"> </w:t>
      </w:r>
      <w:r w:rsidRPr="00D914B7">
        <w:rPr>
          <w:sz w:val="22"/>
          <w:rtl/>
        </w:rPr>
        <w:t>ملت</w:t>
      </w:r>
      <w:r w:rsidRPr="00D914B7">
        <w:rPr>
          <w:sz w:val="22"/>
        </w:rPr>
        <w:t xml:space="preserve"> </w:t>
      </w:r>
      <w:r w:rsidRPr="00D914B7">
        <w:rPr>
          <w:sz w:val="22"/>
          <w:rtl/>
        </w:rPr>
        <w:t>نیست</w:t>
      </w:r>
      <w:r>
        <w:rPr>
          <w:rFonts w:hint="cs"/>
          <w:sz w:val="22"/>
          <w:rtl/>
        </w:rPr>
        <w:t xml:space="preserve"> اما</w:t>
      </w:r>
      <w:r w:rsidRPr="00D914B7">
        <w:rPr>
          <w:sz w:val="22"/>
        </w:rPr>
        <w:t xml:space="preserve"> </w:t>
      </w:r>
      <w:r w:rsidRPr="00D914B7">
        <w:rPr>
          <w:sz w:val="22"/>
          <w:rtl/>
        </w:rPr>
        <w:t>مهم</w:t>
      </w:r>
      <w:r w:rsidRPr="00D914B7">
        <w:rPr>
          <w:sz w:val="22"/>
        </w:rPr>
        <w:t>‌</w:t>
      </w:r>
      <w:r w:rsidRPr="00D914B7">
        <w:rPr>
          <w:sz w:val="22"/>
          <w:rtl/>
        </w:rPr>
        <w:t>ترین</w:t>
      </w:r>
      <w:r w:rsidRPr="00D914B7">
        <w:rPr>
          <w:sz w:val="22"/>
        </w:rPr>
        <w:t xml:space="preserve"> </w:t>
      </w:r>
      <w:r w:rsidRPr="00D914B7">
        <w:rPr>
          <w:sz w:val="22"/>
          <w:rtl/>
        </w:rPr>
        <w:t>نهاد</w:t>
      </w:r>
      <w:r w:rsidRPr="00D914B7">
        <w:rPr>
          <w:sz w:val="22"/>
        </w:rPr>
        <w:t xml:space="preserve"> </w:t>
      </w:r>
      <w:r w:rsidRPr="00D914B7">
        <w:rPr>
          <w:sz w:val="22"/>
          <w:rtl/>
        </w:rPr>
        <w:t>برای</w:t>
      </w:r>
      <w:r w:rsidRPr="00D914B7">
        <w:rPr>
          <w:sz w:val="22"/>
        </w:rPr>
        <w:t xml:space="preserve"> </w:t>
      </w:r>
      <w:r w:rsidRPr="00D914B7">
        <w:rPr>
          <w:sz w:val="22"/>
          <w:rtl/>
        </w:rPr>
        <w:t>شناخت،</w:t>
      </w:r>
      <w:r w:rsidRPr="00D914B7">
        <w:rPr>
          <w:sz w:val="22"/>
        </w:rPr>
        <w:t xml:space="preserve"> </w:t>
      </w:r>
      <w:r w:rsidRPr="00D914B7">
        <w:rPr>
          <w:sz w:val="22"/>
          <w:rtl/>
        </w:rPr>
        <w:t>ثبت،</w:t>
      </w:r>
      <w:r w:rsidRPr="00D914B7">
        <w:rPr>
          <w:sz w:val="22"/>
        </w:rPr>
        <w:t xml:space="preserve"> </w:t>
      </w:r>
      <w:r w:rsidRPr="00D914B7">
        <w:rPr>
          <w:sz w:val="22"/>
          <w:rtl/>
        </w:rPr>
        <w:t>پیگیری</w:t>
      </w:r>
      <w:r w:rsidRPr="00D914B7">
        <w:rPr>
          <w:sz w:val="22"/>
        </w:rPr>
        <w:t xml:space="preserve"> </w:t>
      </w:r>
      <w:r w:rsidRPr="00D914B7">
        <w:rPr>
          <w:sz w:val="22"/>
          <w:rtl/>
        </w:rPr>
        <w:t>و</w:t>
      </w:r>
      <w:r w:rsidRPr="00D914B7">
        <w:rPr>
          <w:sz w:val="22"/>
        </w:rPr>
        <w:t xml:space="preserve"> </w:t>
      </w:r>
      <w:r w:rsidRPr="00D914B7">
        <w:rPr>
          <w:sz w:val="22"/>
          <w:rtl/>
        </w:rPr>
        <w:t>تأمین</w:t>
      </w:r>
      <w:r w:rsidRPr="00D914B7">
        <w:rPr>
          <w:sz w:val="22"/>
        </w:rPr>
        <w:t xml:space="preserve"> </w:t>
      </w:r>
      <w:r w:rsidRPr="00D914B7">
        <w:rPr>
          <w:sz w:val="22"/>
          <w:rtl/>
        </w:rPr>
        <w:t>عملی</w:t>
      </w:r>
      <w:r w:rsidRPr="00D914B7">
        <w:rPr>
          <w:sz w:val="22"/>
        </w:rPr>
        <w:t xml:space="preserve"> </w:t>
      </w:r>
      <w:r w:rsidRPr="00D914B7">
        <w:rPr>
          <w:sz w:val="22"/>
          <w:rtl/>
        </w:rPr>
        <w:t>احوال</w:t>
      </w:r>
      <w:r w:rsidRPr="00D914B7">
        <w:rPr>
          <w:sz w:val="22"/>
        </w:rPr>
        <w:t xml:space="preserve"> </w:t>
      </w:r>
      <w:r w:rsidRPr="00D914B7">
        <w:rPr>
          <w:sz w:val="22"/>
          <w:rtl/>
        </w:rPr>
        <w:t>ملت</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تعیین</w:t>
      </w:r>
      <w:r w:rsidRPr="00D914B7">
        <w:rPr>
          <w:sz w:val="22"/>
        </w:rPr>
        <w:t xml:space="preserve"> </w:t>
      </w:r>
      <w:r w:rsidRPr="00D914B7">
        <w:rPr>
          <w:sz w:val="22"/>
          <w:rtl/>
        </w:rPr>
        <w:t>هدف</w:t>
      </w:r>
      <w:r w:rsidRPr="00D914B7">
        <w:rPr>
          <w:sz w:val="22"/>
        </w:rPr>
        <w:t>‌</w:t>
      </w:r>
      <w:r w:rsidRPr="00D914B7">
        <w:rPr>
          <w:sz w:val="22"/>
          <w:rtl/>
        </w:rPr>
        <w:t>های</w:t>
      </w:r>
      <w:r w:rsidRPr="00D914B7">
        <w:rPr>
          <w:sz w:val="22"/>
        </w:rPr>
        <w:t xml:space="preserve"> </w:t>
      </w:r>
      <w:r w:rsidRPr="00D914B7">
        <w:rPr>
          <w:sz w:val="22"/>
          <w:rtl/>
        </w:rPr>
        <w:t>عمومی</w:t>
      </w:r>
      <w:r w:rsidRPr="00D914B7">
        <w:rPr>
          <w:sz w:val="22"/>
        </w:rPr>
        <w:t xml:space="preserve"> </w:t>
      </w:r>
      <w:r w:rsidRPr="00D914B7">
        <w:rPr>
          <w:sz w:val="22"/>
          <w:rtl/>
        </w:rPr>
        <w:t>در</w:t>
      </w:r>
      <w:r w:rsidRPr="00D914B7">
        <w:rPr>
          <w:sz w:val="22"/>
        </w:rPr>
        <w:t xml:space="preserve"> </w:t>
      </w:r>
      <w:r w:rsidRPr="00D914B7">
        <w:rPr>
          <w:sz w:val="22"/>
          <w:rtl/>
        </w:rPr>
        <w:t>نظام</w:t>
      </w:r>
      <w:r w:rsidRPr="00D914B7">
        <w:rPr>
          <w:sz w:val="22"/>
        </w:rPr>
        <w:t>‌</w:t>
      </w:r>
      <w:r w:rsidRPr="00D914B7">
        <w:rPr>
          <w:sz w:val="22"/>
          <w:rtl/>
        </w:rPr>
        <w:t>های</w:t>
      </w:r>
      <w:r w:rsidRPr="00D914B7">
        <w:rPr>
          <w:sz w:val="22"/>
        </w:rPr>
        <w:t xml:space="preserve"> </w:t>
      </w:r>
      <w:r w:rsidRPr="00D914B7">
        <w:rPr>
          <w:sz w:val="22"/>
          <w:rtl/>
        </w:rPr>
        <w:t>مختلف</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بر</w:t>
      </w:r>
      <w:r w:rsidRPr="00D914B7">
        <w:rPr>
          <w:sz w:val="22"/>
        </w:rPr>
        <w:t xml:space="preserve"> </w:t>
      </w:r>
      <w:r w:rsidRPr="00D914B7">
        <w:rPr>
          <w:sz w:val="22"/>
          <w:rtl/>
        </w:rPr>
        <w:t>عهده</w:t>
      </w:r>
      <w:r>
        <w:rPr>
          <w:sz w:val="22"/>
          <w:rtl/>
        </w:rPr>
        <w:t>ء</w:t>
      </w:r>
      <w:r w:rsidRPr="00D914B7">
        <w:rPr>
          <w:sz w:val="22"/>
        </w:rPr>
        <w:t xml:space="preserve"> </w:t>
      </w:r>
      <w:r w:rsidRPr="00D914B7">
        <w:rPr>
          <w:sz w:val="22"/>
          <w:rtl/>
        </w:rPr>
        <w:t>فرمانروا،</w:t>
      </w:r>
      <w:r w:rsidRPr="00D914B7">
        <w:rPr>
          <w:sz w:val="22"/>
        </w:rPr>
        <w:t xml:space="preserve"> </w:t>
      </w:r>
      <w:r w:rsidRPr="00D914B7">
        <w:rPr>
          <w:sz w:val="22"/>
          <w:rtl/>
        </w:rPr>
        <w:t>مجلس،</w:t>
      </w:r>
      <w:r w:rsidRPr="00D914B7">
        <w:rPr>
          <w:sz w:val="22"/>
        </w:rPr>
        <w:t xml:space="preserve"> </w:t>
      </w:r>
      <w:r w:rsidRPr="00D914B7">
        <w:rPr>
          <w:sz w:val="22"/>
          <w:rtl/>
        </w:rPr>
        <w:t>حکومت</w:t>
      </w:r>
      <w:r w:rsidRPr="00D914B7">
        <w:rPr>
          <w:sz w:val="22"/>
        </w:rPr>
        <w:t xml:space="preserve"> </w:t>
      </w:r>
      <w:r w:rsidRPr="00D914B7">
        <w:rPr>
          <w:sz w:val="22"/>
          <w:rtl/>
        </w:rPr>
        <w:t>یا</w:t>
      </w:r>
      <w:r w:rsidRPr="00D914B7">
        <w:rPr>
          <w:sz w:val="22"/>
        </w:rPr>
        <w:t xml:space="preserve"> </w:t>
      </w:r>
      <w:r w:rsidRPr="00D914B7">
        <w:rPr>
          <w:sz w:val="22"/>
          <w:rtl/>
        </w:rPr>
        <w:t>خود</w:t>
      </w:r>
      <w:r w:rsidRPr="00D914B7">
        <w:rPr>
          <w:sz w:val="22"/>
        </w:rPr>
        <w:t xml:space="preserve"> </w:t>
      </w:r>
      <w:r w:rsidRPr="00D914B7">
        <w:rPr>
          <w:sz w:val="22"/>
          <w:rtl/>
        </w:rPr>
        <w:t>ملت</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تحقق</w:t>
      </w:r>
      <w:r w:rsidRPr="00D914B7">
        <w:rPr>
          <w:sz w:val="22"/>
        </w:rPr>
        <w:t xml:space="preserve"> </w:t>
      </w:r>
      <w:r w:rsidRPr="00D914B7">
        <w:rPr>
          <w:sz w:val="22"/>
          <w:rtl/>
        </w:rPr>
        <w:t>آنها</w:t>
      </w:r>
      <w:r w:rsidRPr="00D914B7">
        <w:rPr>
          <w:sz w:val="22"/>
        </w:rPr>
        <w:t xml:space="preserve"> </w:t>
      </w:r>
      <w:r w:rsidRPr="00D914B7">
        <w:rPr>
          <w:sz w:val="22"/>
          <w:rtl/>
        </w:rPr>
        <w:t>بدون</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ممکن</w:t>
      </w:r>
      <w:r w:rsidRPr="00D914B7">
        <w:rPr>
          <w:sz w:val="22"/>
        </w:rPr>
        <w:t xml:space="preserve"> </w:t>
      </w:r>
      <w:r w:rsidRPr="00D914B7">
        <w:rPr>
          <w:sz w:val="22"/>
          <w:rtl/>
        </w:rPr>
        <w:t>نیست</w:t>
      </w:r>
      <w:r>
        <w:rPr>
          <w:sz w:val="22"/>
          <w:rtl/>
        </w:rPr>
        <w:t>.</w:t>
      </w:r>
    </w:p>
    <w:p w:rsidR="00987F03" w:rsidRPr="00D914B7" w:rsidRDefault="00987F03" w:rsidP="00987F03">
      <w:pPr>
        <w:bidi/>
        <w:ind w:firstLine="720"/>
        <w:rPr>
          <w:sz w:val="22"/>
        </w:rPr>
      </w:pPr>
      <w:r w:rsidRPr="00D914B7">
        <w:rPr>
          <w:sz w:val="22"/>
          <w:rtl/>
        </w:rPr>
        <w:t>برای</w:t>
      </w:r>
      <w:r w:rsidRPr="00D914B7">
        <w:rPr>
          <w:sz w:val="22"/>
        </w:rPr>
        <w:t xml:space="preserve"> </w:t>
      </w:r>
      <w:r>
        <w:rPr>
          <w:rFonts w:hint="cs"/>
          <w:sz w:val="22"/>
          <w:rtl/>
        </w:rPr>
        <w:t xml:space="preserve">یک </w:t>
      </w:r>
      <w:r w:rsidRPr="00D914B7">
        <w:rPr>
          <w:sz w:val="22"/>
          <w:rtl/>
        </w:rPr>
        <w:t>سیاست</w:t>
      </w:r>
      <w:r w:rsidRPr="00D914B7">
        <w:rPr>
          <w:sz w:val="22"/>
        </w:rPr>
        <w:t>‌</w:t>
      </w:r>
      <w:r w:rsidRPr="00D914B7">
        <w:rPr>
          <w:sz w:val="22"/>
          <w:rtl/>
        </w:rPr>
        <w:t>مدار</w:t>
      </w:r>
      <w:r w:rsidRPr="00D914B7">
        <w:rPr>
          <w:sz w:val="22"/>
        </w:rPr>
        <w:t xml:space="preserve"> </w:t>
      </w:r>
      <w:r>
        <w:rPr>
          <w:rFonts w:hint="cs"/>
          <w:sz w:val="22"/>
          <w:rtl/>
        </w:rPr>
        <w:t>«</w:t>
      </w:r>
      <w:r w:rsidRPr="00D914B7">
        <w:rPr>
          <w:sz w:val="22"/>
          <w:rtl/>
        </w:rPr>
        <w:t>م</w:t>
      </w:r>
      <w:r>
        <w:rPr>
          <w:rFonts w:hint="cs"/>
          <w:sz w:val="22"/>
          <w:rtl/>
        </w:rPr>
        <w:t xml:space="preserve">ردم»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مفهومی</w:t>
      </w:r>
      <w:r w:rsidRPr="00D914B7">
        <w:rPr>
          <w:sz w:val="22"/>
        </w:rPr>
        <w:t xml:space="preserve"> </w:t>
      </w:r>
      <w:r w:rsidRPr="00D914B7">
        <w:rPr>
          <w:sz w:val="22"/>
          <w:rtl/>
        </w:rPr>
        <w:t>کلی</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برای</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احوال</w:t>
      </w:r>
      <w:r w:rsidRPr="00D914B7">
        <w:rPr>
          <w:sz w:val="22"/>
        </w:rPr>
        <w:t xml:space="preserve"> </w:t>
      </w:r>
      <w:r w:rsidRPr="00D914B7">
        <w:rPr>
          <w:sz w:val="22"/>
          <w:rtl/>
        </w:rPr>
        <w:t>مشخص</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برای</w:t>
      </w:r>
      <w:r w:rsidRPr="00D914B7">
        <w:rPr>
          <w:sz w:val="22"/>
        </w:rPr>
        <w:t xml:space="preserve"> </w:t>
      </w:r>
      <w:r w:rsidRPr="00D914B7">
        <w:rPr>
          <w:sz w:val="22"/>
          <w:rtl/>
        </w:rPr>
        <w:t>رسیدگی</w:t>
      </w:r>
      <w:r w:rsidRPr="00D914B7">
        <w:rPr>
          <w:sz w:val="22"/>
        </w:rPr>
        <w:t xml:space="preserve"> </w:t>
      </w:r>
      <w:r w:rsidRPr="00D914B7">
        <w:rPr>
          <w:sz w:val="22"/>
          <w:rtl/>
        </w:rPr>
        <w:t>واقعی</w:t>
      </w:r>
      <w:r w:rsidRPr="00D914B7">
        <w:rPr>
          <w:sz w:val="22"/>
        </w:rPr>
        <w:t xml:space="preserve"> </w:t>
      </w:r>
      <w:r w:rsidRPr="00D914B7">
        <w:rPr>
          <w:sz w:val="22"/>
          <w:rtl/>
        </w:rPr>
        <w:t>باید</w:t>
      </w:r>
      <w:r w:rsidRPr="00D914B7">
        <w:rPr>
          <w:sz w:val="22"/>
        </w:rPr>
        <w:t xml:space="preserve"> </w:t>
      </w:r>
      <w:r w:rsidRPr="00D914B7">
        <w:rPr>
          <w:sz w:val="22"/>
          <w:rtl/>
        </w:rPr>
        <w:t>دانست</w:t>
      </w:r>
      <w:r w:rsidRPr="00D914B7">
        <w:rPr>
          <w:sz w:val="22"/>
        </w:rPr>
        <w:t xml:space="preserve"> </w:t>
      </w:r>
      <w:r w:rsidRPr="00D914B7">
        <w:rPr>
          <w:sz w:val="22"/>
          <w:rtl/>
        </w:rPr>
        <w:t>چند</w:t>
      </w:r>
      <w:r w:rsidRPr="00D914B7">
        <w:rPr>
          <w:sz w:val="22"/>
        </w:rPr>
        <w:t xml:space="preserve"> </w:t>
      </w:r>
      <w:r w:rsidRPr="00D914B7">
        <w:rPr>
          <w:sz w:val="22"/>
          <w:rtl/>
        </w:rPr>
        <w:t>نفر</w:t>
      </w:r>
      <w:r w:rsidRPr="00D914B7">
        <w:rPr>
          <w:sz w:val="22"/>
        </w:rPr>
        <w:t xml:space="preserve"> </w:t>
      </w:r>
      <w:r w:rsidRPr="00D914B7">
        <w:rPr>
          <w:sz w:val="22"/>
          <w:rtl/>
        </w:rPr>
        <w:t>در</w:t>
      </w:r>
      <w:r w:rsidRPr="00D914B7">
        <w:rPr>
          <w:sz w:val="22"/>
        </w:rPr>
        <w:t xml:space="preserve"> </w:t>
      </w:r>
      <w:r w:rsidRPr="00D914B7">
        <w:rPr>
          <w:sz w:val="22"/>
          <w:rtl/>
        </w:rPr>
        <w:t>کشور</w:t>
      </w:r>
      <w:r w:rsidRPr="00D914B7">
        <w:rPr>
          <w:sz w:val="22"/>
        </w:rPr>
        <w:t xml:space="preserve"> </w:t>
      </w:r>
      <w:r w:rsidRPr="00D914B7">
        <w:rPr>
          <w:sz w:val="22"/>
          <w:rtl/>
        </w:rPr>
        <w:t>زندگی</w:t>
      </w:r>
      <w:r w:rsidRPr="00D914B7">
        <w:rPr>
          <w:sz w:val="22"/>
        </w:rPr>
        <w:t xml:space="preserve"> </w:t>
      </w:r>
      <w:r w:rsidRPr="00D914B7">
        <w:rPr>
          <w:sz w:val="22"/>
          <w:rtl/>
        </w:rPr>
        <w:t>می</w:t>
      </w:r>
      <w:r w:rsidRPr="00D914B7">
        <w:rPr>
          <w:sz w:val="22"/>
        </w:rPr>
        <w:t>‌</w:t>
      </w:r>
      <w:r w:rsidRPr="00D914B7">
        <w:rPr>
          <w:sz w:val="22"/>
          <w:rtl/>
        </w:rPr>
        <w:t>کنند،</w:t>
      </w:r>
      <w:r w:rsidRPr="00D914B7">
        <w:rPr>
          <w:sz w:val="22"/>
        </w:rPr>
        <w:t xml:space="preserve"> </w:t>
      </w:r>
      <w:r w:rsidRPr="00D914B7">
        <w:rPr>
          <w:sz w:val="22"/>
          <w:rtl/>
        </w:rPr>
        <w:t>در</w:t>
      </w:r>
      <w:r w:rsidRPr="00D914B7">
        <w:rPr>
          <w:sz w:val="22"/>
        </w:rPr>
        <w:t xml:space="preserve"> </w:t>
      </w:r>
      <w:r w:rsidRPr="00D914B7">
        <w:rPr>
          <w:sz w:val="22"/>
          <w:rtl/>
        </w:rPr>
        <w:t>کجا</w:t>
      </w:r>
      <w:r w:rsidRPr="00D914B7">
        <w:rPr>
          <w:sz w:val="22"/>
        </w:rPr>
        <w:t xml:space="preserve"> </w:t>
      </w:r>
      <w:r w:rsidRPr="00D914B7">
        <w:rPr>
          <w:sz w:val="22"/>
          <w:rtl/>
        </w:rPr>
        <w:t>هستند،</w:t>
      </w:r>
      <w:r w:rsidRPr="00D914B7">
        <w:rPr>
          <w:sz w:val="22"/>
        </w:rPr>
        <w:t xml:space="preserve"> </w:t>
      </w:r>
      <w:r w:rsidRPr="00D914B7">
        <w:rPr>
          <w:sz w:val="22"/>
          <w:rtl/>
        </w:rPr>
        <w:t>چه</w:t>
      </w:r>
      <w:r w:rsidRPr="00D914B7">
        <w:rPr>
          <w:sz w:val="22"/>
        </w:rPr>
        <w:t xml:space="preserve"> </w:t>
      </w:r>
      <w:r w:rsidRPr="00D914B7">
        <w:rPr>
          <w:sz w:val="22"/>
          <w:rtl/>
        </w:rPr>
        <w:t>تعداد</w:t>
      </w:r>
      <w:r w:rsidRPr="00D914B7">
        <w:rPr>
          <w:sz w:val="22"/>
        </w:rPr>
        <w:t xml:space="preserve"> </w:t>
      </w:r>
      <w:r w:rsidRPr="00D914B7">
        <w:rPr>
          <w:sz w:val="22"/>
          <w:rtl/>
        </w:rPr>
        <w:t>کودک،</w:t>
      </w:r>
      <w:r w:rsidRPr="00D914B7">
        <w:rPr>
          <w:sz w:val="22"/>
        </w:rPr>
        <w:t xml:space="preserve"> </w:t>
      </w:r>
      <w:r w:rsidRPr="00D914B7">
        <w:rPr>
          <w:sz w:val="22"/>
          <w:rtl/>
        </w:rPr>
        <w:t>سالمند،</w:t>
      </w:r>
      <w:r w:rsidRPr="00D914B7">
        <w:rPr>
          <w:sz w:val="22"/>
        </w:rPr>
        <w:t xml:space="preserve"> </w:t>
      </w:r>
      <w:r w:rsidRPr="00D914B7">
        <w:rPr>
          <w:sz w:val="22"/>
          <w:rtl/>
        </w:rPr>
        <w:t>بیمار</w:t>
      </w:r>
      <w:r w:rsidRPr="00D914B7">
        <w:rPr>
          <w:sz w:val="22"/>
        </w:rPr>
        <w:t xml:space="preserve"> </w:t>
      </w:r>
      <w:r w:rsidRPr="00D914B7">
        <w:rPr>
          <w:sz w:val="22"/>
          <w:rtl/>
        </w:rPr>
        <w:t>یا</w:t>
      </w:r>
      <w:r w:rsidRPr="00D914B7">
        <w:rPr>
          <w:sz w:val="22"/>
        </w:rPr>
        <w:t xml:space="preserve"> </w:t>
      </w:r>
      <w:r w:rsidRPr="00D914B7">
        <w:rPr>
          <w:sz w:val="22"/>
          <w:rtl/>
        </w:rPr>
        <w:t>بیکار</w:t>
      </w:r>
      <w:r w:rsidRPr="00D914B7">
        <w:rPr>
          <w:sz w:val="22"/>
        </w:rPr>
        <w:t xml:space="preserve"> </w:t>
      </w:r>
      <w:r w:rsidRPr="00D914B7">
        <w:rPr>
          <w:sz w:val="22"/>
          <w:rtl/>
        </w:rPr>
        <w:t>وجود</w:t>
      </w:r>
      <w:r w:rsidRPr="00D914B7">
        <w:rPr>
          <w:sz w:val="22"/>
        </w:rPr>
        <w:t xml:space="preserve"> </w:t>
      </w:r>
      <w:r w:rsidRPr="00D914B7">
        <w:rPr>
          <w:sz w:val="22"/>
          <w:rtl/>
        </w:rPr>
        <w:t>دارد،</w:t>
      </w:r>
      <w:r w:rsidRPr="00D914B7">
        <w:rPr>
          <w:sz w:val="22"/>
        </w:rPr>
        <w:t xml:space="preserve"> </w:t>
      </w:r>
      <w:r w:rsidRPr="00D914B7">
        <w:rPr>
          <w:sz w:val="22"/>
          <w:rtl/>
        </w:rPr>
        <w:t>چه</w:t>
      </w:r>
      <w:r w:rsidRPr="00D914B7">
        <w:rPr>
          <w:sz w:val="22"/>
        </w:rPr>
        <w:t xml:space="preserve"> </w:t>
      </w:r>
      <w:r w:rsidRPr="00D914B7">
        <w:rPr>
          <w:sz w:val="22"/>
          <w:rtl/>
        </w:rPr>
        <w:t>کسانی</w:t>
      </w:r>
      <w:r w:rsidRPr="00D914B7">
        <w:rPr>
          <w:sz w:val="22"/>
        </w:rPr>
        <w:t xml:space="preserve"> </w:t>
      </w:r>
      <w:r w:rsidRPr="00D914B7">
        <w:rPr>
          <w:sz w:val="22"/>
          <w:rtl/>
        </w:rPr>
        <w:t>مالک</w:t>
      </w:r>
      <w:r w:rsidRPr="00D914B7">
        <w:rPr>
          <w:sz w:val="22"/>
        </w:rPr>
        <w:t xml:space="preserve"> </w:t>
      </w:r>
      <w:r w:rsidRPr="00D914B7">
        <w:rPr>
          <w:sz w:val="22"/>
          <w:rtl/>
        </w:rPr>
        <w:t>زمین</w:t>
      </w:r>
      <w:r w:rsidRPr="00D914B7">
        <w:rPr>
          <w:sz w:val="22"/>
        </w:rPr>
        <w:t>‌</w:t>
      </w:r>
      <w:r w:rsidRPr="00D914B7">
        <w:rPr>
          <w:sz w:val="22"/>
          <w:rtl/>
        </w:rPr>
        <w:t>اند،</w:t>
      </w:r>
      <w:r w:rsidRPr="00D914B7">
        <w:rPr>
          <w:sz w:val="22"/>
        </w:rPr>
        <w:t xml:space="preserve"> </w:t>
      </w:r>
      <w:r w:rsidRPr="00D914B7">
        <w:rPr>
          <w:sz w:val="22"/>
          <w:rtl/>
        </w:rPr>
        <w:t>کدام</w:t>
      </w:r>
      <w:r w:rsidRPr="00D914B7">
        <w:rPr>
          <w:sz w:val="22"/>
        </w:rPr>
        <w:t xml:space="preserve"> </w:t>
      </w:r>
      <w:r w:rsidRPr="00D914B7">
        <w:rPr>
          <w:sz w:val="22"/>
          <w:rtl/>
        </w:rPr>
        <w:t>منطقه</w:t>
      </w:r>
      <w:r w:rsidRPr="00D914B7">
        <w:rPr>
          <w:sz w:val="22"/>
        </w:rPr>
        <w:t xml:space="preserve"> </w:t>
      </w:r>
      <w:r w:rsidRPr="00D914B7">
        <w:rPr>
          <w:sz w:val="22"/>
          <w:rtl/>
        </w:rPr>
        <w:t>دچار</w:t>
      </w:r>
      <w:r w:rsidRPr="00D914B7">
        <w:rPr>
          <w:sz w:val="22"/>
        </w:rPr>
        <w:t xml:space="preserve"> </w:t>
      </w:r>
      <w:r w:rsidRPr="00D914B7">
        <w:rPr>
          <w:sz w:val="22"/>
          <w:rtl/>
        </w:rPr>
        <w:t>خشکسالی</w:t>
      </w:r>
      <w:r w:rsidRPr="00D914B7">
        <w:rPr>
          <w:sz w:val="22"/>
        </w:rPr>
        <w:t xml:space="preserve"> </w:t>
      </w:r>
      <w:r w:rsidRPr="00D914B7">
        <w:rPr>
          <w:sz w:val="22"/>
          <w:rtl/>
        </w:rPr>
        <w:t>یا</w:t>
      </w:r>
      <w:r w:rsidRPr="00D914B7">
        <w:rPr>
          <w:sz w:val="22"/>
        </w:rPr>
        <w:t xml:space="preserve"> </w:t>
      </w:r>
      <w:r w:rsidRPr="00D914B7">
        <w:rPr>
          <w:sz w:val="22"/>
          <w:rtl/>
        </w:rPr>
        <w:t>کمبود</w:t>
      </w:r>
      <w:r w:rsidRPr="00D914B7">
        <w:rPr>
          <w:sz w:val="22"/>
        </w:rPr>
        <w:t xml:space="preserve"> </w:t>
      </w:r>
      <w:r w:rsidRPr="00D914B7">
        <w:rPr>
          <w:sz w:val="22"/>
          <w:rtl/>
        </w:rPr>
        <w:t>غذاست،</w:t>
      </w:r>
      <w:r w:rsidRPr="00D914B7">
        <w:rPr>
          <w:sz w:val="22"/>
        </w:rPr>
        <w:t xml:space="preserve"> </w:t>
      </w:r>
      <w:r w:rsidRPr="00D914B7">
        <w:rPr>
          <w:sz w:val="22"/>
          <w:rtl/>
        </w:rPr>
        <w:t>مالیات</w:t>
      </w:r>
      <w:r w:rsidRPr="00D914B7">
        <w:rPr>
          <w:sz w:val="22"/>
        </w:rPr>
        <w:t xml:space="preserve"> </w:t>
      </w:r>
      <w:r w:rsidRPr="00D914B7">
        <w:rPr>
          <w:sz w:val="22"/>
          <w:rtl/>
        </w:rPr>
        <w:t>از</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و</w:t>
      </w:r>
      <w:r w:rsidRPr="00D914B7">
        <w:rPr>
          <w:sz w:val="22"/>
        </w:rPr>
        <w:t xml:space="preserve"> </w:t>
      </w:r>
      <w:r w:rsidRPr="00D914B7">
        <w:rPr>
          <w:sz w:val="22"/>
          <w:rtl/>
        </w:rPr>
        <w:t>به</w:t>
      </w:r>
      <w:r w:rsidRPr="00D914B7">
        <w:rPr>
          <w:sz w:val="22"/>
        </w:rPr>
        <w:t xml:space="preserve"> </w:t>
      </w:r>
      <w:r w:rsidRPr="00D914B7">
        <w:rPr>
          <w:sz w:val="22"/>
          <w:rtl/>
        </w:rPr>
        <w:t>چه</w:t>
      </w:r>
      <w:r w:rsidRPr="00D914B7">
        <w:rPr>
          <w:sz w:val="22"/>
        </w:rPr>
        <w:t xml:space="preserve"> </w:t>
      </w:r>
      <w:r w:rsidRPr="00D914B7">
        <w:rPr>
          <w:sz w:val="22"/>
          <w:rtl/>
        </w:rPr>
        <w:t>میزان</w:t>
      </w:r>
      <w:r w:rsidRPr="00D914B7">
        <w:rPr>
          <w:sz w:val="22"/>
        </w:rPr>
        <w:t xml:space="preserve"> </w:t>
      </w:r>
      <w:r w:rsidRPr="00D914B7">
        <w:rPr>
          <w:sz w:val="22"/>
          <w:rtl/>
        </w:rPr>
        <w:t>گرفته</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کدام</w:t>
      </w:r>
      <w:r w:rsidRPr="00D914B7">
        <w:rPr>
          <w:sz w:val="22"/>
        </w:rPr>
        <w:t xml:space="preserve"> </w:t>
      </w:r>
      <w:r w:rsidRPr="00D914B7">
        <w:rPr>
          <w:sz w:val="22"/>
          <w:rtl/>
        </w:rPr>
        <w:t>راه،</w:t>
      </w:r>
      <w:r w:rsidRPr="00D914B7">
        <w:rPr>
          <w:sz w:val="22"/>
        </w:rPr>
        <w:t xml:space="preserve"> </w:t>
      </w:r>
      <w:r w:rsidRPr="00D914B7">
        <w:rPr>
          <w:sz w:val="22"/>
          <w:rtl/>
        </w:rPr>
        <w:t>مدرسه،</w:t>
      </w:r>
      <w:r w:rsidRPr="00D914B7">
        <w:rPr>
          <w:sz w:val="22"/>
        </w:rPr>
        <w:t xml:space="preserve"> </w:t>
      </w:r>
      <w:r w:rsidRPr="00D914B7">
        <w:rPr>
          <w:sz w:val="22"/>
          <w:rtl/>
        </w:rPr>
        <w:t>بیمارستان</w:t>
      </w:r>
      <w:r w:rsidRPr="00D914B7">
        <w:rPr>
          <w:sz w:val="22"/>
        </w:rPr>
        <w:t xml:space="preserve"> </w:t>
      </w:r>
      <w:r w:rsidRPr="00D914B7">
        <w:rPr>
          <w:sz w:val="22"/>
          <w:rtl/>
        </w:rPr>
        <w:t>یا</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آب</w:t>
      </w:r>
      <w:r w:rsidRPr="00D914B7">
        <w:rPr>
          <w:sz w:val="22"/>
        </w:rPr>
        <w:t xml:space="preserve"> </w:t>
      </w:r>
      <w:r w:rsidRPr="00D914B7">
        <w:rPr>
          <w:sz w:val="22"/>
          <w:rtl/>
        </w:rPr>
        <w:t>به</w:t>
      </w:r>
      <w:r w:rsidRPr="00D914B7">
        <w:rPr>
          <w:sz w:val="22"/>
        </w:rPr>
        <w:t xml:space="preserve"> </w:t>
      </w:r>
      <w:r w:rsidRPr="00D914B7">
        <w:rPr>
          <w:sz w:val="22"/>
          <w:rtl/>
        </w:rPr>
        <w:t>ساختن</w:t>
      </w:r>
      <w:r w:rsidRPr="00D914B7">
        <w:rPr>
          <w:sz w:val="22"/>
        </w:rPr>
        <w:t xml:space="preserve"> </w:t>
      </w:r>
      <w:r w:rsidRPr="00D914B7">
        <w:rPr>
          <w:sz w:val="22"/>
          <w:rtl/>
        </w:rPr>
        <w:t>یا</w:t>
      </w:r>
      <w:r w:rsidRPr="00D914B7">
        <w:rPr>
          <w:sz w:val="22"/>
        </w:rPr>
        <w:t xml:space="preserve"> </w:t>
      </w:r>
      <w:r w:rsidRPr="00D914B7">
        <w:rPr>
          <w:sz w:val="22"/>
          <w:rtl/>
        </w:rPr>
        <w:t>تعمیر</w:t>
      </w:r>
      <w:r w:rsidRPr="00D914B7">
        <w:rPr>
          <w:sz w:val="22"/>
        </w:rPr>
        <w:t xml:space="preserve"> </w:t>
      </w:r>
      <w:r w:rsidRPr="00D914B7">
        <w:rPr>
          <w:sz w:val="22"/>
          <w:rtl/>
        </w:rPr>
        <w:t>نیاز</w:t>
      </w:r>
      <w:r w:rsidRPr="00D914B7">
        <w:rPr>
          <w:sz w:val="22"/>
        </w:rPr>
        <w:t xml:space="preserve"> </w:t>
      </w:r>
      <w:r w:rsidRPr="00D914B7">
        <w:rPr>
          <w:sz w:val="22"/>
          <w:rtl/>
        </w:rPr>
        <w:t>دارد</w:t>
      </w:r>
      <w:r>
        <w:rPr>
          <w:sz w:val="22"/>
          <w:rtl/>
        </w:rPr>
        <w:t>.</w:t>
      </w:r>
      <w:r w:rsidRPr="00D914B7">
        <w:rPr>
          <w:sz w:val="22"/>
        </w:rPr>
        <w:t xml:space="preserve"> </w:t>
      </w:r>
      <w:r w:rsidRPr="00D914B7">
        <w:rPr>
          <w:sz w:val="22"/>
          <w:rtl/>
        </w:rPr>
        <w:t>سرشماری،</w:t>
      </w:r>
      <w:r w:rsidRPr="00D914B7">
        <w:rPr>
          <w:sz w:val="22"/>
        </w:rPr>
        <w:t xml:space="preserve"> </w:t>
      </w:r>
      <w:r w:rsidRPr="00D914B7">
        <w:rPr>
          <w:sz w:val="22"/>
          <w:rtl/>
        </w:rPr>
        <w:t>ثبت</w:t>
      </w:r>
      <w:r w:rsidRPr="00D914B7">
        <w:rPr>
          <w:sz w:val="22"/>
        </w:rPr>
        <w:t xml:space="preserve"> </w:t>
      </w:r>
      <w:r w:rsidRPr="00D914B7">
        <w:rPr>
          <w:sz w:val="22"/>
          <w:rtl/>
        </w:rPr>
        <w:t>تولد</w:t>
      </w:r>
      <w:r w:rsidRPr="00D914B7">
        <w:rPr>
          <w:sz w:val="22"/>
        </w:rPr>
        <w:t xml:space="preserve"> </w:t>
      </w:r>
      <w:r w:rsidRPr="00D914B7">
        <w:rPr>
          <w:sz w:val="22"/>
          <w:rtl/>
        </w:rPr>
        <w:t>و</w:t>
      </w:r>
      <w:r w:rsidRPr="00D914B7">
        <w:rPr>
          <w:sz w:val="22"/>
        </w:rPr>
        <w:t xml:space="preserve"> </w:t>
      </w:r>
      <w:r w:rsidRPr="00D914B7">
        <w:rPr>
          <w:sz w:val="22"/>
          <w:rtl/>
        </w:rPr>
        <w:t>مرگ،</w:t>
      </w:r>
      <w:r w:rsidRPr="00D914B7">
        <w:rPr>
          <w:sz w:val="22"/>
        </w:rPr>
        <w:t xml:space="preserve"> </w:t>
      </w:r>
      <w:r w:rsidRPr="00D914B7">
        <w:rPr>
          <w:sz w:val="22"/>
          <w:rtl/>
        </w:rPr>
        <w:t>دفترهای</w:t>
      </w:r>
      <w:r w:rsidRPr="00D914B7">
        <w:rPr>
          <w:sz w:val="22"/>
        </w:rPr>
        <w:t xml:space="preserve"> </w:t>
      </w:r>
      <w:r w:rsidRPr="00D914B7">
        <w:rPr>
          <w:sz w:val="22"/>
          <w:rtl/>
        </w:rPr>
        <w:t>مالیاتی،</w:t>
      </w:r>
      <w:r w:rsidRPr="00D914B7">
        <w:rPr>
          <w:sz w:val="22"/>
        </w:rPr>
        <w:t xml:space="preserve"> </w:t>
      </w:r>
      <w:r w:rsidRPr="00D914B7">
        <w:rPr>
          <w:sz w:val="22"/>
          <w:rtl/>
        </w:rPr>
        <w:t>اسناد</w:t>
      </w:r>
      <w:r w:rsidRPr="00D914B7">
        <w:rPr>
          <w:sz w:val="22"/>
        </w:rPr>
        <w:t xml:space="preserve"> </w:t>
      </w:r>
      <w:r w:rsidRPr="00D914B7">
        <w:rPr>
          <w:sz w:val="22"/>
          <w:rtl/>
        </w:rPr>
        <w:t>مالکیت،</w:t>
      </w:r>
      <w:r w:rsidRPr="00D914B7">
        <w:rPr>
          <w:sz w:val="22"/>
        </w:rPr>
        <w:t xml:space="preserve"> </w:t>
      </w:r>
      <w:r w:rsidRPr="00D914B7">
        <w:rPr>
          <w:sz w:val="22"/>
          <w:rtl/>
        </w:rPr>
        <w:t>گزارش</w:t>
      </w:r>
      <w:r w:rsidRPr="00D914B7">
        <w:rPr>
          <w:sz w:val="22"/>
        </w:rPr>
        <w:t xml:space="preserve"> </w:t>
      </w:r>
      <w:r w:rsidRPr="00D914B7">
        <w:rPr>
          <w:sz w:val="22"/>
          <w:rtl/>
        </w:rPr>
        <w:t>قیمت</w:t>
      </w:r>
      <w:r w:rsidRPr="00D914B7">
        <w:rPr>
          <w:sz w:val="22"/>
        </w:rPr>
        <w:t xml:space="preserve"> </w:t>
      </w:r>
      <w:r w:rsidRPr="00D914B7">
        <w:rPr>
          <w:sz w:val="22"/>
          <w:rtl/>
        </w:rPr>
        <w:t>و</w:t>
      </w:r>
      <w:r w:rsidRPr="00D914B7">
        <w:rPr>
          <w:sz w:val="22"/>
        </w:rPr>
        <w:t xml:space="preserve"> </w:t>
      </w:r>
      <w:r w:rsidRPr="00D914B7">
        <w:rPr>
          <w:sz w:val="22"/>
          <w:rtl/>
        </w:rPr>
        <w:t>محصول،</w:t>
      </w:r>
      <w:r w:rsidRPr="00D914B7">
        <w:rPr>
          <w:sz w:val="22"/>
        </w:rPr>
        <w:t xml:space="preserve"> </w:t>
      </w:r>
      <w:r w:rsidRPr="00D914B7">
        <w:rPr>
          <w:sz w:val="22"/>
          <w:rtl/>
        </w:rPr>
        <w:t>آمار</w:t>
      </w:r>
      <w:r w:rsidRPr="00D914B7">
        <w:rPr>
          <w:sz w:val="22"/>
        </w:rPr>
        <w:t xml:space="preserve"> </w:t>
      </w:r>
      <w:r w:rsidRPr="00D914B7">
        <w:rPr>
          <w:sz w:val="22"/>
          <w:rtl/>
        </w:rPr>
        <w:t>بیماری،</w:t>
      </w:r>
      <w:r w:rsidRPr="00D914B7">
        <w:rPr>
          <w:sz w:val="22"/>
        </w:rPr>
        <w:t xml:space="preserve"> </w:t>
      </w:r>
      <w:r w:rsidRPr="00D914B7">
        <w:rPr>
          <w:sz w:val="22"/>
          <w:rtl/>
        </w:rPr>
        <w:t>شکایت</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ارزیابی</w:t>
      </w:r>
      <w:r w:rsidRPr="00D914B7">
        <w:rPr>
          <w:sz w:val="22"/>
        </w:rPr>
        <w:t xml:space="preserve"> </w:t>
      </w:r>
      <w:r w:rsidRPr="00D914B7">
        <w:rPr>
          <w:sz w:val="22"/>
          <w:rtl/>
        </w:rPr>
        <w:t>نتیجه</w:t>
      </w:r>
      <w:r>
        <w:rPr>
          <w:sz w:val="22"/>
          <w:rtl/>
        </w:rPr>
        <w:t>ء</w:t>
      </w:r>
      <w:r w:rsidRPr="00D914B7">
        <w:rPr>
          <w:sz w:val="22"/>
        </w:rPr>
        <w:t xml:space="preserve"> </w:t>
      </w:r>
      <w:r w:rsidRPr="00D914B7">
        <w:rPr>
          <w:sz w:val="22"/>
          <w:rtl/>
        </w:rPr>
        <w:t>سیاست</w:t>
      </w:r>
      <w:r w:rsidRPr="00D914B7">
        <w:rPr>
          <w:sz w:val="22"/>
        </w:rPr>
        <w:t>‌</w:t>
      </w:r>
      <w:r w:rsidRPr="00D914B7">
        <w:rPr>
          <w:sz w:val="22"/>
          <w:rtl/>
        </w:rPr>
        <w:t>ها،</w:t>
      </w:r>
      <w:r w:rsidRPr="00D914B7">
        <w:rPr>
          <w:sz w:val="22"/>
        </w:rPr>
        <w:t xml:space="preserve"> </w:t>
      </w:r>
      <w:r w:rsidRPr="00D914B7">
        <w:rPr>
          <w:sz w:val="22"/>
          <w:rtl/>
        </w:rPr>
        <w:t>جامعه</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مفهومی</w:t>
      </w:r>
      <w:r w:rsidRPr="00D914B7">
        <w:rPr>
          <w:sz w:val="22"/>
        </w:rPr>
        <w:t xml:space="preserve"> </w:t>
      </w:r>
      <w:r w:rsidRPr="00D914B7">
        <w:rPr>
          <w:sz w:val="22"/>
          <w:rtl/>
        </w:rPr>
        <w:t>انتزاعی</w:t>
      </w:r>
      <w:r w:rsidRPr="00D914B7">
        <w:rPr>
          <w:sz w:val="22"/>
        </w:rPr>
        <w:t xml:space="preserve"> </w:t>
      </w:r>
      <w:r w:rsidRPr="00D914B7">
        <w:rPr>
          <w:sz w:val="22"/>
          <w:rtl/>
        </w:rPr>
        <w:t>به</w:t>
      </w:r>
      <w:r w:rsidRPr="00D914B7">
        <w:rPr>
          <w:sz w:val="22"/>
        </w:rPr>
        <w:t xml:space="preserve"> </w:t>
      </w:r>
      <w:r w:rsidRPr="00D914B7">
        <w:rPr>
          <w:sz w:val="22"/>
          <w:rtl/>
        </w:rPr>
        <w:t>واقعیتی</w:t>
      </w:r>
      <w:r w:rsidRPr="00D914B7">
        <w:rPr>
          <w:sz w:val="22"/>
        </w:rPr>
        <w:t xml:space="preserve"> </w:t>
      </w:r>
      <w:r w:rsidRPr="00D914B7">
        <w:rPr>
          <w:sz w:val="22"/>
          <w:rtl/>
        </w:rPr>
        <w:t>قابل</w:t>
      </w:r>
      <w:r w:rsidRPr="00D914B7">
        <w:rPr>
          <w:sz w:val="22"/>
        </w:rPr>
        <w:t xml:space="preserve"> </w:t>
      </w:r>
      <w:r w:rsidRPr="00D914B7">
        <w:rPr>
          <w:sz w:val="22"/>
          <w:rtl/>
        </w:rPr>
        <w:t>شناخت</w:t>
      </w:r>
      <w:r w:rsidRPr="00D914B7">
        <w:rPr>
          <w:sz w:val="22"/>
        </w:rPr>
        <w:t xml:space="preserve"> </w:t>
      </w:r>
      <w:r w:rsidRPr="00D914B7">
        <w:rPr>
          <w:sz w:val="22"/>
          <w:rtl/>
        </w:rPr>
        <w:t>و</w:t>
      </w:r>
      <w:r w:rsidRPr="00D914B7">
        <w:rPr>
          <w:sz w:val="22"/>
        </w:rPr>
        <w:t xml:space="preserve"> </w:t>
      </w:r>
      <w:r w:rsidRPr="00D914B7">
        <w:rPr>
          <w:sz w:val="22"/>
          <w:rtl/>
        </w:rPr>
        <w:t>رسیدگی</w:t>
      </w:r>
      <w:r w:rsidRPr="00D914B7">
        <w:rPr>
          <w:sz w:val="22"/>
        </w:rPr>
        <w:t xml:space="preserve"> </w:t>
      </w:r>
      <w:r w:rsidRPr="00D914B7">
        <w:rPr>
          <w:sz w:val="22"/>
          <w:rtl/>
        </w:rPr>
        <w:t>تبدیل</w:t>
      </w:r>
      <w:r w:rsidRPr="00D914B7">
        <w:rPr>
          <w:sz w:val="22"/>
        </w:rPr>
        <w:t xml:space="preserve"> </w:t>
      </w:r>
      <w:r w:rsidRPr="00D914B7">
        <w:rPr>
          <w:sz w:val="22"/>
          <w:rtl/>
        </w:rPr>
        <w:t>می</w:t>
      </w:r>
      <w:r w:rsidRPr="00D914B7">
        <w:rPr>
          <w:sz w:val="22"/>
        </w:rPr>
        <w:t>‌</w:t>
      </w:r>
      <w:r w:rsidRPr="00D914B7">
        <w:rPr>
          <w:sz w:val="22"/>
          <w:rtl/>
        </w:rPr>
        <w:t>کنند</w:t>
      </w:r>
      <w:r>
        <w:rPr>
          <w:sz w:val="22"/>
          <w:rtl/>
        </w:rPr>
        <w:t>.</w:t>
      </w:r>
    </w:p>
    <w:p w:rsidR="00987F03" w:rsidRPr="00D914B7" w:rsidRDefault="00987F03" w:rsidP="00987F03">
      <w:pPr>
        <w:bidi/>
        <w:ind w:firstLine="720"/>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چشم</w:t>
      </w:r>
      <w:r w:rsidRPr="00D914B7">
        <w:rPr>
          <w:sz w:val="22"/>
        </w:rPr>
        <w:t xml:space="preserve"> </w:t>
      </w:r>
      <w:r w:rsidRPr="00D914B7">
        <w:rPr>
          <w:sz w:val="22"/>
          <w:rtl/>
        </w:rPr>
        <w:t>و</w:t>
      </w:r>
      <w:r w:rsidRPr="00D914B7">
        <w:rPr>
          <w:sz w:val="22"/>
        </w:rPr>
        <w:t xml:space="preserve"> </w:t>
      </w:r>
      <w:r w:rsidRPr="00D914B7">
        <w:rPr>
          <w:sz w:val="22"/>
          <w:rtl/>
        </w:rPr>
        <w:t>گوش</w:t>
      </w:r>
      <w:r w:rsidRPr="00D914B7">
        <w:rPr>
          <w:sz w:val="22"/>
        </w:rPr>
        <w:t xml:space="preserve"> </w:t>
      </w:r>
      <w:r w:rsidRPr="00D914B7">
        <w:rPr>
          <w:sz w:val="22"/>
          <w:rtl/>
        </w:rPr>
        <w:t>کشور</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هیچ</w:t>
      </w:r>
      <w:r w:rsidRPr="00D914B7">
        <w:rPr>
          <w:sz w:val="22"/>
        </w:rPr>
        <w:t xml:space="preserve"> </w:t>
      </w:r>
      <w:r w:rsidRPr="00D914B7">
        <w:rPr>
          <w:sz w:val="22"/>
          <w:rtl/>
        </w:rPr>
        <w:t>مرکز</w:t>
      </w:r>
      <w:r w:rsidRPr="00D914B7">
        <w:rPr>
          <w:sz w:val="22"/>
        </w:rPr>
        <w:t xml:space="preserve"> </w:t>
      </w:r>
      <w:r w:rsidRPr="00D914B7">
        <w:rPr>
          <w:sz w:val="22"/>
          <w:rtl/>
        </w:rPr>
        <w:t>سیاسی</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مستقیماً</w:t>
      </w:r>
      <w:r w:rsidRPr="00D914B7">
        <w:rPr>
          <w:sz w:val="22"/>
        </w:rPr>
        <w:t xml:space="preserve"> </w:t>
      </w:r>
      <w:r w:rsidRPr="00D914B7">
        <w:rPr>
          <w:sz w:val="22"/>
          <w:rtl/>
        </w:rPr>
        <w:t>از</w:t>
      </w:r>
      <w:r w:rsidRPr="00D914B7">
        <w:rPr>
          <w:sz w:val="22"/>
        </w:rPr>
        <w:t xml:space="preserve"> </w:t>
      </w:r>
      <w:r w:rsidRPr="00D914B7">
        <w:rPr>
          <w:sz w:val="22"/>
          <w:rtl/>
        </w:rPr>
        <w:t>احوال</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مردم</w:t>
      </w:r>
      <w:r w:rsidRPr="00D914B7">
        <w:rPr>
          <w:sz w:val="22"/>
        </w:rPr>
        <w:t xml:space="preserve"> </w:t>
      </w:r>
      <w:r w:rsidRPr="00D914B7">
        <w:rPr>
          <w:sz w:val="22"/>
          <w:rtl/>
        </w:rPr>
        <w:t>آگاه</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حتی</w:t>
      </w:r>
      <w:r w:rsidRPr="00D914B7">
        <w:rPr>
          <w:sz w:val="22"/>
        </w:rPr>
        <w:t xml:space="preserve"> </w:t>
      </w:r>
      <w:r w:rsidRPr="00D914B7">
        <w:rPr>
          <w:sz w:val="22"/>
          <w:rtl/>
        </w:rPr>
        <w:t>اگر</w:t>
      </w:r>
      <w:r w:rsidRPr="00D914B7">
        <w:rPr>
          <w:sz w:val="22"/>
        </w:rPr>
        <w:t xml:space="preserve"> </w:t>
      </w:r>
      <w:r w:rsidRPr="00D914B7">
        <w:rPr>
          <w:sz w:val="22"/>
          <w:rtl/>
        </w:rPr>
        <w:t>خیرخواه</w:t>
      </w:r>
      <w:r w:rsidRPr="00D914B7">
        <w:rPr>
          <w:sz w:val="22"/>
        </w:rPr>
        <w:t xml:space="preserve"> </w:t>
      </w:r>
      <w:r w:rsidRPr="00D914B7">
        <w:rPr>
          <w:sz w:val="22"/>
          <w:rtl/>
        </w:rPr>
        <w:t>باشد،</w:t>
      </w:r>
      <w:r w:rsidRPr="00D914B7">
        <w:rPr>
          <w:sz w:val="22"/>
        </w:rPr>
        <w:t xml:space="preserve"> </w:t>
      </w:r>
      <w:r w:rsidRPr="00D914B7">
        <w:rPr>
          <w:sz w:val="22"/>
          <w:rtl/>
        </w:rPr>
        <w:t>بدون</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گردآوری</w:t>
      </w:r>
      <w:r w:rsidRPr="00D914B7">
        <w:rPr>
          <w:sz w:val="22"/>
        </w:rPr>
        <w:t xml:space="preserve"> </w:t>
      </w:r>
      <w:r w:rsidRPr="00D914B7">
        <w:rPr>
          <w:sz w:val="22"/>
          <w:rtl/>
        </w:rPr>
        <w:t>اطلاعات</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جامعه</w:t>
      </w:r>
      <w:r w:rsidRPr="00D914B7">
        <w:rPr>
          <w:sz w:val="22"/>
        </w:rPr>
        <w:t xml:space="preserve"> </w:t>
      </w:r>
      <w:r w:rsidRPr="00D914B7">
        <w:rPr>
          <w:sz w:val="22"/>
          <w:rtl/>
        </w:rPr>
        <w:t>نابیناست</w:t>
      </w:r>
      <w:r w:rsidRPr="00D914B7">
        <w:rPr>
          <w:sz w:val="22"/>
        </w:rPr>
        <w:t xml:space="preserve"> </w:t>
      </w:r>
      <w:r w:rsidRPr="00D914B7">
        <w:rPr>
          <w:sz w:val="22"/>
          <w:rtl/>
        </w:rPr>
        <w:t>و</w:t>
      </w:r>
      <w:r w:rsidRPr="00D914B7">
        <w:rPr>
          <w:sz w:val="22"/>
        </w:rPr>
        <w:t xml:space="preserve"> </w:t>
      </w:r>
      <w:r w:rsidRPr="00D914B7">
        <w:rPr>
          <w:sz w:val="22"/>
          <w:rtl/>
        </w:rPr>
        <w:t>بر</w:t>
      </w:r>
      <w:r w:rsidRPr="00D914B7">
        <w:rPr>
          <w:sz w:val="22"/>
        </w:rPr>
        <w:t xml:space="preserve"> </w:t>
      </w:r>
      <w:r w:rsidRPr="00D914B7">
        <w:rPr>
          <w:sz w:val="22"/>
          <w:rtl/>
        </w:rPr>
        <w:t>اساس</w:t>
      </w:r>
      <w:r w:rsidRPr="00D914B7">
        <w:rPr>
          <w:sz w:val="22"/>
        </w:rPr>
        <w:t xml:space="preserve"> </w:t>
      </w:r>
      <w:r w:rsidRPr="00D914B7">
        <w:rPr>
          <w:sz w:val="22"/>
          <w:rtl/>
        </w:rPr>
        <w:t>حدس،</w:t>
      </w:r>
      <w:r w:rsidRPr="00D914B7">
        <w:rPr>
          <w:sz w:val="22"/>
        </w:rPr>
        <w:t xml:space="preserve"> </w:t>
      </w:r>
      <w:r w:rsidRPr="00D914B7">
        <w:rPr>
          <w:sz w:val="22"/>
          <w:rtl/>
        </w:rPr>
        <w:t>شایعه،</w:t>
      </w:r>
      <w:r w:rsidRPr="00D914B7">
        <w:rPr>
          <w:sz w:val="22"/>
        </w:rPr>
        <w:t xml:space="preserve"> </w:t>
      </w:r>
      <w:r w:rsidRPr="00D914B7">
        <w:rPr>
          <w:sz w:val="22"/>
          <w:rtl/>
        </w:rPr>
        <w:t>تملق</w:t>
      </w:r>
      <w:r w:rsidRPr="00D914B7">
        <w:rPr>
          <w:sz w:val="22"/>
        </w:rPr>
        <w:t xml:space="preserve"> </w:t>
      </w:r>
      <w:r w:rsidRPr="00D914B7">
        <w:rPr>
          <w:sz w:val="22"/>
          <w:rtl/>
        </w:rPr>
        <w:t>اطرافیان</w:t>
      </w:r>
      <w:r w:rsidRPr="00D914B7">
        <w:rPr>
          <w:sz w:val="22"/>
        </w:rPr>
        <w:t xml:space="preserve"> </w:t>
      </w:r>
      <w:r w:rsidRPr="00D914B7">
        <w:rPr>
          <w:sz w:val="22"/>
          <w:rtl/>
        </w:rPr>
        <w:t>یا</w:t>
      </w:r>
      <w:r w:rsidRPr="00D914B7">
        <w:rPr>
          <w:sz w:val="22"/>
        </w:rPr>
        <w:t xml:space="preserve"> </w:t>
      </w:r>
      <w:r w:rsidRPr="00D914B7">
        <w:rPr>
          <w:sz w:val="22"/>
          <w:rtl/>
        </w:rPr>
        <w:t>تصور</w:t>
      </w:r>
      <w:r w:rsidRPr="00D914B7">
        <w:rPr>
          <w:sz w:val="22"/>
        </w:rPr>
        <w:t xml:space="preserve"> </w:t>
      </w:r>
      <w:r w:rsidRPr="00D914B7">
        <w:rPr>
          <w:sz w:val="22"/>
          <w:rtl/>
        </w:rPr>
        <w:t>شخصی</w:t>
      </w:r>
      <w:r w:rsidRPr="00D914B7">
        <w:rPr>
          <w:sz w:val="22"/>
        </w:rPr>
        <w:t xml:space="preserve"> </w:t>
      </w:r>
      <w:r w:rsidRPr="00D914B7">
        <w:rPr>
          <w:sz w:val="22"/>
          <w:rtl/>
        </w:rPr>
        <w:t>عمل</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البته</w:t>
      </w:r>
      <w:r w:rsidRPr="00D914B7">
        <w:rPr>
          <w:sz w:val="22"/>
        </w:rPr>
        <w:t xml:space="preserve"> </w:t>
      </w:r>
      <w:r w:rsidRPr="00D914B7">
        <w:rPr>
          <w:sz w:val="22"/>
          <w:rtl/>
        </w:rPr>
        <w:t>آمار</w:t>
      </w:r>
      <w:r w:rsidRPr="00D914B7">
        <w:rPr>
          <w:sz w:val="22"/>
        </w:rPr>
        <w:t xml:space="preserve"> </w:t>
      </w:r>
      <w:r w:rsidRPr="00D914B7">
        <w:rPr>
          <w:sz w:val="22"/>
          <w:rtl/>
        </w:rPr>
        <w:t>و</w:t>
      </w:r>
      <w:r w:rsidRPr="00D914B7">
        <w:rPr>
          <w:sz w:val="22"/>
        </w:rPr>
        <w:t xml:space="preserve"> </w:t>
      </w:r>
      <w:r w:rsidRPr="00D914B7">
        <w:rPr>
          <w:sz w:val="22"/>
          <w:rtl/>
        </w:rPr>
        <w:t>دفتر</w:t>
      </w:r>
      <w:r w:rsidRPr="00D914B7">
        <w:rPr>
          <w:sz w:val="22"/>
        </w:rPr>
        <w:t xml:space="preserve"> </w:t>
      </w:r>
      <w:r w:rsidRPr="00D914B7">
        <w:rPr>
          <w:sz w:val="22"/>
          <w:rtl/>
        </w:rPr>
        <w:t>می</w:t>
      </w:r>
      <w:r w:rsidRPr="00D914B7">
        <w:rPr>
          <w:sz w:val="22"/>
        </w:rPr>
        <w:t>‌</w:t>
      </w:r>
      <w:r w:rsidRPr="00D914B7">
        <w:rPr>
          <w:sz w:val="22"/>
          <w:rtl/>
        </w:rPr>
        <w:t>توانند</w:t>
      </w:r>
      <w:r w:rsidRPr="00D914B7">
        <w:rPr>
          <w:sz w:val="22"/>
        </w:rPr>
        <w:t xml:space="preserve"> </w:t>
      </w:r>
      <w:r w:rsidRPr="00D914B7">
        <w:rPr>
          <w:sz w:val="22"/>
          <w:rtl/>
        </w:rPr>
        <w:t>واقعیت</w:t>
      </w:r>
      <w:r w:rsidRPr="00D914B7">
        <w:rPr>
          <w:sz w:val="22"/>
        </w:rPr>
        <w:t xml:space="preserve"> </w:t>
      </w:r>
      <w:r w:rsidRPr="00D914B7">
        <w:rPr>
          <w:sz w:val="22"/>
          <w:rtl/>
        </w:rPr>
        <w:t>را</w:t>
      </w:r>
      <w:r w:rsidRPr="00D914B7">
        <w:rPr>
          <w:sz w:val="22"/>
        </w:rPr>
        <w:t xml:space="preserve"> </w:t>
      </w:r>
      <w:r w:rsidRPr="00D914B7">
        <w:rPr>
          <w:sz w:val="22"/>
          <w:rtl/>
        </w:rPr>
        <w:t>آشکار</w:t>
      </w:r>
      <w:r w:rsidRPr="00D914B7">
        <w:rPr>
          <w:sz w:val="22"/>
        </w:rPr>
        <w:t xml:space="preserve"> </w:t>
      </w:r>
      <w:r w:rsidRPr="00D914B7">
        <w:rPr>
          <w:sz w:val="22"/>
          <w:rtl/>
        </w:rPr>
        <w:t>یا</w:t>
      </w:r>
      <w:r w:rsidRPr="00D914B7">
        <w:rPr>
          <w:sz w:val="22"/>
        </w:rPr>
        <w:t xml:space="preserve"> </w:t>
      </w:r>
      <w:r w:rsidRPr="00D914B7">
        <w:rPr>
          <w:sz w:val="22"/>
          <w:rtl/>
        </w:rPr>
        <w:t>پنهان</w:t>
      </w:r>
      <w:r w:rsidRPr="00D914B7">
        <w:rPr>
          <w:sz w:val="22"/>
        </w:rPr>
        <w:t xml:space="preserve"> </w:t>
      </w:r>
      <w:r w:rsidRPr="00D914B7">
        <w:rPr>
          <w:sz w:val="22"/>
          <w:rtl/>
        </w:rPr>
        <w:t>کنند</w:t>
      </w:r>
      <w:r>
        <w:rPr>
          <w:sz w:val="22"/>
          <w:rtl/>
        </w:rPr>
        <w:t>.</w:t>
      </w:r>
      <w:r w:rsidRPr="00D914B7">
        <w:rPr>
          <w:sz w:val="22"/>
        </w:rPr>
        <w:t xml:space="preserve"> </w:t>
      </w:r>
      <w:r w:rsidRPr="00D914B7">
        <w:rPr>
          <w:sz w:val="22"/>
          <w:rtl/>
        </w:rPr>
        <w:t>دستگاه</w:t>
      </w:r>
      <w:r w:rsidRPr="00D914B7">
        <w:rPr>
          <w:sz w:val="22"/>
        </w:rPr>
        <w:t xml:space="preserve"> </w:t>
      </w:r>
      <w:r w:rsidRPr="00D914B7">
        <w:rPr>
          <w:sz w:val="22"/>
          <w:rtl/>
        </w:rPr>
        <w:t>فاسد</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برای</w:t>
      </w:r>
      <w:r w:rsidRPr="00D914B7">
        <w:rPr>
          <w:sz w:val="22"/>
        </w:rPr>
        <w:t xml:space="preserve"> </w:t>
      </w:r>
      <w:r w:rsidRPr="00D914B7">
        <w:rPr>
          <w:sz w:val="22"/>
          <w:rtl/>
        </w:rPr>
        <w:t>خوشایند</w:t>
      </w:r>
      <w:r w:rsidRPr="00D914B7">
        <w:rPr>
          <w:sz w:val="22"/>
        </w:rPr>
        <w:t xml:space="preserve"> </w:t>
      </w:r>
      <w:r w:rsidRPr="00D914B7">
        <w:rPr>
          <w:sz w:val="22"/>
          <w:rtl/>
        </w:rPr>
        <w:t>فرمانروا</w:t>
      </w:r>
      <w:r w:rsidRPr="00D914B7">
        <w:rPr>
          <w:sz w:val="22"/>
        </w:rPr>
        <w:t xml:space="preserve"> </w:t>
      </w:r>
      <w:r w:rsidRPr="00D914B7">
        <w:rPr>
          <w:sz w:val="22"/>
          <w:rtl/>
        </w:rPr>
        <w:t>آمار</w:t>
      </w:r>
      <w:r w:rsidRPr="00D914B7">
        <w:rPr>
          <w:sz w:val="22"/>
        </w:rPr>
        <w:t xml:space="preserve"> </w:t>
      </w:r>
      <w:r w:rsidRPr="00D914B7">
        <w:rPr>
          <w:sz w:val="22"/>
          <w:rtl/>
        </w:rPr>
        <w:t>دروغ</w:t>
      </w:r>
      <w:r w:rsidRPr="00D914B7">
        <w:rPr>
          <w:sz w:val="22"/>
        </w:rPr>
        <w:t xml:space="preserve"> </w:t>
      </w:r>
      <w:r w:rsidRPr="00D914B7">
        <w:rPr>
          <w:sz w:val="22"/>
          <w:rtl/>
        </w:rPr>
        <w:t>تولید</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بنابراین،</w:t>
      </w:r>
      <w:r w:rsidRPr="00D914B7">
        <w:rPr>
          <w:sz w:val="22"/>
        </w:rPr>
        <w:t xml:space="preserve"> </w:t>
      </w:r>
      <w:r w:rsidRPr="00D914B7">
        <w:rPr>
          <w:sz w:val="22"/>
          <w:rtl/>
        </w:rPr>
        <w:t>داشتن</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کافی</w:t>
      </w:r>
      <w:r w:rsidRPr="00D914B7">
        <w:rPr>
          <w:sz w:val="22"/>
        </w:rPr>
        <w:t xml:space="preserve"> </w:t>
      </w:r>
      <w:r w:rsidRPr="00D914B7">
        <w:rPr>
          <w:sz w:val="22"/>
          <w:rtl/>
        </w:rPr>
        <w:t>نیست؛</w:t>
      </w:r>
      <w:r w:rsidRPr="00D914B7">
        <w:rPr>
          <w:sz w:val="22"/>
        </w:rPr>
        <w:t xml:space="preserve"> </w:t>
      </w:r>
      <w:r w:rsidRPr="00D914B7">
        <w:rPr>
          <w:sz w:val="22"/>
          <w:rtl/>
        </w:rPr>
        <w:t>این</w:t>
      </w:r>
      <w:r w:rsidRPr="00D914B7">
        <w:rPr>
          <w:sz w:val="22"/>
        </w:rPr>
        <w:t xml:space="preserve"> </w:t>
      </w:r>
      <w:r w:rsidRPr="00D914B7">
        <w:rPr>
          <w:sz w:val="22"/>
          <w:rtl/>
        </w:rPr>
        <w:t>دستگاه</w:t>
      </w:r>
      <w:r w:rsidRPr="00D914B7">
        <w:rPr>
          <w:sz w:val="22"/>
        </w:rPr>
        <w:t xml:space="preserve"> </w:t>
      </w:r>
      <w:r w:rsidRPr="00D914B7">
        <w:rPr>
          <w:sz w:val="22"/>
          <w:rtl/>
        </w:rPr>
        <w:t>باید</w:t>
      </w:r>
      <w:r w:rsidRPr="00D914B7">
        <w:rPr>
          <w:sz w:val="22"/>
        </w:rPr>
        <w:t xml:space="preserve"> </w:t>
      </w:r>
      <w:r w:rsidRPr="00D914B7">
        <w:rPr>
          <w:sz w:val="22"/>
          <w:rtl/>
        </w:rPr>
        <w:t>حرفه</w:t>
      </w:r>
      <w:r w:rsidRPr="00D914B7">
        <w:rPr>
          <w:sz w:val="22"/>
        </w:rPr>
        <w:t>‌</w:t>
      </w:r>
      <w:r w:rsidRPr="00D914B7">
        <w:rPr>
          <w:sz w:val="22"/>
          <w:rtl/>
        </w:rPr>
        <w:t>ای،</w:t>
      </w:r>
      <w:r w:rsidRPr="00D914B7">
        <w:rPr>
          <w:sz w:val="22"/>
        </w:rPr>
        <w:t xml:space="preserve"> </w:t>
      </w:r>
      <w:r w:rsidRPr="00D914B7">
        <w:rPr>
          <w:sz w:val="22"/>
          <w:rtl/>
        </w:rPr>
        <w:t>راستگو</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قانون</w:t>
      </w:r>
      <w:r w:rsidRPr="00D914B7">
        <w:rPr>
          <w:sz w:val="22"/>
        </w:rPr>
        <w:t xml:space="preserve"> </w:t>
      </w:r>
      <w:r w:rsidRPr="00D914B7">
        <w:rPr>
          <w:sz w:val="22"/>
          <w:rtl/>
        </w:rPr>
        <w:t>پاسخ</w:t>
      </w:r>
      <w:r w:rsidRPr="00D914B7">
        <w:rPr>
          <w:sz w:val="22"/>
        </w:rPr>
        <w:t>‌</w:t>
      </w:r>
      <w:r w:rsidRPr="00D914B7">
        <w:rPr>
          <w:sz w:val="22"/>
          <w:rtl/>
        </w:rPr>
        <w:t>گو</w:t>
      </w:r>
      <w:r w:rsidRPr="00D914B7">
        <w:rPr>
          <w:sz w:val="22"/>
        </w:rPr>
        <w:t xml:space="preserve"> </w:t>
      </w:r>
      <w:r w:rsidRPr="00D914B7">
        <w:rPr>
          <w:sz w:val="22"/>
          <w:rtl/>
        </w:rPr>
        <w:t>باشد</w:t>
      </w:r>
      <w:r>
        <w:rPr>
          <w:sz w:val="22"/>
          <w:rtl/>
        </w:rPr>
        <w:t>.</w:t>
      </w:r>
    </w:p>
    <w:p w:rsidR="00987F03" w:rsidRPr="00D914B7" w:rsidRDefault="00987F03" w:rsidP="00987F03">
      <w:pPr>
        <w:bidi/>
        <w:ind w:firstLine="720"/>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دست</w:t>
      </w:r>
      <w:r w:rsidRPr="00D914B7">
        <w:rPr>
          <w:sz w:val="22"/>
        </w:rPr>
        <w:t xml:space="preserve"> </w:t>
      </w:r>
      <w:r w:rsidRPr="00D914B7">
        <w:rPr>
          <w:sz w:val="22"/>
          <w:rtl/>
        </w:rPr>
        <w:t>اجرایی</w:t>
      </w:r>
      <w:r w:rsidRPr="00D914B7">
        <w:rPr>
          <w:sz w:val="22"/>
        </w:rPr>
        <w:t xml:space="preserve"> </w:t>
      </w:r>
      <w:r w:rsidRPr="00D914B7">
        <w:rPr>
          <w:sz w:val="22"/>
          <w:rtl/>
        </w:rPr>
        <w:t>کشورداری</w:t>
      </w:r>
      <w:r w:rsidRPr="00D914B7">
        <w:rPr>
          <w:sz w:val="22"/>
        </w:rPr>
        <w:t xml:space="preserve"> </w:t>
      </w:r>
      <w:r w:rsidRPr="00D914B7">
        <w:rPr>
          <w:sz w:val="22"/>
          <w:rtl/>
        </w:rPr>
        <w:t>نیز</w:t>
      </w:r>
      <w:r w:rsidRPr="00D914B7">
        <w:rPr>
          <w:sz w:val="22"/>
        </w:rPr>
        <w:t xml:space="preserve"> </w:t>
      </w:r>
      <w:r w:rsidRPr="00D914B7">
        <w:rPr>
          <w:sz w:val="22"/>
          <w:rtl/>
        </w:rPr>
        <w:t>هست</w:t>
      </w:r>
      <w:r>
        <w:rPr>
          <w:sz w:val="22"/>
          <w:rtl/>
        </w:rPr>
        <w:t>.</w:t>
      </w:r>
      <w:r w:rsidRPr="00D914B7">
        <w:rPr>
          <w:sz w:val="22"/>
        </w:rPr>
        <w:t xml:space="preserve"> </w:t>
      </w:r>
      <w:r w:rsidRPr="00D914B7">
        <w:rPr>
          <w:sz w:val="22"/>
          <w:rtl/>
        </w:rPr>
        <w:t>فرمان</w:t>
      </w:r>
      <w:r w:rsidRPr="00D914B7">
        <w:rPr>
          <w:sz w:val="22"/>
        </w:rPr>
        <w:t xml:space="preserve"> </w:t>
      </w:r>
      <w:r w:rsidRPr="00D914B7">
        <w:rPr>
          <w:sz w:val="22"/>
          <w:rtl/>
        </w:rPr>
        <w:t>ساختن</w:t>
      </w:r>
      <w:r w:rsidRPr="00D914B7">
        <w:rPr>
          <w:sz w:val="22"/>
        </w:rPr>
        <w:t xml:space="preserve"> </w:t>
      </w:r>
      <w:r w:rsidRPr="00D914B7">
        <w:rPr>
          <w:sz w:val="22"/>
          <w:rtl/>
        </w:rPr>
        <w:t>مدرسه</w:t>
      </w:r>
      <w:r w:rsidRPr="00D914B7">
        <w:rPr>
          <w:sz w:val="22"/>
        </w:rPr>
        <w:t xml:space="preserve"> </w:t>
      </w:r>
      <w:r w:rsidRPr="00D914B7">
        <w:rPr>
          <w:sz w:val="22"/>
          <w:rtl/>
        </w:rPr>
        <w:t>تا</w:t>
      </w:r>
      <w:r w:rsidRPr="00D914B7">
        <w:rPr>
          <w:sz w:val="22"/>
        </w:rPr>
        <w:t xml:space="preserve"> </w:t>
      </w:r>
      <w:r w:rsidRPr="00D914B7">
        <w:rPr>
          <w:sz w:val="22"/>
          <w:rtl/>
        </w:rPr>
        <w:t>هنگامی</w:t>
      </w:r>
      <w:r w:rsidRPr="00D914B7">
        <w:rPr>
          <w:sz w:val="22"/>
        </w:rPr>
        <w:t xml:space="preserve"> </w:t>
      </w:r>
      <w:r w:rsidRPr="00D914B7">
        <w:rPr>
          <w:sz w:val="22"/>
          <w:rtl/>
        </w:rPr>
        <w:t>که</w:t>
      </w:r>
      <w:r w:rsidRPr="00D914B7">
        <w:rPr>
          <w:sz w:val="22"/>
        </w:rPr>
        <w:t xml:space="preserve"> </w:t>
      </w:r>
      <w:r w:rsidRPr="00D914B7">
        <w:rPr>
          <w:sz w:val="22"/>
          <w:rtl/>
        </w:rPr>
        <w:t>زمین</w:t>
      </w:r>
      <w:r w:rsidRPr="00D914B7">
        <w:rPr>
          <w:sz w:val="22"/>
        </w:rPr>
        <w:t xml:space="preserve"> </w:t>
      </w:r>
      <w:r w:rsidRPr="00D914B7">
        <w:rPr>
          <w:sz w:val="22"/>
          <w:rtl/>
        </w:rPr>
        <w:t>تعیین</w:t>
      </w:r>
      <w:r w:rsidRPr="00D914B7">
        <w:rPr>
          <w:sz w:val="22"/>
        </w:rPr>
        <w:t xml:space="preserve"> </w:t>
      </w:r>
      <w:r w:rsidRPr="00D914B7">
        <w:rPr>
          <w:sz w:val="22"/>
          <w:rtl/>
        </w:rPr>
        <w:t>نشود،</w:t>
      </w:r>
      <w:r w:rsidRPr="00D914B7">
        <w:rPr>
          <w:sz w:val="22"/>
        </w:rPr>
        <w:t xml:space="preserve"> </w:t>
      </w:r>
      <w:r w:rsidRPr="00D914B7">
        <w:rPr>
          <w:sz w:val="22"/>
          <w:rtl/>
        </w:rPr>
        <w:t>بودجه</w:t>
      </w:r>
      <w:r w:rsidRPr="00D914B7">
        <w:rPr>
          <w:sz w:val="22"/>
        </w:rPr>
        <w:t xml:space="preserve"> </w:t>
      </w:r>
      <w:r w:rsidRPr="00D914B7">
        <w:rPr>
          <w:sz w:val="22"/>
          <w:rtl/>
        </w:rPr>
        <w:t>اختصاص</w:t>
      </w:r>
      <w:r w:rsidRPr="00D914B7">
        <w:rPr>
          <w:sz w:val="22"/>
        </w:rPr>
        <w:t xml:space="preserve"> </w:t>
      </w:r>
      <w:r w:rsidRPr="00D914B7">
        <w:rPr>
          <w:sz w:val="22"/>
          <w:rtl/>
        </w:rPr>
        <w:t>نیابد،</w:t>
      </w:r>
      <w:r w:rsidRPr="00D914B7">
        <w:rPr>
          <w:sz w:val="22"/>
        </w:rPr>
        <w:t xml:space="preserve"> </w:t>
      </w:r>
      <w:r w:rsidRPr="00D914B7">
        <w:rPr>
          <w:sz w:val="22"/>
          <w:rtl/>
        </w:rPr>
        <w:t>سازنده</w:t>
      </w:r>
      <w:r w:rsidRPr="00D914B7">
        <w:rPr>
          <w:sz w:val="22"/>
        </w:rPr>
        <w:t xml:space="preserve"> </w:t>
      </w:r>
      <w:r w:rsidRPr="00D914B7">
        <w:rPr>
          <w:sz w:val="22"/>
          <w:rtl/>
        </w:rPr>
        <w:t>انتخاب</w:t>
      </w:r>
      <w:r w:rsidRPr="00D914B7">
        <w:rPr>
          <w:sz w:val="22"/>
        </w:rPr>
        <w:t xml:space="preserve"> </w:t>
      </w:r>
      <w:r w:rsidRPr="00D914B7">
        <w:rPr>
          <w:sz w:val="22"/>
          <w:rtl/>
        </w:rPr>
        <w:t>نگردد،</w:t>
      </w:r>
      <w:r w:rsidRPr="00D914B7">
        <w:rPr>
          <w:sz w:val="22"/>
        </w:rPr>
        <w:t xml:space="preserve"> </w:t>
      </w:r>
      <w:r w:rsidRPr="00D914B7">
        <w:rPr>
          <w:sz w:val="22"/>
          <w:rtl/>
        </w:rPr>
        <w:t>آموزگار</w:t>
      </w:r>
      <w:r w:rsidRPr="00D914B7">
        <w:rPr>
          <w:sz w:val="22"/>
        </w:rPr>
        <w:t xml:space="preserve"> </w:t>
      </w:r>
      <w:r w:rsidRPr="00D914B7">
        <w:rPr>
          <w:sz w:val="22"/>
          <w:rtl/>
        </w:rPr>
        <w:t>استخدام</w:t>
      </w:r>
      <w:r w:rsidRPr="00D914B7">
        <w:rPr>
          <w:sz w:val="22"/>
        </w:rPr>
        <w:t xml:space="preserve"> </w:t>
      </w:r>
      <w:r w:rsidRPr="00D914B7">
        <w:rPr>
          <w:sz w:val="22"/>
          <w:rtl/>
        </w:rPr>
        <w:t>نشود</w:t>
      </w:r>
      <w:r w:rsidRPr="00D914B7">
        <w:rPr>
          <w:sz w:val="22"/>
        </w:rPr>
        <w:t xml:space="preserve"> </w:t>
      </w:r>
      <w:r w:rsidRPr="00D914B7">
        <w:rPr>
          <w:sz w:val="22"/>
          <w:rtl/>
        </w:rPr>
        <w:t>و</w:t>
      </w:r>
      <w:r w:rsidRPr="00D914B7">
        <w:rPr>
          <w:sz w:val="22"/>
        </w:rPr>
        <w:t xml:space="preserve"> </w:t>
      </w:r>
      <w:r w:rsidRPr="00D914B7">
        <w:rPr>
          <w:sz w:val="22"/>
          <w:rtl/>
        </w:rPr>
        <w:t>بر</w:t>
      </w:r>
      <w:r w:rsidRPr="00D914B7">
        <w:rPr>
          <w:sz w:val="22"/>
        </w:rPr>
        <w:t xml:space="preserve"> </w:t>
      </w:r>
      <w:r w:rsidRPr="00D914B7">
        <w:rPr>
          <w:sz w:val="22"/>
          <w:rtl/>
        </w:rPr>
        <w:t>کار</w:t>
      </w:r>
      <w:r w:rsidRPr="00D914B7">
        <w:rPr>
          <w:sz w:val="22"/>
        </w:rPr>
        <w:t xml:space="preserve"> </w:t>
      </w:r>
      <w:r w:rsidRPr="00D914B7">
        <w:rPr>
          <w:sz w:val="22"/>
          <w:rtl/>
        </w:rPr>
        <w:t>مدرسه</w:t>
      </w:r>
      <w:r w:rsidRPr="00D914B7">
        <w:rPr>
          <w:sz w:val="22"/>
        </w:rPr>
        <w:t xml:space="preserve"> </w:t>
      </w:r>
      <w:r w:rsidRPr="00D914B7">
        <w:rPr>
          <w:sz w:val="22"/>
          <w:rtl/>
        </w:rPr>
        <w:t>نظارت</w:t>
      </w:r>
      <w:r w:rsidRPr="00D914B7">
        <w:rPr>
          <w:sz w:val="22"/>
        </w:rPr>
        <w:t xml:space="preserve"> </w:t>
      </w:r>
      <w:r w:rsidRPr="00D914B7">
        <w:rPr>
          <w:sz w:val="22"/>
          <w:rtl/>
        </w:rPr>
        <w:t>صورت</w:t>
      </w:r>
      <w:r w:rsidRPr="00D914B7">
        <w:rPr>
          <w:sz w:val="22"/>
        </w:rPr>
        <w:t xml:space="preserve"> </w:t>
      </w:r>
      <w:r w:rsidRPr="00D914B7">
        <w:rPr>
          <w:sz w:val="22"/>
          <w:rtl/>
        </w:rPr>
        <w:t>نگیرد</w:t>
      </w:r>
      <w:r w:rsidRPr="00D914B7">
        <w:rPr>
          <w:sz w:val="22"/>
        </w:rPr>
        <w:t xml:space="preserve"> </w:t>
      </w:r>
      <w:r w:rsidRPr="00D914B7">
        <w:rPr>
          <w:sz w:val="22"/>
          <w:rtl/>
        </w:rPr>
        <w:t>تغییری</w:t>
      </w:r>
      <w:r w:rsidRPr="00D914B7">
        <w:rPr>
          <w:sz w:val="22"/>
        </w:rPr>
        <w:t xml:space="preserve"> </w:t>
      </w:r>
      <w:r w:rsidRPr="00D914B7">
        <w:rPr>
          <w:sz w:val="22"/>
          <w:rtl/>
        </w:rPr>
        <w:t>در</w:t>
      </w:r>
      <w:r w:rsidRPr="00D914B7">
        <w:rPr>
          <w:sz w:val="22"/>
        </w:rPr>
        <w:t xml:space="preserve"> </w:t>
      </w:r>
      <w:r w:rsidRPr="00D914B7">
        <w:rPr>
          <w:sz w:val="22"/>
          <w:rtl/>
        </w:rPr>
        <w:t>زندگی</w:t>
      </w:r>
      <w:r w:rsidRPr="00D914B7">
        <w:rPr>
          <w:sz w:val="22"/>
        </w:rPr>
        <w:t xml:space="preserve"> </w:t>
      </w:r>
      <w:r w:rsidRPr="00D914B7">
        <w:rPr>
          <w:sz w:val="22"/>
          <w:rtl/>
        </w:rPr>
        <w:t>مردم</w:t>
      </w:r>
      <w:r w:rsidRPr="00D914B7">
        <w:rPr>
          <w:sz w:val="22"/>
        </w:rPr>
        <w:t xml:space="preserve"> </w:t>
      </w:r>
      <w:r w:rsidRPr="00D914B7">
        <w:rPr>
          <w:sz w:val="22"/>
          <w:rtl/>
        </w:rPr>
        <w:t>ایجاد</w:t>
      </w:r>
      <w:r w:rsidRPr="00D914B7">
        <w:rPr>
          <w:sz w:val="22"/>
        </w:rPr>
        <w:t xml:space="preserve"> </w:t>
      </w:r>
      <w:r w:rsidRPr="00D914B7">
        <w:rPr>
          <w:sz w:val="22"/>
          <w:rtl/>
        </w:rPr>
        <w:t>نمی</w:t>
      </w:r>
      <w:r w:rsidRPr="00D914B7">
        <w:rPr>
          <w:sz w:val="22"/>
        </w:rPr>
        <w:t>‌</w:t>
      </w:r>
      <w:r w:rsidRPr="00D914B7">
        <w:rPr>
          <w:sz w:val="22"/>
          <w:rtl/>
        </w:rPr>
        <w:t>کند</w:t>
      </w:r>
      <w:r>
        <w:rPr>
          <w:sz w:val="22"/>
          <w:rtl/>
        </w:rPr>
        <w:t>.</w:t>
      </w:r>
      <w:r w:rsidRPr="00D914B7">
        <w:rPr>
          <w:sz w:val="22"/>
        </w:rPr>
        <w:t xml:space="preserve"> </w:t>
      </w:r>
      <w:r w:rsidRPr="00D914B7">
        <w:rPr>
          <w:sz w:val="22"/>
          <w:rtl/>
        </w:rPr>
        <w:t>میان</w:t>
      </w:r>
      <w:r w:rsidRPr="00D914B7">
        <w:rPr>
          <w:sz w:val="22"/>
        </w:rPr>
        <w:t xml:space="preserve"> </w:t>
      </w:r>
      <w:r w:rsidRPr="00D914B7">
        <w:rPr>
          <w:sz w:val="22"/>
          <w:rtl/>
        </w:rPr>
        <w:t>گرفتن</w:t>
      </w:r>
      <w:r w:rsidRPr="00D914B7">
        <w:rPr>
          <w:sz w:val="22"/>
        </w:rPr>
        <w:t xml:space="preserve"> </w:t>
      </w:r>
      <w:r w:rsidRPr="00D914B7">
        <w:rPr>
          <w:sz w:val="22"/>
          <w:rtl/>
        </w:rPr>
        <w:t>تصمیم</w:t>
      </w:r>
      <w:r w:rsidRPr="00D914B7">
        <w:rPr>
          <w:sz w:val="22"/>
        </w:rPr>
        <w:t xml:space="preserve"> </w:t>
      </w:r>
      <w:r w:rsidRPr="00D914B7">
        <w:rPr>
          <w:sz w:val="22"/>
          <w:rtl/>
        </w:rPr>
        <w:t>و</w:t>
      </w:r>
      <w:r w:rsidRPr="00D914B7">
        <w:rPr>
          <w:sz w:val="22"/>
        </w:rPr>
        <w:t xml:space="preserve"> </w:t>
      </w:r>
      <w:r w:rsidRPr="00D914B7">
        <w:rPr>
          <w:sz w:val="22"/>
          <w:rtl/>
        </w:rPr>
        <w:t>رسیدن</w:t>
      </w:r>
      <w:r w:rsidRPr="00D914B7">
        <w:rPr>
          <w:sz w:val="22"/>
        </w:rPr>
        <w:t xml:space="preserve"> </w:t>
      </w:r>
      <w:r w:rsidRPr="00D914B7">
        <w:rPr>
          <w:sz w:val="22"/>
          <w:rtl/>
        </w:rPr>
        <w:t>نتیجه</w:t>
      </w:r>
      <w:r w:rsidRPr="00D914B7">
        <w:rPr>
          <w:sz w:val="22"/>
        </w:rPr>
        <w:t xml:space="preserve"> </w:t>
      </w:r>
      <w:r w:rsidRPr="00D914B7">
        <w:rPr>
          <w:sz w:val="22"/>
          <w:rtl/>
        </w:rPr>
        <w:t>به</w:t>
      </w:r>
      <w:r w:rsidRPr="00D914B7">
        <w:rPr>
          <w:sz w:val="22"/>
        </w:rPr>
        <w:t xml:space="preserve"> </w:t>
      </w:r>
      <w:r w:rsidRPr="00D914B7">
        <w:rPr>
          <w:sz w:val="22"/>
          <w:rtl/>
        </w:rPr>
        <w:t>جامعه</w:t>
      </w:r>
      <w:r w:rsidRPr="00D914B7">
        <w:rPr>
          <w:sz w:val="22"/>
        </w:rPr>
        <w:t xml:space="preserve"> </w:t>
      </w:r>
      <w:r w:rsidRPr="00D914B7">
        <w:rPr>
          <w:sz w:val="22"/>
          <w:rtl/>
        </w:rPr>
        <w:t>فاصله</w:t>
      </w:r>
      <w:r w:rsidRPr="00D914B7">
        <w:rPr>
          <w:sz w:val="22"/>
        </w:rPr>
        <w:t>‌</w:t>
      </w:r>
      <w:r w:rsidRPr="00D914B7">
        <w:rPr>
          <w:sz w:val="22"/>
          <w:rtl/>
        </w:rPr>
        <w:t>ای</w:t>
      </w:r>
      <w:r w:rsidRPr="00D914B7">
        <w:rPr>
          <w:sz w:val="22"/>
        </w:rPr>
        <w:t xml:space="preserve"> </w:t>
      </w:r>
      <w:r w:rsidRPr="00D914B7">
        <w:rPr>
          <w:sz w:val="22"/>
          <w:rtl/>
        </w:rPr>
        <w:t>بزرگ</w:t>
      </w:r>
      <w:r w:rsidRPr="00D914B7">
        <w:rPr>
          <w:sz w:val="22"/>
        </w:rPr>
        <w:t xml:space="preserve"> </w:t>
      </w:r>
      <w:r w:rsidRPr="00D914B7">
        <w:rPr>
          <w:sz w:val="22"/>
          <w:rtl/>
        </w:rPr>
        <w:t>وجود</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 xml:space="preserve"> </w:t>
      </w:r>
      <w:r w:rsidRPr="00D914B7">
        <w:rPr>
          <w:sz w:val="22"/>
          <w:rtl/>
        </w:rPr>
        <w:t>این</w:t>
      </w:r>
      <w:r w:rsidRPr="00D914B7">
        <w:rPr>
          <w:sz w:val="22"/>
        </w:rPr>
        <w:t xml:space="preserve"> </w:t>
      </w:r>
      <w:r w:rsidRPr="00D914B7">
        <w:rPr>
          <w:sz w:val="22"/>
          <w:rtl/>
        </w:rPr>
        <w:t>فاصله</w:t>
      </w:r>
      <w:r w:rsidRPr="00D914B7">
        <w:rPr>
          <w:sz w:val="22"/>
        </w:rPr>
        <w:t xml:space="preserve"> </w:t>
      </w:r>
      <w:r w:rsidRPr="00D914B7">
        <w:rPr>
          <w:sz w:val="22"/>
          <w:rtl/>
        </w:rPr>
        <w:t>را</w:t>
      </w:r>
      <w:r w:rsidRPr="00D914B7">
        <w:rPr>
          <w:sz w:val="22"/>
        </w:rPr>
        <w:t xml:space="preserve"> </w:t>
      </w:r>
      <w:r w:rsidRPr="00D914B7">
        <w:rPr>
          <w:sz w:val="22"/>
          <w:rtl/>
        </w:rPr>
        <w:t>پر</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همین</w:t>
      </w:r>
      <w:r w:rsidRPr="00D914B7">
        <w:rPr>
          <w:sz w:val="22"/>
        </w:rPr>
        <w:t xml:space="preserve"> </w:t>
      </w:r>
      <w:r w:rsidRPr="00D914B7">
        <w:rPr>
          <w:sz w:val="22"/>
          <w:rtl/>
        </w:rPr>
        <w:t>راه،</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سیاسی</w:t>
      </w:r>
      <w:r w:rsidRPr="00D914B7">
        <w:rPr>
          <w:sz w:val="22"/>
        </w:rPr>
        <w:t xml:space="preserve"> </w:t>
      </w:r>
      <w:r w:rsidRPr="00D914B7">
        <w:rPr>
          <w:sz w:val="22"/>
          <w:rtl/>
        </w:rPr>
        <w:t>از</w:t>
      </w:r>
      <w:r w:rsidRPr="00D914B7">
        <w:rPr>
          <w:sz w:val="22"/>
        </w:rPr>
        <w:t xml:space="preserve"> </w:t>
      </w:r>
      <w:r w:rsidRPr="00D914B7">
        <w:rPr>
          <w:sz w:val="22"/>
          <w:rtl/>
        </w:rPr>
        <w:t>سطح</w:t>
      </w:r>
      <w:r w:rsidRPr="00D914B7">
        <w:rPr>
          <w:sz w:val="22"/>
        </w:rPr>
        <w:t xml:space="preserve"> </w:t>
      </w:r>
      <w:r w:rsidRPr="00D914B7">
        <w:rPr>
          <w:sz w:val="22"/>
          <w:rtl/>
        </w:rPr>
        <w:t>خطابه</w:t>
      </w:r>
      <w:r w:rsidRPr="00D914B7">
        <w:rPr>
          <w:sz w:val="22"/>
        </w:rPr>
        <w:t xml:space="preserve"> </w:t>
      </w:r>
      <w:r w:rsidRPr="00D914B7">
        <w:rPr>
          <w:sz w:val="22"/>
          <w:rtl/>
        </w:rPr>
        <w:t>و</w:t>
      </w:r>
      <w:r w:rsidRPr="00D914B7">
        <w:rPr>
          <w:sz w:val="22"/>
        </w:rPr>
        <w:t xml:space="preserve"> </w:t>
      </w:r>
      <w:r w:rsidRPr="00D914B7">
        <w:rPr>
          <w:sz w:val="22"/>
          <w:rtl/>
        </w:rPr>
        <w:t>فرمان</w:t>
      </w:r>
      <w:r w:rsidRPr="00D914B7">
        <w:rPr>
          <w:sz w:val="22"/>
        </w:rPr>
        <w:t xml:space="preserve"> </w:t>
      </w:r>
      <w:r w:rsidRPr="00D914B7">
        <w:rPr>
          <w:sz w:val="22"/>
          <w:rtl/>
        </w:rPr>
        <w:t>به</w:t>
      </w:r>
      <w:r w:rsidRPr="00D914B7">
        <w:rPr>
          <w:sz w:val="22"/>
        </w:rPr>
        <w:t xml:space="preserve"> </w:t>
      </w:r>
      <w:r w:rsidRPr="00D914B7">
        <w:rPr>
          <w:sz w:val="22"/>
          <w:rtl/>
        </w:rPr>
        <w:t>سطح</w:t>
      </w:r>
      <w:r w:rsidRPr="00D914B7">
        <w:rPr>
          <w:sz w:val="22"/>
        </w:rPr>
        <w:t xml:space="preserve"> </w:t>
      </w:r>
      <w:r w:rsidRPr="00D914B7">
        <w:rPr>
          <w:sz w:val="22"/>
          <w:rtl/>
        </w:rPr>
        <w:t>زندگی</w:t>
      </w:r>
      <w:r w:rsidRPr="00D914B7">
        <w:rPr>
          <w:sz w:val="22"/>
        </w:rPr>
        <w:t xml:space="preserve"> </w:t>
      </w:r>
      <w:r w:rsidRPr="00D914B7">
        <w:rPr>
          <w:sz w:val="22"/>
          <w:rtl/>
        </w:rPr>
        <w:t>روزمره</w:t>
      </w:r>
      <w:r w:rsidRPr="00D914B7">
        <w:rPr>
          <w:sz w:val="22"/>
        </w:rPr>
        <w:t xml:space="preserve"> </w:t>
      </w:r>
      <w:r w:rsidRPr="00D914B7">
        <w:rPr>
          <w:sz w:val="22"/>
          <w:rtl/>
        </w:rPr>
        <w:t>می</w:t>
      </w:r>
      <w:r w:rsidRPr="00D914B7">
        <w:rPr>
          <w:sz w:val="22"/>
        </w:rPr>
        <w:t>‌</w:t>
      </w:r>
      <w:r w:rsidRPr="00D914B7">
        <w:rPr>
          <w:sz w:val="22"/>
          <w:rtl/>
        </w:rPr>
        <w:t>رسد</w:t>
      </w:r>
      <w:r>
        <w:rPr>
          <w:sz w:val="22"/>
          <w:rtl/>
        </w:rPr>
        <w:t>.</w:t>
      </w:r>
    </w:p>
    <w:p w:rsidR="00987F03" w:rsidRPr="00D914B7" w:rsidRDefault="00987F03" w:rsidP="00987F03">
      <w:pPr>
        <w:bidi/>
        <w:ind w:firstLine="720"/>
        <w:rPr>
          <w:sz w:val="22"/>
        </w:rPr>
      </w:pPr>
      <w:r w:rsidRPr="00D914B7">
        <w:rPr>
          <w:sz w:val="22"/>
          <w:rtl/>
        </w:rPr>
        <w:t>نیازهای</w:t>
      </w:r>
      <w:r w:rsidRPr="00D914B7">
        <w:rPr>
          <w:sz w:val="22"/>
        </w:rPr>
        <w:t xml:space="preserve"> </w:t>
      </w:r>
      <w:r w:rsidRPr="00D914B7">
        <w:rPr>
          <w:sz w:val="22"/>
          <w:rtl/>
        </w:rPr>
        <w:t>مردم</w:t>
      </w:r>
      <w:r w:rsidRPr="00D914B7">
        <w:rPr>
          <w:sz w:val="22"/>
        </w:rPr>
        <w:t xml:space="preserve"> </w:t>
      </w:r>
      <w:r w:rsidRPr="00D914B7">
        <w:rPr>
          <w:sz w:val="22"/>
          <w:rtl/>
        </w:rPr>
        <w:t>با</w:t>
      </w:r>
      <w:r w:rsidRPr="00D914B7">
        <w:rPr>
          <w:sz w:val="22"/>
        </w:rPr>
        <w:t xml:space="preserve"> </w:t>
      </w:r>
      <w:r w:rsidRPr="00D914B7">
        <w:rPr>
          <w:sz w:val="22"/>
          <w:rtl/>
        </w:rPr>
        <w:t>تغییر</w:t>
      </w:r>
      <w:r w:rsidRPr="00D914B7">
        <w:rPr>
          <w:sz w:val="22"/>
        </w:rPr>
        <w:t xml:space="preserve"> </w:t>
      </w:r>
      <w:r w:rsidRPr="00D914B7">
        <w:rPr>
          <w:sz w:val="22"/>
          <w:rtl/>
        </w:rPr>
        <w:t>فرمانروا،</w:t>
      </w:r>
      <w:r w:rsidRPr="00D914B7">
        <w:rPr>
          <w:sz w:val="22"/>
        </w:rPr>
        <w:t xml:space="preserve"> </w:t>
      </w:r>
      <w:r w:rsidRPr="00D914B7">
        <w:rPr>
          <w:sz w:val="22"/>
          <w:rtl/>
        </w:rPr>
        <w:t>وزیر</w:t>
      </w:r>
      <w:r w:rsidRPr="00D914B7">
        <w:rPr>
          <w:sz w:val="22"/>
        </w:rPr>
        <w:t xml:space="preserve"> </w:t>
      </w:r>
      <w:r w:rsidRPr="00D914B7">
        <w:rPr>
          <w:sz w:val="22"/>
          <w:rtl/>
        </w:rPr>
        <w:t>یا</w:t>
      </w:r>
      <w:r w:rsidRPr="00D914B7">
        <w:rPr>
          <w:sz w:val="22"/>
        </w:rPr>
        <w:t xml:space="preserve"> </w:t>
      </w:r>
      <w:r w:rsidRPr="00D914B7">
        <w:rPr>
          <w:sz w:val="22"/>
          <w:rtl/>
        </w:rPr>
        <w:t>حکومت</w:t>
      </w:r>
      <w:r w:rsidRPr="00D914B7">
        <w:rPr>
          <w:sz w:val="22"/>
        </w:rPr>
        <w:t xml:space="preserve"> </w:t>
      </w:r>
      <w:r w:rsidRPr="00D914B7">
        <w:rPr>
          <w:sz w:val="22"/>
          <w:rtl/>
        </w:rPr>
        <w:t>متوقف</w:t>
      </w:r>
      <w:r w:rsidRPr="00D914B7">
        <w:rPr>
          <w:sz w:val="22"/>
        </w:rPr>
        <w:t xml:space="preserve"> </w:t>
      </w:r>
      <w:r w:rsidRPr="00D914B7">
        <w:rPr>
          <w:sz w:val="22"/>
          <w:rtl/>
        </w:rPr>
        <w:t>نمی</w:t>
      </w:r>
      <w:r w:rsidRPr="00D914B7">
        <w:rPr>
          <w:sz w:val="22"/>
        </w:rPr>
        <w:t>‌</w:t>
      </w:r>
      <w:r w:rsidRPr="00D914B7">
        <w:rPr>
          <w:sz w:val="22"/>
          <w:rtl/>
        </w:rPr>
        <w:t>شوند</w:t>
      </w:r>
      <w:r>
        <w:rPr>
          <w:sz w:val="22"/>
          <w:rtl/>
        </w:rPr>
        <w:t>.</w:t>
      </w:r>
      <w:r w:rsidRPr="00D914B7">
        <w:rPr>
          <w:sz w:val="22"/>
        </w:rPr>
        <w:t xml:space="preserve"> </w:t>
      </w:r>
      <w:r w:rsidRPr="00D914B7">
        <w:rPr>
          <w:sz w:val="22"/>
          <w:rtl/>
        </w:rPr>
        <w:t>آب</w:t>
      </w:r>
      <w:r w:rsidRPr="00D914B7">
        <w:rPr>
          <w:sz w:val="22"/>
        </w:rPr>
        <w:t xml:space="preserve"> </w:t>
      </w:r>
      <w:r w:rsidRPr="00D914B7">
        <w:rPr>
          <w:sz w:val="22"/>
          <w:rtl/>
        </w:rPr>
        <w:t>باید</w:t>
      </w:r>
      <w:r w:rsidRPr="00D914B7">
        <w:rPr>
          <w:sz w:val="22"/>
        </w:rPr>
        <w:t xml:space="preserve"> </w:t>
      </w:r>
      <w:r w:rsidRPr="00D914B7">
        <w:rPr>
          <w:sz w:val="22"/>
          <w:rtl/>
        </w:rPr>
        <w:t>هر</w:t>
      </w:r>
      <w:r w:rsidRPr="00D914B7">
        <w:rPr>
          <w:sz w:val="22"/>
        </w:rPr>
        <w:t xml:space="preserve"> </w:t>
      </w:r>
      <w:r w:rsidRPr="00D914B7">
        <w:rPr>
          <w:sz w:val="22"/>
          <w:rtl/>
        </w:rPr>
        <w:t>روز</w:t>
      </w:r>
      <w:r w:rsidRPr="00D914B7">
        <w:rPr>
          <w:sz w:val="22"/>
        </w:rPr>
        <w:t xml:space="preserve"> </w:t>
      </w:r>
      <w:r w:rsidRPr="00D914B7">
        <w:rPr>
          <w:sz w:val="22"/>
          <w:rtl/>
        </w:rPr>
        <w:t>جاری</w:t>
      </w:r>
      <w:r w:rsidRPr="00D914B7">
        <w:rPr>
          <w:sz w:val="22"/>
        </w:rPr>
        <w:t xml:space="preserve"> </w:t>
      </w:r>
      <w:r w:rsidRPr="00D914B7">
        <w:rPr>
          <w:sz w:val="22"/>
          <w:rtl/>
        </w:rPr>
        <w:t>باشد،</w:t>
      </w:r>
      <w:r w:rsidRPr="00D914B7">
        <w:rPr>
          <w:sz w:val="22"/>
        </w:rPr>
        <w:t xml:space="preserve"> </w:t>
      </w:r>
      <w:r w:rsidRPr="00D914B7">
        <w:rPr>
          <w:sz w:val="22"/>
          <w:rtl/>
        </w:rPr>
        <w:t>بیمارستان</w:t>
      </w:r>
      <w:r w:rsidRPr="00D914B7">
        <w:rPr>
          <w:sz w:val="22"/>
        </w:rPr>
        <w:t xml:space="preserve"> </w:t>
      </w:r>
      <w:r w:rsidRPr="00D914B7">
        <w:rPr>
          <w:sz w:val="22"/>
          <w:rtl/>
        </w:rPr>
        <w:t>باید</w:t>
      </w:r>
      <w:r w:rsidRPr="00D914B7">
        <w:rPr>
          <w:sz w:val="22"/>
        </w:rPr>
        <w:t xml:space="preserve"> </w:t>
      </w:r>
      <w:r w:rsidRPr="00D914B7">
        <w:rPr>
          <w:sz w:val="22"/>
          <w:rtl/>
        </w:rPr>
        <w:t>کار</w:t>
      </w:r>
      <w:r w:rsidRPr="00D914B7">
        <w:rPr>
          <w:sz w:val="22"/>
        </w:rPr>
        <w:t xml:space="preserve"> </w:t>
      </w:r>
      <w:r w:rsidRPr="00D914B7">
        <w:rPr>
          <w:sz w:val="22"/>
          <w:rtl/>
        </w:rPr>
        <w:t>کند،</w:t>
      </w:r>
      <w:r w:rsidRPr="00D914B7">
        <w:rPr>
          <w:sz w:val="22"/>
        </w:rPr>
        <w:t xml:space="preserve"> </w:t>
      </w:r>
      <w:r w:rsidRPr="00D914B7">
        <w:rPr>
          <w:sz w:val="22"/>
          <w:rtl/>
        </w:rPr>
        <w:t>مالیات</w:t>
      </w:r>
      <w:r w:rsidRPr="00D914B7">
        <w:rPr>
          <w:sz w:val="22"/>
        </w:rPr>
        <w:t xml:space="preserve"> </w:t>
      </w:r>
      <w:r w:rsidRPr="00D914B7">
        <w:rPr>
          <w:sz w:val="22"/>
          <w:rtl/>
        </w:rPr>
        <w:t>باید</w:t>
      </w:r>
      <w:r w:rsidRPr="00D914B7">
        <w:rPr>
          <w:sz w:val="22"/>
        </w:rPr>
        <w:t xml:space="preserve"> </w:t>
      </w:r>
      <w:r w:rsidRPr="00D914B7">
        <w:rPr>
          <w:sz w:val="22"/>
          <w:rtl/>
        </w:rPr>
        <w:t>در</w:t>
      </w:r>
      <w:r w:rsidRPr="00D914B7">
        <w:rPr>
          <w:sz w:val="22"/>
        </w:rPr>
        <w:t xml:space="preserve"> </w:t>
      </w:r>
      <w:r w:rsidRPr="00D914B7">
        <w:rPr>
          <w:sz w:val="22"/>
          <w:rtl/>
        </w:rPr>
        <w:t>موعد</w:t>
      </w:r>
      <w:r w:rsidRPr="00D914B7">
        <w:rPr>
          <w:sz w:val="22"/>
        </w:rPr>
        <w:t xml:space="preserve"> </w:t>
      </w:r>
      <w:r w:rsidRPr="00D914B7">
        <w:rPr>
          <w:sz w:val="22"/>
          <w:rtl/>
        </w:rPr>
        <w:t>معین</w:t>
      </w:r>
      <w:r w:rsidRPr="00D914B7">
        <w:rPr>
          <w:sz w:val="22"/>
        </w:rPr>
        <w:t xml:space="preserve"> </w:t>
      </w:r>
      <w:r w:rsidRPr="00D914B7">
        <w:rPr>
          <w:sz w:val="22"/>
          <w:rtl/>
        </w:rPr>
        <w:t>گرد</w:t>
      </w:r>
      <w:r w:rsidRPr="00D914B7">
        <w:rPr>
          <w:sz w:val="22"/>
        </w:rPr>
        <w:t xml:space="preserve"> </w:t>
      </w:r>
      <w:r w:rsidRPr="00D914B7">
        <w:rPr>
          <w:sz w:val="22"/>
          <w:rtl/>
        </w:rPr>
        <w:t>آید،</w:t>
      </w:r>
      <w:r w:rsidRPr="00D914B7">
        <w:rPr>
          <w:sz w:val="22"/>
        </w:rPr>
        <w:t xml:space="preserve"> </w:t>
      </w:r>
      <w:r w:rsidRPr="00D914B7">
        <w:rPr>
          <w:sz w:val="22"/>
          <w:rtl/>
        </w:rPr>
        <w:t>اسناد</w:t>
      </w:r>
      <w:r w:rsidRPr="00D914B7">
        <w:rPr>
          <w:sz w:val="22"/>
        </w:rPr>
        <w:t xml:space="preserve"> </w:t>
      </w:r>
      <w:r w:rsidRPr="00D914B7">
        <w:rPr>
          <w:sz w:val="22"/>
          <w:rtl/>
        </w:rPr>
        <w:t>مالکیت</w:t>
      </w:r>
      <w:r w:rsidRPr="00D914B7">
        <w:rPr>
          <w:sz w:val="22"/>
        </w:rPr>
        <w:t xml:space="preserve"> </w:t>
      </w:r>
      <w:r w:rsidRPr="00D914B7">
        <w:rPr>
          <w:sz w:val="22"/>
          <w:rtl/>
        </w:rPr>
        <w:t>باید</w:t>
      </w:r>
      <w:r w:rsidRPr="00D914B7">
        <w:rPr>
          <w:sz w:val="22"/>
        </w:rPr>
        <w:t xml:space="preserve"> </w:t>
      </w:r>
      <w:r w:rsidRPr="00D914B7">
        <w:rPr>
          <w:sz w:val="22"/>
          <w:rtl/>
        </w:rPr>
        <w:t>محفوظ</w:t>
      </w:r>
      <w:r w:rsidRPr="00D914B7">
        <w:rPr>
          <w:sz w:val="22"/>
        </w:rPr>
        <w:t xml:space="preserve"> </w:t>
      </w:r>
      <w:r w:rsidRPr="00D914B7">
        <w:rPr>
          <w:sz w:val="22"/>
          <w:rtl/>
        </w:rPr>
        <w:t>بماند</w:t>
      </w:r>
      <w:r w:rsidRPr="00D914B7">
        <w:rPr>
          <w:sz w:val="22"/>
        </w:rPr>
        <w:t xml:space="preserve"> </w:t>
      </w:r>
      <w:r w:rsidRPr="00D914B7">
        <w:rPr>
          <w:sz w:val="22"/>
          <w:rtl/>
        </w:rPr>
        <w:t>و</w:t>
      </w:r>
      <w:r w:rsidRPr="00D914B7">
        <w:rPr>
          <w:sz w:val="22"/>
        </w:rPr>
        <w:t xml:space="preserve"> </w:t>
      </w:r>
      <w:r w:rsidRPr="00D914B7">
        <w:rPr>
          <w:sz w:val="22"/>
          <w:rtl/>
        </w:rPr>
        <w:t>مدرسه</w:t>
      </w:r>
      <w:r w:rsidRPr="00D914B7">
        <w:rPr>
          <w:sz w:val="22"/>
        </w:rPr>
        <w:t xml:space="preserve"> </w:t>
      </w:r>
      <w:r w:rsidRPr="00D914B7">
        <w:rPr>
          <w:sz w:val="22"/>
          <w:rtl/>
        </w:rPr>
        <w:t>باید</w:t>
      </w:r>
      <w:r w:rsidRPr="00D914B7">
        <w:rPr>
          <w:sz w:val="22"/>
        </w:rPr>
        <w:t xml:space="preserve"> </w:t>
      </w:r>
      <w:r w:rsidRPr="00D914B7">
        <w:rPr>
          <w:sz w:val="22"/>
          <w:rtl/>
        </w:rPr>
        <w:t>هر</w:t>
      </w:r>
      <w:r w:rsidRPr="00D914B7">
        <w:rPr>
          <w:sz w:val="22"/>
        </w:rPr>
        <w:t xml:space="preserve"> </w:t>
      </w:r>
      <w:r w:rsidRPr="00D914B7">
        <w:rPr>
          <w:sz w:val="22"/>
          <w:rtl/>
        </w:rPr>
        <w:t>سال</w:t>
      </w:r>
      <w:r w:rsidRPr="00D914B7">
        <w:rPr>
          <w:sz w:val="22"/>
        </w:rPr>
        <w:t xml:space="preserve"> </w:t>
      </w:r>
      <w:r w:rsidRPr="00D914B7">
        <w:rPr>
          <w:sz w:val="22"/>
          <w:rtl/>
        </w:rPr>
        <w:t>دانش</w:t>
      </w:r>
      <w:r w:rsidRPr="00D914B7">
        <w:rPr>
          <w:sz w:val="22"/>
        </w:rPr>
        <w:t>‌</w:t>
      </w:r>
      <w:r w:rsidRPr="00D914B7">
        <w:rPr>
          <w:sz w:val="22"/>
          <w:rtl/>
        </w:rPr>
        <w:t>آموز</w:t>
      </w:r>
      <w:r w:rsidRPr="00D914B7">
        <w:rPr>
          <w:sz w:val="22"/>
        </w:rPr>
        <w:t xml:space="preserve"> </w:t>
      </w:r>
      <w:r w:rsidRPr="00D914B7">
        <w:rPr>
          <w:sz w:val="22"/>
          <w:rtl/>
        </w:rPr>
        <w:t>بپذیرد</w:t>
      </w:r>
      <w:r>
        <w:rPr>
          <w:sz w:val="22"/>
          <w:rtl/>
        </w:rPr>
        <w:t>.</w:t>
      </w:r>
      <w:r w:rsidRPr="00D914B7">
        <w:rPr>
          <w:sz w:val="22"/>
        </w:rPr>
        <w:t xml:space="preserve"> </w:t>
      </w:r>
      <w:r w:rsidRPr="00D914B7">
        <w:rPr>
          <w:sz w:val="22"/>
          <w:rtl/>
        </w:rPr>
        <w:t>سیاست</w:t>
      </w:r>
      <w:r w:rsidRPr="00D914B7">
        <w:rPr>
          <w:sz w:val="22"/>
        </w:rPr>
        <w:t>‌</w:t>
      </w:r>
      <w:r w:rsidRPr="00D914B7">
        <w:rPr>
          <w:sz w:val="22"/>
          <w:rtl/>
        </w:rPr>
        <w:t>مداران</w:t>
      </w:r>
      <w:r w:rsidRPr="00D914B7">
        <w:rPr>
          <w:sz w:val="22"/>
        </w:rPr>
        <w:t xml:space="preserve"> </w:t>
      </w:r>
      <w:r w:rsidRPr="00D914B7">
        <w:rPr>
          <w:sz w:val="22"/>
          <w:rtl/>
        </w:rPr>
        <w:t>می</w:t>
      </w:r>
      <w:r w:rsidRPr="00D914B7">
        <w:rPr>
          <w:sz w:val="22"/>
        </w:rPr>
        <w:t>‌</w:t>
      </w:r>
      <w:r w:rsidRPr="00D914B7">
        <w:rPr>
          <w:sz w:val="22"/>
          <w:rtl/>
        </w:rPr>
        <w:t>آیند</w:t>
      </w:r>
      <w:r w:rsidRPr="00D914B7">
        <w:rPr>
          <w:sz w:val="22"/>
        </w:rPr>
        <w:t xml:space="preserve"> </w:t>
      </w:r>
      <w:r w:rsidRPr="00D914B7">
        <w:rPr>
          <w:sz w:val="22"/>
          <w:rtl/>
        </w:rPr>
        <w:t>و</w:t>
      </w:r>
      <w:r w:rsidRPr="00D914B7">
        <w:rPr>
          <w:sz w:val="22"/>
        </w:rPr>
        <w:t xml:space="preserve"> </w:t>
      </w:r>
      <w:r w:rsidRPr="00D914B7">
        <w:rPr>
          <w:sz w:val="22"/>
          <w:rtl/>
        </w:rPr>
        <w:t>می</w:t>
      </w:r>
      <w:r w:rsidRPr="00D914B7">
        <w:rPr>
          <w:sz w:val="22"/>
        </w:rPr>
        <w:t>‌</w:t>
      </w:r>
      <w:r w:rsidRPr="00D914B7">
        <w:rPr>
          <w:sz w:val="22"/>
          <w:rtl/>
        </w:rPr>
        <w:t>روند،</w:t>
      </w:r>
      <w:r w:rsidRPr="00D914B7">
        <w:rPr>
          <w:sz w:val="22"/>
        </w:rPr>
        <w:t xml:space="preserve"> </w:t>
      </w:r>
      <w:r w:rsidRPr="00D914B7">
        <w:rPr>
          <w:sz w:val="22"/>
          <w:rtl/>
        </w:rPr>
        <w:t>اما</w:t>
      </w:r>
      <w:r w:rsidRPr="00D914B7">
        <w:rPr>
          <w:sz w:val="22"/>
        </w:rPr>
        <w:t xml:space="preserve"> </w:t>
      </w:r>
      <w:r w:rsidRPr="00D914B7">
        <w:rPr>
          <w:sz w:val="22"/>
          <w:rtl/>
        </w:rPr>
        <w:t>رسیدگی</w:t>
      </w:r>
      <w:r w:rsidRPr="00D914B7">
        <w:rPr>
          <w:sz w:val="22"/>
        </w:rPr>
        <w:t xml:space="preserve"> </w:t>
      </w:r>
      <w:r w:rsidRPr="00D914B7">
        <w:rPr>
          <w:sz w:val="22"/>
          <w:rtl/>
        </w:rPr>
        <w:t>به</w:t>
      </w:r>
      <w:r w:rsidRPr="00D914B7">
        <w:rPr>
          <w:sz w:val="22"/>
        </w:rPr>
        <w:t xml:space="preserve"> </w:t>
      </w:r>
      <w:r w:rsidRPr="00D914B7">
        <w:rPr>
          <w:sz w:val="22"/>
          <w:rtl/>
        </w:rPr>
        <w:t>جامعه</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با</w:t>
      </w:r>
      <w:r w:rsidRPr="00D914B7">
        <w:rPr>
          <w:sz w:val="22"/>
        </w:rPr>
        <w:t xml:space="preserve"> </w:t>
      </w:r>
      <w:r w:rsidRPr="00D914B7">
        <w:rPr>
          <w:sz w:val="22"/>
          <w:rtl/>
        </w:rPr>
        <w:t>رفت</w:t>
      </w:r>
      <w:r w:rsidRPr="00D914B7">
        <w:rPr>
          <w:sz w:val="22"/>
        </w:rPr>
        <w:t>‌</w:t>
      </w:r>
      <w:r w:rsidRPr="00D914B7">
        <w:rPr>
          <w:sz w:val="22"/>
          <w:rtl/>
        </w:rPr>
        <w:t>وآمد</w:t>
      </w:r>
      <w:r w:rsidRPr="00D914B7">
        <w:rPr>
          <w:sz w:val="22"/>
        </w:rPr>
        <w:t xml:space="preserve"> </w:t>
      </w:r>
      <w:r w:rsidRPr="00D914B7">
        <w:rPr>
          <w:sz w:val="22"/>
          <w:rtl/>
        </w:rPr>
        <w:t>آنان</w:t>
      </w:r>
      <w:r w:rsidRPr="00D914B7">
        <w:rPr>
          <w:sz w:val="22"/>
        </w:rPr>
        <w:t xml:space="preserve"> </w:t>
      </w:r>
      <w:r w:rsidRPr="00D914B7">
        <w:rPr>
          <w:sz w:val="22"/>
          <w:rtl/>
        </w:rPr>
        <w:t>آغاز</w:t>
      </w:r>
      <w:r w:rsidRPr="00D914B7">
        <w:rPr>
          <w:sz w:val="22"/>
        </w:rPr>
        <w:t xml:space="preserve"> </w:t>
      </w:r>
      <w:r w:rsidRPr="00D914B7">
        <w:rPr>
          <w:sz w:val="22"/>
          <w:rtl/>
        </w:rPr>
        <w:t>و</w:t>
      </w:r>
      <w:r w:rsidRPr="00D914B7">
        <w:rPr>
          <w:sz w:val="22"/>
        </w:rPr>
        <w:t xml:space="preserve"> </w:t>
      </w:r>
      <w:r w:rsidRPr="00D914B7">
        <w:rPr>
          <w:sz w:val="22"/>
          <w:rtl/>
        </w:rPr>
        <w:t>متوقف</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دو</w:t>
      </w:r>
      <w:r w:rsidRPr="00D914B7">
        <w:rPr>
          <w:sz w:val="22"/>
        </w:rPr>
        <w:t xml:space="preserve"> </w:t>
      </w:r>
      <w:r w:rsidRPr="00D914B7">
        <w:rPr>
          <w:sz w:val="22"/>
          <w:rtl/>
        </w:rPr>
        <w:t>زمان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هم</w:t>
      </w:r>
      <w:r w:rsidRPr="00D914B7">
        <w:rPr>
          <w:sz w:val="22"/>
        </w:rPr>
        <w:t xml:space="preserve"> </w:t>
      </w:r>
      <w:r w:rsidRPr="00D914B7">
        <w:rPr>
          <w:sz w:val="22"/>
          <w:rtl/>
        </w:rPr>
        <w:t>متصل</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زمان</w:t>
      </w:r>
      <w:r w:rsidRPr="00D914B7">
        <w:rPr>
          <w:sz w:val="22"/>
        </w:rPr>
        <w:t xml:space="preserve"> </w:t>
      </w:r>
      <w:r w:rsidRPr="00D914B7">
        <w:rPr>
          <w:sz w:val="22"/>
          <w:rtl/>
        </w:rPr>
        <w:t>کوتاه</w:t>
      </w:r>
      <w:r w:rsidRPr="00D914B7">
        <w:rPr>
          <w:sz w:val="22"/>
        </w:rPr>
        <w:t xml:space="preserve"> </w:t>
      </w:r>
      <w:r w:rsidRPr="00D914B7">
        <w:rPr>
          <w:sz w:val="22"/>
          <w:rtl/>
        </w:rPr>
        <w:t>و</w:t>
      </w:r>
      <w:r w:rsidRPr="00D914B7">
        <w:rPr>
          <w:sz w:val="22"/>
        </w:rPr>
        <w:t xml:space="preserve"> </w:t>
      </w:r>
      <w:r w:rsidRPr="00D914B7">
        <w:rPr>
          <w:sz w:val="22"/>
          <w:rtl/>
        </w:rPr>
        <w:t>متغیر</w:t>
      </w:r>
      <w:r w:rsidRPr="00D914B7">
        <w:rPr>
          <w:sz w:val="22"/>
        </w:rPr>
        <w:t xml:space="preserve"> </w:t>
      </w:r>
      <w:r w:rsidRPr="00D914B7">
        <w:rPr>
          <w:sz w:val="22"/>
          <w:rtl/>
        </w:rPr>
        <w:t>سیاست</w:t>
      </w:r>
      <w:r w:rsidRPr="00D914B7">
        <w:rPr>
          <w:sz w:val="22"/>
        </w:rPr>
        <w:t xml:space="preserve"> </w:t>
      </w:r>
      <w:r w:rsidRPr="00D914B7">
        <w:rPr>
          <w:sz w:val="22"/>
          <w:rtl/>
        </w:rPr>
        <w:t>و</w:t>
      </w:r>
      <w:r w:rsidRPr="00D914B7">
        <w:rPr>
          <w:sz w:val="22"/>
        </w:rPr>
        <w:t xml:space="preserve"> </w:t>
      </w:r>
      <w:r w:rsidRPr="00D914B7">
        <w:rPr>
          <w:sz w:val="22"/>
          <w:rtl/>
        </w:rPr>
        <w:t>زمان</w:t>
      </w:r>
      <w:r w:rsidRPr="00D914B7">
        <w:rPr>
          <w:sz w:val="22"/>
        </w:rPr>
        <w:t xml:space="preserve"> </w:t>
      </w:r>
      <w:r w:rsidRPr="00D914B7">
        <w:rPr>
          <w:sz w:val="22"/>
          <w:rtl/>
        </w:rPr>
        <w:t>بلند</w:t>
      </w:r>
      <w:r w:rsidRPr="00D914B7">
        <w:rPr>
          <w:sz w:val="22"/>
        </w:rPr>
        <w:t xml:space="preserve"> </w:t>
      </w:r>
      <w:r w:rsidRPr="00D914B7">
        <w:rPr>
          <w:sz w:val="22"/>
          <w:rtl/>
        </w:rPr>
        <w:t>و</w:t>
      </w:r>
      <w:r w:rsidRPr="00D914B7">
        <w:rPr>
          <w:sz w:val="22"/>
        </w:rPr>
        <w:t xml:space="preserve"> </w:t>
      </w:r>
      <w:r w:rsidRPr="00D914B7">
        <w:rPr>
          <w:sz w:val="22"/>
          <w:rtl/>
        </w:rPr>
        <w:t>پیوسته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اجتماعی</w:t>
      </w:r>
      <w:r>
        <w:rPr>
          <w:sz w:val="22"/>
          <w:rtl/>
        </w:rPr>
        <w:t>.</w:t>
      </w:r>
    </w:p>
    <w:p w:rsidR="00987F03" w:rsidRPr="00D914B7" w:rsidRDefault="00987F03" w:rsidP="00987F03">
      <w:pPr>
        <w:bidi/>
        <w:ind w:firstLine="720"/>
        <w:rPr>
          <w:sz w:val="22"/>
        </w:rPr>
      </w:pP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حافظه</w:t>
      </w:r>
      <w:r>
        <w:rPr>
          <w:sz w:val="22"/>
          <w:rtl/>
        </w:rPr>
        <w:t>ء</w:t>
      </w:r>
      <w:r w:rsidRPr="00D914B7">
        <w:rPr>
          <w:sz w:val="22"/>
        </w:rPr>
        <w:t xml:space="preserve"> </w:t>
      </w:r>
      <w:r w:rsidRPr="00D914B7">
        <w:rPr>
          <w:sz w:val="22"/>
          <w:rtl/>
        </w:rPr>
        <w:t>کشور</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کشور</w:t>
      </w:r>
      <w:r w:rsidRPr="00D914B7">
        <w:rPr>
          <w:sz w:val="22"/>
        </w:rPr>
        <w:t xml:space="preserve"> </w:t>
      </w:r>
      <w:r w:rsidRPr="00D914B7">
        <w:rPr>
          <w:sz w:val="22"/>
          <w:rtl/>
        </w:rPr>
        <w:t>باید</w:t>
      </w:r>
      <w:r w:rsidRPr="00D914B7">
        <w:rPr>
          <w:sz w:val="22"/>
        </w:rPr>
        <w:t xml:space="preserve"> </w:t>
      </w:r>
      <w:r w:rsidRPr="00D914B7">
        <w:rPr>
          <w:sz w:val="22"/>
          <w:rtl/>
        </w:rPr>
        <w:t>بداند</w:t>
      </w:r>
      <w:r w:rsidRPr="00D914B7">
        <w:rPr>
          <w:sz w:val="22"/>
        </w:rPr>
        <w:t xml:space="preserve"> </w:t>
      </w:r>
      <w:r w:rsidRPr="00D914B7">
        <w:rPr>
          <w:sz w:val="22"/>
          <w:rtl/>
        </w:rPr>
        <w:t>پیش</w:t>
      </w:r>
      <w:r w:rsidRPr="00D914B7">
        <w:rPr>
          <w:sz w:val="22"/>
        </w:rPr>
        <w:t>‌</w:t>
      </w:r>
      <w:r w:rsidRPr="00D914B7">
        <w:rPr>
          <w:sz w:val="22"/>
          <w:rtl/>
        </w:rPr>
        <w:t>تر</w:t>
      </w:r>
      <w:r w:rsidRPr="00D914B7">
        <w:rPr>
          <w:sz w:val="22"/>
        </w:rPr>
        <w:t xml:space="preserve"> </w:t>
      </w:r>
      <w:r w:rsidRPr="00D914B7">
        <w:rPr>
          <w:sz w:val="22"/>
          <w:rtl/>
        </w:rPr>
        <w:t>چه</w:t>
      </w:r>
      <w:r w:rsidRPr="00D914B7">
        <w:rPr>
          <w:sz w:val="22"/>
        </w:rPr>
        <w:t xml:space="preserve"> </w:t>
      </w:r>
      <w:r w:rsidRPr="00D914B7">
        <w:rPr>
          <w:sz w:val="22"/>
          <w:rtl/>
        </w:rPr>
        <w:t>تصمیمی</w:t>
      </w:r>
      <w:r w:rsidRPr="00D914B7">
        <w:rPr>
          <w:sz w:val="22"/>
        </w:rPr>
        <w:t xml:space="preserve"> </w:t>
      </w:r>
      <w:r w:rsidRPr="00D914B7">
        <w:rPr>
          <w:sz w:val="22"/>
          <w:rtl/>
        </w:rPr>
        <w:t>گرفته</w:t>
      </w:r>
      <w:r w:rsidRPr="00D914B7">
        <w:rPr>
          <w:sz w:val="22"/>
        </w:rPr>
        <w:t xml:space="preserve"> </w:t>
      </w:r>
      <w:r w:rsidRPr="00D914B7">
        <w:rPr>
          <w:sz w:val="22"/>
          <w:rtl/>
        </w:rPr>
        <w:t>شده،</w:t>
      </w:r>
      <w:r w:rsidRPr="00D914B7">
        <w:rPr>
          <w:sz w:val="22"/>
        </w:rPr>
        <w:t xml:space="preserve"> </w:t>
      </w:r>
      <w:r w:rsidRPr="00D914B7">
        <w:rPr>
          <w:sz w:val="22"/>
          <w:rtl/>
        </w:rPr>
        <w:t>چه</w:t>
      </w:r>
      <w:r w:rsidRPr="00D914B7">
        <w:rPr>
          <w:sz w:val="22"/>
        </w:rPr>
        <w:t xml:space="preserve"> </w:t>
      </w:r>
      <w:r w:rsidRPr="00D914B7">
        <w:rPr>
          <w:sz w:val="22"/>
          <w:rtl/>
        </w:rPr>
        <w:t>تعهدی</w:t>
      </w:r>
      <w:r w:rsidRPr="00D914B7">
        <w:rPr>
          <w:sz w:val="22"/>
        </w:rPr>
        <w:t xml:space="preserve"> </w:t>
      </w:r>
      <w:r w:rsidRPr="00D914B7">
        <w:rPr>
          <w:sz w:val="22"/>
          <w:rtl/>
        </w:rPr>
        <w:t>ایجاد</w:t>
      </w:r>
      <w:r w:rsidRPr="00D914B7">
        <w:rPr>
          <w:sz w:val="22"/>
        </w:rPr>
        <w:t xml:space="preserve"> </w:t>
      </w:r>
      <w:r w:rsidRPr="00D914B7">
        <w:rPr>
          <w:sz w:val="22"/>
          <w:rtl/>
        </w:rPr>
        <w:t>شده،</w:t>
      </w:r>
      <w:r w:rsidRPr="00D914B7">
        <w:rPr>
          <w:sz w:val="22"/>
        </w:rPr>
        <w:t xml:space="preserve"> </w:t>
      </w:r>
      <w:r w:rsidRPr="00D914B7">
        <w:rPr>
          <w:sz w:val="22"/>
          <w:rtl/>
        </w:rPr>
        <w:t>کدام</w:t>
      </w:r>
      <w:r w:rsidRPr="00D914B7">
        <w:rPr>
          <w:sz w:val="22"/>
        </w:rPr>
        <w:t xml:space="preserve"> </w:t>
      </w:r>
      <w:r w:rsidRPr="00D914B7">
        <w:rPr>
          <w:sz w:val="22"/>
          <w:rtl/>
        </w:rPr>
        <w:t>مالیات</w:t>
      </w:r>
      <w:r w:rsidRPr="00D914B7">
        <w:rPr>
          <w:sz w:val="22"/>
        </w:rPr>
        <w:t xml:space="preserve"> </w:t>
      </w:r>
      <w:r w:rsidRPr="00D914B7">
        <w:rPr>
          <w:sz w:val="22"/>
          <w:rtl/>
        </w:rPr>
        <w:t>پرداخت</w:t>
      </w:r>
      <w:r w:rsidRPr="00D914B7">
        <w:rPr>
          <w:sz w:val="22"/>
        </w:rPr>
        <w:t xml:space="preserve"> </w:t>
      </w:r>
      <w:r w:rsidRPr="00D914B7">
        <w:rPr>
          <w:sz w:val="22"/>
          <w:rtl/>
        </w:rPr>
        <w:t>شده،</w:t>
      </w:r>
      <w:r w:rsidRPr="00D914B7">
        <w:rPr>
          <w:sz w:val="22"/>
        </w:rPr>
        <w:t xml:space="preserve"> </w:t>
      </w:r>
      <w:r w:rsidRPr="00D914B7">
        <w:rPr>
          <w:sz w:val="22"/>
          <w:rtl/>
        </w:rPr>
        <w:t>مالکیت</w:t>
      </w:r>
      <w:r w:rsidRPr="00D914B7">
        <w:rPr>
          <w:sz w:val="22"/>
        </w:rPr>
        <w:t xml:space="preserve"> </w:t>
      </w:r>
      <w:r w:rsidRPr="00D914B7">
        <w:rPr>
          <w:sz w:val="22"/>
          <w:rtl/>
        </w:rPr>
        <w:t>زمین</w:t>
      </w:r>
      <w:r w:rsidRPr="00D914B7">
        <w:rPr>
          <w:sz w:val="22"/>
        </w:rPr>
        <w:t xml:space="preserve"> </w:t>
      </w:r>
      <w:r w:rsidRPr="00D914B7">
        <w:rPr>
          <w:sz w:val="22"/>
          <w:rtl/>
        </w:rPr>
        <w:t>به</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تعلق</w:t>
      </w:r>
      <w:r w:rsidRPr="00D914B7">
        <w:rPr>
          <w:sz w:val="22"/>
        </w:rPr>
        <w:t xml:space="preserve"> </w:t>
      </w:r>
      <w:r w:rsidRPr="00D914B7">
        <w:rPr>
          <w:sz w:val="22"/>
          <w:rtl/>
        </w:rPr>
        <w:t>دارد،</w:t>
      </w:r>
      <w:r w:rsidRPr="00D914B7">
        <w:rPr>
          <w:sz w:val="22"/>
        </w:rPr>
        <w:t xml:space="preserve"> </w:t>
      </w:r>
      <w:r w:rsidRPr="00D914B7">
        <w:rPr>
          <w:sz w:val="22"/>
          <w:rtl/>
        </w:rPr>
        <w:t>کدام</w:t>
      </w:r>
      <w:r w:rsidRPr="00D914B7">
        <w:rPr>
          <w:sz w:val="22"/>
        </w:rPr>
        <w:t xml:space="preserve"> </w:t>
      </w:r>
      <w:r w:rsidRPr="00D914B7">
        <w:rPr>
          <w:sz w:val="22"/>
          <w:rtl/>
        </w:rPr>
        <w:t>پیمان</w:t>
      </w:r>
      <w:r w:rsidRPr="00D914B7">
        <w:rPr>
          <w:sz w:val="22"/>
        </w:rPr>
        <w:t xml:space="preserve"> </w:t>
      </w:r>
      <w:r w:rsidRPr="00D914B7">
        <w:rPr>
          <w:sz w:val="22"/>
          <w:rtl/>
        </w:rPr>
        <w:t>هنوز</w:t>
      </w:r>
      <w:r w:rsidRPr="00D914B7">
        <w:rPr>
          <w:sz w:val="22"/>
        </w:rPr>
        <w:t xml:space="preserve"> </w:t>
      </w:r>
      <w:r w:rsidRPr="00D914B7">
        <w:rPr>
          <w:sz w:val="22"/>
          <w:rtl/>
        </w:rPr>
        <w:t>اعتبار</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طرحی</w:t>
      </w:r>
      <w:r w:rsidRPr="00D914B7">
        <w:rPr>
          <w:sz w:val="22"/>
        </w:rPr>
        <w:t xml:space="preserve"> </w:t>
      </w:r>
      <w:r w:rsidRPr="00D914B7">
        <w:rPr>
          <w:sz w:val="22"/>
          <w:rtl/>
        </w:rPr>
        <w:t>که</w:t>
      </w:r>
      <w:r w:rsidRPr="00D914B7">
        <w:rPr>
          <w:sz w:val="22"/>
        </w:rPr>
        <w:t xml:space="preserve"> </w:t>
      </w:r>
      <w:r w:rsidRPr="00D914B7">
        <w:rPr>
          <w:sz w:val="22"/>
          <w:rtl/>
        </w:rPr>
        <w:t>آغاز</w:t>
      </w:r>
      <w:r w:rsidRPr="00D914B7">
        <w:rPr>
          <w:sz w:val="22"/>
        </w:rPr>
        <w:t xml:space="preserve"> </w:t>
      </w:r>
      <w:r w:rsidRPr="00D914B7">
        <w:rPr>
          <w:sz w:val="22"/>
          <w:rtl/>
        </w:rPr>
        <w:t>شده</w:t>
      </w:r>
      <w:r w:rsidRPr="00D914B7">
        <w:rPr>
          <w:sz w:val="22"/>
        </w:rPr>
        <w:t xml:space="preserve"> </w:t>
      </w:r>
      <w:r w:rsidRPr="00D914B7">
        <w:rPr>
          <w:sz w:val="22"/>
          <w:rtl/>
        </w:rPr>
        <w:t>تا</w:t>
      </w:r>
      <w:r w:rsidRPr="00D914B7">
        <w:rPr>
          <w:sz w:val="22"/>
        </w:rPr>
        <w:t xml:space="preserve"> </w:t>
      </w:r>
      <w:r w:rsidRPr="00D914B7">
        <w:rPr>
          <w:sz w:val="22"/>
          <w:rtl/>
        </w:rPr>
        <w:t>کجا</w:t>
      </w:r>
      <w:r w:rsidRPr="00D914B7">
        <w:rPr>
          <w:sz w:val="22"/>
        </w:rPr>
        <w:t xml:space="preserve"> </w:t>
      </w:r>
      <w:r w:rsidRPr="00D914B7">
        <w:rPr>
          <w:sz w:val="22"/>
          <w:rtl/>
        </w:rPr>
        <w:t>پیش</w:t>
      </w:r>
      <w:r w:rsidRPr="00D914B7">
        <w:rPr>
          <w:sz w:val="22"/>
        </w:rPr>
        <w:t xml:space="preserve"> </w:t>
      </w:r>
      <w:r w:rsidRPr="00D914B7">
        <w:rPr>
          <w:sz w:val="22"/>
          <w:rtl/>
        </w:rPr>
        <w:t>رفته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حافظه</w:t>
      </w:r>
      <w:r w:rsidRPr="00D914B7">
        <w:rPr>
          <w:sz w:val="22"/>
        </w:rPr>
        <w:t xml:space="preserve"> </w:t>
      </w:r>
      <w:r w:rsidRPr="00D914B7">
        <w:rPr>
          <w:sz w:val="22"/>
          <w:rtl/>
        </w:rPr>
        <w:t>در</w:t>
      </w:r>
      <w:r w:rsidRPr="00D914B7">
        <w:rPr>
          <w:sz w:val="22"/>
        </w:rPr>
        <w:t xml:space="preserve"> </w:t>
      </w:r>
      <w:r w:rsidRPr="00D914B7">
        <w:rPr>
          <w:sz w:val="22"/>
          <w:rtl/>
        </w:rPr>
        <w:t>ذهن</w:t>
      </w:r>
      <w:r w:rsidRPr="00D914B7">
        <w:rPr>
          <w:sz w:val="22"/>
        </w:rPr>
        <w:t xml:space="preserve"> </w:t>
      </w:r>
      <w:r w:rsidRPr="00D914B7">
        <w:rPr>
          <w:sz w:val="22"/>
          <w:rtl/>
        </w:rPr>
        <w:t>فرمانروا</w:t>
      </w:r>
      <w:r w:rsidRPr="00D914B7">
        <w:rPr>
          <w:sz w:val="22"/>
        </w:rPr>
        <w:t xml:space="preserve"> </w:t>
      </w:r>
      <w:r w:rsidRPr="00D914B7">
        <w:rPr>
          <w:sz w:val="22"/>
          <w:rtl/>
        </w:rPr>
        <w:t>جای</w:t>
      </w:r>
      <w:r w:rsidRPr="00D914B7">
        <w:rPr>
          <w:sz w:val="22"/>
        </w:rPr>
        <w:t xml:space="preserve"> </w:t>
      </w:r>
      <w:r w:rsidRPr="00D914B7">
        <w:rPr>
          <w:sz w:val="22"/>
          <w:rtl/>
        </w:rPr>
        <w:t>نمی</w:t>
      </w:r>
      <w:r w:rsidRPr="00D914B7">
        <w:rPr>
          <w:sz w:val="22"/>
        </w:rPr>
        <w:t>‌</w:t>
      </w:r>
      <w:r w:rsidRPr="00D914B7">
        <w:rPr>
          <w:sz w:val="22"/>
          <w:rtl/>
        </w:rPr>
        <w:t>گیرد؛</w:t>
      </w:r>
      <w:r w:rsidRPr="00D914B7">
        <w:rPr>
          <w:sz w:val="22"/>
        </w:rPr>
        <w:t xml:space="preserve"> </w:t>
      </w:r>
      <w:r w:rsidRPr="00D914B7">
        <w:rPr>
          <w:sz w:val="22"/>
          <w:rtl/>
        </w:rPr>
        <w:t>در</w:t>
      </w:r>
      <w:r w:rsidRPr="00D914B7">
        <w:rPr>
          <w:sz w:val="22"/>
        </w:rPr>
        <w:t xml:space="preserve"> </w:t>
      </w:r>
      <w:r w:rsidRPr="00D914B7">
        <w:rPr>
          <w:sz w:val="22"/>
          <w:rtl/>
        </w:rPr>
        <w:t>بایگانی،</w:t>
      </w:r>
      <w:r w:rsidRPr="00D914B7">
        <w:rPr>
          <w:sz w:val="22"/>
        </w:rPr>
        <w:t xml:space="preserve"> </w:t>
      </w:r>
      <w:r w:rsidRPr="00D914B7">
        <w:rPr>
          <w:sz w:val="22"/>
          <w:rtl/>
        </w:rPr>
        <w:t>سند،</w:t>
      </w:r>
      <w:r w:rsidRPr="00D914B7">
        <w:rPr>
          <w:sz w:val="22"/>
        </w:rPr>
        <w:t xml:space="preserve"> </w:t>
      </w:r>
      <w:r w:rsidRPr="00D914B7">
        <w:rPr>
          <w:sz w:val="22"/>
          <w:rtl/>
        </w:rPr>
        <w:t>دفتر</w:t>
      </w:r>
      <w:r w:rsidRPr="00D914B7">
        <w:rPr>
          <w:sz w:val="22"/>
        </w:rPr>
        <w:t xml:space="preserve"> </w:t>
      </w:r>
      <w:r w:rsidRPr="00D914B7">
        <w:rPr>
          <w:sz w:val="22"/>
          <w:rtl/>
        </w:rPr>
        <w:t>و</w:t>
      </w:r>
      <w:r w:rsidRPr="00D914B7">
        <w:rPr>
          <w:sz w:val="22"/>
        </w:rPr>
        <w:t xml:space="preserve"> </w:t>
      </w:r>
      <w:r w:rsidRPr="00D914B7">
        <w:rPr>
          <w:sz w:val="22"/>
          <w:rtl/>
        </w:rPr>
        <w:t>گزارش</w:t>
      </w:r>
      <w:r w:rsidRPr="00D914B7">
        <w:rPr>
          <w:sz w:val="22"/>
        </w:rPr>
        <w:t xml:space="preserve"> </w:t>
      </w:r>
      <w:r w:rsidRPr="00D914B7">
        <w:rPr>
          <w:sz w:val="22"/>
          <w:rtl/>
        </w:rPr>
        <w:t>نگهداری</w:t>
      </w:r>
      <w:r w:rsidRPr="00D914B7">
        <w:rPr>
          <w:sz w:val="22"/>
        </w:rPr>
        <w:t xml:space="preserve"> </w:t>
      </w:r>
      <w:r w:rsidRPr="00D914B7">
        <w:rPr>
          <w:sz w:val="22"/>
          <w:rtl/>
        </w:rPr>
        <w:t>می</w:t>
      </w:r>
      <w:r w:rsidRPr="00D914B7">
        <w:rPr>
          <w:sz w:val="22"/>
        </w:rPr>
        <w:t>‌</w:t>
      </w:r>
      <w:r w:rsidRPr="00D914B7">
        <w:rPr>
          <w:sz w:val="22"/>
          <w:rtl/>
        </w:rPr>
        <w:t>شود</w:t>
      </w:r>
      <w:r>
        <w:rPr>
          <w:sz w:val="22"/>
          <w:rtl/>
        </w:rPr>
        <w:t>.</w:t>
      </w:r>
      <w:r w:rsidRPr="00D914B7">
        <w:rPr>
          <w:sz w:val="22"/>
        </w:rPr>
        <w:t xml:space="preserve"> </w:t>
      </w:r>
      <w:r w:rsidRPr="00D914B7">
        <w:rPr>
          <w:sz w:val="22"/>
          <w:rtl/>
        </w:rPr>
        <w:t>هنگامی</w:t>
      </w:r>
      <w:r w:rsidRPr="00D914B7">
        <w:rPr>
          <w:sz w:val="22"/>
        </w:rPr>
        <w:t xml:space="preserve"> </w:t>
      </w:r>
      <w:r w:rsidRPr="00D914B7">
        <w:rPr>
          <w:sz w:val="22"/>
          <w:rtl/>
        </w:rPr>
        <w:t>که</w:t>
      </w:r>
      <w:r w:rsidRPr="00D914B7">
        <w:rPr>
          <w:sz w:val="22"/>
        </w:rPr>
        <w:t xml:space="preserve"> </w:t>
      </w:r>
      <w:r w:rsidRPr="00D914B7">
        <w:rPr>
          <w:sz w:val="22"/>
          <w:rtl/>
        </w:rPr>
        <w:t>اسناد</w:t>
      </w:r>
      <w:r w:rsidRPr="00D914B7">
        <w:rPr>
          <w:sz w:val="22"/>
        </w:rPr>
        <w:t xml:space="preserve"> </w:t>
      </w:r>
      <w:r w:rsidRPr="00D914B7">
        <w:rPr>
          <w:sz w:val="22"/>
          <w:rtl/>
        </w:rPr>
        <w:t>از</w:t>
      </w:r>
      <w:r w:rsidRPr="00D914B7">
        <w:rPr>
          <w:sz w:val="22"/>
        </w:rPr>
        <w:t xml:space="preserve"> </w:t>
      </w:r>
      <w:r w:rsidRPr="00D914B7">
        <w:rPr>
          <w:sz w:val="22"/>
          <w:rtl/>
        </w:rPr>
        <w:t>میان</w:t>
      </w:r>
      <w:r w:rsidRPr="00D914B7">
        <w:rPr>
          <w:sz w:val="22"/>
        </w:rPr>
        <w:t xml:space="preserve"> </w:t>
      </w:r>
      <w:r w:rsidRPr="00D914B7">
        <w:rPr>
          <w:sz w:val="22"/>
          <w:rtl/>
        </w:rPr>
        <w:t>می</w:t>
      </w:r>
      <w:r w:rsidRPr="00D914B7">
        <w:rPr>
          <w:sz w:val="22"/>
        </w:rPr>
        <w:t>‌</w:t>
      </w:r>
      <w:r w:rsidRPr="00D914B7">
        <w:rPr>
          <w:sz w:val="22"/>
          <w:rtl/>
        </w:rPr>
        <w:t>روند،</w:t>
      </w:r>
      <w:r w:rsidRPr="00D914B7">
        <w:rPr>
          <w:sz w:val="22"/>
        </w:rPr>
        <w:t xml:space="preserve"> </w:t>
      </w:r>
      <w:r w:rsidRPr="00D914B7">
        <w:rPr>
          <w:sz w:val="22"/>
          <w:rtl/>
        </w:rPr>
        <w:t>نه</w:t>
      </w:r>
      <w:r w:rsidRPr="00D914B7">
        <w:rPr>
          <w:sz w:val="22"/>
        </w:rPr>
        <w:t>‌</w:t>
      </w:r>
      <w:r w:rsidRPr="00D914B7">
        <w:rPr>
          <w:sz w:val="22"/>
          <w:rtl/>
        </w:rPr>
        <w:t>فقط</w:t>
      </w:r>
      <w:r w:rsidRPr="00D914B7">
        <w:rPr>
          <w:sz w:val="22"/>
        </w:rPr>
        <w:t xml:space="preserve"> </w:t>
      </w:r>
      <w:r w:rsidRPr="00D914B7">
        <w:rPr>
          <w:sz w:val="22"/>
          <w:rtl/>
        </w:rPr>
        <w:t>حکومت</w:t>
      </w:r>
      <w:r w:rsidRPr="00D914B7">
        <w:rPr>
          <w:sz w:val="22"/>
        </w:rPr>
        <w:t xml:space="preserve"> </w:t>
      </w:r>
      <w:r w:rsidRPr="00D914B7">
        <w:rPr>
          <w:sz w:val="22"/>
          <w:rtl/>
        </w:rPr>
        <w:t>بلکه</w:t>
      </w:r>
      <w:r w:rsidRPr="00D914B7">
        <w:rPr>
          <w:sz w:val="22"/>
        </w:rPr>
        <w:t xml:space="preserve"> </w:t>
      </w:r>
      <w:r w:rsidRPr="00D914B7">
        <w:rPr>
          <w:sz w:val="22"/>
          <w:rtl/>
        </w:rPr>
        <w:t>حقوق</w:t>
      </w:r>
      <w:r w:rsidRPr="00D914B7">
        <w:rPr>
          <w:sz w:val="22"/>
        </w:rPr>
        <w:t xml:space="preserve"> </w:t>
      </w:r>
      <w:r w:rsidRPr="00D914B7">
        <w:rPr>
          <w:sz w:val="22"/>
          <w:rtl/>
        </w:rPr>
        <w:t>مردم</w:t>
      </w:r>
      <w:r w:rsidRPr="00D914B7">
        <w:rPr>
          <w:sz w:val="22"/>
        </w:rPr>
        <w:t xml:space="preserve"> </w:t>
      </w:r>
      <w:r w:rsidRPr="00D914B7">
        <w:rPr>
          <w:sz w:val="22"/>
          <w:rtl/>
        </w:rPr>
        <w:t>آسیب</w:t>
      </w:r>
      <w:r w:rsidRPr="00D914B7">
        <w:rPr>
          <w:sz w:val="22"/>
        </w:rPr>
        <w:t xml:space="preserve"> </w:t>
      </w:r>
      <w:r w:rsidRPr="00D914B7">
        <w:rPr>
          <w:sz w:val="22"/>
          <w:rtl/>
        </w:rPr>
        <w:t>می</w:t>
      </w:r>
      <w:r w:rsidRPr="00D914B7">
        <w:rPr>
          <w:sz w:val="22"/>
        </w:rPr>
        <w:t>‌</w:t>
      </w:r>
      <w:r w:rsidRPr="00D914B7">
        <w:rPr>
          <w:sz w:val="22"/>
          <w:rtl/>
        </w:rPr>
        <w:t>بینند،</w:t>
      </w:r>
      <w:r w:rsidRPr="00D914B7">
        <w:rPr>
          <w:sz w:val="22"/>
        </w:rPr>
        <w:t xml:space="preserve"> </w:t>
      </w:r>
      <w:r w:rsidRPr="00D914B7">
        <w:rPr>
          <w:sz w:val="22"/>
          <w:rtl/>
        </w:rPr>
        <w:t>زیرا</w:t>
      </w:r>
      <w:r w:rsidRPr="00D914B7">
        <w:rPr>
          <w:sz w:val="22"/>
        </w:rPr>
        <w:t xml:space="preserve"> </w:t>
      </w:r>
      <w:r w:rsidRPr="00D914B7">
        <w:rPr>
          <w:sz w:val="22"/>
          <w:rtl/>
        </w:rPr>
        <w:t>مالکیت،</w:t>
      </w:r>
      <w:r w:rsidRPr="00D914B7">
        <w:rPr>
          <w:sz w:val="22"/>
        </w:rPr>
        <w:t xml:space="preserve"> </w:t>
      </w:r>
      <w:r w:rsidRPr="00D914B7">
        <w:rPr>
          <w:sz w:val="22"/>
          <w:rtl/>
        </w:rPr>
        <w:t>سابقه</w:t>
      </w:r>
      <w:r>
        <w:rPr>
          <w:sz w:val="22"/>
          <w:rtl/>
        </w:rPr>
        <w:t>ء</w:t>
      </w:r>
      <w:r w:rsidRPr="00D914B7">
        <w:rPr>
          <w:sz w:val="22"/>
        </w:rPr>
        <w:t xml:space="preserve"> </w:t>
      </w:r>
      <w:r w:rsidRPr="00D914B7">
        <w:rPr>
          <w:sz w:val="22"/>
          <w:rtl/>
        </w:rPr>
        <w:t>خدمت،</w:t>
      </w:r>
      <w:r w:rsidRPr="00D914B7">
        <w:rPr>
          <w:sz w:val="22"/>
        </w:rPr>
        <w:t xml:space="preserve"> </w:t>
      </w:r>
      <w:r w:rsidRPr="00D914B7">
        <w:rPr>
          <w:sz w:val="22"/>
          <w:rtl/>
        </w:rPr>
        <w:t>حکم</w:t>
      </w:r>
      <w:r w:rsidRPr="00D914B7">
        <w:rPr>
          <w:sz w:val="22"/>
        </w:rPr>
        <w:t xml:space="preserve"> </w:t>
      </w:r>
      <w:r w:rsidRPr="00D914B7">
        <w:rPr>
          <w:sz w:val="22"/>
          <w:rtl/>
        </w:rPr>
        <w:t>دادگاه</w:t>
      </w:r>
      <w:r w:rsidRPr="00D914B7">
        <w:rPr>
          <w:sz w:val="22"/>
        </w:rPr>
        <w:t xml:space="preserve"> </w:t>
      </w:r>
      <w:r w:rsidRPr="00D914B7">
        <w:rPr>
          <w:sz w:val="22"/>
          <w:rtl/>
        </w:rPr>
        <w:t>و</w:t>
      </w:r>
      <w:r w:rsidRPr="00D914B7">
        <w:rPr>
          <w:sz w:val="22"/>
        </w:rPr>
        <w:t xml:space="preserve"> </w:t>
      </w:r>
      <w:r w:rsidRPr="00D914B7">
        <w:rPr>
          <w:sz w:val="22"/>
          <w:rtl/>
        </w:rPr>
        <w:t>حق</w:t>
      </w:r>
      <w:r w:rsidRPr="00D914B7">
        <w:rPr>
          <w:sz w:val="22"/>
        </w:rPr>
        <w:t xml:space="preserve"> </w:t>
      </w:r>
      <w:r w:rsidRPr="00D914B7">
        <w:rPr>
          <w:sz w:val="22"/>
          <w:rtl/>
        </w:rPr>
        <w:t>برخورداری</w:t>
      </w:r>
      <w:r w:rsidRPr="00D914B7">
        <w:rPr>
          <w:sz w:val="22"/>
        </w:rPr>
        <w:t xml:space="preserve"> </w:t>
      </w:r>
      <w:r w:rsidRPr="00D914B7">
        <w:rPr>
          <w:sz w:val="22"/>
          <w:rtl/>
        </w:rPr>
        <w:t>از</w:t>
      </w:r>
      <w:r w:rsidRPr="00D914B7">
        <w:rPr>
          <w:sz w:val="22"/>
        </w:rPr>
        <w:t xml:space="preserve"> </w:t>
      </w:r>
      <w:r w:rsidRPr="00D914B7">
        <w:rPr>
          <w:sz w:val="22"/>
          <w:rtl/>
        </w:rPr>
        <w:t>امکانات</w:t>
      </w:r>
      <w:r w:rsidRPr="00D914B7">
        <w:rPr>
          <w:sz w:val="22"/>
        </w:rPr>
        <w:t xml:space="preserve"> </w:t>
      </w:r>
      <w:r w:rsidRPr="00D914B7">
        <w:rPr>
          <w:sz w:val="22"/>
          <w:rtl/>
        </w:rPr>
        <w:t>عمومی</w:t>
      </w:r>
      <w:r w:rsidRPr="00D914B7">
        <w:rPr>
          <w:sz w:val="22"/>
        </w:rPr>
        <w:t xml:space="preserve"> </w:t>
      </w:r>
      <w:r w:rsidRPr="00D914B7">
        <w:rPr>
          <w:sz w:val="22"/>
          <w:rtl/>
        </w:rPr>
        <w:t>همگی</w:t>
      </w:r>
      <w:r w:rsidRPr="00D914B7">
        <w:rPr>
          <w:sz w:val="22"/>
        </w:rPr>
        <w:t xml:space="preserve"> </w:t>
      </w:r>
      <w:r w:rsidRPr="00D914B7">
        <w:rPr>
          <w:sz w:val="22"/>
          <w:rtl/>
        </w:rPr>
        <w:t>به</w:t>
      </w:r>
      <w:r w:rsidRPr="00D914B7">
        <w:rPr>
          <w:sz w:val="22"/>
        </w:rPr>
        <w:t xml:space="preserve"> </w:t>
      </w:r>
      <w:r w:rsidRPr="00D914B7">
        <w:rPr>
          <w:sz w:val="22"/>
          <w:rtl/>
        </w:rPr>
        <w:t>ثبت</w:t>
      </w:r>
      <w:r w:rsidRPr="00D914B7">
        <w:rPr>
          <w:sz w:val="22"/>
        </w:rPr>
        <w:t xml:space="preserve"> </w:t>
      </w:r>
      <w:r w:rsidRPr="00D914B7">
        <w:rPr>
          <w:sz w:val="22"/>
          <w:rtl/>
        </w:rPr>
        <w:t>وابسته</w:t>
      </w:r>
      <w:r w:rsidRPr="00D914B7">
        <w:rPr>
          <w:sz w:val="22"/>
        </w:rPr>
        <w:t>‌</w:t>
      </w:r>
      <w:r w:rsidRPr="00D914B7">
        <w:rPr>
          <w:sz w:val="22"/>
          <w:rtl/>
        </w:rPr>
        <w:t>اند</w:t>
      </w:r>
      <w:r>
        <w:rPr>
          <w:sz w:val="22"/>
          <w:rtl/>
        </w:rPr>
        <w:t>.</w:t>
      </w:r>
    </w:p>
    <w:p w:rsidR="00987F03" w:rsidRPr="00D914B7" w:rsidRDefault="00987F03" w:rsidP="00987F03">
      <w:pPr>
        <w:bidi/>
        <w:ind w:firstLine="720"/>
        <w:rPr>
          <w:sz w:val="22"/>
        </w:rPr>
      </w:pPr>
      <w:r w:rsidRPr="00D914B7">
        <w:rPr>
          <w:sz w:val="22"/>
          <w:rtl/>
        </w:rPr>
        <w:t>دیوان</w:t>
      </w:r>
      <w:r w:rsidRPr="00D914B7">
        <w:rPr>
          <w:sz w:val="22"/>
        </w:rPr>
        <w:t xml:space="preserve"> </w:t>
      </w:r>
      <w:r w:rsidRPr="00D914B7">
        <w:rPr>
          <w:sz w:val="22"/>
          <w:rtl/>
        </w:rPr>
        <w:t>میان</w:t>
      </w:r>
      <w:r w:rsidRPr="00D914B7">
        <w:rPr>
          <w:sz w:val="22"/>
        </w:rPr>
        <w:t xml:space="preserve"> </w:t>
      </w:r>
      <w:r w:rsidRPr="00D914B7">
        <w:rPr>
          <w:sz w:val="22"/>
          <w:rtl/>
        </w:rPr>
        <w:t>مرکز</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زندگی</w:t>
      </w:r>
      <w:r w:rsidRPr="00D914B7">
        <w:rPr>
          <w:sz w:val="22"/>
        </w:rPr>
        <w:t xml:space="preserve"> </w:t>
      </w:r>
      <w:r w:rsidRPr="00D914B7">
        <w:rPr>
          <w:sz w:val="22"/>
          <w:rtl/>
        </w:rPr>
        <w:t>محلی</w:t>
      </w:r>
      <w:r w:rsidRPr="00D914B7">
        <w:rPr>
          <w:sz w:val="22"/>
        </w:rPr>
        <w:t xml:space="preserve"> </w:t>
      </w:r>
      <w:r w:rsidRPr="00D914B7">
        <w:rPr>
          <w:sz w:val="22"/>
          <w:rtl/>
        </w:rPr>
        <w:t>پیوند</w:t>
      </w:r>
      <w:r w:rsidRPr="00D914B7">
        <w:rPr>
          <w:sz w:val="22"/>
        </w:rPr>
        <w:t xml:space="preserve"> </w:t>
      </w:r>
      <w:r w:rsidRPr="00D914B7">
        <w:rPr>
          <w:sz w:val="22"/>
          <w:rtl/>
        </w:rPr>
        <w:t>برقرار</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فرمان</w:t>
      </w:r>
      <w:r w:rsidRPr="00D914B7">
        <w:rPr>
          <w:sz w:val="22"/>
        </w:rPr>
        <w:t xml:space="preserve"> </w:t>
      </w:r>
      <w:r w:rsidRPr="00D914B7">
        <w:rPr>
          <w:sz w:val="22"/>
          <w:rtl/>
        </w:rPr>
        <w:t>و</w:t>
      </w:r>
      <w:r w:rsidRPr="00D914B7">
        <w:rPr>
          <w:sz w:val="22"/>
        </w:rPr>
        <w:t xml:space="preserve"> </w:t>
      </w:r>
      <w:r w:rsidRPr="00D914B7">
        <w:rPr>
          <w:sz w:val="22"/>
          <w:rtl/>
        </w:rPr>
        <w:t>منابع</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مرکز</w:t>
      </w:r>
      <w:r w:rsidRPr="00D914B7">
        <w:rPr>
          <w:sz w:val="22"/>
        </w:rPr>
        <w:t xml:space="preserve"> </w:t>
      </w:r>
      <w:r w:rsidRPr="00D914B7">
        <w:rPr>
          <w:sz w:val="22"/>
          <w:rtl/>
        </w:rPr>
        <w:t>به</w:t>
      </w:r>
      <w:r w:rsidRPr="00D914B7">
        <w:rPr>
          <w:sz w:val="22"/>
        </w:rPr>
        <w:t xml:space="preserve"> </w:t>
      </w:r>
      <w:r w:rsidRPr="00D914B7">
        <w:rPr>
          <w:sz w:val="22"/>
          <w:rtl/>
        </w:rPr>
        <w:t>نقاط</w:t>
      </w:r>
      <w:r w:rsidRPr="00D914B7">
        <w:rPr>
          <w:sz w:val="22"/>
        </w:rPr>
        <w:t xml:space="preserve"> </w:t>
      </w:r>
      <w:r w:rsidRPr="00D914B7">
        <w:rPr>
          <w:sz w:val="22"/>
          <w:rtl/>
        </w:rPr>
        <w:t>مختلف</w:t>
      </w:r>
      <w:r w:rsidRPr="00D914B7">
        <w:rPr>
          <w:sz w:val="22"/>
        </w:rPr>
        <w:t xml:space="preserve"> </w:t>
      </w:r>
      <w:r w:rsidRPr="00D914B7">
        <w:rPr>
          <w:sz w:val="22"/>
          <w:rtl/>
        </w:rPr>
        <w:t>می</w:t>
      </w:r>
      <w:r w:rsidRPr="00D914B7">
        <w:rPr>
          <w:sz w:val="22"/>
        </w:rPr>
        <w:t>‌</w:t>
      </w:r>
      <w:r w:rsidRPr="00D914B7">
        <w:rPr>
          <w:sz w:val="22"/>
          <w:rtl/>
        </w:rPr>
        <w:t>رساند</w:t>
      </w:r>
      <w:r w:rsidRPr="00D914B7">
        <w:rPr>
          <w:sz w:val="22"/>
        </w:rPr>
        <w:t xml:space="preserve"> </w:t>
      </w:r>
      <w:r w:rsidRPr="00D914B7">
        <w:rPr>
          <w:sz w:val="22"/>
          <w:rtl/>
        </w:rPr>
        <w:t>و</w:t>
      </w:r>
      <w:r w:rsidRPr="00D914B7">
        <w:rPr>
          <w:sz w:val="22"/>
        </w:rPr>
        <w:t xml:space="preserve"> </w:t>
      </w:r>
      <w:r w:rsidRPr="00D914B7">
        <w:rPr>
          <w:sz w:val="22"/>
          <w:rtl/>
        </w:rPr>
        <w:t>اطلاعات،</w:t>
      </w:r>
      <w:r w:rsidRPr="00D914B7">
        <w:rPr>
          <w:sz w:val="22"/>
        </w:rPr>
        <w:t xml:space="preserve"> </w:t>
      </w:r>
      <w:r w:rsidRPr="00D914B7">
        <w:rPr>
          <w:sz w:val="22"/>
          <w:rtl/>
        </w:rPr>
        <w:t>شکایت</w:t>
      </w:r>
      <w:r w:rsidRPr="00D914B7">
        <w:rPr>
          <w:sz w:val="22"/>
        </w:rPr>
        <w:t xml:space="preserve"> </w:t>
      </w:r>
      <w:r w:rsidRPr="00D914B7">
        <w:rPr>
          <w:sz w:val="22"/>
          <w:rtl/>
        </w:rPr>
        <w:t>و</w:t>
      </w:r>
      <w:r w:rsidRPr="00D914B7">
        <w:rPr>
          <w:sz w:val="22"/>
        </w:rPr>
        <w:t xml:space="preserve"> </w:t>
      </w:r>
      <w:r w:rsidRPr="00D914B7">
        <w:rPr>
          <w:sz w:val="22"/>
          <w:rtl/>
        </w:rPr>
        <w:t>نیاز</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پیرامون</w:t>
      </w:r>
      <w:r w:rsidRPr="00D914B7">
        <w:rPr>
          <w:sz w:val="22"/>
        </w:rPr>
        <w:t xml:space="preserve"> </w:t>
      </w:r>
      <w:r w:rsidRPr="00D914B7">
        <w:rPr>
          <w:sz w:val="22"/>
          <w:rtl/>
        </w:rPr>
        <w:t>به</w:t>
      </w:r>
      <w:r w:rsidRPr="00D914B7">
        <w:rPr>
          <w:sz w:val="22"/>
        </w:rPr>
        <w:t xml:space="preserve"> </w:t>
      </w:r>
      <w:r w:rsidRPr="00D914B7">
        <w:rPr>
          <w:sz w:val="22"/>
          <w:rtl/>
        </w:rPr>
        <w:t>مرکز</w:t>
      </w:r>
      <w:r w:rsidRPr="00D914B7">
        <w:rPr>
          <w:sz w:val="22"/>
        </w:rPr>
        <w:t xml:space="preserve"> </w:t>
      </w:r>
      <w:r w:rsidRPr="00D914B7">
        <w:rPr>
          <w:sz w:val="22"/>
          <w:rtl/>
        </w:rPr>
        <w:t>بازمی</w:t>
      </w:r>
      <w:r w:rsidRPr="00D914B7">
        <w:rPr>
          <w:sz w:val="22"/>
        </w:rPr>
        <w:t>‌</w:t>
      </w:r>
      <w:r w:rsidRPr="00D914B7">
        <w:rPr>
          <w:sz w:val="22"/>
          <w:rtl/>
        </w:rPr>
        <w:t>گرداند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رابطه</w:t>
      </w:r>
      <w:r w:rsidRPr="00D914B7">
        <w:rPr>
          <w:sz w:val="22"/>
        </w:rPr>
        <w:t xml:space="preserve"> </w:t>
      </w:r>
      <w:r w:rsidRPr="00D914B7">
        <w:rPr>
          <w:sz w:val="22"/>
          <w:rtl/>
        </w:rPr>
        <w:t>باید</w:t>
      </w:r>
      <w:r w:rsidRPr="00D914B7">
        <w:rPr>
          <w:sz w:val="22"/>
        </w:rPr>
        <w:t xml:space="preserve"> </w:t>
      </w:r>
      <w:r w:rsidRPr="00D914B7">
        <w:rPr>
          <w:sz w:val="22"/>
          <w:rtl/>
        </w:rPr>
        <w:t>دوسویه</w:t>
      </w:r>
      <w:r w:rsidRPr="00D914B7">
        <w:rPr>
          <w:sz w:val="22"/>
        </w:rPr>
        <w:t xml:space="preserve"> </w:t>
      </w:r>
      <w:r w:rsidRPr="00D914B7">
        <w:rPr>
          <w:sz w:val="22"/>
          <w:rtl/>
        </w:rPr>
        <w:t>باشد</w:t>
      </w:r>
      <w:r>
        <w:rPr>
          <w:sz w:val="22"/>
          <w:rtl/>
        </w:rPr>
        <w:t>.</w:t>
      </w:r>
      <w:r w:rsidRPr="00D914B7">
        <w:rPr>
          <w:sz w:val="22"/>
        </w:rPr>
        <w:t xml:space="preserve"> </w:t>
      </w:r>
      <w:r w:rsidRPr="00D914B7">
        <w:rPr>
          <w:sz w:val="22"/>
          <w:rtl/>
        </w:rPr>
        <w:t>اگر</w:t>
      </w:r>
      <w:r w:rsidRPr="00D914B7">
        <w:rPr>
          <w:sz w:val="22"/>
        </w:rPr>
        <w:t xml:space="preserve"> </w:t>
      </w:r>
      <w:r w:rsidRPr="00D914B7">
        <w:rPr>
          <w:sz w:val="22"/>
          <w:rtl/>
        </w:rPr>
        <w:t>حرکت</w:t>
      </w:r>
      <w:r w:rsidRPr="00D914B7">
        <w:rPr>
          <w:sz w:val="22"/>
        </w:rPr>
        <w:t xml:space="preserve"> </w:t>
      </w:r>
      <w:r w:rsidRPr="00D914B7">
        <w:rPr>
          <w:sz w:val="22"/>
          <w:rtl/>
        </w:rPr>
        <w:t>فقط</w:t>
      </w:r>
      <w:r w:rsidRPr="00D914B7">
        <w:rPr>
          <w:sz w:val="22"/>
        </w:rPr>
        <w:t xml:space="preserve"> </w:t>
      </w:r>
      <w:r w:rsidRPr="00D914B7">
        <w:rPr>
          <w:sz w:val="22"/>
          <w:rtl/>
        </w:rPr>
        <w:t>از</w:t>
      </w:r>
      <w:r w:rsidRPr="00D914B7">
        <w:rPr>
          <w:sz w:val="22"/>
        </w:rPr>
        <w:t xml:space="preserve"> </w:t>
      </w:r>
      <w:r w:rsidRPr="00D914B7">
        <w:rPr>
          <w:sz w:val="22"/>
          <w:rtl/>
        </w:rPr>
        <w:t>بالا</w:t>
      </w:r>
      <w:r w:rsidRPr="00D914B7">
        <w:rPr>
          <w:sz w:val="22"/>
        </w:rPr>
        <w:t xml:space="preserve"> </w:t>
      </w:r>
      <w:r w:rsidRPr="00D914B7">
        <w:rPr>
          <w:sz w:val="22"/>
          <w:rtl/>
        </w:rPr>
        <w:t>به</w:t>
      </w:r>
      <w:r w:rsidRPr="00D914B7">
        <w:rPr>
          <w:sz w:val="22"/>
        </w:rPr>
        <w:t xml:space="preserve"> </w:t>
      </w:r>
      <w:r w:rsidRPr="00D914B7">
        <w:rPr>
          <w:sz w:val="22"/>
          <w:rtl/>
        </w:rPr>
        <w:t>پایین</w:t>
      </w:r>
      <w:r w:rsidRPr="00D914B7">
        <w:rPr>
          <w:sz w:val="22"/>
        </w:rPr>
        <w:t xml:space="preserve"> </w:t>
      </w:r>
      <w:r w:rsidRPr="00D914B7">
        <w:rPr>
          <w:sz w:val="22"/>
          <w:rtl/>
        </w:rPr>
        <w:t>صورت</w:t>
      </w:r>
      <w:r w:rsidRPr="00D914B7">
        <w:rPr>
          <w:sz w:val="22"/>
        </w:rPr>
        <w:t xml:space="preserve"> </w:t>
      </w:r>
      <w:r w:rsidRPr="00D914B7">
        <w:rPr>
          <w:sz w:val="22"/>
          <w:rtl/>
        </w:rPr>
        <w:t>گیرد،</w:t>
      </w:r>
      <w:r w:rsidRPr="00D914B7">
        <w:rPr>
          <w:sz w:val="22"/>
        </w:rPr>
        <w:t xml:space="preserve"> </w:t>
      </w:r>
      <w:r w:rsidRPr="00D914B7">
        <w:rPr>
          <w:sz w:val="22"/>
          <w:rtl/>
        </w:rPr>
        <w:t>دیوان</w:t>
      </w:r>
      <w:r w:rsidRPr="00D914B7">
        <w:rPr>
          <w:sz w:val="22"/>
        </w:rPr>
        <w:t xml:space="preserve"> </w:t>
      </w:r>
      <w:r w:rsidRPr="00D914B7">
        <w:rPr>
          <w:sz w:val="22"/>
          <w:rtl/>
        </w:rPr>
        <w:t>به</w:t>
      </w:r>
      <w:r w:rsidRPr="00D914B7">
        <w:rPr>
          <w:sz w:val="22"/>
        </w:rPr>
        <w:t xml:space="preserve"> </w:t>
      </w:r>
      <w:r w:rsidRPr="00D914B7">
        <w:rPr>
          <w:sz w:val="22"/>
          <w:rtl/>
        </w:rPr>
        <w:t>ابزار</w:t>
      </w:r>
      <w:r w:rsidRPr="00D914B7">
        <w:rPr>
          <w:sz w:val="22"/>
        </w:rPr>
        <w:t xml:space="preserve"> </w:t>
      </w:r>
      <w:r w:rsidRPr="00D914B7">
        <w:rPr>
          <w:sz w:val="22"/>
          <w:rtl/>
        </w:rPr>
        <w:t>صدور</w:t>
      </w:r>
      <w:r w:rsidRPr="00D914B7">
        <w:rPr>
          <w:sz w:val="22"/>
        </w:rPr>
        <w:t xml:space="preserve"> </w:t>
      </w:r>
      <w:r w:rsidRPr="00D914B7">
        <w:rPr>
          <w:sz w:val="22"/>
          <w:rtl/>
        </w:rPr>
        <w:t>فرمان</w:t>
      </w:r>
      <w:r w:rsidRPr="00D914B7">
        <w:rPr>
          <w:sz w:val="22"/>
        </w:rPr>
        <w:t xml:space="preserve"> </w:t>
      </w:r>
      <w:r w:rsidRPr="00D914B7">
        <w:rPr>
          <w:sz w:val="22"/>
          <w:rtl/>
        </w:rPr>
        <w:t>تبدیل</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اگر</w:t>
      </w:r>
      <w:r w:rsidRPr="00D914B7">
        <w:rPr>
          <w:sz w:val="22"/>
        </w:rPr>
        <w:t xml:space="preserve"> </w:t>
      </w:r>
      <w:r w:rsidRPr="00D914B7">
        <w:rPr>
          <w:sz w:val="22"/>
          <w:rtl/>
        </w:rPr>
        <w:t>خواست</w:t>
      </w:r>
      <w:r w:rsidRPr="00D914B7">
        <w:rPr>
          <w:sz w:val="22"/>
        </w:rPr>
        <w:t xml:space="preserve"> </w:t>
      </w:r>
      <w:r w:rsidRPr="00D914B7">
        <w:rPr>
          <w:sz w:val="22"/>
          <w:rtl/>
        </w:rPr>
        <w:t>و</w:t>
      </w:r>
      <w:r w:rsidRPr="00D914B7">
        <w:rPr>
          <w:sz w:val="22"/>
        </w:rPr>
        <w:t xml:space="preserve"> </w:t>
      </w:r>
      <w:r w:rsidRPr="00D914B7">
        <w:rPr>
          <w:sz w:val="22"/>
          <w:rtl/>
        </w:rPr>
        <w:t>واقعیت</w:t>
      </w:r>
      <w:r w:rsidRPr="00D914B7">
        <w:rPr>
          <w:sz w:val="22"/>
        </w:rPr>
        <w:t xml:space="preserve"> </w:t>
      </w:r>
      <w:r w:rsidRPr="00D914B7">
        <w:rPr>
          <w:sz w:val="22"/>
          <w:rtl/>
        </w:rPr>
        <w:t>زندگی</w:t>
      </w:r>
      <w:r w:rsidRPr="00D914B7">
        <w:rPr>
          <w:sz w:val="22"/>
        </w:rPr>
        <w:t xml:space="preserve"> </w:t>
      </w:r>
      <w:r w:rsidRPr="00D914B7">
        <w:rPr>
          <w:sz w:val="22"/>
          <w:rtl/>
        </w:rPr>
        <w:t>مردم</w:t>
      </w:r>
      <w:r w:rsidRPr="00D914B7">
        <w:rPr>
          <w:sz w:val="22"/>
        </w:rPr>
        <w:t xml:space="preserve"> </w:t>
      </w:r>
      <w:r w:rsidRPr="00D914B7">
        <w:rPr>
          <w:sz w:val="22"/>
          <w:rtl/>
        </w:rPr>
        <w:t>نیز</w:t>
      </w:r>
      <w:r w:rsidRPr="00D914B7">
        <w:rPr>
          <w:sz w:val="22"/>
        </w:rPr>
        <w:t xml:space="preserve"> </w:t>
      </w:r>
      <w:r w:rsidRPr="00D914B7">
        <w:rPr>
          <w:sz w:val="22"/>
          <w:rtl/>
        </w:rPr>
        <w:t>از</w:t>
      </w:r>
      <w:r w:rsidRPr="00D914B7">
        <w:rPr>
          <w:sz w:val="22"/>
        </w:rPr>
        <w:t xml:space="preserve"> </w:t>
      </w:r>
      <w:r w:rsidRPr="00D914B7">
        <w:rPr>
          <w:sz w:val="22"/>
          <w:rtl/>
        </w:rPr>
        <w:t>پایین</w:t>
      </w:r>
      <w:r w:rsidRPr="00D914B7">
        <w:rPr>
          <w:sz w:val="22"/>
        </w:rPr>
        <w:t xml:space="preserve"> </w:t>
      </w:r>
      <w:r w:rsidRPr="00D914B7">
        <w:rPr>
          <w:sz w:val="22"/>
          <w:rtl/>
        </w:rPr>
        <w:t>به</w:t>
      </w:r>
      <w:r w:rsidRPr="00D914B7">
        <w:rPr>
          <w:sz w:val="22"/>
        </w:rPr>
        <w:t xml:space="preserve"> </w:t>
      </w:r>
      <w:r w:rsidRPr="00D914B7">
        <w:rPr>
          <w:sz w:val="22"/>
          <w:rtl/>
        </w:rPr>
        <w:t>بالا</w:t>
      </w:r>
      <w:r w:rsidRPr="00D914B7">
        <w:rPr>
          <w:sz w:val="22"/>
        </w:rPr>
        <w:t xml:space="preserve"> </w:t>
      </w:r>
      <w:r w:rsidRPr="00D914B7">
        <w:rPr>
          <w:sz w:val="22"/>
          <w:rtl/>
        </w:rPr>
        <w:t>منتقل</w:t>
      </w:r>
      <w:r w:rsidRPr="00D914B7">
        <w:rPr>
          <w:sz w:val="22"/>
        </w:rPr>
        <w:t xml:space="preserve"> </w:t>
      </w:r>
      <w:r w:rsidRPr="00D914B7">
        <w:rPr>
          <w:sz w:val="22"/>
          <w:rtl/>
        </w:rPr>
        <w:t>شود،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وسیله</w:t>
      </w:r>
      <w:r>
        <w:rPr>
          <w:sz w:val="22"/>
          <w:rtl/>
        </w:rPr>
        <w:t>ء</w:t>
      </w:r>
      <w:r w:rsidRPr="00D914B7">
        <w:rPr>
          <w:sz w:val="22"/>
        </w:rPr>
        <w:t xml:space="preserve"> </w:t>
      </w:r>
      <w:r w:rsidRPr="00D914B7">
        <w:rPr>
          <w:sz w:val="22"/>
          <w:rtl/>
        </w:rPr>
        <w:t>واقعی</w:t>
      </w:r>
      <w:r w:rsidRPr="00D914B7">
        <w:rPr>
          <w:sz w:val="22"/>
        </w:rPr>
        <w:t xml:space="preserve"> </w:t>
      </w:r>
      <w:r w:rsidRPr="00D914B7">
        <w:rPr>
          <w:sz w:val="22"/>
          <w:rtl/>
        </w:rPr>
        <w:t>رسیدگی</w:t>
      </w:r>
      <w:r w:rsidRPr="00D914B7">
        <w:rPr>
          <w:sz w:val="22"/>
        </w:rPr>
        <w:t xml:space="preserve"> </w:t>
      </w:r>
      <w:r w:rsidRPr="00D914B7">
        <w:rPr>
          <w:sz w:val="22"/>
          <w:rtl/>
        </w:rPr>
        <w:t>باشد</w:t>
      </w:r>
      <w:r>
        <w:rPr>
          <w:sz w:val="22"/>
          <w:rtl/>
        </w:rPr>
        <w:t>.</w:t>
      </w:r>
    </w:p>
    <w:p w:rsidR="00987F03" w:rsidRPr="00D914B7" w:rsidRDefault="00987F03" w:rsidP="00987F03">
      <w:pPr>
        <w:bidi/>
        <w:ind w:firstLine="720"/>
        <w:rPr>
          <w:sz w:val="22"/>
        </w:rPr>
      </w:pPr>
      <w:r w:rsidRPr="00D914B7">
        <w:rPr>
          <w:sz w:val="22"/>
          <w:rtl/>
        </w:rPr>
        <w:t>دیوان</w:t>
      </w:r>
      <w:r w:rsidRPr="00D914B7">
        <w:rPr>
          <w:sz w:val="22"/>
        </w:rPr>
        <w:t xml:space="preserve"> </w:t>
      </w:r>
      <w:r w:rsidRPr="00D914B7">
        <w:rPr>
          <w:sz w:val="22"/>
          <w:rtl/>
        </w:rPr>
        <w:t>قانونمند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میان</w:t>
      </w:r>
      <w:r w:rsidRPr="00D914B7">
        <w:rPr>
          <w:sz w:val="22"/>
        </w:rPr>
        <w:t xml:space="preserve"> </w:t>
      </w:r>
      <w:r w:rsidRPr="00D914B7">
        <w:rPr>
          <w:sz w:val="22"/>
          <w:rtl/>
        </w:rPr>
        <w:t>مردم</w:t>
      </w:r>
      <w:r w:rsidRPr="00D914B7">
        <w:rPr>
          <w:sz w:val="22"/>
        </w:rPr>
        <w:t xml:space="preserve"> </w:t>
      </w:r>
      <w:r w:rsidRPr="00D914B7">
        <w:rPr>
          <w:sz w:val="22"/>
          <w:rtl/>
        </w:rPr>
        <w:t>و</w:t>
      </w:r>
      <w:r w:rsidRPr="00D914B7">
        <w:rPr>
          <w:sz w:val="22"/>
        </w:rPr>
        <w:t xml:space="preserve"> </w:t>
      </w:r>
      <w:r w:rsidRPr="00D914B7">
        <w:rPr>
          <w:sz w:val="22"/>
          <w:rtl/>
        </w:rPr>
        <w:t>صاحبان</w:t>
      </w:r>
      <w:r w:rsidRPr="00D914B7">
        <w:rPr>
          <w:sz w:val="22"/>
        </w:rPr>
        <w:t xml:space="preserve"> </w:t>
      </w:r>
      <w:r w:rsidRPr="00D914B7">
        <w:rPr>
          <w:sz w:val="22"/>
          <w:rtl/>
        </w:rPr>
        <w:t>قدرت</w:t>
      </w:r>
      <w:r w:rsidRPr="00D914B7">
        <w:rPr>
          <w:sz w:val="22"/>
        </w:rPr>
        <w:t xml:space="preserve"> </w:t>
      </w:r>
      <w:r w:rsidRPr="00D914B7">
        <w:rPr>
          <w:sz w:val="22"/>
          <w:rtl/>
        </w:rPr>
        <w:t>حائل</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با</w:t>
      </w:r>
      <w:r w:rsidRPr="00D914B7">
        <w:rPr>
          <w:sz w:val="22"/>
        </w:rPr>
        <w:t xml:space="preserve"> </w:t>
      </w:r>
      <w:r w:rsidRPr="00D914B7">
        <w:rPr>
          <w:sz w:val="22"/>
          <w:rtl/>
        </w:rPr>
        <w:t>تعیین</w:t>
      </w:r>
      <w:r w:rsidRPr="00D914B7">
        <w:rPr>
          <w:sz w:val="22"/>
        </w:rPr>
        <w:t xml:space="preserve"> </w:t>
      </w:r>
      <w:r w:rsidRPr="00D914B7">
        <w:rPr>
          <w:sz w:val="22"/>
          <w:rtl/>
        </w:rPr>
        <w:t>حدود</w:t>
      </w:r>
      <w:r w:rsidRPr="00D914B7">
        <w:rPr>
          <w:sz w:val="22"/>
        </w:rPr>
        <w:t xml:space="preserve"> </w:t>
      </w:r>
      <w:r w:rsidRPr="00D914B7">
        <w:rPr>
          <w:sz w:val="22"/>
          <w:rtl/>
        </w:rPr>
        <w:t>اختیار</w:t>
      </w:r>
      <w:r w:rsidRPr="00D914B7">
        <w:rPr>
          <w:sz w:val="22"/>
        </w:rPr>
        <w:t xml:space="preserve"> </w:t>
      </w:r>
      <w:r w:rsidRPr="00D914B7">
        <w:rPr>
          <w:sz w:val="22"/>
          <w:rtl/>
        </w:rPr>
        <w:t>مأمور،</w:t>
      </w:r>
      <w:r w:rsidRPr="00D914B7">
        <w:rPr>
          <w:sz w:val="22"/>
        </w:rPr>
        <w:t xml:space="preserve"> </w:t>
      </w:r>
      <w:r w:rsidRPr="00D914B7">
        <w:rPr>
          <w:sz w:val="22"/>
          <w:rtl/>
        </w:rPr>
        <w:t>میزان</w:t>
      </w:r>
      <w:r w:rsidRPr="00D914B7">
        <w:rPr>
          <w:sz w:val="22"/>
        </w:rPr>
        <w:t xml:space="preserve"> </w:t>
      </w:r>
      <w:r w:rsidRPr="00D914B7">
        <w:rPr>
          <w:sz w:val="22"/>
          <w:rtl/>
        </w:rPr>
        <w:t>مالیات،</w:t>
      </w:r>
      <w:r w:rsidRPr="00D914B7">
        <w:rPr>
          <w:sz w:val="22"/>
        </w:rPr>
        <w:t xml:space="preserve"> </w:t>
      </w:r>
      <w:r w:rsidRPr="00D914B7">
        <w:rPr>
          <w:sz w:val="22"/>
          <w:rtl/>
        </w:rPr>
        <w:t>روش</w:t>
      </w:r>
      <w:r w:rsidRPr="00D914B7">
        <w:rPr>
          <w:sz w:val="22"/>
        </w:rPr>
        <w:t xml:space="preserve"> </w:t>
      </w:r>
      <w:r w:rsidRPr="00D914B7">
        <w:rPr>
          <w:sz w:val="22"/>
          <w:rtl/>
        </w:rPr>
        <w:t>ثبت</w:t>
      </w:r>
      <w:r w:rsidRPr="00D914B7">
        <w:rPr>
          <w:sz w:val="22"/>
        </w:rPr>
        <w:t xml:space="preserve"> </w:t>
      </w:r>
      <w:r w:rsidRPr="00D914B7">
        <w:rPr>
          <w:sz w:val="22"/>
          <w:rtl/>
        </w:rPr>
        <w:t>تصمیم</w:t>
      </w:r>
      <w:r w:rsidRPr="00D914B7">
        <w:rPr>
          <w:sz w:val="22"/>
        </w:rPr>
        <w:t xml:space="preserve"> </w:t>
      </w:r>
      <w:r w:rsidRPr="00D914B7">
        <w:rPr>
          <w:sz w:val="22"/>
          <w:rtl/>
        </w:rPr>
        <w:t>و</w:t>
      </w:r>
      <w:r w:rsidRPr="00D914B7">
        <w:rPr>
          <w:sz w:val="22"/>
        </w:rPr>
        <w:t xml:space="preserve"> </w:t>
      </w:r>
      <w:r w:rsidRPr="00D914B7">
        <w:rPr>
          <w:sz w:val="22"/>
          <w:rtl/>
        </w:rPr>
        <w:t>راه</w:t>
      </w:r>
      <w:r w:rsidRPr="00D914B7">
        <w:rPr>
          <w:sz w:val="22"/>
        </w:rPr>
        <w:t xml:space="preserve"> </w:t>
      </w:r>
      <w:r w:rsidRPr="00D914B7">
        <w:rPr>
          <w:sz w:val="22"/>
          <w:rtl/>
        </w:rPr>
        <w:t>اعتراض،</w:t>
      </w:r>
      <w:r w:rsidRPr="00D914B7">
        <w:rPr>
          <w:sz w:val="22"/>
        </w:rPr>
        <w:t xml:space="preserve"> </w:t>
      </w:r>
      <w:r w:rsidRPr="00D914B7">
        <w:rPr>
          <w:sz w:val="22"/>
          <w:rtl/>
        </w:rPr>
        <w:t>از</w:t>
      </w:r>
      <w:r w:rsidRPr="00D914B7">
        <w:rPr>
          <w:sz w:val="22"/>
        </w:rPr>
        <w:t xml:space="preserve"> </w:t>
      </w:r>
      <w:r w:rsidRPr="00D914B7">
        <w:rPr>
          <w:sz w:val="22"/>
          <w:rtl/>
        </w:rPr>
        <w:t>خودسری</w:t>
      </w:r>
      <w:r w:rsidRPr="00D914B7">
        <w:rPr>
          <w:sz w:val="22"/>
        </w:rPr>
        <w:t xml:space="preserve"> </w:t>
      </w:r>
      <w:r w:rsidRPr="00D914B7">
        <w:rPr>
          <w:sz w:val="22"/>
          <w:rtl/>
        </w:rPr>
        <w:t>جلوگیری</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اگر</w:t>
      </w:r>
      <w:r w:rsidRPr="00D914B7">
        <w:rPr>
          <w:sz w:val="22"/>
        </w:rPr>
        <w:t xml:space="preserve"> </w:t>
      </w:r>
      <w:r w:rsidRPr="00D914B7">
        <w:rPr>
          <w:sz w:val="22"/>
          <w:rtl/>
        </w:rPr>
        <w:t>تنها</w:t>
      </w:r>
      <w:r w:rsidRPr="00D914B7">
        <w:rPr>
          <w:sz w:val="22"/>
        </w:rPr>
        <w:t xml:space="preserve"> </w:t>
      </w:r>
      <w:r w:rsidRPr="00D914B7">
        <w:rPr>
          <w:sz w:val="22"/>
          <w:rtl/>
        </w:rPr>
        <w:t>تابع</w:t>
      </w:r>
      <w:r w:rsidRPr="00D914B7">
        <w:rPr>
          <w:sz w:val="22"/>
        </w:rPr>
        <w:t xml:space="preserve"> </w:t>
      </w:r>
      <w:r w:rsidRPr="00D914B7">
        <w:rPr>
          <w:sz w:val="22"/>
          <w:rtl/>
        </w:rPr>
        <w:t>شخص</w:t>
      </w:r>
      <w:r w:rsidRPr="00D914B7">
        <w:rPr>
          <w:sz w:val="22"/>
        </w:rPr>
        <w:t xml:space="preserve"> </w:t>
      </w:r>
      <w:r w:rsidRPr="00D914B7">
        <w:rPr>
          <w:sz w:val="22"/>
          <w:rtl/>
        </w:rPr>
        <w:t>فرمانروا</w:t>
      </w:r>
      <w:r w:rsidRPr="00D914B7">
        <w:rPr>
          <w:sz w:val="22"/>
        </w:rPr>
        <w:t xml:space="preserve"> </w:t>
      </w:r>
      <w:r w:rsidRPr="00D914B7">
        <w:rPr>
          <w:sz w:val="22"/>
          <w:rtl/>
        </w:rPr>
        <w:t>یا</w:t>
      </w:r>
      <w:r w:rsidRPr="00D914B7">
        <w:rPr>
          <w:sz w:val="22"/>
        </w:rPr>
        <w:t xml:space="preserve"> </w:t>
      </w:r>
      <w:r w:rsidRPr="00D914B7">
        <w:rPr>
          <w:sz w:val="22"/>
          <w:rtl/>
        </w:rPr>
        <w:t>گروه</w:t>
      </w:r>
      <w:r w:rsidRPr="00D914B7">
        <w:rPr>
          <w:sz w:val="22"/>
        </w:rPr>
        <w:t xml:space="preserve"> </w:t>
      </w:r>
      <w:r w:rsidRPr="00D914B7">
        <w:rPr>
          <w:sz w:val="22"/>
          <w:rtl/>
        </w:rPr>
        <w:t>حاکم</w:t>
      </w:r>
      <w:r w:rsidRPr="00D914B7">
        <w:rPr>
          <w:sz w:val="22"/>
        </w:rPr>
        <w:t xml:space="preserve"> </w:t>
      </w:r>
      <w:r w:rsidRPr="00D914B7">
        <w:rPr>
          <w:sz w:val="22"/>
          <w:rtl/>
        </w:rPr>
        <w:t>باشد،</w:t>
      </w:r>
      <w:r w:rsidRPr="00D914B7">
        <w:rPr>
          <w:sz w:val="22"/>
        </w:rPr>
        <w:t xml:space="preserve"> </w:t>
      </w:r>
      <w:r w:rsidRPr="00D914B7">
        <w:rPr>
          <w:sz w:val="22"/>
          <w:rtl/>
        </w:rPr>
        <w:t>همین</w:t>
      </w:r>
      <w:r w:rsidRPr="00D914B7">
        <w:rPr>
          <w:sz w:val="22"/>
        </w:rPr>
        <w:t xml:space="preserve"> </w:t>
      </w:r>
      <w:r w:rsidRPr="00D914B7">
        <w:rPr>
          <w:sz w:val="22"/>
          <w:rtl/>
        </w:rPr>
        <w:t>توانایی</w:t>
      </w:r>
      <w:r w:rsidRPr="00D914B7">
        <w:rPr>
          <w:sz w:val="22"/>
        </w:rPr>
        <w:t xml:space="preserve"> </w:t>
      </w:r>
      <w:r w:rsidRPr="00D914B7">
        <w:rPr>
          <w:sz w:val="22"/>
          <w:rtl/>
        </w:rPr>
        <w:t>به</w:t>
      </w:r>
      <w:r w:rsidRPr="00D914B7">
        <w:rPr>
          <w:sz w:val="22"/>
        </w:rPr>
        <w:t xml:space="preserve"> </w:t>
      </w:r>
      <w:r w:rsidRPr="00D914B7">
        <w:rPr>
          <w:sz w:val="22"/>
          <w:rtl/>
        </w:rPr>
        <w:t>ضد</w:t>
      </w:r>
      <w:r w:rsidRPr="00D914B7">
        <w:rPr>
          <w:sz w:val="22"/>
        </w:rPr>
        <w:t xml:space="preserve"> </w:t>
      </w:r>
      <w:r w:rsidRPr="00D914B7">
        <w:rPr>
          <w:sz w:val="22"/>
          <w:rtl/>
        </w:rPr>
        <w:t>خود</w:t>
      </w:r>
      <w:r w:rsidRPr="00D914B7">
        <w:rPr>
          <w:sz w:val="22"/>
        </w:rPr>
        <w:t xml:space="preserve"> </w:t>
      </w:r>
      <w:r w:rsidRPr="00D914B7">
        <w:rPr>
          <w:sz w:val="22"/>
          <w:rtl/>
        </w:rPr>
        <w:t>تبدیل</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خودسری</w:t>
      </w:r>
      <w:r w:rsidRPr="00D914B7">
        <w:rPr>
          <w:sz w:val="22"/>
        </w:rPr>
        <w:t xml:space="preserve"> </w:t>
      </w:r>
      <w:r w:rsidRPr="00D914B7">
        <w:rPr>
          <w:sz w:val="22"/>
          <w:rtl/>
        </w:rPr>
        <w:t>را</w:t>
      </w:r>
      <w:r w:rsidRPr="00D914B7">
        <w:rPr>
          <w:sz w:val="22"/>
        </w:rPr>
        <w:t xml:space="preserve"> </w:t>
      </w:r>
      <w:r w:rsidRPr="00D914B7">
        <w:rPr>
          <w:sz w:val="22"/>
          <w:rtl/>
        </w:rPr>
        <w:t>منظم،</w:t>
      </w:r>
      <w:r w:rsidRPr="00D914B7">
        <w:rPr>
          <w:sz w:val="22"/>
        </w:rPr>
        <w:t xml:space="preserve"> </w:t>
      </w:r>
      <w:r w:rsidRPr="00D914B7">
        <w:rPr>
          <w:sz w:val="22"/>
          <w:rtl/>
        </w:rPr>
        <w:t>گسترده</w:t>
      </w:r>
      <w:r w:rsidRPr="00D914B7">
        <w:rPr>
          <w:sz w:val="22"/>
        </w:rPr>
        <w:t xml:space="preserve"> </w:t>
      </w:r>
      <w:r w:rsidRPr="00D914B7">
        <w:rPr>
          <w:sz w:val="22"/>
          <w:rtl/>
        </w:rPr>
        <w:t>و</w:t>
      </w:r>
      <w:r w:rsidRPr="00D914B7">
        <w:rPr>
          <w:sz w:val="22"/>
        </w:rPr>
        <w:t xml:space="preserve"> </w:t>
      </w:r>
      <w:r w:rsidRPr="00D914B7">
        <w:rPr>
          <w:sz w:val="22"/>
          <w:rtl/>
        </w:rPr>
        <w:t>دائمی</w:t>
      </w:r>
      <w:r w:rsidRPr="00D914B7">
        <w:rPr>
          <w:sz w:val="22"/>
        </w:rPr>
        <w:t xml:space="preserve"> </w:t>
      </w:r>
      <w:r w:rsidRPr="00D914B7">
        <w:rPr>
          <w:sz w:val="22"/>
          <w:rtl/>
        </w:rPr>
        <w:t>می</w:t>
      </w:r>
      <w:r w:rsidRPr="00D914B7">
        <w:rPr>
          <w:sz w:val="22"/>
        </w:rPr>
        <w:t>‌</w:t>
      </w:r>
      <w:r w:rsidRPr="00D914B7">
        <w:rPr>
          <w:sz w:val="22"/>
          <w:rtl/>
        </w:rPr>
        <w:t>سازد</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نیکی</w:t>
      </w:r>
      <w:r w:rsidRPr="00D914B7">
        <w:rPr>
          <w:sz w:val="22"/>
        </w:rPr>
        <w:t xml:space="preserve"> </w:t>
      </w:r>
      <w:r w:rsidRPr="00D914B7">
        <w:rPr>
          <w:sz w:val="22"/>
          <w:rtl/>
        </w:rPr>
        <w:t>ذوقی</w:t>
      </w:r>
      <w:r w:rsidRPr="00D914B7">
        <w:rPr>
          <w:sz w:val="22"/>
        </w:rPr>
        <w:t xml:space="preserve"> </w:t>
      </w:r>
      <w:r w:rsidRPr="00D914B7">
        <w:rPr>
          <w:sz w:val="22"/>
          <w:rtl/>
        </w:rPr>
        <w:t>فرمانروا</w:t>
      </w:r>
      <w:r w:rsidRPr="00D914B7">
        <w:rPr>
          <w:sz w:val="22"/>
        </w:rPr>
        <w:t xml:space="preserve"> </w:t>
      </w:r>
      <w:r w:rsidRPr="00D914B7">
        <w:rPr>
          <w:sz w:val="22"/>
          <w:rtl/>
        </w:rPr>
        <w:t>را</w:t>
      </w:r>
      <w:r w:rsidRPr="00D914B7">
        <w:rPr>
          <w:sz w:val="22"/>
        </w:rPr>
        <w:t xml:space="preserve"> </w:t>
      </w:r>
      <w:r w:rsidRPr="00D914B7">
        <w:rPr>
          <w:sz w:val="22"/>
          <w:rtl/>
        </w:rPr>
        <w:t>نیز</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عدالت</w:t>
      </w:r>
      <w:r w:rsidRPr="00D914B7">
        <w:rPr>
          <w:sz w:val="22"/>
        </w:rPr>
        <w:t xml:space="preserve"> </w:t>
      </w:r>
      <w:r w:rsidRPr="00D914B7">
        <w:rPr>
          <w:sz w:val="22"/>
          <w:rtl/>
        </w:rPr>
        <w:t>عمومی</w:t>
      </w:r>
      <w:r w:rsidRPr="00D914B7">
        <w:rPr>
          <w:sz w:val="22"/>
        </w:rPr>
        <w:t xml:space="preserve"> </w:t>
      </w:r>
      <w:r w:rsidRPr="00D914B7">
        <w:rPr>
          <w:sz w:val="22"/>
          <w:rtl/>
        </w:rPr>
        <w:t>تبدیل</w:t>
      </w:r>
      <w:r w:rsidRPr="00D914B7">
        <w:rPr>
          <w:sz w:val="22"/>
        </w:rPr>
        <w:t xml:space="preserve"> </w:t>
      </w:r>
      <w:r w:rsidRPr="00D914B7">
        <w:rPr>
          <w:sz w:val="22"/>
          <w:rtl/>
        </w:rPr>
        <w:t>کند</w:t>
      </w:r>
      <w:r w:rsidRPr="00D914B7">
        <w:rPr>
          <w:sz w:val="22"/>
        </w:rPr>
        <w:t xml:space="preserve">: </w:t>
      </w:r>
      <w:r w:rsidRPr="00D914B7">
        <w:rPr>
          <w:sz w:val="22"/>
          <w:rtl/>
        </w:rPr>
        <w:t>به</w:t>
      </w:r>
      <w:r w:rsidRPr="00D914B7">
        <w:rPr>
          <w:sz w:val="22"/>
        </w:rPr>
        <w:t xml:space="preserve"> </w:t>
      </w:r>
      <w:r w:rsidRPr="00D914B7">
        <w:rPr>
          <w:sz w:val="22"/>
          <w:rtl/>
        </w:rPr>
        <w:t>جای</w:t>
      </w:r>
      <w:r w:rsidRPr="00D914B7">
        <w:rPr>
          <w:sz w:val="22"/>
        </w:rPr>
        <w:t xml:space="preserve"> </w:t>
      </w:r>
      <w:r w:rsidRPr="00D914B7">
        <w:rPr>
          <w:sz w:val="22"/>
          <w:rtl/>
        </w:rPr>
        <w:t>بخششی</w:t>
      </w:r>
      <w:r w:rsidRPr="00D914B7">
        <w:rPr>
          <w:sz w:val="22"/>
        </w:rPr>
        <w:t xml:space="preserve"> </w:t>
      </w:r>
      <w:r w:rsidRPr="00D914B7">
        <w:rPr>
          <w:sz w:val="22"/>
          <w:rtl/>
        </w:rPr>
        <w:t>که</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داده</w:t>
      </w:r>
      <w:r w:rsidRPr="00D914B7">
        <w:rPr>
          <w:sz w:val="22"/>
        </w:rPr>
        <w:t xml:space="preserve"> </w:t>
      </w:r>
      <w:r w:rsidRPr="00D914B7">
        <w:rPr>
          <w:sz w:val="22"/>
          <w:rtl/>
        </w:rPr>
        <w:t>شود</w:t>
      </w:r>
      <w:r w:rsidRPr="00D914B7">
        <w:rPr>
          <w:sz w:val="22"/>
        </w:rPr>
        <w:t xml:space="preserve"> </w:t>
      </w:r>
      <w:r w:rsidRPr="00D914B7">
        <w:rPr>
          <w:sz w:val="22"/>
          <w:rtl/>
        </w:rPr>
        <w:t>یا</w:t>
      </w:r>
      <w:r w:rsidRPr="00D914B7">
        <w:rPr>
          <w:sz w:val="22"/>
        </w:rPr>
        <w:t xml:space="preserve"> </w:t>
      </w:r>
      <w:r w:rsidRPr="00D914B7">
        <w:rPr>
          <w:sz w:val="22"/>
          <w:rtl/>
        </w:rPr>
        <w:t>نشود،</w:t>
      </w:r>
      <w:r w:rsidRPr="00D914B7">
        <w:rPr>
          <w:sz w:val="22"/>
        </w:rPr>
        <w:t xml:space="preserve"> </w:t>
      </w:r>
      <w:r w:rsidRPr="00D914B7">
        <w:rPr>
          <w:sz w:val="22"/>
          <w:rtl/>
        </w:rPr>
        <w:t>خدمتی</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آورد</w:t>
      </w:r>
      <w:r w:rsidRPr="00D914B7">
        <w:rPr>
          <w:sz w:val="22"/>
        </w:rPr>
        <w:t xml:space="preserve"> </w:t>
      </w:r>
      <w:r w:rsidRPr="00D914B7">
        <w:rPr>
          <w:sz w:val="22"/>
          <w:rtl/>
        </w:rPr>
        <w:t>که</w:t>
      </w:r>
      <w:r w:rsidRPr="00D914B7">
        <w:rPr>
          <w:sz w:val="22"/>
        </w:rPr>
        <w:t xml:space="preserve"> </w:t>
      </w:r>
      <w:r w:rsidRPr="00D914B7">
        <w:rPr>
          <w:sz w:val="22"/>
          <w:rtl/>
        </w:rPr>
        <w:t>مردم</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قانون</w:t>
      </w:r>
      <w:r w:rsidRPr="00D914B7">
        <w:rPr>
          <w:sz w:val="22"/>
        </w:rPr>
        <w:t xml:space="preserve"> </w:t>
      </w:r>
      <w:r w:rsidRPr="00D914B7">
        <w:rPr>
          <w:sz w:val="22"/>
          <w:rtl/>
        </w:rPr>
        <w:t>حق</w:t>
      </w:r>
      <w:r w:rsidRPr="00D914B7">
        <w:rPr>
          <w:sz w:val="22"/>
        </w:rPr>
        <w:t xml:space="preserve"> </w:t>
      </w:r>
      <w:r w:rsidRPr="00D914B7">
        <w:rPr>
          <w:sz w:val="22"/>
          <w:rtl/>
        </w:rPr>
        <w:t>مطالبه</w:t>
      </w:r>
      <w:r>
        <w:rPr>
          <w:sz w:val="22"/>
          <w:rtl/>
        </w:rPr>
        <w:t>ء</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دارند</w:t>
      </w:r>
      <w:r>
        <w:rPr>
          <w:sz w:val="22"/>
          <w:rtl/>
        </w:rPr>
        <w:t>.</w:t>
      </w:r>
    </w:p>
    <w:p w:rsidR="00987F03" w:rsidRPr="00D914B7" w:rsidRDefault="00987F03" w:rsidP="00987F03">
      <w:pPr>
        <w:bidi/>
        <w:ind w:firstLine="720"/>
        <w:rPr>
          <w:sz w:val="22"/>
        </w:rPr>
      </w:pPr>
      <w:r w:rsidRPr="00D914B7">
        <w:rPr>
          <w:sz w:val="22"/>
          <w:rtl/>
        </w:rPr>
        <w:t>این</w:t>
      </w:r>
      <w:r w:rsidRPr="00D914B7">
        <w:rPr>
          <w:sz w:val="22"/>
        </w:rPr>
        <w:t xml:space="preserve"> </w:t>
      </w:r>
      <w:r w:rsidRPr="00D914B7">
        <w:rPr>
          <w:sz w:val="22"/>
          <w:rtl/>
        </w:rPr>
        <w:t>دستگاه</w:t>
      </w:r>
      <w:r w:rsidRPr="00D914B7">
        <w:rPr>
          <w:sz w:val="22"/>
        </w:rPr>
        <w:t xml:space="preserve"> </w:t>
      </w:r>
      <w:r w:rsidRPr="00D914B7">
        <w:rPr>
          <w:sz w:val="22"/>
          <w:rtl/>
        </w:rPr>
        <w:t>منابع</w:t>
      </w:r>
      <w:r w:rsidRPr="00D914B7">
        <w:rPr>
          <w:sz w:val="22"/>
        </w:rPr>
        <w:t xml:space="preserve"> </w:t>
      </w:r>
      <w:r w:rsidRPr="00D914B7">
        <w:rPr>
          <w:sz w:val="22"/>
          <w:rtl/>
        </w:rPr>
        <w:t>پراکنده</w:t>
      </w:r>
      <w:r w:rsidRPr="00D914B7">
        <w:rPr>
          <w:sz w:val="22"/>
        </w:rPr>
        <w:t xml:space="preserve"> </w:t>
      </w:r>
      <w:r w:rsidRPr="00D914B7">
        <w:rPr>
          <w:sz w:val="22"/>
          <w:rtl/>
        </w:rPr>
        <w:t>را</w:t>
      </w:r>
      <w:r w:rsidRPr="00D914B7">
        <w:rPr>
          <w:sz w:val="22"/>
        </w:rPr>
        <w:t xml:space="preserve"> </w:t>
      </w:r>
      <w:r w:rsidRPr="00D914B7">
        <w:rPr>
          <w:sz w:val="22"/>
          <w:rtl/>
        </w:rPr>
        <w:t>گرد</w:t>
      </w:r>
      <w:r w:rsidRPr="00D914B7">
        <w:rPr>
          <w:sz w:val="22"/>
        </w:rPr>
        <w:t xml:space="preserve"> </w:t>
      </w:r>
      <w:r w:rsidRPr="00D914B7">
        <w:rPr>
          <w:sz w:val="22"/>
          <w:rtl/>
        </w:rPr>
        <w:t>می</w:t>
      </w:r>
      <w:r w:rsidRPr="00D914B7">
        <w:rPr>
          <w:sz w:val="22"/>
        </w:rPr>
        <w:t>‌</w:t>
      </w:r>
      <w:r w:rsidRPr="00D914B7">
        <w:rPr>
          <w:sz w:val="22"/>
          <w:rtl/>
        </w:rPr>
        <w:t>آورد</w:t>
      </w:r>
      <w:r w:rsidRPr="00D914B7">
        <w:rPr>
          <w:sz w:val="22"/>
        </w:rPr>
        <w:t xml:space="preserve"> </w:t>
      </w:r>
      <w:r w:rsidRPr="00D914B7">
        <w:rPr>
          <w:sz w:val="22"/>
          <w:rtl/>
        </w:rPr>
        <w:t>و</w:t>
      </w:r>
      <w:r w:rsidRPr="00D914B7">
        <w:rPr>
          <w:sz w:val="22"/>
        </w:rPr>
        <w:t xml:space="preserve"> </w:t>
      </w:r>
      <w:r w:rsidRPr="00D914B7">
        <w:rPr>
          <w:sz w:val="22"/>
          <w:rtl/>
        </w:rPr>
        <w:t>به</w:t>
      </w:r>
      <w:r w:rsidRPr="00D914B7">
        <w:rPr>
          <w:sz w:val="22"/>
        </w:rPr>
        <w:t xml:space="preserve"> </w:t>
      </w:r>
      <w:r w:rsidRPr="00D914B7">
        <w:rPr>
          <w:sz w:val="22"/>
          <w:rtl/>
        </w:rPr>
        <w:t>توان</w:t>
      </w:r>
      <w:r w:rsidRPr="00D914B7">
        <w:rPr>
          <w:sz w:val="22"/>
        </w:rPr>
        <w:t xml:space="preserve"> </w:t>
      </w:r>
      <w:r w:rsidRPr="00D914B7">
        <w:rPr>
          <w:sz w:val="22"/>
          <w:rtl/>
        </w:rPr>
        <w:t>عمومی</w:t>
      </w:r>
      <w:r w:rsidRPr="00D914B7">
        <w:rPr>
          <w:sz w:val="22"/>
        </w:rPr>
        <w:t xml:space="preserve"> </w:t>
      </w:r>
      <w:r w:rsidRPr="00D914B7">
        <w:rPr>
          <w:sz w:val="22"/>
          <w:rtl/>
        </w:rPr>
        <w:t>تبدیل</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مالیات</w:t>
      </w:r>
      <w:r w:rsidRPr="00D914B7">
        <w:rPr>
          <w:sz w:val="22"/>
        </w:rPr>
        <w:t>‌</w:t>
      </w:r>
      <w:r w:rsidRPr="00D914B7">
        <w:rPr>
          <w:sz w:val="22"/>
          <w:rtl/>
        </w:rPr>
        <w:t>های</w:t>
      </w:r>
      <w:r w:rsidRPr="00D914B7">
        <w:rPr>
          <w:sz w:val="22"/>
        </w:rPr>
        <w:t xml:space="preserve"> </w:t>
      </w:r>
      <w:r w:rsidRPr="00D914B7">
        <w:rPr>
          <w:sz w:val="22"/>
          <w:rtl/>
        </w:rPr>
        <w:t>کوچک،</w:t>
      </w:r>
      <w:r w:rsidRPr="00D914B7">
        <w:rPr>
          <w:sz w:val="22"/>
        </w:rPr>
        <w:t xml:space="preserve"> </w:t>
      </w:r>
      <w:r w:rsidRPr="00D914B7">
        <w:rPr>
          <w:sz w:val="22"/>
          <w:rtl/>
        </w:rPr>
        <w:t>هنگامی</w:t>
      </w:r>
      <w:r w:rsidRPr="00D914B7">
        <w:rPr>
          <w:sz w:val="22"/>
        </w:rPr>
        <w:t xml:space="preserve"> </w:t>
      </w:r>
      <w:r w:rsidRPr="00D914B7">
        <w:rPr>
          <w:sz w:val="22"/>
          <w:rtl/>
        </w:rPr>
        <w:t>که</w:t>
      </w:r>
      <w:r w:rsidRPr="00D914B7">
        <w:rPr>
          <w:sz w:val="22"/>
        </w:rPr>
        <w:t xml:space="preserve"> </w:t>
      </w:r>
      <w:r w:rsidRPr="00D914B7">
        <w:rPr>
          <w:sz w:val="22"/>
          <w:rtl/>
        </w:rPr>
        <w:t>منظم</w:t>
      </w:r>
      <w:r w:rsidRPr="00D914B7">
        <w:rPr>
          <w:sz w:val="22"/>
        </w:rPr>
        <w:t xml:space="preserve"> </w:t>
      </w:r>
      <w:r w:rsidRPr="00D914B7">
        <w:rPr>
          <w:sz w:val="22"/>
          <w:rtl/>
        </w:rPr>
        <w:t>گرد</w:t>
      </w:r>
      <w:r w:rsidRPr="00D914B7">
        <w:rPr>
          <w:sz w:val="22"/>
        </w:rPr>
        <w:t xml:space="preserve"> </w:t>
      </w:r>
      <w:r w:rsidRPr="00D914B7">
        <w:rPr>
          <w:sz w:val="22"/>
          <w:rtl/>
        </w:rPr>
        <w:t>آیند،</w:t>
      </w:r>
      <w:r w:rsidRPr="00D914B7">
        <w:rPr>
          <w:sz w:val="22"/>
        </w:rPr>
        <w:t xml:space="preserve"> </w:t>
      </w:r>
      <w:r w:rsidRPr="00D914B7">
        <w:rPr>
          <w:sz w:val="22"/>
          <w:rtl/>
        </w:rPr>
        <w:t>ساختن</w:t>
      </w:r>
      <w:r w:rsidRPr="00D914B7">
        <w:rPr>
          <w:sz w:val="22"/>
        </w:rPr>
        <w:t xml:space="preserve"> </w:t>
      </w:r>
      <w:r w:rsidRPr="00D914B7">
        <w:rPr>
          <w:sz w:val="22"/>
          <w:rtl/>
        </w:rPr>
        <w:t>راه،</w:t>
      </w:r>
      <w:r w:rsidRPr="00D914B7">
        <w:rPr>
          <w:sz w:val="22"/>
        </w:rPr>
        <w:t xml:space="preserve"> </w:t>
      </w:r>
      <w:r w:rsidRPr="00D914B7">
        <w:rPr>
          <w:sz w:val="22"/>
          <w:rtl/>
        </w:rPr>
        <w:t>بیمارستان،</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آب</w:t>
      </w:r>
      <w:r w:rsidRPr="00D914B7">
        <w:rPr>
          <w:sz w:val="22"/>
        </w:rPr>
        <w:t xml:space="preserve"> </w:t>
      </w:r>
      <w:r w:rsidRPr="00D914B7">
        <w:rPr>
          <w:sz w:val="22"/>
          <w:rtl/>
        </w:rPr>
        <w:t>و</w:t>
      </w:r>
      <w:r w:rsidRPr="00D914B7">
        <w:rPr>
          <w:sz w:val="22"/>
        </w:rPr>
        <w:t xml:space="preserve"> </w:t>
      </w:r>
      <w:r w:rsidRPr="00D914B7">
        <w:rPr>
          <w:sz w:val="22"/>
          <w:rtl/>
        </w:rPr>
        <w:t>دفاع</w:t>
      </w:r>
      <w:r w:rsidRPr="00D914B7">
        <w:rPr>
          <w:sz w:val="22"/>
        </w:rPr>
        <w:t xml:space="preserve"> </w:t>
      </w:r>
      <w:r w:rsidRPr="00D914B7">
        <w:rPr>
          <w:sz w:val="22"/>
          <w:rtl/>
        </w:rPr>
        <w:t>مشترک</w:t>
      </w:r>
      <w:r w:rsidRPr="00D914B7">
        <w:rPr>
          <w:sz w:val="22"/>
        </w:rPr>
        <w:t xml:space="preserve"> </w:t>
      </w:r>
      <w:r w:rsidRPr="00D914B7">
        <w:rPr>
          <w:sz w:val="22"/>
          <w:rtl/>
        </w:rPr>
        <w:t>را</w:t>
      </w:r>
      <w:r w:rsidRPr="00D914B7">
        <w:rPr>
          <w:sz w:val="22"/>
        </w:rPr>
        <w:t xml:space="preserve"> </w:t>
      </w:r>
      <w:r w:rsidRPr="00D914B7">
        <w:rPr>
          <w:sz w:val="22"/>
          <w:rtl/>
        </w:rPr>
        <w:t>ممکن</w:t>
      </w:r>
      <w:r w:rsidRPr="00D914B7">
        <w:rPr>
          <w:sz w:val="22"/>
        </w:rPr>
        <w:t xml:space="preserve"> </w:t>
      </w:r>
      <w:r w:rsidRPr="00D914B7">
        <w:rPr>
          <w:sz w:val="22"/>
          <w:rtl/>
        </w:rPr>
        <w:t>می</w:t>
      </w:r>
      <w:r w:rsidRPr="00D914B7">
        <w:rPr>
          <w:sz w:val="22"/>
        </w:rPr>
        <w:t>‌</w:t>
      </w:r>
      <w:r w:rsidRPr="00D914B7">
        <w:rPr>
          <w:sz w:val="22"/>
          <w:rtl/>
        </w:rPr>
        <w:t>کنند؛</w:t>
      </w:r>
      <w:r w:rsidRPr="00D914B7">
        <w:rPr>
          <w:sz w:val="22"/>
        </w:rPr>
        <w:t xml:space="preserve"> </w:t>
      </w:r>
      <w:r w:rsidRPr="00D914B7">
        <w:rPr>
          <w:sz w:val="22"/>
          <w:rtl/>
        </w:rPr>
        <w:t>کارهایی</w:t>
      </w:r>
      <w:r w:rsidRPr="00D914B7">
        <w:rPr>
          <w:sz w:val="22"/>
        </w:rPr>
        <w:t xml:space="preserve"> </w:t>
      </w:r>
      <w:r w:rsidRPr="00D914B7">
        <w:rPr>
          <w:sz w:val="22"/>
          <w:rtl/>
        </w:rPr>
        <w:t>که</w:t>
      </w:r>
      <w:r w:rsidRPr="00D914B7">
        <w:rPr>
          <w:sz w:val="22"/>
        </w:rPr>
        <w:t xml:space="preserve"> </w:t>
      </w:r>
      <w:r w:rsidRPr="00D914B7">
        <w:rPr>
          <w:sz w:val="22"/>
          <w:rtl/>
        </w:rPr>
        <w:t>هیچ</w:t>
      </w:r>
      <w:r w:rsidRPr="00D914B7">
        <w:rPr>
          <w:sz w:val="22"/>
        </w:rPr>
        <w:t xml:space="preserve"> </w:t>
      </w:r>
      <w:r w:rsidRPr="00D914B7">
        <w:rPr>
          <w:sz w:val="22"/>
          <w:rtl/>
        </w:rPr>
        <w:t>فرد</w:t>
      </w:r>
      <w:r w:rsidRPr="00D914B7">
        <w:rPr>
          <w:sz w:val="22"/>
        </w:rPr>
        <w:t xml:space="preserve"> </w:t>
      </w:r>
      <w:r w:rsidRPr="00D914B7">
        <w:rPr>
          <w:sz w:val="22"/>
          <w:rtl/>
        </w:rPr>
        <w:t>یا</w:t>
      </w:r>
      <w:r w:rsidRPr="00D914B7">
        <w:rPr>
          <w:sz w:val="22"/>
        </w:rPr>
        <w:t xml:space="preserve"> </w:t>
      </w:r>
      <w:r w:rsidRPr="00D914B7">
        <w:rPr>
          <w:sz w:val="22"/>
          <w:rtl/>
        </w:rPr>
        <w:t>خانواده</w:t>
      </w:r>
      <w:r w:rsidRPr="00D914B7">
        <w:rPr>
          <w:sz w:val="22"/>
        </w:rPr>
        <w:t>‌</w:t>
      </w:r>
      <w:r w:rsidRPr="00D914B7">
        <w:rPr>
          <w:sz w:val="22"/>
          <w:rtl/>
        </w:rPr>
        <w:t>ای</w:t>
      </w:r>
      <w:r w:rsidRPr="00D914B7">
        <w:rPr>
          <w:sz w:val="22"/>
        </w:rPr>
        <w:t xml:space="preserve"> </w:t>
      </w:r>
      <w:r w:rsidRPr="00D914B7">
        <w:rPr>
          <w:sz w:val="22"/>
          <w:rtl/>
        </w:rPr>
        <w:t>به</w:t>
      </w:r>
      <w:r w:rsidRPr="00D914B7">
        <w:rPr>
          <w:sz w:val="22"/>
        </w:rPr>
        <w:t xml:space="preserve"> </w:t>
      </w:r>
      <w:r w:rsidRPr="00D914B7">
        <w:rPr>
          <w:sz w:val="22"/>
          <w:rtl/>
        </w:rPr>
        <w:t>تنهایی</w:t>
      </w:r>
      <w:r w:rsidRPr="00D914B7">
        <w:rPr>
          <w:sz w:val="22"/>
        </w:rPr>
        <w:t xml:space="preserve"> </w:t>
      </w:r>
      <w:r w:rsidRPr="00D914B7">
        <w:rPr>
          <w:sz w:val="22"/>
          <w:rtl/>
        </w:rPr>
        <w:t>از</w:t>
      </w:r>
      <w:r w:rsidRPr="00D914B7">
        <w:rPr>
          <w:sz w:val="22"/>
        </w:rPr>
        <w:t xml:space="preserve"> </w:t>
      </w:r>
      <w:r w:rsidRPr="00D914B7">
        <w:rPr>
          <w:sz w:val="22"/>
          <w:rtl/>
        </w:rPr>
        <w:t>عهده</w:t>
      </w:r>
      <w:r>
        <w:rPr>
          <w:sz w:val="22"/>
          <w:rtl/>
        </w:rPr>
        <w:t>ء</w:t>
      </w:r>
      <w:r w:rsidRPr="00D914B7">
        <w:rPr>
          <w:sz w:val="22"/>
        </w:rPr>
        <w:t xml:space="preserve"> </w:t>
      </w:r>
      <w:r w:rsidRPr="00D914B7">
        <w:rPr>
          <w:sz w:val="22"/>
          <w:rtl/>
        </w:rPr>
        <w:t>آنها</w:t>
      </w:r>
      <w:r w:rsidRPr="00D914B7">
        <w:rPr>
          <w:sz w:val="22"/>
        </w:rPr>
        <w:t xml:space="preserve"> </w:t>
      </w:r>
      <w:r w:rsidRPr="00D914B7">
        <w:rPr>
          <w:sz w:val="22"/>
          <w:rtl/>
        </w:rPr>
        <w:t>برنمی</w:t>
      </w:r>
      <w:r w:rsidRPr="00D914B7">
        <w:rPr>
          <w:sz w:val="22"/>
        </w:rPr>
        <w:t>‌</w:t>
      </w:r>
      <w:r w:rsidRPr="00D914B7">
        <w:rPr>
          <w:sz w:val="22"/>
          <w:rtl/>
        </w:rPr>
        <w:t>آید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همین</w:t>
      </w:r>
      <w:r w:rsidRPr="00D914B7">
        <w:rPr>
          <w:sz w:val="22"/>
        </w:rPr>
        <w:t xml:space="preserve"> </w:t>
      </w:r>
      <w:r w:rsidRPr="00D914B7">
        <w:rPr>
          <w:sz w:val="22"/>
          <w:rtl/>
        </w:rPr>
        <w:t>دستگاه</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ابزار</w:t>
      </w:r>
      <w:r w:rsidRPr="00D914B7">
        <w:rPr>
          <w:sz w:val="22"/>
        </w:rPr>
        <w:t xml:space="preserve"> </w:t>
      </w:r>
      <w:r w:rsidRPr="00D914B7">
        <w:rPr>
          <w:sz w:val="22"/>
          <w:rtl/>
        </w:rPr>
        <w:t>غارت</w:t>
      </w:r>
      <w:r w:rsidRPr="00D914B7">
        <w:rPr>
          <w:sz w:val="22"/>
        </w:rPr>
        <w:t xml:space="preserve"> </w:t>
      </w:r>
      <w:r w:rsidRPr="00D914B7">
        <w:rPr>
          <w:sz w:val="22"/>
          <w:rtl/>
        </w:rPr>
        <w:t>تبدیل</w:t>
      </w:r>
      <w:r w:rsidRPr="00D914B7">
        <w:rPr>
          <w:sz w:val="22"/>
        </w:rPr>
        <w:t xml:space="preserve"> </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زندگی</w:t>
      </w:r>
      <w:r w:rsidRPr="00D914B7">
        <w:rPr>
          <w:sz w:val="22"/>
        </w:rPr>
        <w:t xml:space="preserve"> </w:t>
      </w:r>
      <w:r w:rsidRPr="00D914B7">
        <w:rPr>
          <w:sz w:val="22"/>
          <w:rtl/>
        </w:rPr>
        <w:t>مردم</w:t>
      </w:r>
      <w:r w:rsidRPr="00D914B7">
        <w:rPr>
          <w:sz w:val="22"/>
        </w:rPr>
        <w:t xml:space="preserve"> </w:t>
      </w:r>
      <w:r w:rsidRPr="00D914B7">
        <w:rPr>
          <w:sz w:val="22"/>
          <w:rtl/>
        </w:rPr>
        <w:t>را</w:t>
      </w:r>
      <w:r w:rsidRPr="00D914B7">
        <w:rPr>
          <w:sz w:val="22"/>
        </w:rPr>
        <w:t xml:space="preserve"> </w:t>
      </w:r>
      <w:r w:rsidRPr="00D914B7">
        <w:rPr>
          <w:sz w:val="22"/>
          <w:rtl/>
        </w:rPr>
        <w:t>وسیله</w:t>
      </w:r>
      <w:r>
        <w:rPr>
          <w:sz w:val="22"/>
          <w:rtl/>
        </w:rPr>
        <w:t>ء</w:t>
      </w:r>
      <w:r w:rsidRPr="00D914B7">
        <w:rPr>
          <w:sz w:val="22"/>
        </w:rPr>
        <w:t xml:space="preserve"> </w:t>
      </w:r>
      <w:r w:rsidRPr="00D914B7">
        <w:rPr>
          <w:sz w:val="22"/>
          <w:rtl/>
        </w:rPr>
        <w:t>تأمین</w:t>
      </w:r>
      <w:r w:rsidRPr="00D914B7">
        <w:rPr>
          <w:sz w:val="22"/>
        </w:rPr>
        <w:t xml:space="preserve"> </w:t>
      </w:r>
      <w:r w:rsidRPr="00D914B7">
        <w:rPr>
          <w:sz w:val="22"/>
          <w:rtl/>
        </w:rPr>
        <w:t>دربار،</w:t>
      </w:r>
      <w:r w:rsidRPr="00D914B7">
        <w:rPr>
          <w:sz w:val="22"/>
        </w:rPr>
        <w:t xml:space="preserve"> </w:t>
      </w:r>
      <w:r w:rsidRPr="00D914B7">
        <w:rPr>
          <w:sz w:val="22"/>
          <w:rtl/>
        </w:rPr>
        <w:t>قشون،</w:t>
      </w:r>
      <w:r w:rsidRPr="00D914B7">
        <w:rPr>
          <w:sz w:val="22"/>
        </w:rPr>
        <w:t xml:space="preserve"> </w:t>
      </w:r>
      <w:r w:rsidRPr="00D914B7">
        <w:rPr>
          <w:sz w:val="22"/>
          <w:rtl/>
        </w:rPr>
        <w:t>دینکاران</w:t>
      </w:r>
      <w:r w:rsidRPr="00D914B7">
        <w:rPr>
          <w:sz w:val="22"/>
        </w:rPr>
        <w:t xml:space="preserve"> </w:t>
      </w:r>
      <w:r w:rsidRPr="00D914B7">
        <w:rPr>
          <w:sz w:val="22"/>
          <w:rtl/>
        </w:rPr>
        <w:t>یا</w:t>
      </w:r>
      <w:r w:rsidRPr="00D914B7">
        <w:rPr>
          <w:sz w:val="22"/>
        </w:rPr>
        <w:t xml:space="preserve"> </w:t>
      </w:r>
      <w:r w:rsidRPr="00D914B7">
        <w:rPr>
          <w:sz w:val="22"/>
          <w:rtl/>
        </w:rPr>
        <w:t>طبقه</w:t>
      </w:r>
      <w:r>
        <w:rPr>
          <w:sz w:val="22"/>
          <w:rtl/>
        </w:rPr>
        <w:t>ء</w:t>
      </w:r>
      <w:r w:rsidRPr="00D914B7">
        <w:rPr>
          <w:sz w:val="22"/>
        </w:rPr>
        <w:t xml:space="preserve"> </w:t>
      </w:r>
      <w:r w:rsidRPr="00D914B7">
        <w:rPr>
          <w:sz w:val="22"/>
          <w:rtl/>
        </w:rPr>
        <w:t>حاکم</w:t>
      </w:r>
      <w:r w:rsidRPr="00D914B7">
        <w:rPr>
          <w:sz w:val="22"/>
        </w:rPr>
        <w:t xml:space="preserve"> </w:t>
      </w:r>
      <w:r w:rsidRPr="00D914B7">
        <w:rPr>
          <w:sz w:val="22"/>
          <w:rtl/>
        </w:rPr>
        <w:t>سازد</w:t>
      </w:r>
      <w:r>
        <w:rPr>
          <w:sz w:val="22"/>
          <w:rtl/>
        </w:rPr>
        <w:t>.</w:t>
      </w:r>
    </w:p>
    <w:p w:rsidR="00987F03" w:rsidRPr="00D914B7" w:rsidRDefault="00987F03" w:rsidP="00987F03">
      <w:pPr>
        <w:bidi/>
        <w:ind w:firstLine="720"/>
        <w:rPr>
          <w:sz w:val="22"/>
        </w:rPr>
      </w:pPr>
      <w:r w:rsidRPr="00D914B7">
        <w:rPr>
          <w:sz w:val="22"/>
          <w:rtl/>
        </w:rPr>
        <w:t>دیوان</w:t>
      </w:r>
      <w:r w:rsidRPr="00D914B7">
        <w:rPr>
          <w:sz w:val="22"/>
        </w:rPr>
        <w:t xml:space="preserve"> </w:t>
      </w:r>
      <w:r w:rsidRPr="00D914B7">
        <w:rPr>
          <w:sz w:val="22"/>
          <w:rtl/>
        </w:rPr>
        <w:t>توانمند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نیاز</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تبدیل</w:t>
      </w:r>
      <w:r w:rsidRPr="00D914B7">
        <w:rPr>
          <w:sz w:val="22"/>
        </w:rPr>
        <w:t xml:space="preserve"> </w:t>
      </w:r>
      <w:r w:rsidRPr="00D914B7">
        <w:rPr>
          <w:sz w:val="22"/>
          <w:rtl/>
        </w:rPr>
        <w:t>شدن</w:t>
      </w:r>
      <w:r w:rsidRPr="00D914B7">
        <w:rPr>
          <w:sz w:val="22"/>
        </w:rPr>
        <w:t xml:space="preserve"> </w:t>
      </w:r>
      <w:r w:rsidRPr="00D914B7">
        <w:rPr>
          <w:sz w:val="22"/>
          <w:rtl/>
        </w:rPr>
        <w:t>به</w:t>
      </w:r>
      <w:r w:rsidRPr="00D914B7">
        <w:rPr>
          <w:sz w:val="22"/>
        </w:rPr>
        <w:t xml:space="preserve"> </w:t>
      </w:r>
      <w:r w:rsidRPr="00D914B7">
        <w:rPr>
          <w:sz w:val="22"/>
          <w:rtl/>
        </w:rPr>
        <w:t>بحران</w:t>
      </w:r>
      <w:r w:rsidRPr="00D914B7">
        <w:rPr>
          <w:sz w:val="22"/>
        </w:rPr>
        <w:t xml:space="preserve"> </w:t>
      </w:r>
      <w:r w:rsidRPr="00D914B7">
        <w:rPr>
          <w:sz w:val="22"/>
          <w:rtl/>
        </w:rPr>
        <w:t>تشخیص</w:t>
      </w:r>
      <w:r w:rsidRPr="00D914B7">
        <w:rPr>
          <w:sz w:val="22"/>
        </w:rPr>
        <w:t xml:space="preserve"> </w:t>
      </w:r>
      <w:r w:rsidRPr="00D914B7">
        <w:rPr>
          <w:sz w:val="22"/>
          <w:rtl/>
        </w:rPr>
        <w:t>دهد</w:t>
      </w:r>
      <w:r w:rsidRPr="00D914B7">
        <w:rPr>
          <w:sz w:val="22"/>
        </w:rPr>
        <w:t xml:space="preserve">: </w:t>
      </w:r>
      <w:r w:rsidRPr="00D914B7">
        <w:rPr>
          <w:sz w:val="22"/>
          <w:rtl/>
        </w:rPr>
        <w:t>کاهش</w:t>
      </w:r>
      <w:r w:rsidRPr="00D914B7">
        <w:rPr>
          <w:sz w:val="22"/>
        </w:rPr>
        <w:t xml:space="preserve"> </w:t>
      </w:r>
      <w:r w:rsidRPr="00D914B7">
        <w:rPr>
          <w:sz w:val="22"/>
          <w:rtl/>
        </w:rPr>
        <w:t>محصول</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قحطی،</w:t>
      </w:r>
      <w:r w:rsidRPr="00D914B7">
        <w:rPr>
          <w:sz w:val="22"/>
        </w:rPr>
        <w:t xml:space="preserve"> </w:t>
      </w:r>
      <w:r w:rsidRPr="00D914B7">
        <w:rPr>
          <w:sz w:val="22"/>
          <w:rtl/>
        </w:rPr>
        <w:t>افزایش</w:t>
      </w:r>
      <w:r w:rsidRPr="00D914B7">
        <w:rPr>
          <w:sz w:val="22"/>
        </w:rPr>
        <w:t xml:space="preserve"> </w:t>
      </w:r>
      <w:r w:rsidRPr="00D914B7">
        <w:rPr>
          <w:sz w:val="22"/>
          <w:rtl/>
        </w:rPr>
        <w:t>بیماری</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همه</w:t>
      </w:r>
      <w:r w:rsidRPr="00D914B7">
        <w:rPr>
          <w:sz w:val="22"/>
        </w:rPr>
        <w:t>‌</w:t>
      </w:r>
      <w:r w:rsidRPr="00D914B7">
        <w:rPr>
          <w:sz w:val="22"/>
          <w:rtl/>
        </w:rPr>
        <w:t>گیری،</w:t>
      </w:r>
      <w:r w:rsidRPr="00D914B7">
        <w:rPr>
          <w:sz w:val="22"/>
        </w:rPr>
        <w:t xml:space="preserve"> </w:t>
      </w:r>
      <w:r w:rsidRPr="00D914B7">
        <w:rPr>
          <w:sz w:val="22"/>
          <w:rtl/>
        </w:rPr>
        <w:t>کمبود</w:t>
      </w:r>
      <w:r w:rsidRPr="00D914B7">
        <w:rPr>
          <w:sz w:val="22"/>
        </w:rPr>
        <w:t xml:space="preserve"> </w:t>
      </w:r>
      <w:r w:rsidRPr="00D914B7">
        <w:rPr>
          <w:sz w:val="22"/>
          <w:rtl/>
        </w:rPr>
        <w:t>آب</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مهاجرت،</w:t>
      </w:r>
      <w:r w:rsidRPr="00D914B7">
        <w:rPr>
          <w:sz w:val="22"/>
        </w:rPr>
        <w:t xml:space="preserve"> </w:t>
      </w:r>
      <w:r w:rsidRPr="00D914B7">
        <w:rPr>
          <w:sz w:val="22"/>
          <w:rtl/>
        </w:rPr>
        <w:t>نارضایتی</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شورش</w:t>
      </w:r>
      <w:r w:rsidRPr="00D914B7">
        <w:rPr>
          <w:sz w:val="22"/>
        </w:rPr>
        <w:t xml:space="preserve"> </w:t>
      </w:r>
      <w:r w:rsidRPr="00D914B7">
        <w:rPr>
          <w:sz w:val="22"/>
          <w:rtl/>
        </w:rPr>
        <w:t>و</w:t>
      </w:r>
      <w:r w:rsidRPr="00D914B7">
        <w:rPr>
          <w:sz w:val="22"/>
        </w:rPr>
        <w:t xml:space="preserve"> </w:t>
      </w:r>
      <w:r w:rsidRPr="00D914B7">
        <w:rPr>
          <w:sz w:val="22"/>
          <w:rtl/>
        </w:rPr>
        <w:t>فرسودگی</w:t>
      </w:r>
      <w:r w:rsidRPr="00D914B7">
        <w:rPr>
          <w:sz w:val="22"/>
        </w:rPr>
        <w:t xml:space="preserve"> </w:t>
      </w:r>
      <w:r w:rsidRPr="00D914B7">
        <w:rPr>
          <w:sz w:val="22"/>
          <w:rtl/>
        </w:rPr>
        <w:t>زیرساخت</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فروپاشی</w:t>
      </w:r>
      <w:r w:rsidRPr="00D914B7">
        <w:rPr>
          <w:sz w:val="22"/>
        </w:rPr>
        <w:t xml:space="preserve"> </w:t>
      </w:r>
      <w:r w:rsidRPr="00D914B7">
        <w:rPr>
          <w:sz w:val="22"/>
          <w:rtl/>
        </w:rPr>
        <w:t>ببیند</w:t>
      </w:r>
      <w:r>
        <w:rPr>
          <w:sz w:val="22"/>
          <w:rtl/>
        </w:rPr>
        <w:t>.</w:t>
      </w:r>
      <w:r w:rsidRPr="00D914B7">
        <w:rPr>
          <w:sz w:val="22"/>
        </w:rPr>
        <w:t xml:space="preserve"> </w:t>
      </w:r>
      <w:r w:rsidRPr="00D914B7">
        <w:rPr>
          <w:sz w:val="22"/>
          <w:rtl/>
        </w:rPr>
        <w:t>رسیدگی</w:t>
      </w:r>
      <w:r w:rsidRPr="00D914B7">
        <w:rPr>
          <w:sz w:val="22"/>
        </w:rPr>
        <w:t xml:space="preserve"> </w:t>
      </w:r>
      <w:r w:rsidRPr="00D914B7">
        <w:rPr>
          <w:sz w:val="22"/>
          <w:rtl/>
        </w:rPr>
        <w:t>حقیقی</w:t>
      </w:r>
      <w:r w:rsidRPr="00D914B7">
        <w:rPr>
          <w:sz w:val="22"/>
        </w:rPr>
        <w:t xml:space="preserve"> </w:t>
      </w:r>
      <w:r w:rsidRPr="00D914B7">
        <w:rPr>
          <w:sz w:val="22"/>
          <w:rtl/>
        </w:rPr>
        <w:t>تنها</w:t>
      </w:r>
      <w:r w:rsidRPr="00D914B7">
        <w:rPr>
          <w:sz w:val="22"/>
        </w:rPr>
        <w:t xml:space="preserve"> </w:t>
      </w:r>
      <w:r w:rsidRPr="00D914B7">
        <w:rPr>
          <w:sz w:val="22"/>
          <w:rtl/>
        </w:rPr>
        <w:t>کمک</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وقوع</w:t>
      </w:r>
      <w:r w:rsidRPr="00D914B7">
        <w:rPr>
          <w:sz w:val="22"/>
        </w:rPr>
        <w:t xml:space="preserve"> </w:t>
      </w:r>
      <w:r w:rsidRPr="00D914B7">
        <w:rPr>
          <w:sz w:val="22"/>
          <w:rtl/>
        </w:rPr>
        <w:t>رنج</w:t>
      </w:r>
      <w:r w:rsidRPr="00D914B7">
        <w:rPr>
          <w:sz w:val="22"/>
        </w:rPr>
        <w:t xml:space="preserve"> </w:t>
      </w:r>
      <w:r w:rsidRPr="00D914B7">
        <w:rPr>
          <w:sz w:val="22"/>
          <w:rtl/>
        </w:rPr>
        <w:t>نیست؛</w:t>
      </w:r>
      <w:r w:rsidRPr="00D914B7">
        <w:rPr>
          <w:sz w:val="22"/>
        </w:rPr>
        <w:t xml:space="preserve"> </w:t>
      </w:r>
      <w:r w:rsidRPr="00D914B7">
        <w:rPr>
          <w:sz w:val="22"/>
          <w:rtl/>
        </w:rPr>
        <w:t>جلوگیری</w:t>
      </w:r>
      <w:r w:rsidRPr="00D914B7">
        <w:rPr>
          <w:sz w:val="22"/>
        </w:rPr>
        <w:t xml:space="preserve"> </w:t>
      </w:r>
      <w:r w:rsidRPr="00D914B7">
        <w:rPr>
          <w:sz w:val="22"/>
          <w:rtl/>
        </w:rPr>
        <w:t>از</w:t>
      </w:r>
      <w:r w:rsidRPr="00D914B7">
        <w:rPr>
          <w:sz w:val="22"/>
        </w:rPr>
        <w:t xml:space="preserve"> </w:t>
      </w:r>
      <w:r w:rsidRPr="00D914B7">
        <w:rPr>
          <w:sz w:val="22"/>
          <w:rtl/>
        </w:rPr>
        <w:t>رنج</w:t>
      </w:r>
      <w:r w:rsidRPr="00D914B7">
        <w:rPr>
          <w:sz w:val="22"/>
        </w:rPr>
        <w:t>‌</w:t>
      </w:r>
      <w:r w:rsidRPr="00D914B7">
        <w:rPr>
          <w:sz w:val="22"/>
          <w:rtl/>
        </w:rPr>
        <w:t>های</w:t>
      </w:r>
      <w:r w:rsidRPr="00D914B7">
        <w:rPr>
          <w:sz w:val="22"/>
        </w:rPr>
        <w:t xml:space="preserve"> </w:t>
      </w:r>
      <w:r w:rsidRPr="00D914B7">
        <w:rPr>
          <w:sz w:val="22"/>
          <w:rtl/>
        </w:rPr>
        <w:t>قابل</w:t>
      </w:r>
      <w:r w:rsidRPr="00D914B7">
        <w:rPr>
          <w:sz w:val="22"/>
        </w:rPr>
        <w:t xml:space="preserve"> </w:t>
      </w:r>
      <w:r w:rsidRPr="00D914B7">
        <w:rPr>
          <w:sz w:val="22"/>
          <w:rtl/>
        </w:rPr>
        <w:t>پیشگیری</w:t>
      </w:r>
      <w:r w:rsidRPr="00D914B7">
        <w:rPr>
          <w:sz w:val="22"/>
        </w:rPr>
        <w:t xml:space="preserve"> </w:t>
      </w:r>
      <w:r w:rsidRPr="00D914B7">
        <w:rPr>
          <w:sz w:val="22"/>
          <w:rtl/>
        </w:rPr>
        <w:t>نیز</w:t>
      </w:r>
      <w:r w:rsidRPr="00D914B7">
        <w:rPr>
          <w:sz w:val="22"/>
        </w:rPr>
        <w:t xml:space="preserve"> </w:t>
      </w:r>
      <w:r w:rsidRPr="00D914B7">
        <w:rPr>
          <w:sz w:val="22"/>
          <w:rtl/>
        </w:rPr>
        <w:t>هست</w:t>
      </w:r>
      <w:r>
        <w:rPr>
          <w:sz w:val="22"/>
          <w:rtl/>
        </w:rPr>
        <w:t>.</w:t>
      </w:r>
    </w:p>
    <w:p w:rsidR="00987F03" w:rsidRPr="00D914B7" w:rsidRDefault="00987F03" w:rsidP="00987F03">
      <w:pPr>
        <w:bidi/>
        <w:ind w:firstLine="720"/>
        <w:rPr>
          <w:sz w:val="22"/>
        </w:rPr>
      </w:pPr>
      <w:r w:rsidRPr="00D914B7">
        <w:rPr>
          <w:sz w:val="22"/>
          <w:rtl/>
        </w:rPr>
        <w:t>پس</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ذاتاً</w:t>
      </w:r>
      <w:r w:rsidRPr="00D914B7">
        <w:rPr>
          <w:sz w:val="22"/>
        </w:rPr>
        <w:t xml:space="preserve"> </w:t>
      </w:r>
      <w:r w:rsidRPr="00D914B7">
        <w:rPr>
          <w:sz w:val="22"/>
          <w:rtl/>
        </w:rPr>
        <w:t>نیک</w:t>
      </w:r>
      <w:r w:rsidRPr="00D914B7">
        <w:rPr>
          <w:sz w:val="22"/>
        </w:rPr>
        <w:t xml:space="preserve"> </w:t>
      </w:r>
      <w:r w:rsidRPr="00D914B7">
        <w:rPr>
          <w:sz w:val="22"/>
          <w:rtl/>
        </w:rPr>
        <w:t>یا</w:t>
      </w:r>
      <w:r w:rsidRPr="00D914B7">
        <w:rPr>
          <w:sz w:val="22"/>
        </w:rPr>
        <w:t xml:space="preserve"> </w:t>
      </w:r>
      <w:r w:rsidRPr="00D914B7">
        <w:rPr>
          <w:sz w:val="22"/>
          <w:rtl/>
        </w:rPr>
        <w:t>سکولار</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همان</w:t>
      </w:r>
      <w:r w:rsidRPr="00D914B7">
        <w:rPr>
          <w:sz w:val="22"/>
        </w:rPr>
        <w:t xml:space="preserve"> </w:t>
      </w:r>
      <w:r w:rsidRPr="00D914B7">
        <w:rPr>
          <w:sz w:val="22"/>
          <w:rtl/>
        </w:rPr>
        <w:t>دانشی</w:t>
      </w:r>
      <w:r w:rsidRPr="00D914B7">
        <w:rPr>
          <w:sz w:val="22"/>
        </w:rPr>
        <w:t xml:space="preserve"> </w:t>
      </w:r>
      <w:r w:rsidRPr="00D914B7">
        <w:rPr>
          <w:sz w:val="22"/>
          <w:rtl/>
        </w:rPr>
        <w:t>که</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قادر</w:t>
      </w:r>
      <w:r w:rsidRPr="00D914B7">
        <w:rPr>
          <w:sz w:val="22"/>
        </w:rPr>
        <w:t xml:space="preserve"> </w:t>
      </w:r>
      <w:r w:rsidRPr="00D914B7">
        <w:rPr>
          <w:sz w:val="22"/>
          <w:rtl/>
        </w:rPr>
        <w:t>به</w:t>
      </w:r>
      <w:r w:rsidRPr="00D914B7">
        <w:rPr>
          <w:sz w:val="22"/>
        </w:rPr>
        <w:t xml:space="preserve"> </w:t>
      </w:r>
      <w:r w:rsidRPr="00D914B7">
        <w:rPr>
          <w:sz w:val="22"/>
          <w:rtl/>
        </w:rPr>
        <w:t>خدمت</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مؤثرترین</w:t>
      </w:r>
      <w:r w:rsidRPr="00D914B7">
        <w:rPr>
          <w:sz w:val="22"/>
        </w:rPr>
        <w:t xml:space="preserve"> </w:t>
      </w:r>
      <w:r w:rsidRPr="00D914B7">
        <w:rPr>
          <w:sz w:val="22"/>
          <w:rtl/>
        </w:rPr>
        <w:t>وسیله</w:t>
      </w:r>
      <w:r>
        <w:rPr>
          <w:sz w:val="22"/>
          <w:rtl/>
        </w:rPr>
        <w:t>ء</w:t>
      </w:r>
      <w:r w:rsidRPr="00D914B7">
        <w:rPr>
          <w:sz w:val="22"/>
        </w:rPr>
        <w:t xml:space="preserve"> </w:t>
      </w:r>
      <w:r w:rsidRPr="00D914B7">
        <w:rPr>
          <w:sz w:val="22"/>
          <w:rtl/>
        </w:rPr>
        <w:t>سلطه</w:t>
      </w:r>
      <w:r w:rsidRPr="00D914B7">
        <w:rPr>
          <w:sz w:val="22"/>
        </w:rPr>
        <w:t xml:space="preserve"> </w:t>
      </w:r>
      <w:r w:rsidRPr="00D914B7">
        <w:rPr>
          <w:sz w:val="22"/>
          <w:rtl/>
        </w:rPr>
        <w:t>تبدیل</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دیوان</w:t>
      </w:r>
      <w:r w:rsidRPr="00D914B7">
        <w:rPr>
          <w:sz w:val="22"/>
        </w:rPr>
        <w:t xml:space="preserve"> </w:t>
      </w:r>
      <w:r w:rsidRPr="00D914B7">
        <w:rPr>
          <w:sz w:val="22"/>
          <w:rtl/>
        </w:rPr>
        <w:t>می</w:t>
      </w:r>
      <w:r w:rsidRPr="00D914B7">
        <w:rPr>
          <w:sz w:val="22"/>
        </w:rPr>
        <w:t>‌</w:t>
      </w:r>
      <w:r w:rsidRPr="00D914B7">
        <w:rPr>
          <w:sz w:val="22"/>
          <w:rtl/>
        </w:rPr>
        <w:t>داند</w:t>
      </w:r>
      <w:r w:rsidRPr="00D914B7">
        <w:rPr>
          <w:sz w:val="22"/>
        </w:rPr>
        <w:t xml:space="preserve"> </w:t>
      </w:r>
      <w:r w:rsidRPr="00D914B7">
        <w:rPr>
          <w:sz w:val="22"/>
          <w:rtl/>
        </w:rPr>
        <w:t>مردم</w:t>
      </w:r>
      <w:r w:rsidRPr="00D914B7">
        <w:rPr>
          <w:sz w:val="22"/>
        </w:rPr>
        <w:t xml:space="preserve"> </w:t>
      </w:r>
      <w:r w:rsidRPr="00D914B7">
        <w:rPr>
          <w:sz w:val="22"/>
          <w:rtl/>
        </w:rPr>
        <w:t>کجا</w:t>
      </w:r>
      <w:r w:rsidRPr="00D914B7">
        <w:rPr>
          <w:sz w:val="22"/>
        </w:rPr>
        <w:t xml:space="preserve"> </w:t>
      </w:r>
      <w:r w:rsidRPr="00D914B7">
        <w:rPr>
          <w:sz w:val="22"/>
          <w:rtl/>
        </w:rPr>
        <w:t>هستند،</w:t>
      </w:r>
      <w:r w:rsidRPr="00D914B7">
        <w:rPr>
          <w:sz w:val="22"/>
        </w:rPr>
        <w:t xml:space="preserve"> </w:t>
      </w:r>
      <w:r w:rsidRPr="00D914B7">
        <w:rPr>
          <w:sz w:val="22"/>
          <w:rtl/>
        </w:rPr>
        <w:t>چه</w:t>
      </w:r>
      <w:r w:rsidRPr="00D914B7">
        <w:rPr>
          <w:sz w:val="22"/>
        </w:rPr>
        <w:t xml:space="preserve"> </w:t>
      </w:r>
      <w:r w:rsidRPr="00D914B7">
        <w:rPr>
          <w:sz w:val="22"/>
          <w:rtl/>
        </w:rPr>
        <w:t>دارند</w:t>
      </w:r>
      <w:r w:rsidRPr="00D914B7">
        <w:rPr>
          <w:sz w:val="22"/>
        </w:rPr>
        <w:t xml:space="preserve"> </w:t>
      </w:r>
      <w:r w:rsidRPr="00D914B7">
        <w:rPr>
          <w:sz w:val="22"/>
          <w:rtl/>
        </w:rPr>
        <w:t>و</w:t>
      </w:r>
      <w:r w:rsidRPr="00D914B7">
        <w:rPr>
          <w:sz w:val="22"/>
        </w:rPr>
        <w:t xml:space="preserve"> </w:t>
      </w:r>
      <w:r w:rsidRPr="00D914B7">
        <w:rPr>
          <w:sz w:val="22"/>
          <w:rtl/>
        </w:rPr>
        <w:t>چگونه</w:t>
      </w:r>
      <w:r w:rsidRPr="00D914B7">
        <w:rPr>
          <w:sz w:val="22"/>
        </w:rPr>
        <w:t xml:space="preserve"> </w:t>
      </w:r>
      <w:r w:rsidRPr="00D914B7">
        <w:rPr>
          <w:sz w:val="22"/>
          <w:rtl/>
        </w:rPr>
        <w:t>می</w:t>
      </w:r>
      <w:r w:rsidRPr="00D914B7">
        <w:rPr>
          <w:sz w:val="22"/>
        </w:rPr>
        <w:t>‌</w:t>
      </w:r>
      <w:r w:rsidRPr="00D914B7">
        <w:rPr>
          <w:sz w:val="22"/>
          <w:rtl/>
        </w:rPr>
        <w:t>توان</w:t>
      </w:r>
      <w:r w:rsidRPr="00D914B7">
        <w:rPr>
          <w:sz w:val="22"/>
        </w:rPr>
        <w:t xml:space="preserve"> </w:t>
      </w:r>
      <w:r w:rsidRPr="00D914B7">
        <w:rPr>
          <w:sz w:val="22"/>
          <w:rtl/>
        </w:rPr>
        <w:t>آنان</w:t>
      </w:r>
      <w:r w:rsidRPr="00D914B7">
        <w:rPr>
          <w:sz w:val="22"/>
        </w:rPr>
        <w:t xml:space="preserve"> </w:t>
      </w:r>
      <w:r w:rsidRPr="00D914B7">
        <w:rPr>
          <w:sz w:val="22"/>
          <w:rtl/>
        </w:rPr>
        <w:t>را</w:t>
      </w:r>
      <w:r w:rsidRPr="00D914B7">
        <w:rPr>
          <w:sz w:val="22"/>
        </w:rPr>
        <w:t xml:space="preserve"> </w:t>
      </w:r>
      <w:r w:rsidRPr="00D914B7">
        <w:rPr>
          <w:sz w:val="22"/>
          <w:rtl/>
        </w:rPr>
        <w:t>کنترل</w:t>
      </w:r>
      <w:r w:rsidRPr="00D914B7">
        <w:rPr>
          <w:sz w:val="22"/>
        </w:rPr>
        <w:t xml:space="preserve"> </w:t>
      </w:r>
      <w:r w:rsidRPr="00D914B7">
        <w:rPr>
          <w:sz w:val="22"/>
          <w:rtl/>
        </w:rPr>
        <w:t>کرد</w:t>
      </w:r>
      <w:r>
        <w:rPr>
          <w:sz w:val="22"/>
          <w:rtl/>
        </w:rPr>
        <w:t>.</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مالیات</w:t>
      </w:r>
      <w:r w:rsidRPr="00D914B7">
        <w:rPr>
          <w:sz w:val="22"/>
        </w:rPr>
        <w:t xml:space="preserve"> </w:t>
      </w:r>
      <w:r w:rsidRPr="00D914B7">
        <w:rPr>
          <w:sz w:val="22"/>
          <w:rtl/>
        </w:rPr>
        <w:t>بگیرد،</w:t>
      </w:r>
      <w:r w:rsidRPr="00D914B7">
        <w:rPr>
          <w:sz w:val="22"/>
        </w:rPr>
        <w:t xml:space="preserve"> </w:t>
      </w:r>
      <w:r w:rsidRPr="00D914B7">
        <w:rPr>
          <w:sz w:val="22"/>
          <w:rtl/>
        </w:rPr>
        <w:t>اموال</w:t>
      </w:r>
      <w:r w:rsidRPr="00D914B7">
        <w:rPr>
          <w:sz w:val="22"/>
        </w:rPr>
        <w:t xml:space="preserve"> </w:t>
      </w:r>
      <w:r w:rsidRPr="00D914B7">
        <w:rPr>
          <w:sz w:val="22"/>
          <w:rtl/>
        </w:rPr>
        <w:t>را</w:t>
      </w:r>
      <w:r w:rsidRPr="00D914B7">
        <w:rPr>
          <w:sz w:val="22"/>
        </w:rPr>
        <w:t xml:space="preserve"> </w:t>
      </w:r>
      <w:r w:rsidRPr="00D914B7">
        <w:rPr>
          <w:sz w:val="22"/>
          <w:rtl/>
        </w:rPr>
        <w:t>توقیف</w:t>
      </w:r>
      <w:r w:rsidRPr="00D914B7">
        <w:rPr>
          <w:sz w:val="22"/>
        </w:rPr>
        <w:t xml:space="preserve"> </w:t>
      </w:r>
      <w:r w:rsidRPr="00D914B7">
        <w:rPr>
          <w:sz w:val="22"/>
          <w:rtl/>
        </w:rPr>
        <w:t>کند،</w:t>
      </w:r>
      <w:r w:rsidRPr="00D914B7">
        <w:rPr>
          <w:sz w:val="22"/>
        </w:rPr>
        <w:t xml:space="preserve"> </w:t>
      </w:r>
      <w:r w:rsidRPr="00D914B7">
        <w:rPr>
          <w:sz w:val="22"/>
          <w:rtl/>
        </w:rPr>
        <w:t>رفت</w:t>
      </w:r>
      <w:r w:rsidRPr="00D914B7">
        <w:rPr>
          <w:sz w:val="22"/>
        </w:rPr>
        <w:t>‌</w:t>
      </w:r>
      <w:r w:rsidRPr="00D914B7">
        <w:rPr>
          <w:sz w:val="22"/>
          <w:rtl/>
        </w:rPr>
        <w:t>وآمد</w:t>
      </w:r>
      <w:r w:rsidRPr="00D914B7">
        <w:rPr>
          <w:sz w:val="22"/>
        </w:rPr>
        <w:t xml:space="preserve"> </w:t>
      </w:r>
      <w:r w:rsidRPr="00D914B7">
        <w:rPr>
          <w:sz w:val="22"/>
          <w:rtl/>
        </w:rPr>
        <w:t>را</w:t>
      </w:r>
      <w:r w:rsidRPr="00D914B7">
        <w:rPr>
          <w:sz w:val="22"/>
        </w:rPr>
        <w:t xml:space="preserve"> </w:t>
      </w:r>
      <w:r w:rsidRPr="00D914B7">
        <w:rPr>
          <w:sz w:val="22"/>
          <w:rtl/>
        </w:rPr>
        <w:t>محدود</w:t>
      </w:r>
      <w:r w:rsidRPr="00D914B7">
        <w:rPr>
          <w:sz w:val="22"/>
        </w:rPr>
        <w:t xml:space="preserve"> </w:t>
      </w:r>
      <w:r w:rsidRPr="00D914B7">
        <w:rPr>
          <w:sz w:val="22"/>
          <w:rtl/>
        </w:rPr>
        <w:t>سازد</w:t>
      </w:r>
      <w:r w:rsidRPr="00D914B7">
        <w:rPr>
          <w:sz w:val="22"/>
        </w:rPr>
        <w:t xml:space="preserve"> </w:t>
      </w:r>
      <w:r w:rsidRPr="00D914B7">
        <w:rPr>
          <w:sz w:val="22"/>
          <w:rtl/>
        </w:rPr>
        <w:t>و</w:t>
      </w:r>
      <w:r w:rsidRPr="00D914B7">
        <w:rPr>
          <w:sz w:val="22"/>
        </w:rPr>
        <w:t xml:space="preserve"> </w:t>
      </w:r>
      <w:r w:rsidRPr="00D914B7">
        <w:rPr>
          <w:sz w:val="22"/>
          <w:rtl/>
        </w:rPr>
        <w:t>مخالفان</w:t>
      </w:r>
      <w:r w:rsidRPr="00D914B7">
        <w:rPr>
          <w:sz w:val="22"/>
        </w:rPr>
        <w:t xml:space="preserve"> </w:t>
      </w:r>
      <w:r w:rsidRPr="00D914B7">
        <w:rPr>
          <w:sz w:val="22"/>
          <w:rtl/>
        </w:rPr>
        <w:t>را</w:t>
      </w:r>
      <w:r w:rsidRPr="00D914B7">
        <w:rPr>
          <w:sz w:val="22"/>
        </w:rPr>
        <w:t xml:space="preserve"> </w:t>
      </w:r>
      <w:r w:rsidRPr="00D914B7">
        <w:rPr>
          <w:sz w:val="22"/>
          <w:rtl/>
        </w:rPr>
        <w:t>شناسایی</w:t>
      </w:r>
      <w:r w:rsidRPr="00D914B7">
        <w:rPr>
          <w:sz w:val="22"/>
        </w:rPr>
        <w:t xml:space="preserve"> </w:t>
      </w:r>
      <w:r w:rsidRPr="00D914B7">
        <w:rPr>
          <w:sz w:val="22"/>
          <w:rtl/>
        </w:rPr>
        <w:t>نماید</w:t>
      </w:r>
      <w:r>
        <w:rPr>
          <w:sz w:val="22"/>
          <w:rtl/>
        </w:rPr>
        <w:t>.</w:t>
      </w:r>
      <w:r w:rsidRPr="00D914B7">
        <w:rPr>
          <w:sz w:val="22"/>
        </w:rPr>
        <w:t xml:space="preserve"> </w:t>
      </w:r>
      <w:r w:rsidRPr="00D914B7">
        <w:rPr>
          <w:sz w:val="22"/>
          <w:rtl/>
        </w:rPr>
        <w:t>اهمیت</w:t>
      </w:r>
      <w:r w:rsidRPr="00D914B7">
        <w:rPr>
          <w:sz w:val="22"/>
        </w:rPr>
        <w:t xml:space="preserve"> </w:t>
      </w:r>
      <w:r w:rsidRPr="00D914B7">
        <w:rPr>
          <w:sz w:val="22"/>
          <w:rtl/>
        </w:rPr>
        <w:t>تاریخی</w:t>
      </w:r>
      <w:r w:rsidRPr="00D914B7">
        <w:rPr>
          <w:sz w:val="22"/>
        </w:rPr>
        <w:t xml:space="preserve"> </w:t>
      </w:r>
      <w:r w:rsidRPr="00D914B7">
        <w:rPr>
          <w:sz w:val="22"/>
          <w:rtl/>
        </w:rPr>
        <w:t>دیوان</w:t>
      </w:r>
      <w:r w:rsidRPr="00D914B7">
        <w:rPr>
          <w:sz w:val="22"/>
        </w:rPr>
        <w:t xml:space="preserve"> </w:t>
      </w:r>
      <w:r w:rsidRPr="00D914B7">
        <w:rPr>
          <w:sz w:val="22"/>
          <w:rtl/>
        </w:rPr>
        <w:t>از</w:t>
      </w:r>
      <w:r w:rsidRPr="00D914B7">
        <w:rPr>
          <w:sz w:val="22"/>
        </w:rPr>
        <w:t xml:space="preserve"> </w:t>
      </w:r>
      <w:r w:rsidRPr="00D914B7">
        <w:rPr>
          <w:sz w:val="22"/>
          <w:rtl/>
        </w:rPr>
        <w:t>پاکی</w:t>
      </w:r>
      <w:r w:rsidRPr="00D914B7">
        <w:rPr>
          <w:sz w:val="22"/>
        </w:rPr>
        <w:t xml:space="preserve"> </w:t>
      </w:r>
      <w:r w:rsidRPr="00D914B7">
        <w:rPr>
          <w:sz w:val="22"/>
          <w:rtl/>
        </w:rPr>
        <w:t>ذاتی</w:t>
      </w:r>
      <w:r w:rsidRPr="00D914B7">
        <w:rPr>
          <w:sz w:val="22"/>
        </w:rPr>
        <w:t xml:space="preserve"> </w:t>
      </w:r>
      <w:r w:rsidRPr="00D914B7">
        <w:rPr>
          <w:sz w:val="22"/>
          <w:rtl/>
        </w:rPr>
        <w:t>آن</w:t>
      </w:r>
      <w:r w:rsidRPr="00D914B7">
        <w:rPr>
          <w:sz w:val="22"/>
        </w:rPr>
        <w:t xml:space="preserve"> </w:t>
      </w:r>
      <w:r w:rsidRPr="00D914B7">
        <w:rPr>
          <w:sz w:val="22"/>
          <w:rtl/>
        </w:rPr>
        <w:t>ناشی</w:t>
      </w:r>
      <w:r w:rsidRPr="00D914B7">
        <w:rPr>
          <w:sz w:val="22"/>
        </w:rPr>
        <w:t xml:space="preserve"> </w:t>
      </w:r>
      <w:r w:rsidRPr="00D914B7">
        <w:rPr>
          <w:sz w:val="22"/>
          <w:rtl/>
        </w:rPr>
        <w:t>نمی</w:t>
      </w:r>
      <w:r w:rsidRPr="00D914B7">
        <w:rPr>
          <w:sz w:val="22"/>
        </w:rPr>
        <w:t>‌</w:t>
      </w:r>
      <w:r w:rsidRPr="00D914B7">
        <w:rPr>
          <w:sz w:val="22"/>
          <w:rtl/>
        </w:rPr>
        <w:t>شود؛</w:t>
      </w:r>
      <w:r w:rsidRPr="00D914B7">
        <w:rPr>
          <w:sz w:val="22"/>
        </w:rPr>
        <w:t xml:space="preserve"> </w:t>
      </w:r>
      <w:r w:rsidRPr="00D914B7">
        <w:rPr>
          <w:sz w:val="22"/>
          <w:rtl/>
        </w:rPr>
        <w:t>از</w:t>
      </w:r>
      <w:r w:rsidRPr="00D914B7">
        <w:rPr>
          <w:sz w:val="22"/>
        </w:rPr>
        <w:t xml:space="preserve"> </w:t>
      </w:r>
      <w:r w:rsidRPr="00D914B7">
        <w:rPr>
          <w:sz w:val="22"/>
          <w:rtl/>
        </w:rPr>
        <w:t>جایگاهش</w:t>
      </w:r>
      <w:r w:rsidRPr="00D914B7">
        <w:rPr>
          <w:sz w:val="22"/>
        </w:rPr>
        <w:t xml:space="preserve"> </w:t>
      </w:r>
      <w:r w:rsidRPr="00D914B7">
        <w:rPr>
          <w:sz w:val="22"/>
          <w:rtl/>
        </w:rPr>
        <w:t>در</w:t>
      </w:r>
      <w:r w:rsidRPr="00D914B7">
        <w:rPr>
          <w:sz w:val="22"/>
        </w:rPr>
        <w:t xml:space="preserve"> </w:t>
      </w:r>
      <w:r w:rsidRPr="00D914B7">
        <w:rPr>
          <w:sz w:val="22"/>
          <w:rtl/>
        </w:rPr>
        <w:t>تبدیل</w:t>
      </w:r>
      <w:r w:rsidRPr="00D914B7">
        <w:rPr>
          <w:sz w:val="22"/>
        </w:rPr>
        <w:t xml:space="preserve"> </w:t>
      </w:r>
      <w:r w:rsidRPr="00D914B7">
        <w:rPr>
          <w:sz w:val="22"/>
          <w:rtl/>
        </w:rPr>
        <w:t>تصمیم</w:t>
      </w:r>
      <w:r w:rsidRPr="00D914B7">
        <w:rPr>
          <w:sz w:val="22"/>
        </w:rPr>
        <w:t xml:space="preserve"> </w:t>
      </w:r>
      <w:r w:rsidRPr="00D914B7">
        <w:rPr>
          <w:sz w:val="22"/>
          <w:rtl/>
        </w:rPr>
        <w:t>به</w:t>
      </w:r>
      <w:r w:rsidRPr="00D914B7">
        <w:rPr>
          <w:sz w:val="22"/>
        </w:rPr>
        <w:t xml:space="preserve"> </w:t>
      </w:r>
      <w:r w:rsidRPr="00D914B7">
        <w:rPr>
          <w:sz w:val="22"/>
          <w:rtl/>
        </w:rPr>
        <w:t>عمل</w:t>
      </w:r>
      <w:r w:rsidRPr="00D914B7">
        <w:rPr>
          <w:sz w:val="22"/>
        </w:rPr>
        <w:t xml:space="preserve"> </w:t>
      </w:r>
      <w:r w:rsidRPr="00D914B7">
        <w:rPr>
          <w:sz w:val="22"/>
          <w:rtl/>
        </w:rPr>
        <w:t>و</w:t>
      </w:r>
      <w:r w:rsidRPr="00D914B7">
        <w:rPr>
          <w:sz w:val="22"/>
        </w:rPr>
        <w:t xml:space="preserve"> </w:t>
      </w:r>
      <w:r w:rsidRPr="00D914B7">
        <w:rPr>
          <w:sz w:val="22"/>
          <w:rtl/>
        </w:rPr>
        <w:t>از</w:t>
      </w:r>
      <w:r w:rsidRPr="00D914B7">
        <w:rPr>
          <w:sz w:val="22"/>
        </w:rPr>
        <w:t xml:space="preserve"> </w:t>
      </w:r>
      <w:r w:rsidRPr="00D914B7">
        <w:rPr>
          <w:sz w:val="22"/>
          <w:rtl/>
        </w:rPr>
        <w:t>ظرفیتی</w:t>
      </w:r>
      <w:r w:rsidRPr="00D914B7">
        <w:rPr>
          <w:sz w:val="22"/>
        </w:rPr>
        <w:t xml:space="preserve"> </w:t>
      </w:r>
      <w:r w:rsidRPr="00D914B7">
        <w:rPr>
          <w:sz w:val="22"/>
          <w:rtl/>
        </w:rPr>
        <w:t>ناشی</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برای</w:t>
      </w:r>
      <w:r w:rsidRPr="00D914B7">
        <w:rPr>
          <w:sz w:val="22"/>
        </w:rPr>
        <w:t xml:space="preserve"> </w:t>
      </w:r>
      <w:r w:rsidRPr="00D914B7">
        <w:rPr>
          <w:sz w:val="22"/>
          <w:rtl/>
        </w:rPr>
        <w:t>حفظ</w:t>
      </w:r>
      <w:r w:rsidRPr="00D914B7">
        <w:rPr>
          <w:sz w:val="22"/>
        </w:rPr>
        <w:t xml:space="preserve"> </w:t>
      </w:r>
      <w:r w:rsidRPr="00D914B7">
        <w:rPr>
          <w:sz w:val="22"/>
          <w:rtl/>
        </w:rPr>
        <w:t>یا</w:t>
      </w:r>
      <w:r w:rsidRPr="00D914B7">
        <w:rPr>
          <w:sz w:val="22"/>
        </w:rPr>
        <w:t xml:space="preserve"> </w:t>
      </w:r>
      <w:r w:rsidRPr="00D914B7">
        <w:rPr>
          <w:sz w:val="22"/>
          <w:rtl/>
        </w:rPr>
        <w:t>نابودی</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دارد</w:t>
      </w:r>
      <w:r>
        <w:rPr>
          <w:sz w:val="22"/>
          <w:rtl/>
        </w:rPr>
        <w:t>.</w:t>
      </w:r>
      <w:r w:rsidRPr="00D914B7">
        <w:rPr>
          <w:sz w:val="22"/>
        </w:rPr>
        <w:t xml:space="preserve"> </w:t>
      </w:r>
      <w:r w:rsidRPr="00D914B7">
        <w:rPr>
          <w:sz w:val="22"/>
          <w:rtl/>
        </w:rPr>
        <w:t>دیوان</w:t>
      </w:r>
      <w:r w:rsidRPr="00D914B7">
        <w:rPr>
          <w:sz w:val="22"/>
        </w:rPr>
        <w:t xml:space="preserve"> </w:t>
      </w:r>
      <w:r w:rsidRPr="00D914B7">
        <w:rPr>
          <w:sz w:val="22"/>
          <w:rtl/>
        </w:rPr>
        <w:t>تنها</w:t>
      </w:r>
      <w:r w:rsidRPr="00D914B7">
        <w:rPr>
          <w:sz w:val="22"/>
        </w:rPr>
        <w:t xml:space="preserve"> </w:t>
      </w:r>
      <w:r w:rsidRPr="00D914B7">
        <w:rPr>
          <w:sz w:val="22"/>
          <w:rtl/>
        </w:rPr>
        <w:t>هنگامی</w:t>
      </w:r>
      <w:r w:rsidRPr="00D914B7">
        <w:rPr>
          <w:sz w:val="22"/>
        </w:rPr>
        <w:t xml:space="preserve"> </w:t>
      </w:r>
      <w:r w:rsidRPr="00D914B7">
        <w:rPr>
          <w:sz w:val="22"/>
          <w:rtl/>
        </w:rPr>
        <w:t>به</w:t>
      </w:r>
      <w:r w:rsidRPr="00D914B7">
        <w:rPr>
          <w:sz w:val="22"/>
        </w:rPr>
        <w:t xml:space="preserve"> </w:t>
      </w:r>
      <w:r w:rsidRPr="00D914B7">
        <w:rPr>
          <w:sz w:val="22"/>
          <w:rtl/>
        </w:rPr>
        <w:t>خدمت</w:t>
      </w:r>
      <w:r w:rsidRPr="00D914B7">
        <w:rPr>
          <w:sz w:val="22"/>
        </w:rPr>
        <w:t xml:space="preserve"> </w:t>
      </w:r>
      <w:r w:rsidRPr="00D914B7">
        <w:rPr>
          <w:sz w:val="22"/>
          <w:rtl/>
        </w:rPr>
        <w:t>ملت</w:t>
      </w:r>
      <w:r w:rsidRPr="00D914B7">
        <w:rPr>
          <w:sz w:val="22"/>
        </w:rPr>
        <w:t xml:space="preserve"> </w:t>
      </w:r>
      <w:r w:rsidRPr="00D914B7">
        <w:rPr>
          <w:sz w:val="22"/>
          <w:rtl/>
        </w:rPr>
        <w:t>درمی</w:t>
      </w:r>
      <w:r w:rsidRPr="00D914B7">
        <w:rPr>
          <w:sz w:val="22"/>
        </w:rPr>
        <w:t>‌</w:t>
      </w:r>
      <w:r w:rsidRPr="00D914B7">
        <w:rPr>
          <w:sz w:val="22"/>
          <w:rtl/>
        </w:rPr>
        <w:t>آید</w:t>
      </w:r>
      <w:r w:rsidRPr="00D914B7">
        <w:rPr>
          <w:sz w:val="22"/>
        </w:rPr>
        <w:t xml:space="preserve"> </w:t>
      </w:r>
      <w:r w:rsidRPr="00D914B7">
        <w:rPr>
          <w:sz w:val="22"/>
          <w:rtl/>
        </w:rPr>
        <w:t>که</w:t>
      </w:r>
      <w:r w:rsidRPr="00D914B7">
        <w:rPr>
          <w:sz w:val="22"/>
        </w:rPr>
        <w:t xml:space="preserve"> </w:t>
      </w:r>
      <w:r w:rsidRPr="00D914B7">
        <w:rPr>
          <w:sz w:val="22"/>
          <w:rtl/>
        </w:rPr>
        <w:t>زیر</w:t>
      </w:r>
      <w:r w:rsidRPr="00D914B7">
        <w:rPr>
          <w:sz w:val="22"/>
        </w:rPr>
        <w:t xml:space="preserve"> </w:t>
      </w:r>
      <w:r w:rsidRPr="00D914B7">
        <w:rPr>
          <w:sz w:val="22"/>
          <w:rtl/>
        </w:rPr>
        <w:t>فرمان</w:t>
      </w:r>
      <w:r w:rsidRPr="00D914B7">
        <w:rPr>
          <w:sz w:val="22"/>
        </w:rPr>
        <w:t xml:space="preserve"> </w:t>
      </w:r>
      <w:r w:rsidRPr="00D914B7">
        <w:rPr>
          <w:sz w:val="22"/>
          <w:rtl/>
        </w:rPr>
        <w:t>قانون،</w:t>
      </w:r>
      <w:r w:rsidRPr="00D914B7">
        <w:rPr>
          <w:sz w:val="22"/>
        </w:rPr>
        <w:t xml:space="preserve"> </w:t>
      </w:r>
      <w:r w:rsidRPr="00D914B7">
        <w:rPr>
          <w:sz w:val="22"/>
          <w:rtl/>
        </w:rPr>
        <w:t>شفافیت،</w:t>
      </w:r>
      <w:r w:rsidRPr="00D914B7">
        <w:rPr>
          <w:sz w:val="22"/>
        </w:rPr>
        <w:t xml:space="preserve"> </w:t>
      </w:r>
      <w:r w:rsidRPr="00D914B7">
        <w:rPr>
          <w:sz w:val="22"/>
          <w:rtl/>
        </w:rPr>
        <w:t>نظارت</w:t>
      </w:r>
      <w:r w:rsidRPr="00D914B7">
        <w:rPr>
          <w:sz w:val="22"/>
        </w:rPr>
        <w:t xml:space="preserve"> </w:t>
      </w:r>
      <w:r w:rsidRPr="00D914B7">
        <w:rPr>
          <w:sz w:val="22"/>
          <w:rtl/>
        </w:rPr>
        <w:t>و</w:t>
      </w:r>
      <w:r w:rsidRPr="00D914B7">
        <w:rPr>
          <w:sz w:val="22"/>
        </w:rPr>
        <w:t xml:space="preserve"> </w:t>
      </w:r>
      <w:r w:rsidRPr="00D914B7">
        <w:rPr>
          <w:sz w:val="22"/>
          <w:rtl/>
        </w:rPr>
        <w:t>امکان</w:t>
      </w:r>
      <w:r w:rsidRPr="00D914B7">
        <w:rPr>
          <w:sz w:val="22"/>
        </w:rPr>
        <w:t xml:space="preserve"> </w:t>
      </w:r>
      <w:r w:rsidRPr="00D914B7">
        <w:rPr>
          <w:sz w:val="22"/>
          <w:rtl/>
        </w:rPr>
        <w:t>شکایت</w:t>
      </w:r>
      <w:r w:rsidRPr="00D914B7">
        <w:rPr>
          <w:sz w:val="22"/>
        </w:rPr>
        <w:t xml:space="preserve"> </w:t>
      </w:r>
      <w:r w:rsidRPr="00D914B7">
        <w:rPr>
          <w:sz w:val="22"/>
          <w:rtl/>
        </w:rPr>
        <w:t>قرار</w:t>
      </w:r>
      <w:r w:rsidRPr="00D914B7">
        <w:rPr>
          <w:sz w:val="22"/>
        </w:rPr>
        <w:t xml:space="preserve"> </w:t>
      </w:r>
      <w:r w:rsidRPr="00D914B7">
        <w:rPr>
          <w:sz w:val="22"/>
          <w:rtl/>
        </w:rPr>
        <w:t>گیرد</w:t>
      </w:r>
      <w:r>
        <w:rPr>
          <w:sz w:val="22"/>
          <w:rtl/>
        </w:rPr>
        <w:t>.</w:t>
      </w:r>
    </w:p>
    <w:p w:rsidR="00987F03" w:rsidRPr="00D914B7" w:rsidRDefault="00987F03" w:rsidP="00987F03">
      <w:pPr>
        <w:keepNext/>
        <w:bidi/>
        <w:rPr>
          <w:sz w:val="22"/>
        </w:rPr>
      </w:pPr>
      <w:r w:rsidRPr="00D914B7">
        <w:rPr>
          <w:b/>
          <w:bCs/>
          <w:sz w:val="22"/>
          <w:rtl/>
        </w:rPr>
        <w:t>۶</w:t>
      </w:r>
      <w:r>
        <w:rPr>
          <w:b/>
          <w:sz w:val="22"/>
          <w:rtl/>
        </w:rPr>
        <w:t>.</w:t>
      </w:r>
      <w:r w:rsidRPr="00D914B7">
        <w:rPr>
          <w:b/>
          <w:sz w:val="22"/>
        </w:rPr>
        <w:t xml:space="preserve"> </w:t>
      </w:r>
      <w:r w:rsidRPr="00D914B7">
        <w:rPr>
          <w:b/>
          <w:bCs/>
          <w:sz w:val="22"/>
          <w:rtl/>
        </w:rPr>
        <w:t>چهار</w:t>
      </w:r>
      <w:r w:rsidRPr="00D914B7">
        <w:rPr>
          <w:b/>
          <w:sz w:val="22"/>
        </w:rPr>
        <w:t xml:space="preserve"> </w:t>
      </w:r>
      <w:r w:rsidRPr="00D914B7">
        <w:rPr>
          <w:b/>
          <w:bCs/>
          <w:sz w:val="22"/>
          <w:rtl/>
        </w:rPr>
        <w:t>نهاد</w:t>
      </w:r>
      <w:r w:rsidRPr="00D914B7">
        <w:rPr>
          <w:b/>
          <w:sz w:val="22"/>
        </w:rPr>
        <w:t xml:space="preserve"> </w:t>
      </w:r>
      <w:r w:rsidRPr="00D914B7">
        <w:rPr>
          <w:b/>
          <w:bCs/>
          <w:sz w:val="22"/>
          <w:rtl/>
        </w:rPr>
        <w:t>اصلی</w:t>
      </w:r>
      <w:r w:rsidRPr="00D914B7">
        <w:rPr>
          <w:b/>
          <w:sz w:val="22"/>
        </w:rPr>
        <w:t xml:space="preserve"> </w:t>
      </w:r>
      <w:r w:rsidRPr="00D914B7">
        <w:rPr>
          <w:b/>
          <w:bCs/>
          <w:sz w:val="22"/>
          <w:rtl/>
        </w:rPr>
        <w:t>و</w:t>
      </w:r>
      <w:r w:rsidRPr="00D914B7">
        <w:rPr>
          <w:b/>
          <w:sz w:val="22"/>
        </w:rPr>
        <w:t xml:space="preserve"> </w:t>
      </w:r>
      <w:r w:rsidRPr="00D914B7">
        <w:rPr>
          <w:b/>
          <w:bCs/>
          <w:sz w:val="22"/>
          <w:rtl/>
        </w:rPr>
        <w:t>نیروهای</w:t>
      </w:r>
      <w:r w:rsidRPr="00D914B7">
        <w:rPr>
          <w:b/>
          <w:sz w:val="22"/>
        </w:rPr>
        <w:t xml:space="preserve"> </w:t>
      </w:r>
      <w:r w:rsidRPr="00D914B7">
        <w:rPr>
          <w:b/>
          <w:bCs/>
          <w:sz w:val="22"/>
          <w:rtl/>
        </w:rPr>
        <w:t>اجتماعی</w:t>
      </w:r>
      <w:r w:rsidRPr="00D914B7">
        <w:rPr>
          <w:b/>
          <w:sz w:val="22"/>
        </w:rPr>
        <w:t xml:space="preserve"> </w:t>
      </w:r>
      <w:r w:rsidRPr="00D914B7">
        <w:rPr>
          <w:b/>
          <w:bCs/>
          <w:sz w:val="22"/>
          <w:rtl/>
        </w:rPr>
        <w:t>پیرامون</w:t>
      </w:r>
      <w:r w:rsidRPr="00D914B7">
        <w:rPr>
          <w:b/>
          <w:sz w:val="22"/>
        </w:rPr>
        <w:t xml:space="preserve"> </w:t>
      </w:r>
      <w:r w:rsidRPr="00D914B7">
        <w:rPr>
          <w:b/>
          <w:bCs/>
          <w:sz w:val="22"/>
          <w:rtl/>
        </w:rPr>
        <w:t>آنها</w:t>
      </w:r>
    </w:p>
    <w:p w:rsidR="00987F03" w:rsidRPr="00D914B7" w:rsidRDefault="00987F03" w:rsidP="00987F03">
      <w:pPr>
        <w:bidi/>
        <w:ind w:firstLine="720"/>
        <w:rPr>
          <w:sz w:val="22"/>
        </w:rPr>
      </w:pP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را</w:t>
      </w:r>
      <w:r w:rsidRPr="00D914B7">
        <w:rPr>
          <w:sz w:val="22"/>
        </w:rPr>
        <w:t xml:space="preserve"> </w:t>
      </w:r>
      <w:r w:rsidRPr="00D914B7">
        <w:rPr>
          <w:sz w:val="22"/>
          <w:rtl/>
        </w:rPr>
        <w:t>بر</w:t>
      </w:r>
      <w:r w:rsidRPr="00D914B7">
        <w:rPr>
          <w:sz w:val="22"/>
        </w:rPr>
        <w:t xml:space="preserve"> </w:t>
      </w:r>
      <w:r w:rsidRPr="00D914B7">
        <w:rPr>
          <w:sz w:val="22"/>
          <w:rtl/>
        </w:rPr>
        <w:t>اساس</w:t>
      </w:r>
      <w:r w:rsidRPr="00D914B7">
        <w:rPr>
          <w:sz w:val="22"/>
        </w:rPr>
        <w:t xml:space="preserve"> </w:t>
      </w:r>
      <w:r w:rsidRPr="00D914B7">
        <w:rPr>
          <w:sz w:val="22"/>
          <w:rtl/>
        </w:rPr>
        <w:t>کارکرد</w:t>
      </w:r>
      <w:r w:rsidRPr="00D914B7">
        <w:rPr>
          <w:sz w:val="22"/>
        </w:rPr>
        <w:t xml:space="preserve"> </w:t>
      </w:r>
      <w:r w:rsidRPr="00D914B7">
        <w:rPr>
          <w:sz w:val="22"/>
          <w:rtl/>
        </w:rPr>
        <w:t>متقابل</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اصلی</w:t>
      </w:r>
      <w:r w:rsidRPr="00D914B7">
        <w:rPr>
          <w:sz w:val="22"/>
        </w:rPr>
        <w:t xml:space="preserve"> </w:t>
      </w:r>
      <w:r w:rsidRPr="00D914B7">
        <w:rPr>
          <w:sz w:val="22"/>
          <w:rtl/>
        </w:rPr>
        <w:t>قدرت</w:t>
      </w:r>
      <w:r w:rsidRPr="00D914B7">
        <w:rPr>
          <w:sz w:val="22"/>
        </w:rPr>
        <w:t xml:space="preserve"> </w:t>
      </w:r>
      <w:r w:rsidRPr="00D914B7">
        <w:rPr>
          <w:sz w:val="22"/>
          <w:rtl/>
        </w:rPr>
        <w:t>مطالعه</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فرمانروا</w:t>
      </w:r>
      <w:r w:rsidRPr="00D914B7">
        <w:rPr>
          <w:sz w:val="22"/>
        </w:rPr>
        <w:t xml:space="preserve"> </w:t>
      </w:r>
      <w:r w:rsidRPr="00D914B7">
        <w:rPr>
          <w:sz w:val="22"/>
          <w:rtl/>
        </w:rPr>
        <w:t>و</w:t>
      </w:r>
      <w:r w:rsidRPr="00D914B7">
        <w:rPr>
          <w:sz w:val="22"/>
        </w:rPr>
        <w:t xml:space="preserve"> </w:t>
      </w:r>
      <w:r w:rsidRPr="00D914B7">
        <w:rPr>
          <w:sz w:val="22"/>
          <w:rtl/>
        </w:rPr>
        <w:t>دربار</w:t>
      </w:r>
      <w:r>
        <w:rPr>
          <w:rFonts w:hint="cs"/>
          <w:sz w:val="22"/>
          <w:rtl/>
        </w:rPr>
        <w:t xml:space="preserve"> یا مقر حکومت اش</w:t>
      </w:r>
      <w:r w:rsidRPr="00D914B7">
        <w:rPr>
          <w:sz w:val="22"/>
          <w:rtl/>
        </w:rPr>
        <w:t>،</w:t>
      </w:r>
      <w:r w:rsidRPr="00D914B7">
        <w:rPr>
          <w:sz w:val="22"/>
        </w:rPr>
        <w:t xml:space="preserve"> </w:t>
      </w:r>
      <w:r w:rsidRPr="00D914B7">
        <w:rPr>
          <w:sz w:val="22"/>
          <w:rtl/>
        </w:rPr>
        <w:t>قشون،</w:t>
      </w:r>
      <w:r w:rsidRPr="00D914B7">
        <w:rPr>
          <w:sz w:val="22"/>
        </w:rPr>
        <w:t xml:space="preserve"> </w:t>
      </w:r>
      <w:r w:rsidRPr="00D914B7">
        <w:rPr>
          <w:sz w:val="22"/>
          <w:rtl/>
        </w:rPr>
        <w:t>دینکاران</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w:t>
      </w:r>
      <w:r w:rsidRPr="00D914B7">
        <w:rPr>
          <w:sz w:val="22"/>
          <w:rtl/>
        </w:rPr>
        <w:t>سالاری</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همیشه</w:t>
      </w:r>
      <w:r w:rsidRPr="00D914B7">
        <w:rPr>
          <w:sz w:val="22"/>
        </w:rPr>
        <w:t xml:space="preserve"> </w:t>
      </w:r>
      <w:r w:rsidRPr="00D914B7">
        <w:rPr>
          <w:sz w:val="22"/>
          <w:rtl/>
        </w:rPr>
        <w:t>با</w:t>
      </w:r>
      <w:r w:rsidRPr="00D914B7">
        <w:rPr>
          <w:sz w:val="22"/>
        </w:rPr>
        <w:t xml:space="preserve"> </w:t>
      </w:r>
      <w:r w:rsidRPr="00D914B7">
        <w:rPr>
          <w:sz w:val="22"/>
          <w:rtl/>
        </w:rPr>
        <w:t>همین</w:t>
      </w:r>
      <w:r w:rsidRPr="00D914B7">
        <w:rPr>
          <w:sz w:val="22"/>
        </w:rPr>
        <w:t xml:space="preserve"> </w:t>
      </w:r>
      <w:r w:rsidRPr="00D914B7">
        <w:rPr>
          <w:sz w:val="22"/>
          <w:rtl/>
        </w:rPr>
        <w:t>نام</w:t>
      </w:r>
      <w:r w:rsidRPr="00D914B7">
        <w:rPr>
          <w:sz w:val="22"/>
        </w:rPr>
        <w:t xml:space="preserve"> </w:t>
      </w:r>
      <w:r w:rsidRPr="00D914B7">
        <w:rPr>
          <w:sz w:val="22"/>
          <w:rtl/>
        </w:rPr>
        <w:t>و</w:t>
      </w:r>
      <w:r w:rsidRPr="00D914B7">
        <w:rPr>
          <w:sz w:val="22"/>
        </w:rPr>
        <w:t xml:space="preserve"> </w:t>
      </w:r>
      <w:r w:rsidRPr="00D914B7">
        <w:rPr>
          <w:sz w:val="22"/>
          <w:rtl/>
        </w:rPr>
        <w:t>صورت</w:t>
      </w:r>
      <w:r w:rsidRPr="00D914B7">
        <w:rPr>
          <w:sz w:val="22"/>
        </w:rPr>
        <w:t xml:space="preserve"> </w:t>
      </w:r>
      <w:r w:rsidRPr="00D914B7">
        <w:rPr>
          <w:sz w:val="22"/>
          <w:rtl/>
        </w:rPr>
        <w:t>وجود</w:t>
      </w:r>
      <w:r w:rsidRPr="00D914B7">
        <w:rPr>
          <w:sz w:val="22"/>
        </w:rPr>
        <w:t xml:space="preserve"> </w:t>
      </w:r>
      <w:r w:rsidRPr="00D914B7">
        <w:rPr>
          <w:sz w:val="22"/>
          <w:rtl/>
        </w:rPr>
        <w:t>نداشته</w:t>
      </w:r>
      <w:r w:rsidRPr="00D914B7">
        <w:rPr>
          <w:sz w:val="22"/>
        </w:rPr>
        <w:t>‌</w:t>
      </w:r>
      <w:r w:rsidRPr="00D914B7">
        <w:rPr>
          <w:sz w:val="22"/>
          <w:rtl/>
        </w:rPr>
        <w:t>اند</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شاه،</w:t>
      </w:r>
      <w:r w:rsidRPr="00D914B7">
        <w:rPr>
          <w:sz w:val="22"/>
        </w:rPr>
        <w:t xml:space="preserve"> </w:t>
      </w:r>
      <w:r w:rsidRPr="00D914B7">
        <w:rPr>
          <w:sz w:val="22"/>
          <w:rtl/>
        </w:rPr>
        <w:t>خلیفه،</w:t>
      </w:r>
      <w:r w:rsidRPr="00D914B7">
        <w:rPr>
          <w:sz w:val="22"/>
        </w:rPr>
        <w:t xml:space="preserve"> </w:t>
      </w:r>
      <w:r w:rsidRPr="00D914B7">
        <w:rPr>
          <w:sz w:val="22"/>
          <w:rtl/>
        </w:rPr>
        <w:t>سلطان،</w:t>
      </w:r>
      <w:r w:rsidRPr="00D914B7">
        <w:rPr>
          <w:sz w:val="22"/>
        </w:rPr>
        <w:t xml:space="preserve"> </w:t>
      </w:r>
      <w:r w:rsidRPr="00D914B7">
        <w:rPr>
          <w:sz w:val="22"/>
          <w:rtl/>
        </w:rPr>
        <w:t>امیر،</w:t>
      </w:r>
      <w:r w:rsidRPr="00D914B7">
        <w:rPr>
          <w:sz w:val="22"/>
        </w:rPr>
        <w:t xml:space="preserve"> </w:t>
      </w:r>
      <w:r w:rsidRPr="00D914B7">
        <w:rPr>
          <w:sz w:val="22"/>
          <w:rtl/>
        </w:rPr>
        <w:t>فقیه</w:t>
      </w:r>
      <w:r w:rsidRPr="00D914B7">
        <w:rPr>
          <w:sz w:val="22"/>
        </w:rPr>
        <w:t xml:space="preserve"> </w:t>
      </w:r>
      <w:r w:rsidRPr="00D914B7">
        <w:rPr>
          <w:sz w:val="22"/>
          <w:rtl/>
        </w:rPr>
        <w:t>یا</w:t>
      </w:r>
      <w:r w:rsidRPr="00D914B7">
        <w:rPr>
          <w:sz w:val="22"/>
        </w:rPr>
        <w:t xml:space="preserve"> </w:t>
      </w:r>
      <w:r w:rsidRPr="00D914B7">
        <w:rPr>
          <w:sz w:val="22"/>
          <w:rtl/>
        </w:rPr>
        <w:t>رئیس</w:t>
      </w:r>
      <w:r w:rsidRPr="00D914B7">
        <w:rPr>
          <w:sz w:val="22"/>
        </w:rPr>
        <w:t>‌</w:t>
      </w:r>
      <w:r w:rsidRPr="00D914B7">
        <w:rPr>
          <w:sz w:val="22"/>
          <w:rtl/>
        </w:rPr>
        <w:t>جمهور</w:t>
      </w:r>
      <w:r w:rsidRPr="00D914B7">
        <w:rPr>
          <w:sz w:val="22"/>
        </w:rPr>
        <w:t xml:space="preserve"> </w:t>
      </w:r>
      <w:r w:rsidRPr="00D914B7">
        <w:rPr>
          <w:sz w:val="22"/>
          <w:rtl/>
        </w:rPr>
        <w:t>باشد؛</w:t>
      </w:r>
      <w:r w:rsidRPr="00D914B7">
        <w:rPr>
          <w:sz w:val="22"/>
        </w:rPr>
        <w:t xml:space="preserve"> </w:t>
      </w:r>
      <w:r w:rsidRPr="00D914B7">
        <w:rPr>
          <w:sz w:val="22"/>
          <w:rtl/>
        </w:rPr>
        <w:t>قشون</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سپاه</w:t>
      </w:r>
      <w:r w:rsidRPr="00D914B7">
        <w:rPr>
          <w:sz w:val="22"/>
        </w:rPr>
        <w:t xml:space="preserve"> </w:t>
      </w:r>
      <w:r w:rsidRPr="00D914B7">
        <w:rPr>
          <w:sz w:val="22"/>
          <w:rtl/>
        </w:rPr>
        <w:t>شاهی،</w:t>
      </w:r>
      <w:r w:rsidRPr="00D914B7">
        <w:rPr>
          <w:sz w:val="22"/>
        </w:rPr>
        <w:t xml:space="preserve"> </w:t>
      </w:r>
      <w:r w:rsidRPr="00D914B7">
        <w:rPr>
          <w:sz w:val="22"/>
          <w:rtl/>
        </w:rPr>
        <w:t>نیروی</w:t>
      </w:r>
      <w:r w:rsidRPr="00D914B7">
        <w:rPr>
          <w:sz w:val="22"/>
        </w:rPr>
        <w:t xml:space="preserve"> </w:t>
      </w:r>
      <w:r w:rsidRPr="00D914B7">
        <w:rPr>
          <w:sz w:val="22"/>
          <w:rtl/>
        </w:rPr>
        <w:t>قبیله</w:t>
      </w:r>
      <w:r w:rsidRPr="00D914B7">
        <w:rPr>
          <w:sz w:val="22"/>
        </w:rPr>
        <w:t>‌</w:t>
      </w:r>
      <w:r w:rsidRPr="00D914B7">
        <w:rPr>
          <w:sz w:val="22"/>
          <w:rtl/>
        </w:rPr>
        <w:t>ای،</w:t>
      </w:r>
      <w:r w:rsidRPr="00D914B7">
        <w:rPr>
          <w:sz w:val="22"/>
        </w:rPr>
        <w:t xml:space="preserve"> </w:t>
      </w:r>
      <w:r w:rsidRPr="00D914B7">
        <w:rPr>
          <w:sz w:val="22"/>
          <w:rtl/>
        </w:rPr>
        <w:t>غلامان</w:t>
      </w:r>
      <w:r w:rsidRPr="00D914B7">
        <w:rPr>
          <w:sz w:val="22"/>
        </w:rPr>
        <w:t xml:space="preserve"> </w:t>
      </w:r>
      <w:r w:rsidRPr="00D914B7">
        <w:rPr>
          <w:sz w:val="22"/>
          <w:rtl/>
        </w:rPr>
        <w:t>نظامی،</w:t>
      </w:r>
      <w:r w:rsidRPr="00D914B7">
        <w:rPr>
          <w:sz w:val="22"/>
        </w:rPr>
        <w:t xml:space="preserve"> </w:t>
      </w:r>
      <w:r w:rsidRPr="00D914B7">
        <w:rPr>
          <w:sz w:val="22"/>
          <w:rtl/>
        </w:rPr>
        <w:t>ارتش</w:t>
      </w:r>
      <w:r w:rsidRPr="00D914B7">
        <w:rPr>
          <w:sz w:val="22"/>
        </w:rPr>
        <w:t xml:space="preserve"> </w:t>
      </w:r>
      <w:r w:rsidRPr="00D914B7">
        <w:rPr>
          <w:sz w:val="22"/>
          <w:rtl/>
        </w:rPr>
        <w:t>ملی</w:t>
      </w:r>
      <w:r w:rsidRPr="00D914B7">
        <w:rPr>
          <w:sz w:val="22"/>
        </w:rPr>
        <w:t xml:space="preserve"> </w:t>
      </w:r>
      <w:r w:rsidRPr="00D914B7">
        <w:rPr>
          <w:sz w:val="22"/>
          <w:rtl/>
        </w:rPr>
        <w:t>یا</w:t>
      </w:r>
      <w:r w:rsidRPr="00D914B7">
        <w:rPr>
          <w:sz w:val="22"/>
        </w:rPr>
        <w:t xml:space="preserve"> </w:t>
      </w:r>
      <w:r w:rsidRPr="00D914B7">
        <w:rPr>
          <w:sz w:val="22"/>
          <w:rtl/>
        </w:rPr>
        <w:t>نیروی</w:t>
      </w:r>
      <w:r w:rsidRPr="00D914B7">
        <w:rPr>
          <w:sz w:val="22"/>
        </w:rPr>
        <w:t xml:space="preserve"> </w:t>
      </w:r>
      <w:r w:rsidRPr="00D914B7">
        <w:rPr>
          <w:sz w:val="22"/>
          <w:rtl/>
        </w:rPr>
        <w:t>ایدئولوژیک</w:t>
      </w:r>
      <w:r w:rsidRPr="00D914B7">
        <w:rPr>
          <w:sz w:val="22"/>
        </w:rPr>
        <w:t xml:space="preserve"> </w:t>
      </w:r>
      <w:r w:rsidRPr="00D914B7">
        <w:rPr>
          <w:sz w:val="22"/>
          <w:rtl/>
        </w:rPr>
        <w:t>باشد؛</w:t>
      </w:r>
      <w:r w:rsidRPr="00D914B7">
        <w:rPr>
          <w:sz w:val="22"/>
        </w:rPr>
        <w:t xml:space="preserve"> </w:t>
      </w:r>
      <w:r w:rsidRPr="00D914B7">
        <w:rPr>
          <w:sz w:val="22"/>
          <w:rtl/>
        </w:rPr>
        <w:t>دینکار</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موبد،</w:t>
      </w:r>
      <w:r w:rsidRPr="00D914B7">
        <w:rPr>
          <w:sz w:val="22"/>
        </w:rPr>
        <w:t xml:space="preserve"> </w:t>
      </w:r>
      <w:r w:rsidRPr="00D914B7">
        <w:rPr>
          <w:sz w:val="22"/>
          <w:rtl/>
        </w:rPr>
        <w:t>کاهن،</w:t>
      </w:r>
      <w:r w:rsidRPr="00D914B7">
        <w:rPr>
          <w:sz w:val="22"/>
        </w:rPr>
        <w:t xml:space="preserve"> </w:t>
      </w:r>
      <w:r w:rsidRPr="00D914B7">
        <w:rPr>
          <w:sz w:val="22"/>
          <w:rtl/>
        </w:rPr>
        <w:t>فقیه،</w:t>
      </w:r>
      <w:r w:rsidRPr="00D914B7">
        <w:rPr>
          <w:sz w:val="22"/>
        </w:rPr>
        <w:t xml:space="preserve"> </w:t>
      </w:r>
      <w:r w:rsidRPr="00D914B7">
        <w:rPr>
          <w:sz w:val="22"/>
          <w:rtl/>
        </w:rPr>
        <w:t>مجتهد</w:t>
      </w:r>
      <w:r w:rsidRPr="00D914B7">
        <w:rPr>
          <w:sz w:val="22"/>
        </w:rPr>
        <w:t xml:space="preserve"> </w:t>
      </w:r>
      <w:r w:rsidRPr="00D914B7">
        <w:rPr>
          <w:sz w:val="22"/>
          <w:rtl/>
        </w:rPr>
        <w:t>یا</w:t>
      </w:r>
      <w:r w:rsidRPr="00D914B7">
        <w:rPr>
          <w:sz w:val="22"/>
        </w:rPr>
        <w:t xml:space="preserve"> </w:t>
      </w:r>
      <w:r w:rsidRPr="00D914B7">
        <w:rPr>
          <w:sz w:val="22"/>
          <w:rtl/>
        </w:rPr>
        <w:t>صاحب</w:t>
      </w:r>
      <w:r w:rsidRPr="00D914B7">
        <w:rPr>
          <w:sz w:val="22"/>
        </w:rPr>
        <w:t xml:space="preserve"> </w:t>
      </w:r>
      <w:r w:rsidRPr="00D914B7">
        <w:rPr>
          <w:sz w:val="22"/>
          <w:rtl/>
        </w:rPr>
        <w:t>منصب</w:t>
      </w:r>
      <w:r w:rsidRPr="00D914B7">
        <w:rPr>
          <w:sz w:val="22"/>
        </w:rPr>
        <w:t xml:space="preserve"> </w:t>
      </w:r>
      <w:r w:rsidRPr="00D914B7">
        <w:rPr>
          <w:sz w:val="22"/>
          <w:rtl/>
        </w:rPr>
        <w:t>مذهبی</w:t>
      </w:r>
      <w:r w:rsidRPr="00D914B7">
        <w:rPr>
          <w:sz w:val="22"/>
        </w:rPr>
        <w:t xml:space="preserve"> </w:t>
      </w:r>
      <w:r w:rsidRPr="00D914B7">
        <w:rPr>
          <w:sz w:val="22"/>
          <w:rtl/>
        </w:rPr>
        <w:t>باشد؛</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 xml:space="preserve"> </w:t>
      </w:r>
      <w:r w:rsidRPr="00D914B7">
        <w:rPr>
          <w:sz w:val="22"/>
          <w:rtl/>
        </w:rPr>
        <w:t>نیز</w:t>
      </w:r>
      <w:r w:rsidRPr="00D914B7">
        <w:rPr>
          <w:sz w:val="22"/>
        </w:rPr>
        <w:t xml:space="preserve"> </w:t>
      </w:r>
      <w:r w:rsidRPr="00D914B7">
        <w:rPr>
          <w:sz w:val="22"/>
          <w:rtl/>
        </w:rPr>
        <w:t>از</w:t>
      </w:r>
      <w:r w:rsidRPr="00D914B7">
        <w:rPr>
          <w:sz w:val="22"/>
        </w:rPr>
        <w:t xml:space="preserve"> </w:t>
      </w:r>
      <w:r w:rsidRPr="00D914B7">
        <w:rPr>
          <w:sz w:val="22"/>
          <w:rtl/>
        </w:rPr>
        <w:t>دبیرخانه</w:t>
      </w:r>
      <w:r w:rsidRPr="00D914B7">
        <w:rPr>
          <w:sz w:val="22"/>
        </w:rPr>
        <w:t xml:space="preserve"> </w:t>
      </w:r>
      <w:r w:rsidRPr="00D914B7">
        <w:rPr>
          <w:sz w:val="22"/>
          <w:rtl/>
        </w:rPr>
        <w:t>و</w:t>
      </w:r>
      <w:r w:rsidRPr="00D914B7">
        <w:rPr>
          <w:sz w:val="22"/>
        </w:rPr>
        <w:t xml:space="preserve"> </w:t>
      </w:r>
      <w:r w:rsidRPr="00D914B7">
        <w:rPr>
          <w:sz w:val="22"/>
          <w:rtl/>
        </w:rPr>
        <w:t>دفتر</w:t>
      </w:r>
      <w:r w:rsidRPr="00D914B7">
        <w:rPr>
          <w:sz w:val="22"/>
        </w:rPr>
        <w:t xml:space="preserve"> </w:t>
      </w:r>
      <w:r w:rsidRPr="00D914B7">
        <w:rPr>
          <w:sz w:val="22"/>
          <w:rtl/>
        </w:rPr>
        <w:t>خراج</w:t>
      </w:r>
      <w:r w:rsidRPr="00D914B7">
        <w:rPr>
          <w:sz w:val="22"/>
        </w:rPr>
        <w:t xml:space="preserve"> </w:t>
      </w:r>
      <w:r w:rsidRPr="00D914B7">
        <w:rPr>
          <w:sz w:val="22"/>
          <w:rtl/>
        </w:rPr>
        <w:t>تا</w:t>
      </w:r>
      <w:r w:rsidRPr="00D914B7">
        <w:rPr>
          <w:sz w:val="22"/>
        </w:rPr>
        <w:t xml:space="preserve"> </w:t>
      </w:r>
      <w:r w:rsidRPr="00D914B7">
        <w:rPr>
          <w:sz w:val="22"/>
          <w:rtl/>
        </w:rPr>
        <w:t>وزارتخانه</w:t>
      </w:r>
      <w:r w:rsidRPr="00D914B7">
        <w:rPr>
          <w:sz w:val="22"/>
        </w:rPr>
        <w:t xml:space="preserve"> </w:t>
      </w:r>
      <w:r w:rsidRPr="00D914B7">
        <w:rPr>
          <w:sz w:val="22"/>
          <w:rtl/>
        </w:rPr>
        <w:t>و</w:t>
      </w:r>
      <w:r w:rsidRPr="00D914B7">
        <w:rPr>
          <w:sz w:val="22"/>
        </w:rPr>
        <w:t xml:space="preserve"> </w:t>
      </w:r>
      <w:r w:rsidRPr="00D914B7">
        <w:rPr>
          <w:sz w:val="22"/>
          <w:rtl/>
        </w:rPr>
        <w:t>سازمان</w:t>
      </w:r>
      <w:r w:rsidRPr="00D914B7">
        <w:rPr>
          <w:sz w:val="22"/>
        </w:rPr>
        <w:t xml:space="preserve"> </w:t>
      </w:r>
      <w:r w:rsidRPr="00D914B7">
        <w:rPr>
          <w:sz w:val="22"/>
          <w:rtl/>
        </w:rPr>
        <w:t>اداری</w:t>
      </w:r>
      <w:r w:rsidRPr="00D914B7">
        <w:rPr>
          <w:sz w:val="22"/>
        </w:rPr>
        <w:t xml:space="preserve"> </w:t>
      </w:r>
      <w:r w:rsidRPr="00D914B7">
        <w:rPr>
          <w:sz w:val="22"/>
          <w:rtl/>
        </w:rPr>
        <w:t>جدید</w:t>
      </w:r>
      <w:r w:rsidRPr="00D914B7">
        <w:rPr>
          <w:sz w:val="22"/>
        </w:rPr>
        <w:t xml:space="preserve"> </w:t>
      </w:r>
      <w:r w:rsidRPr="00D914B7">
        <w:rPr>
          <w:sz w:val="22"/>
          <w:rtl/>
        </w:rPr>
        <w:t>تحول</w:t>
      </w:r>
      <w:r w:rsidRPr="00D914B7">
        <w:rPr>
          <w:sz w:val="22"/>
        </w:rPr>
        <w:t xml:space="preserve"> </w:t>
      </w:r>
      <w:r w:rsidRPr="00D914B7">
        <w:rPr>
          <w:sz w:val="22"/>
          <w:rtl/>
        </w:rPr>
        <w:t>یافته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آنچه</w:t>
      </w:r>
      <w:r w:rsidRPr="00D914B7">
        <w:rPr>
          <w:sz w:val="22"/>
        </w:rPr>
        <w:t xml:space="preserve"> </w:t>
      </w:r>
      <w:r w:rsidRPr="00D914B7">
        <w:rPr>
          <w:sz w:val="22"/>
          <w:rtl/>
        </w:rPr>
        <w:t>ثابت</w:t>
      </w:r>
      <w:r w:rsidRPr="00D914B7">
        <w:rPr>
          <w:sz w:val="22"/>
        </w:rPr>
        <w:t xml:space="preserve"> </w:t>
      </w:r>
      <w:r w:rsidRPr="00D914B7">
        <w:rPr>
          <w:sz w:val="22"/>
          <w:rtl/>
        </w:rPr>
        <w:t>مانده</w:t>
      </w:r>
      <w:r w:rsidRPr="00D914B7">
        <w:rPr>
          <w:sz w:val="22"/>
        </w:rPr>
        <w:t xml:space="preserve"> </w:t>
      </w:r>
      <w:r w:rsidRPr="00D914B7">
        <w:rPr>
          <w:sz w:val="22"/>
          <w:rtl/>
        </w:rPr>
        <w:t>نام</w:t>
      </w:r>
      <w:r w:rsidRPr="00D914B7">
        <w:rPr>
          <w:sz w:val="22"/>
        </w:rPr>
        <w:t xml:space="preserve"> </w:t>
      </w:r>
      <w:r w:rsidRPr="00D914B7">
        <w:rPr>
          <w:sz w:val="22"/>
          <w:rtl/>
        </w:rPr>
        <w:t>و</w:t>
      </w:r>
      <w:r w:rsidRPr="00D914B7">
        <w:rPr>
          <w:sz w:val="22"/>
        </w:rPr>
        <w:t xml:space="preserve"> </w:t>
      </w:r>
      <w:r w:rsidRPr="00D914B7">
        <w:rPr>
          <w:sz w:val="22"/>
          <w:rtl/>
        </w:rPr>
        <w:t>شکل</w:t>
      </w:r>
      <w:r w:rsidRPr="00D914B7">
        <w:rPr>
          <w:sz w:val="22"/>
        </w:rPr>
        <w:t xml:space="preserve"> </w:t>
      </w:r>
      <w:r w:rsidRPr="00D914B7">
        <w:rPr>
          <w:sz w:val="22"/>
          <w:rtl/>
        </w:rPr>
        <w:t>آنها</w:t>
      </w:r>
      <w:r w:rsidRPr="00D914B7">
        <w:rPr>
          <w:sz w:val="22"/>
        </w:rPr>
        <w:t xml:space="preserve"> </w:t>
      </w:r>
      <w:r w:rsidRPr="00D914B7">
        <w:rPr>
          <w:sz w:val="22"/>
          <w:rtl/>
        </w:rPr>
        <w:t>نیست،</w:t>
      </w:r>
      <w:r w:rsidRPr="00D914B7">
        <w:rPr>
          <w:sz w:val="22"/>
        </w:rPr>
        <w:t xml:space="preserve"> </w:t>
      </w:r>
      <w:r w:rsidRPr="00D914B7">
        <w:rPr>
          <w:sz w:val="22"/>
          <w:rtl/>
        </w:rPr>
        <w:t>بلکه</w:t>
      </w:r>
      <w:r w:rsidRPr="00D914B7">
        <w:rPr>
          <w:sz w:val="22"/>
        </w:rPr>
        <w:t xml:space="preserve"> </w:t>
      </w:r>
      <w:r w:rsidRPr="00D914B7">
        <w:rPr>
          <w:sz w:val="22"/>
          <w:rtl/>
        </w:rPr>
        <w:t>وظیفه</w:t>
      </w:r>
      <w:r w:rsidRPr="00D914B7">
        <w:rPr>
          <w:sz w:val="22"/>
        </w:rPr>
        <w:t xml:space="preserve"> </w:t>
      </w:r>
      <w:r w:rsidRPr="00D914B7">
        <w:rPr>
          <w:sz w:val="22"/>
          <w:rtl/>
        </w:rPr>
        <w:t>و</w:t>
      </w:r>
      <w:r w:rsidRPr="00D914B7">
        <w:rPr>
          <w:sz w:val="22"/>
        </w:rPr>
        <w:t xml:space="preserve"> </w:t>
      </w:r>
      <w:r w:rsidRPr="00D914B7">
        <w:rPr>
          <w:sz w:val="22"/>
          <w:rtl/>
        </w:rPr>
        <w:t>جایگاه</w:t>
      </w:r>
      <w:r>
        <w:rPr>
          <w:rFonts w:hint="cs"/>
          <w:sz w:val="22"/>
          <w:rtl/>
        </w:rPr>
        <w:t xml:space="preserve"> </w:t>
      </w:r>
      <w:r w:rsidRPr="00D914B7">
        <w:rPr>
          <w:sz w:val="22"/>
          <w:rtl/>
        </w:rPr>
        <w:t>شان</w:t>
      </w:r>
      <w:r w:rsidRPr="00D914B7">
        <w:rPr>
          <w:sz w:val="22"/>
        </w:rPr>
        <w:t xml:space="preserve"> </w:t>
      </w:r>
      <w:r w:rsidRPr="00D914B7">
        <w:rPr>
          <w:sz w:val="22"/>
          <w:rtl/>
        </w:rPr>
        <w:t>در</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قدرت</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فرمانروا</w:t>
      </w:r>
      <w:r w:rsidRPr="00D914B7">
        <w:rPr>
          <w:sz w:val="22"/>
        </w:rPr>
        <w:t xml:space="preserve"> </w:t>
      </w:r>
      <w:r w:rsidRPr="00D914B7">
        <w:rPr>
          <w:sz w:val="22"/>
          <w:rtl/>
        </w:rPr>
        <w:t>و</w:t>
      </w:r>
      <w:r w:rsidRPr="00D914B7">
        <w:rPr>
          <w:sz w:val="22"/>
        </w:rPr>
        <w:t xml:space="preserve"> </w:t>
      </w:r>
      <w:r w:rsidRPr="00D914B7">
        <w:rPr>
          <w:sz w:val="22"/>
          <w:rtl/>
        </w:rPr>
        <w:t>دربار</w:t>
      </w:r>
      <w:r w:rsidRPr="00D914B7">
        <w:rPr>
          <w:sz w:val="22"/>
        </w:rPr>
        <w:t xml:space="preserve"> </w:t>
      </w:r>
      <w:r w:rsidRPr="00D914B7">
        <w:rPr>
          <w:sz w:val="22"/>
          <w:rtl/>
        </w:rPr>
        <w:t>حامل</w:t>
      </w:r>
      <w:r w:rsidRPr="00D914B7">
        <w:rPr>
          <w:sz w:val="22"/>
        </w:rPr>
        <w:t xml:space="preserve"> </w:t>
      </w:r>
      <w:r w:rsidRPr="00D914B7">
        <w:rPr>
          <w:sz w:val="22"/>
          <w:rtl/>
        </w:rPr>
        <w:t>تمرکز</w:t>
      </w:r>
      <w:r w:rsidRPr="00D914B7">
        <w:rPr>
          <w:sz w:val="22"/>
        </w:rPr>
        <w:t xml:space="preserve"> </w:t>
      </w:r>
      <w:r w:rsidRPr="00D914B7">
        <w:rPr>
          <w:sz w:val="22"/>
          <w:rtl/>
        </w:rPr>
        <w:t>اقتدار</w:t>
      </w:r>
      <w:r w:rsidRPr="00D914B7">
        <w:rPr>
          <w:sz w:val="22"/>
        </w:rPr>
        <w:t xml:space="preserve"> </w:t>
      </w:r>
      <w:r w:rsidRPr="00D914B7">
        <w:rPr>
          <w:sz w:val="22"/>
          <w:rtl/>
        </w:rPr>
        <w:t>سیاسی</w:t>
      </w:r>
      <w:r w:rsidRPr="00D914B7">
        <w:rPr>
          <w:sz w:val="22"/>
        </w:rPr>
        <w:t xml:space="preserve"> </w:t>
      </w:r>
      <w:r w:rsidRPr="00D914B7">
        <w:rPr>
          <w:sz w:val="22"/>
          <w:rtl/>
        </w:rPr>
        <w:t>بوده</w:t>
      </w:r>
      <w:r w:rsidRPr="00D914B7">
        <w:rPr>
          <w:sz w:val="22"/>
        </w:rPr>
        <w:t>‌</w:t>
      </w:r>
      <w:r w:rsidRPr="00D914B7">
        <w:rPr>
          <w:sz w:val="22"/>
          <w:rtl/>
        </w:rPr>
        <w:t>اند</w:t>
      </w:r>
      <w:r>
        <w:rPr>
          <w:sz w:val="22"/>
          <w:rtl/>
        </w:rPr>
        <w:t>.</w:t>
      </w:r>
      <w:r w:rsidRPr="00D914B7">
        <w:rPr>
          <w:sz w:val="22"/>
        </w:rPr>
        <w:t xml:space="preserve"> </w:t>
      </w:r>
      <w:r w:rsidRPr="00D914B7">
        <w:rPr>
          <w:sz w:val="22"/>
          <w:rtl/>
        </w:rPr>
        <w:t>کشور</w:t>
      </w:r>
      <w:r w:rsidRPr="00D914B7">
        <w:rPr>
          <w:sz w:val="22"/>
        </w:rPr>
        <w:t xml:space="preserve"> </w:t>
      </w:r>
      <w:r w:rsidRPr="00D914B7">
        <w:rPr>
          <w:sz w:val="22"/>
          <w:rtl/>
        </w:rPr>
        <w:t>پراکنده</w:t>
      </w:r>
      <w:r w:rsidRPr="00D914B7">
        <w:rPr>
          <w:sz w:val="22"/>
        </w:rPr>
        <w:t xml:space="preserve"> </w:t>
      </w:r>
      <w:r w:rsidRPr="00D914B7">
        <w:rPr>
          <w:sz w:val="22"/>
          <w:rtl/>
        </w:rPr>
        <w:t>و</w:t>
      </w:r>
      <w:r w:rsidRPr="00D914B7">
        <w:rPr>
          <w:sz w:val="22"/>
        </w:rPr>
        <w:t xml:space="preserve"> </w:t>
      </w:r>
      <w:r w:rsidRPr="00D914B7">
        <w:rPr>
          <w:sz w:val="22"/>
          <w:rtl/>
        </w:rPr>
        <w:t>متنوع</w:t>
      </w:r>
      <w:r w:rsidRPr="00D914B7">
        <w:rPr>
          <w:sz w:val="22"/>
        </w:rPr>
        <w:t xml:space="preserve"> </w:t>
      </w:r>
      <w:r w:rsidRPr="00D914B7">
        <w:rPr>
          <w:sz w:val="22"/>
          <w:rtl/>
        </w:rPr>
        <w:t>ایران</w:t>
      </w:r>
      <w:r w:rsidRPr="00D914B7">
        <w:rPr>
          <w:sz w:val="22"/>
        </w:rPr>
        <w:t xml:space="preserve"> </w:t>
      </w:r>
      <w:r w:rsidRPr="00D914B7">
        <w:rPr>
          <w:sz w:val="22"/>
          <w:rtl/>
        </w:rPr>
        <w:t>همواره</w:t>
      </w:r>
      <w:r w:rsidRPr="00D914B7">
        <w:rPr>
          <w:sz w:val="22"/>
        </w:rPr>
        <w:t xml:space="preserve"> </w:t>
      </w:r>
      <w:r w:rsidRPr="00D914B7">
        <w:rPr>
          <w:sz w:val="22"/>
          <w:rtl/>
        </w:rPr>
        <w:t>به</w:t>
      </w:r>
      <w:r w:rsidRPr="00D914B7">
        <w:rPr>
          <w:sz w:val="22"/>
        </w:rPr>
        <w:t xml:space="preserve"> </w:t>
      </w:r>
      <w:r w:rsidRPr="00D914B7">
        <w:rPr>
          <w:sz w:val="22"/>
          <w:rtl/>
        </w:rPr>
        <w:t>مرکزی</w:t>
      </w:r>
      <w:r w:rsidRPr="00D914B7">
        <w:rPr>
          <w:sz w:val="22"/>
        </w:rPr>
        <w:t xml:space="preserve"> </w:t>
      </w:r>
      <w:r w:rsidRPr="00D914B7">
        <w:rPr>
          <w:sz w:val="22"/>
          <w:rtl/>
        </w:rPr>
        <w:t>برای</w:t>
      </w:r>
      <w:r w:rsidRPr="00D914B7">
        <w:rPr>
          <w:sz w:val="22"/>
        </w:rPr>
        <w:t xml:space="preserve"> </w:t>
      </w:r>
      <w:r w:rsidRPr="00D914B7">
        <w:rPr>
          <w:sz w:val="22"/>
          <w:rtl/>
        </w:rPr>
        <w:t>تصمیم</w:t>
      </w:r>
      <w:r w:rsidRPr="00D914B7">
        <w:rPr>
          <w:sz w:val="22"/>
        </w:rPr>
        <w:t xml:space="preserve"> </w:t>
      </w:r>
      <w:r w:rsidRPr="00D914B7">
        <w:rPr>
          <w:sz w:val="22"/>
          <w:rtl/>
        </w:rPr>
        <w:t>نهایی،</w:t>
      </w:r>
      <w:r w:rsidRPr="00D914B7">
        <w:rPr>
          <w:sz w:val="22"/>
        </w:rPr>
        <w:t xml:space="preserve"> </w:t>
      </w:r>
      <w:r w:rsidRPr="00D914B7">
        <w:rPr>
          <w:sz w:val="22"/>
          <w:rtl/>
        </w:rPr>
        <w:t>دفاع</w:t>
      </w:r>
      <w:r w:rsidRPr="00D914B7">
        <w:rPr>
          <w:sz w:val="22"/>
        </w:rPr>
        <w:t xml:space="preserve"> </w:t>
      </w:r>
      <w:r w:rsidRPr="00D914B7">
        <w:rPr>
          <w:sz w:val="22"/>
          <w:rtl/>
        </w:rPr>
        <w:t>مشترک</w:t>
      </w:r>
      <w:r w:rsidRPr="00D914B7">
        <w:rPr>
          <w:sz w:val="22"/>
        </w:rPr>
        <w:t xml:space="preserve"> </w:t>
      </w:r>
      <w:r w:rsidRPr="00D914B7">
        <w:rPr>
          <w:sz w:val="22"/>
          <w:rtl/>
        </w:rPr>
        <w:t>و</w:t>
      </w:r>
      <w:r w:rsidRPr="00D914B7">
        <w:rPr>
          <w:sz w:val="22"/>
        </w:rPr>
        <w:t xml:space="preserve"> </w:t>
      </w:r>
      <w:r w:rsidRPr="00D914B7">
        <w:rPr>
          <w:sz w:val="22"/>
          <w:rtl/>
        </w:rPr>
        <w:t>حفظ</w:t>
      </w:r>
      <w:r w:rsidRPr="00D914B7">
        <w:rPr>
          <w:sz w:val="22"/>
        </w:rPr>
        <w:t xml:space="preserve"> </w:t>
      </w:r>
      <w:r w:rsidRPr="00D914B7">
        <w:rPr>
          <w:sz w:val="22"/>
          <w:rtl/>
        </w:rPr>
        <w:t>یکپارچگی</w:t>
      </w:r>
      <w:r w:rsidRPr="00D914B7">
        <w:rPr>
          <w:sz w:val="22"/>
        </w:rPr>
        <w:t xml:space="preserve"> </w:t>
      </w:r>
      <w:r w:rsidRPr="00D914B7">
        <w:rPr>
          <w:sz w:val="22"/>
          <w:rtl/>
        </w:rPr>
        <w:t>نیاز</w:t>
      </w:r>
      <w:r w:rsidRPr="00D914B7">
        <w:rPr>
          <w:sz w:val="22"/>
        </w:rPr>
        <w:t xml:space="preserve"> </w:t>
      </w:r>
      <w:r w:rsidRPr="00D914B7">
        <w:rPr>
          <w:sz w:val="22"/>
          <w:rtl/>
        </w:rPr>
        <w:t>داشته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طولانی،</w:t>
      </w:r>
      <w:r w:rsidRPr="00D914B7">
        <w:rPr>
          <w:sz w:val="22"/>
        </w:rPr>
        <w:t xml:space="preserve"> </w:t>
      </w:r>
      <w:r w:rsidRPr="00D914B7">
        <w:rPr>
          <w:sz w:val="22"/>
          <w:rtl/>
        </w:rPr>
        <w:t>سلطنت</w:t>
      </w:r>
      <w:r w:rsidRPr="00D914B7">
        <w:rPr>
          <w:sz w:val="22"/>
        </w:rPr>
        <w:t xml:space="preserve"> </w:t>
      </w:r>
      <w:r w:rsidRPr="00D914B7">
        <w:rPr>
          <w:sz w:val="22"/>
          <w:rtl/>
        </w:rPr>
        <w:t>پاسخ</w:t>
      </w:r>
      <w:r w:rsidRPr="00D914B7">
        <w:rPr>
          <w:sz w:val="22"/>
        </w:rPr>
        <w:t xml:space="preserve"> </w:t>
      </w:r>
      <w:r w:rsidRPr="00D914B7">
        <w:rPr>
          <w:sz w:val="22"/>
          <w:rtl/>
        </w:rPr>
        <w:t>تاریخی</w:t>
      </w:r>
      <w:r w:rsidRPr="00D914B7">
        <w:rPr>
          <w:sz w:val="22"/>
        </w:rPr>
        <w:t xml:space="preserve"> </w:t>
      </w:r>
      <w:r w:rsidRPr="00D914B7">
        <w:rPr>
          <w:sz w:val="22"/>
          <w:rtl/>
        </w:rPr>
        <w:t>به</w:t>
      </w:r>
      <w:r w:rsidRPr="00D914B7">
        <w:rPr>
          <w:sz w:val="22"/>
        </w:rPr>
        <w:t xml:space="preserve"> </w:t>
      </w:r>
      <w:r w:rsidRPr="00D914B7">
        <w:rPr>
          <w:sz w:val="22"/>
          <w:rtl/>
        </w:rPr>
        <w:t>این</w:t>
      </w:r>
      <w:r w:rsidRPr="00D914B7">
        <w:rPr>
          <w:sz w:val="22"/>
        </w:rPr>
        <w:t xml:space="preserve"> </w:t>
      </w:r>
      <w:r w:rsidRPr="00D914B7">
        <w:rPr>
          <w:sz w:val="22"/>
          <w:rtl/>
        </w:rPr>
        <w:t>نیاز</w:t>
      </w:r>
      <w:r w:rsidRPr="00D914B7">
        <w:rPr>
          <w:sz w:val="22"/>
        </w:rPr>
        <w:t xml:space="preserve"> </w:t>
      </w:r>
      <w:r w:rsidRPr="00D914B7">
        <w:rPr>
          <w:sz w:val="22"/>
          <w:rtl/>
        </w:rPr>
        <w:t>بوده،</w:t>
      </w:r>
      <w:r w:rsidRPr="00D914B7">
        <w:rPr>
          <w:sz w:val="22"/>
        </w:rPr>
        <w:t xml:space="preserve"> </w:t>
      </w:r>
      <w:r w:rsidRPr="00D914B7">
        <w:rPr>
          <w:sz w:val="22"/>
          <w:rtl/>
        </w:rPr>
        <w:t>اما</w:t>
      </w:r>
      <w:r w:rsidRPr="00D914B7">
        <w:rPr>
          <w:sz w:val="22"/>
        </w:rPr>
        <w:t xml:space="preserve"> </w:t>
      </w:r>
      <w:r w:rsidRPr="00D914B7">
        <w:rPr>
          <w:sz w:val="22"/>
          <w:rtl/>
        </w:rPr>
        <w:t>نیاز</w:t>
      </w:r>
      <w:r w:rsidRPr="00D914B7">
        <w:rPr>
          <w:sz w:val="22"/>
        </w:rPr>
        <w:t xml:space="preserve"> </w:t>
      </w:r>
      <w:r w:rsidRPr="00D914B7">
        <w:rPr>
          <w:sz w:val="22"/>
          <w:rtl/>
        </w:rPr>
        <w:t>به</w:t>
      </w:r>
      <w:r w:rsidRPr="00D914B7">
        <w:rPr>
          <w:sz w:val="22"/>
        </w:rPr>
        <w:t xml:space="preserve"> </w:t>
      </w:r>
      <w:r w:rsidRPr="00D914B7">
        <w:rPr>
          <w:sz w:val="22"/>
          <w:rtl/>
        </w:rPr>
        <w:t>مرکز</w:t>
      </w:r>
      <w:r w:rsidRPr="00D914B7">
        <w:rPr>
          <w:sz w:val="22"/>
        </w:rPr>
        <w:t xml:space="preserve"> </w:t>
      </w:r>
      <w:r w:rsidRPr="00D914B7">
        <w:rPr>
          <w:sz w:val="22"/>
          <w:rtl/>
        </w:rPr>
        <w:t>سیاسی</w:t>
      </w:r>
      <w:r w:rsidRPr="00D914B7">
        <w:rPr>
          <w:sz w:val="22"/>
        </w:rPr>
        <w:t xml:space="preserve"> </w:t>
      </w:r>
      <w:r w:rsidRPr="00D914B7">
        <w:rPr>
          <w:sz w:val="22"/>
          <w:rtl/>
        </w:rPr>
        <w:t>را</w:t>
      </w:r>
      <w:r w:rsidRPr="00D914B7">
        <w:rPr>
          <w:sz w:val="22"/>
        </w:rPr>
        <w:t xml:space="preserve"> </w:t>
      </w:r>
      <w:r w:rsidRPr="00D914B7">
        <w:rPr>
          <w:sz w:val="22"/>
          <w:rtl/>
        </w:rPr>
        <w:t>نباید</w:t>
      </w:r>
      <w:r w:rsidRPr="00D914B7">
        <w:rPr>
          <w:sz w:val="22"/>
        </w:rPr>
        <w:t xml:space="preserve"> </w:t>
      </w:r>
      <w:r w:rsidRPr="00D914B7">
        <w:rPr>
          <w:sz w:val="22"/>
          <w:rtl/>
        </w:rPr>
        <w:t>با</w:t>
      </w:r>
      <w:r w:rsidRPr="00D914B7">
        <w:rPr>
          <w:sz w:val="22"/>
        </w:rPr>
        <w:t xml:space="preserve"> </w:t>
      </w:r>
      <w:r w:rsidRPr="00D914B7">
        <w:rPr>
          <w:sz w:val="22"/>
          <w:rtl/>
        </w:rPr>
        <w:t>ضرورت</w:t>
      </w:r>
      <w:r w:rsidRPr="00D914B7">
        <w:rPr>
          <w:sz w:val="22"/>
        </w:rPr>
        <w:t xml:space="preserve"> </w:t>
      </w:r>
      <w:r w:rsidRPr="00D914B7">
        <w:rPr>
          <w:sz w:val="22"/>
          <w:rtl/>
        </w:rPr>
        <w:t>همیشگی</w:t>
      </w:r>
      <w:r w:rsidRPr="00D914B7">
        <w:rPr>
          <w:sz w:val="22"/>
        </w:rPr>
        <w:t xml:space="preserve"> </w:t>
      </w:r>
      <w:r w:rsidRPr="00D914B7">
        <w:rPr>
          <w:sz w:val="22"/>
          <w:rtl/>
        </w:rPr>
        <w:t>یک</w:t>
      </w:r>
      <w:r w:rsidRPr="00D914B7">
        <w:rPr>
          <w:sz w:val="22"/>
        </w:rPr>
        <w:t xml:space="preserve"> </w:t>
      </w:r>
      <w:r w:rsidRPr="00D914B7">
        <w:rPr>
          <w:sz w:val="22"/>
          <w:rtl/>
        </w:rPr>
        <w:t>دودمان</w:t>
      </w:r>
      <w:r w:rsidRPr="00D914B7">
        <w:rPr>
          <w:sz w:val="22"/>
        </w:rPr>
        <w:t xml:space="preserve"> </w:t>
      </w:r>
      <w:r w:rsidRPr="00D914B7">
        <w:rPr>
          <w:sz w:val="22"/>
          <w:rtl/>
        </w:rPr>
        <w:t>یا</w:t>
      </w:r>
      <w:r w:rsidRPr="00D914B7">
        <w:rPr>
          <w:sz w:val="22"/>
        </w:rPr>
        <w:t xml:space="preserve"> </w:t>
      </w:r>
      <w:r w:rsidRPr="00D914B7">
        <w:rPr>
          <w:sz w:val="22"/>
          <w:rtl/>
        </w:rPr>
        <w:t>شکل</w:t>
      </w:r>
      <w:r w:rsidRPr="00D914B7">
        <w:rPr>
          <w:sz w:val="22"/>
        </w:rPr>
        <w:t xml:space="preserve"> </w:t>
      </w:r>
      <w:r w:rsidRPr="00D914B7">
        <w:rPr>
          <w:sz w:val="22"/>
          <w:rtl/>
        </w:rPr>
        <w:t>خاص</w:t>
      </w:r>
      <w:r w:rsidRPr="00D914B7">
        <w:rPr>
          <w:sz w:val="22"/>
        </w:rPr>
        <w:t xml:space="preserve"> </w:t>
      </w:r>
      <w:r w:rsidRPr="00D914B7">
        <w:rPr>
          <w:sz w:val="22"/>
          <w:rtl/>
        </w:rPr>
        <w:t>سلطنت</w:t>
      </w:r>
      <w:r w:rsidRPr="00D914B7">
        <w:rPr>
          <w:sz w:val="22"/>
        </w:rPr>
        <w:t xml:space="preserve"> </w:t>
      </w:r>
      <w:r w:rsidRPr="00D914B7">
        <w:rPr>
          <w:sz w:val="22"/>
          <w:rtl/>
        </w:rPr>
        <w:t>یکی</w:t>
      </w:r>
      <w:r w:rsidRPr="00D914B7">
        <w:rPr>
          <w:sz w:val="22"/>
        </w:rPr>
        <w:t xml:space="preserve"> </w:t>
      </w:r>
      <w:r w:rsidRPr="00D914B7">
        <w:rPr>
          <w:sz w:val="22"/>
          <w:rtl/>
        </w:rPr>
        <w:t>گرفت</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نماد</w:t>
      </w:r>
      <w:r w:rsidRPr="00D914B7">
        <w:rPr>
          <w:sz w:val="22"/>
        </w:rPr>
        <w:t xml:space="preserve"> </w:t>
      </w:r>
      <w:r w:rsidRPr="00D914B7">
        <w:rPr>
          <w:sz w:val="22"/>
          <w:rtl/>
        </w:rPr>
        <w:t>وحدت</w:t>
      </w:r>
      <w:r w:rsidRPr="00D914B7">
        <w:rPr>
          <w:sz w:val="22"/>
        </w:rPr>
        <w:t xml:space="preserve"> </w:t>
      </w:r>
      <w:r w:rsidRPr="00D914B7">
        <w:rPr>
          <w:sz w:val="22"/>
          <w:rtl/>
        </w:rPr>
        <w:t>باشد</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با</w:t>
      </w:r>
      <w:r w:rsidRPr="00D914B7">
        <w:rPr>
          <w:sz w:val="22"/>
        </w:rPr>
        <w:t xml:space="preserve"> </w:t>
      </w:r>
      <w:r w:rsidRPr="00D914B7">
        <w:rPr>
          <w:sz w:val="22"/>
          <w:rtl/>
        </w:rPr>
        <w:t>تبدیل</w:t>
      </w:r>
      <w:r w:rsidRPr="00D914B7">
        <w:rPr>
          <w:sz w:val="22"/>
        </w:rPr>
        <w:t xml:space="preserve"> </w:t>
      </w:r>
      <w:r w:rsidRPr="00D914B7">
        <w:rPr>
          <w:sz w:val="22"/>
          <w:rtl/>
        </w:rPr>
        <w:t>کشور</w:t>
      </w:r>
      <w:r w:rsidRPr="00D914B7">
        <w:rPr>
          <w:sz w:val="22"/>
        </w:rPr>
        <w:t xml:space="preserve"> </w:t>
      </w:r>
      <w:r w:rsidRPr="00D914B7">
        <w:rPr>
          <w:sz w:val="22"/>
          <w:rtl/>
        </w:rPr>
        <w:t>به</w:t>
      </w:r>
      <w:r w:rsidRPr="00D914B7">
        <w:rPr>
          <w:sz w:val="22"/>
        </w:rPr>
        <w:t xml:space="preserve"> </w:t>
      </w:r>
      <w:r w:rsidRPr="00D914B7">
        <w:rPr>
          <w:sz w:val="22"/>
          <w:rtl/>
        </w:rPr>
        <w:t>دارایی</w:t>
      </w:r>
      <w:r w:rsidRPr="00D914B7">
        <w:rPr>
          <w:sz w:val="22"/>
        </w:rPr>
        <w:t xml:space="preserve"> </w:t>
      </w:r>
      <w:r w:rsidRPr="00D914B7">
        <w:rPr>
          <w:sz w:val="22"/>
          <w:rtl/>
        </w:rPr>
        <w:t>شخصی</w:t>
      </w:r>
      <w:r w:rsidRPr="00D914B7">
        <w:rPr>
          <w:sz w:val="22"/>
        </w:rPr>
        <w:t xml:space="preserve"> </w:t>
      </w:r>
      <w:r w:rsidRPr="00D914B7">
        <w:rPr>
          <w:sz w:val="22"/>
          <w:rtl/>
        </w:rPr>
        <w:t>خود،</w:t>
      </w:r>
      <w:r w:rsidRPr="00D914B7">
        <w:rPr>
          <w:sz w:val="22"/>
        </w:rPr>
        <w:t xml:space="preserve"> </w:t>
      </w:r>
      <w:r w:rsidRPr="00D914B7">
        <w:rPr>
          <w:sz w:val="22"/>
          <w:rtl/>
        </w:rPr>
        <w:t>پایه</w:t>
      </w:r>
      <w:r w:rsidRPr="00D914B7">
        <w:rPr>
          <w:sz w:val="22"/>
        </w:rPr>
        <w:t>‌</w:t>
      </w:r>
      <w:r w:rsidRPr="00D914B7">
        <w:rPr>
          <w:sz w:val="22"/>
          <w:rtl/>
        </w:rPr>
        <w:t>های</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فرسوده</w:t>
      </w:r>
      <w:r w:rsidRPr="00D914B7">
        <w:rPr>
          <w:sz w:val="22"/>
        </w:rPr>
        <w:t xml:space="preserve"> </w:t>
      </w:r>
      <w:r w:rsidRPr="00D914B7">
        <w:rPr>
          <w:sz w:val="22"/>
          <w:rtl/>
        </w:rPr>
        <w:t>کند</w:t>
      </w:r>
      <w:r>
        <w:rPr>
          <w:sz w:val="22"/>
          <w:rtl/>
        </w:rPr>
        <w:t>.</w:t>
      </w:r>
    </w:p>
    <w:p w:rsidR="00987F03" w:rsidRPr="00D914B7" w:rsidRDefault="00987F03" w:rsidP="00987F03">
      <w:pPr>
        <w:bidi/>
        <w:ind w:firstLine="720"/>
        <w:rPr>
          <w:sz w:val="22"/>
        </w:rPr>
      </w:pPr>
      <w:r w:rsidRPr="00D914B7">
        <w:rPr>
          <w:sz w:val="22"/>
          <w:rtl/>
        </w:rPr>
        <w:t>قشون</w:t>
      </w:r>
      <w:r w:rsidRPr="00D914B7">
        <w:rPr>
          <w:sz w:val="22"/>
        </w:rPr>
        <w:t xml:space="preserve"> </w:t>
      </w:r>
      <w:r w:rsidRPr="00D914B7">
        <w:rPr>
          <w:sz w:val="22"/>
          <w:rtl/>
        </w:rPr>
        <w:t>حامل</w:t>
      </w:r>
      <w:r w:rsidRPr="00D914B7">
        <w:rPr>
          <w:sz w:val="22"/>
        </w:rPr>
        <w:t xml:space="preserve"> </w:t>
      </w:r>
      <w:r w:rsidRPr="00D914B7">
        <w:rPr>
          <w:sz w:val="22"/>
          <w:rtl/>
        </w:rPr>
        <w:t>قدرت</w:t>
      </w:r>
      <w:r w:rsidRPr="00D914B7">
        <w:rPr>
          <w:sz w:val="22"/>
        </w:rPr>
        <w:t xml:space="preserve"> </w:t>
      </w:r>
      <w:r w:rsidRPr="00D914B7">
        <w:rPr>
          <w:sz w:val="22"/>
          <w:rtl/>
        </w:rPr>
        <w:t>اجبار</w:t>
      </w:r>
      <w:r w:rsidRPr="00D914B7">
        <w:rPr>
          <w:sz w:val="22"/>
        </w:rPr>
        <w:t xml:space="preserve"> </w:t>
      </w:r>
      <w:r w:rsidRPr="00D914B7">
        <w:rPr>
          <w:sz w:val="22"/>
          <w:rtl/>
        </w:rPr>
        <w:t>و</w:t>
      </w:r>
      <w:r w:rsidRPr="00D914B7">
        <w:rPr>
          <w:sz w:val="22"/>
        </w:rPr>
        <w:t xml:space="preserve"> </w:t>
      </w:r>
      <w:r w:rsidRPr="00D914B7">
        <w:rPr>
          <w:sz w:val="22"/>
          <w:rtl/>
        </w:rPr>
        <w:t>دفاع</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بدون</w:t>
      </w:r>
      <w:r w:rsidRPr="00D914B7">
        <w:rPr>
          <w:sz w:val="22"/>
        </w:rPr>
        <w:t xml:space="preserve"> </w:t>
      </w:r>
      <w:r w:rsidRPr="00D914B7">
        <w:rPr>
          <w:sz w:val="22"/>
          <w:rtl/>
        </w:rPr>
        <w:t>قشون،</w:t>
      </w:r>
      <w:r w:rsidRPr="00D914B7">
        <w:rPr>
          <w:sz w:val="22"/>
        </w:rPr>
        <w:t xml:space="preserve"> </w:t>
      </w:r>
      <w:r w:rsidRPr="00D914B7">
        <w:rPr>
          <w:sz w:val="22"/>
          <w:rtl/>
        </w:rPr>
        <w:t>فرمان</w:t>
      </w:r>
      <w:r w:rsidRPr="00D914B7">
        <w:rPr>
          <w:sz w:val="22"/>
        </w:rPr>
        <w:t xml:space="preserve"> </w:t>
      </w:r>
      <w:r w:rsidRPr="00D914B7">
        <w:rPr>
          <w:sz w:val="22"/>
          <w:rtl/>
        </w:rPr>
        <w:t>مرکز</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شورش</w:t>
      </w:r>
      <w:r w:rsidRPr="00D914B7">
        <w:rPr>
          <w:sz w:val="22"/>
        </w:rPr>
        <w:t xml:space="preserve"> </w:t>
      </w:r>
      <w:r w:rsidRPr="00D914B7">
        <w:rPr>
          <w:sz w:val="22"/>
          <w:rtl/>
        </w:rPr>
        <w:t>مسلحانه</w:t>
      </w:r>
      <w:r w:rsidRPr="00D914B7">
        <w:rPr>
          <w:sz w:val="22"/>
        </w:rPr>
        <w:t xml:space="preserve"> </w:t>
      </w:r>
      <w:r w:rsidRPr="00D914B7">
        <w:rPr>
          <w:sz w:val="22"/>
          <w:rtl/>
        </w:rPr>
        <w:t>و</w:t>
      </w:r>
      <w:r w:rsidRPr="00D914B7">
        <w:rPr>
          <w:sz w:val="22"/>
        </w:rPr>
        <w:t xml:space="preserve"> </w:t>
      </w:r>
      <w:r w:rsidRPr="00D914B7">
        <w:rPr>
          <w:sz w:val="22"/>
          <w:rtl/>
        </w:rPr>
        <w:t>حمله</w:t>
      </w:r>
      <w:r>
        <w:rPr>
          <w:sz w:val="22"/>
          <w:rtl/>
        </w:rPr>
        <w:t>ء</w:t>
      </w:r>
      <w:r w:rsidRPr="00D914B7">
        <w:rPr>
          <w:sz w:val="22"/>
        </w:rPr>
        <w:t xml:space="preserve"> </w:t>
      </w:r>
      <w:r w:rsidRPr="00D914B7">
        <w:rPr>
          <w:sz w:val="22"/>
          <w:rtl/>
        </w:rPr>
        <w:t>خارجی</w:t>
      </w:r>
      <w:r w:rsidRPr="00D914B7">
        <w:rPr>
          <w:sz w:val="22"/>
        </w:rPr>
        <w:t xml:space="preserve"> </w:t>
      </w:r>
      <w:r w:rsidRPr="00D914B7">
        <w:rPr>
          <w:sz w:val="22"/>
          <w:rtl/>
        </w:rPr>
        <w:t>بی</w:t>
      </w:r>
      <w:r w:rsidRPr="00D914B7">
        <w:rPr>
          <w:sz w:val="22"/>
        </w:rPr>
        <w:t>‌</w:t>
      </w:r>
      <w:r w:rsidRPr="00D914B7">
        <w:rPr>
          <w:sz w:val="22"/>
          <w:rtl/>
        </w:rPr>
        <w:t>پشتوانه</w:t>
      </w:r>
      <w:r w:rsidRPr="00D914B7">
        <w:rPr>
          <w:sz w:val="22"/>
        </w:rPr>
        <w:t xml:space="preserve"> </w:t>
      </w:r>
      <w:r w:rsidRPr="00D914B7">
        <w:rPr>
          <w:sz w:val="22"/>
          <w:rtl/>
        </w:rPr>
        <w:t>می</w:t>
      </w:r>
      <w:r w:rsidRPr="00D914B7">
        <w:rPr>
          <w:sz w:val="22"/>
        </w:rPr>
        <w:t>‌</w:t>
      </w:r>
      <w:r w:rsidRPr="00D914B7">
        <w:rPr>
          <w:sz w:val="22"/>
          <w:rtl/>
        </w:rPr>
        <w:t>ماند</w:t>
      </w:r>
      <w:r>
        <w:rPr>
          <w:sz w:val="22"/>
          <w:rtl/>
        </w:rPr>
        <w:t>.</w:t>
      </w:r>
      <w:r w:rsidRPr="00D914B7">
        <w:rPr>
          <w:sz w:val="22"/>
        </w:rPr>
        <w:t xml:space="preserve"> </w:t>
      </w:r>
      <w:r w:rsidRPr="00D914B7">
        <w:rPr>
          <w:sz w:val="22"/>
          <w:rtl/>
        </w:rPr>
        <w:t>اما</w:t>
      </w:r>
      <w:r w:rsidRPr="00D914B7">
        <w:rPr>
          <w:sz w:val="22"/>
        </w:rPr>
        <w:t xml:space="preserve"> </w:t>
      </w:r>
      <w:r w:rsidRPr="00D914B7">
        <w:rPr>
          <w:sz w:val="22"/>
          <w:rtl/>
        </w:rPr>
        <w:t>قشونی</w:t>
      </w:r>
      <w:r w:rsidRPr="00D914B7">
        <w:rPr>
          <w:sz w:val="22"/>
        </w:rPr>
        <w:t xml:space="preserve"> </w:t>
      </w:r>
      <w:r w:rsidRPr="00D914B7">
        <w:rPr>
          <w:sz w:val="22"/>
          <w:rtl/>
        </w:rPr>
        <w:t>که</w:t>
      </w:r>
      <w:r w:rsidRPr="00D914B7">
        <w:rPr>
          <w:sz w:val="22"/>
        </w:rPr>
        <w:t xml:space="preserve"> </w:t>
      </w:r>
      <w:r w:rsidRPr="00D914B7">
        <w:rPr>
          <w:sz w:val="22"/>
          <w:rtl/>
        </w:rPr>
        <w:t>از</w:t>
      </w:r>
      <w:r w:rsidRPr="00D914B7">
        <w:rPr>
          <w:sz w:val="22"/>
        </w:rPr>
        <w:t xml:space="preserve"> </w:t>
      </w:r>
      <w:r w:rsidRPr="00D914B7">
        <w:rPr>
          <w:sz w:val="22"/>
          <w:rtl/>
        </w:rPr>
        <w:t>دیوان،</w:t>
      </w:r>
      <w:r w:rsidRPr="00D914B7">
        <w:rPr>
          <w:sz w:val="22"/>
        </w:rPr>
        <w:t xml:space="preserve"> </w:t>
      </w:r>
      <w:r w:rsidRPr="00D914B7">
        <w:rPr>
          <w:sz w:val="22"/>
          <w:rtl/>
        </w:rPr>
        <w:t>قانون</w:t>
      </w:r>
      <w:r w:rsidRPr="00D914B7">
        <w:rPr>
          <w:sz w:val="22"/>
        </w:rPr>
        <w:t xml:space="preserve"> </w:t>
      </w:r>
      <w:r w:rsidRPr="00D914B7">
        <w:rPr>
          <w:sz w:val="22"/>
          <w:rtl/>
        </w:rPr>
        <w:t>و</w:t>
      </w:r>
      <w:r w:rsidRPr="00D914B7">
        <w:rPr>
          <w:sz w:val="22"/>
        </w:rPr>
        <w:t xml:space="preserve"> </w:t>
      </w:r>
      <w:r w:rsidRPr="00D914B7">
        <w:rPr>
          <w:sz w:val="22"/>
          <w:rtl/>
        </w:rPr>
        <w:t>هدف</w:t>
      </w:r>
      <w:r w:rsidRPr="00D914B7">
        <w:rPr>
          <w:sz w:val="22"/>
        </w:rPr>
        <w:t xml:space="preserve"> </w:t>
      </w:r>
      <w:r w:rsidRPr="00D914B7">
        <w:rPr>
          <w:sz w:val="22"/>
          <w:rtl/>
        </w:rPr>
        <w:t>سیاسی</w:t>
      </w:r>
      <w:r w:rsidRPr="00D914B7">
        <w:rPr>
          <w:sz w:val="22"/>
        </w:rPr>
        <w:t xml:space="preserve"> </w:t>
      </w:r>
      <w:r w:rsidRPr="00D914B7">
        <w:rPr>
          <w:sz w:val="22"/>
          <w:rtl/>
        </w:rPr>
        <w:t>جدا</w:t>
      </w:r>
      <w:r w:rsidRPr="00D914B7">
        <w:rPr>
          <w:sz w:val="22"/>
        </w:rPr>
        <w:t xml:space="preserve"> </w:t>
      </w:r>
      <w:r w:rsidRPr="00D914B7">
        <w:rPr>
          <w:sz w:val="22"/>
          <w:rtl/>
        </w:rPr>
        <w:t>شود</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خود</w:t>
      </w:r>
      <w:r w:rsidRPr="00D914B7">
        <w:rPr>
          <w:sz w:val="22"/>
        </w:rPr>
        <w:t xml:space="preserve"> </w:t>
      </w:r>
      <w:r w:rsidRPr="00D914B7">
        <w:rPr>
          <w:sz w:val="22"/>
          <w:rtl/>
        </w:rPr>
        <w:t>به</w:t>
      </w:r>
      <w:r w:rsidRPr="00D914B7">
        <w:rPr>
          <w:sz w:val="22"/>
        </w:rPr>
        <w:t xml:space="preserve"> </w:t>
      </w:r>
      <w:r w:rsidRPr="00D914B7">
        <w:rPr>
          <w:sz w:val="22"/>
          <w:rtl/>
        </w:rPr>
        <w:t>صاحب</w:t>
      </w:r>
      <w:r w:rsidRPr="00D914B7">
        <w:rPr>
          <w:sz w:val="22"/>
        </w:rPr>
        <w:t xml:space="preserve"> </w:t>
      </w:r>
      <w:r w:rsidRPr="00D914B7">
        <w:rPr>
          <w:sz w:val="22"/>
          <w:rtl/>
        </w:rPr>
        <w:t>حکومت</w:t>
      </w:r>
      <w:r w:rsidRPr="00D914B7">
        <w:rPr>
          <w:sz w:val="22"/>
        </w:rPr>
        <w:t xml:space="preserve"> </w:t>
      </w:r>
      <w:r w:rsidRPr="00D914B7">
        <w:rPr>
          <w:sz w:val="22"/>
          <w:rtl/>
        </w:rPr>
        <w:t>تبدیل</w:t>
      </w:r>
      <w:r w:rsidRPr="00D914B7">
        <w:rPr>
          <w:sz w:val="22"/>
        </w:rPr>
        <w:t xml:space="preserve"> </w:t>
      </w:r>
      <w:r w:rsidRPr="00D914B7">
        <w:rPr>
          <w:sz w:val="22"/>
          <w:rtl/>
        </w:rPr>
        <w:t>گردد</w:t>
      </w:r>
      <w:r>
        <w:rPr>
          <w:sz w:val="22"/>
          <w:rtl/>
        </w:rPr>
        <w:t>.</w:t>
      </w:r>
      <w:r w:rsidRPr="00D914B7">
        <w:rPr>
          <w:sz w:val="22"/>
        </w:rPr>
        <w:t xml:space="preserve"> </w:t>
      </w:r>
      <w:r w:rsidRPr="00D914B7">
        <w:rPr>
          <w:sz w:val="22"/>
          <w:rtl/>
        </w:rPr>
        <w:t>بخش</w:t>
      </w:r>
      <w:r w:rsidRPr="00D914B7">
        <w:rPr>
          <w:sz w:val="22"/>
        </w:rPr>
        <w:t xml:space="preserve"> </w:t>
      </w:r>
      <w:r w:rsidRPr="00D914B7">
        <w:rPr>
          <w:sz w:val="22"/>
          <w:rtl/>
        </w:rPr>
        <w:t>بزرگی</w:t>
      </w:r>
      <w:r w:rsidRPr="00D914B7">
        <w:rPr>
          <w:sz w:val="22"/>
        </w:rPr>
        <w:t xml:space="preserve"> </w:t>
      </w:r>
      <w:r w:rsidRPr="00D914B7">
        <w:rPr>
          <w:sz w:val="22"/>
          <w:rtl/>
        </w:rPr>
        <w:t>از</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داستان</w:t>
      </w:r>
      <w:r w:rsidRPr="00D914B7">
        <w:rPr>
          <w:sz w:val="22"/>
        </w:rPr>
        <w:t xml:space="preserve"> </w:t>
      </w:r>
      <w:r w:rsidRPr="00D914B7">
        <w:rPr>
          <w:sz w:val="22"/>
          <w:rtl/>
        </w:rPr>
        <w:t>فرماندهانی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برای</w:t>
      </w:r>
      <w:r w:rsidRPr="00D914B7">
        <w:rPr>
          <w:sz w:val="22"/>
        </w:rPr>
        <w:t xml:space="preserve"> </w:t>
      </w:r>
      <w:r w:rsidRPr="00D914B7">
        <w:rPr>
          <w:sz w:val="22"/>
          <w:rtl/>
        </w:rPr>
        <w:t>نگهبانی</w:t>
      </w:r>
      <w:r w:rsidRPr="00D914B7">
        <w:rPr>
          <w:sz w:val="22"/>
        </w:rPr>
        <w:t xml:space="preserve"> </w:t>
      </w:r>
      <w:r w:rsidRPr="00D914B7">
        <w:rPr>
          <w:sz w:val="22"/>
          <w:rtl/>
        </w:rPr>
        <w:t>حکومت</w:t>
      </w:r>
      <w:r w:rsidRPr="00D914B7">
        <w:rPr>
          <w:sz w:val="22"/>
        </w:rPr>
        <w:t xml:space="preserve"> </w:t>
      </w:r>
      <w:r w:rsidRPr="00D914B7">
        <w:rPr>
          <w:sz w:val="22"/>
          <w:rtl/>
        </w:rPr>
        <w:t>پرورش</w:t>
      </w:r>
      <w:r w:rsidRPr="00D914B7">
        <w:rPr>
          <w:sz w:val="22"/>
        </w:rPr>
        <w:t xml:space="preserve"> </w:t>
      </w:r>
      <w:r w:rsidRPr="00D914B7">
        <w:rPr>
          <w:sz w:val="22"/>
          <w:rtl/>
        </w:rPr>
        <w:t>یافتند</w:t>
      </w:r>
      <w:r w:rsidRPr="00D914B7">
        <w:rPr>
          <w:sz w:val="22"/>
        </w:rPr>
        <w:t xml:space="preserve"> </w:t>
      </w:r>
      <w:r w:rsidRPr="00D914B7">
        <w:rPr>
          <w:sz w:val="22"/>
          <w:rtl/>
        </w:rPr>
        <w:t>و</w:t>
      </w:r>
      <w:r w:rsidRPr="00D914B7">
        <w:rPr>
          <w:sz w:val="22"/>
        </w:rPr>
        <w:t xml:space="preserve"> </w:t>
      </w:r>
      <w:r w:rsidRPr="00D914B7">
        <w:rPr>
          <w:sz w:val="22"/>
          <w:rtl/>
        </w:rPr>
        <w:t>سپس</w:t>
      </w:r>
      <w:r w:rsidRPr="00D914B7">
        <w:rPr>
          <w:sz w:val="22"/>
        </w:rPr>
        <w:t xml:space="preserve"> </w:t>
      </w:r>
      <w:r w:rsidRPr="00D914B7">
        <w:rPr>
          <w:sz w:val="22"/>
          <w:rtl/>
        </w:rPr>
        <w:t>حکومت</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گرفتند،</w:t>
      </w:r>
      <w:r w:rsidRPr="00D914B7">
        <w:rPr>
          <w:sz w:val="22"/>
        </w:rPr>
        <w:t xml:space="preserve"> </w:t>
      </w:r>
      <w:r w:rsidRPr="00D914B7">
        <w:rPr>
          <w:sz w:val="22"/>
          <w:rtl/>
        </w:rPr>
        <w:t>یا</w:t>
      </w:r>
      <w:r w:rsidRPr="00D914B7">
        <w:rPr>
          <w:sz w:val="22"/>
        </w:rPr>
        <w:t xml:space="preserve"> </w:t>
      </w:r>
      <w:r w:rsidRPr="00D914B7">
        <w:rPr>
          <w:sz w:val="22"/>
          <w:rtl/>
        </w:rPr>
        <w:t>قشون</w:t>
      </w:r>
      <w:r w:rsidRPr="00D914B7">
        <w:rPr>
          <w:sz w:val="22"/>
        </w:rPr>
        <w:t>‌</w:t>
      </w:r>
      <w:r w:rsidRPr="00D914B7">
        <w:rPr>
          <w:sz w:val="22"/>
          <w:rtl/>
        </w:rPr>
        <w:t>هایی</w:t>
      </w:r>
      <w:r w:rsidRPr="00D914B7">
        <w:rPr>
          <w:sz w:val="22"/>
        </w:rPr>
        <w:t xml:space="preserve"> </w:t>
      </w:r>
      <w:r w:rsidRPr="00D914B7">
        <w:rPr>
          <w:sz w:val="22"/>
          <w:rtl/>
        </w:rPr>
        <w:t>که</w:t>
      </w:r>
      <w:r w:rsidRPr="00D914B7">
        <w:rPr>
          <w:sz w:val="22"/>
        </w:rPr>
        <w:t xml:space="preserve"> </w:t>
      </w:r>
      <w:r w:rsidRPr="00D914B7">
        <w:rPr>
          <w:sz w:val="22"/>
          <w:rtl/>
        </w:rPr>
        <w:t>برای</w:t>
      </w:r>
      <w:r w:rsidRPr="00D914B7">
        <w:rPr>
          <w:sz w:val="22"/>
        </w:rPr>
        <w:t xml:space="preserve"> </w:t>
      </w:r>
      <w:r w:rsidRPr="00D914B7">
        <w:rPr>
          <w:sz w:val="22"/>
          <w:rtl/>
        </w:rPr>
        <w:t>دفاع</w:t>
      </w:r>
      <w:r w:rsidRPr="00D914B7">
        <w:rPr>
          <w:sz w:val="22"/>
        </w:rPr>
        <w:t xml:space="preserve"> </w:t>
      </w:r>
      <w:r w:rsidRPr="00D914B7">
        <w:rPr>
          <w:sz w:val="22"/>
          <w:rtl/>
        </w:rPr>
        <w:t>از</w:t>
      </w:r>
      <w:r w:rsidRPr="00D914B7">
        <w:rPr>
          <w:sz w:val="22"/>
        </w:rPr>
        <w:t xml:space="preserve"> </w:t>
      </w:r>
      <w:r w:rsidRPr="00D914B7">
        <w:rPr>
          <w:sz w:val="22"/>
          <w:rtl/>
        </w:rPr>
        <w:t>کشور</w:t>
      </w:r>
      <w:r w:rsidRPr="00D914B7">
        <w:rPr>
          <w:sz w:val="22"/>
        </w:rPr>
        <w:t xml:space="preserve"> </w:t>
      </w:r>
      <w:r w:rsidRPr="00D914B7">
        <w:rPr>
          <w:sz w:val="22"/>
          <w:rtl/>
        </w:rPr>
        <w:t>ساخته</w:t>
      </w:r>
      <w:r w:rsidRPr="00D914B7">
        <w:rPr>
          <w:sz w:val="22"/>
        </w:rPr>
        <w:t xml:space="preserve"> </w:t>
      </w:r>
      <w:r w:rsidRPr="00D914B7">
        <w:rPr>
          <w:sz w:val="22"/>
          <w:rtl/>
        </w:rPr>
        <w:t>شدند</w:t>
      </w:r>
      <w:r w:rsidRPr="00D914B7">
        <w:rPr>
          <w:sz w:val="22"/>
        </w:rPr>
        <w:t xml:space="preserve"> </w:t>
      </w:r>
      <w:r w:rsidRPr="00D914B7">
        <w:rPr>
          <w:sz w:val="22"/>
          <w:rtl/>
        </w:rPr>
        <w:t>و</w:t>
      </w:r>
      <w:r w:rsidRPr="00D914B7">
        <w:rPr>
          <w:sz w:val="22"/>
        </w:rPr>
        <w:t xml:space="preserve"> </w:t>
      </w:r>
      <w:r w:rsidRPr="00D914B7">
        <w:rPr>
          <w:sz w:val="22"/>
          <w:rtl/>
        </w:rPr>
        <w:t>منابع</w:t>
      </w:r>
      <w:r w:rsidRPr="00D914B7">
        <w:rPr>
          <w:sz w:val="22"/>
        </w:rPr>
        <w:t xml:space="preserve"> </w:t>
      </w:r>
      <w:r w:rsidRPr="00D914B7">
        <w:rPr>
          <w:sz w:val="22"/>
          <w:rtl/>
        </w:rPr>
        <w:t>همان</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بلعیدند</w:t>
      </w:r>
      <w:r>
        <w:rPr>
          <w:sz w:val="22"/>
          <w:rtl/>
        </w:rPr>
        <w:t>.</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قشون</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رو</w:t>
      </w:r>
      <w:r w:rsidRPr="00D914B7">
        <w:rPr>
          <w:sz w:val="22"/>
        </w:rPr>
        <w:t xml:space="preserve"> </w:t>
      </w:r>
      <w:r w:rsidRPr="00D914B7">
        <w:rPr>
          <w:sz w:val="22"/>
          <w:rtl/>
        </w:rPr>
        <w:t>بنیادی</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دیوان</w:t>
      </w:r>
      <w:r w:rsidRPr="00D914B7">
        <w:rPr>
          <w:sz w:val="22"/>
        </w:rPr>
        <w:t xml:space="preserve"> </w:t>
      </w:r>
      <w:r w:rsidRPr="00D914B7">
        <w:rPr>
          <w:sz w:val="22"/>
          <w:rtl/>
        </w:rPr>
        <w:t>باید</w:t>
      </w:r>
      <w:r w:rsidRPr="00D914B7">
        <w:rPr>
          <w:sz w:val="22"/>
        </w:rPr>
        <w:t xml:space="preserve"> </w:t>
      </w:r>
      <w:r w:rsidRPr="00D914B7">
        <w:rPr>
          <w:sz w:val="22"/>
          <w:rtl/>
        </w:rPr>
        <w:t>هزینه</w:t>
      </w:r>
      <w:r>
        <w:rPr>
          <w:sz w:val="22"/>
          <w:rtl/>
        </w:rPr>
        <w:t>ء</w:t>
      </w:r>
      <w:r w:rsidRPr="00D914B7">
        <w:rPr>
          <w:sz w:val="22"/>
        </w:rPr>
        <w:t xml:space="preserve"> </w:t>
      </w:r>
      <w:r w:rsidRPr="00D914B7">
        <w:rPr>
          <w:sz w:val="22"/>
          <w:rtl/>
        </w:rPr>
        <w:t>قشون</w:t>
      </w:r>
      <w:r w:rsidRPr="00D914B7">
        <w:rPr>
          <w:sz w:val="22"/>
        </w:rPr>
        <w:t xml:space="preserve"> </w:t>
      </w:r>
      <w:r w:rsidRPr="00D914B7">
        <w:rPr>
          <w:sz w:val="22"/>
          <w:rtl/>
        </w:rPr>
        <w:t>را</w:t>
      </w:r>
      <w:r w:rsidRPr="00D914B7">
        <w:rPr>
          <w:sz w:val="22"/>
        </w:rPr>
        <w:t xml:space="preserve"> </w:t>
      </w:r>
      <w:r w:rsidRPr="00D914B7">
        <w:rPr>
          <w:sz w:val="22"/>
          <w:rtl/>
        </w:rPr>
        <w:t>فراهم</w:t>
      </w:r>
      <w:r w:rsidRPr="00D914B7">
        <w:rPr>
          <w:sz w:val="22"/>
        </w:rPr>
        <w:t xml:space="preserve"> </w:t>
      </w:r>
      <w:r w:rsidRPr="00D914B7">
        <w:rPr>
          <w:sz w:val="22"/>
          <w:rtl/>
        </w:rPr>
        <w:t>آورد</w:t>
      </w:r>
      <w:r w:rsidRPr="00D914B7">
        <w:rPr>
          <w:sz w:val="22"/>
        </w:rPr>
        <w:t xml:space="preserve"> </w:t>
      </w:r>
      <w:r w:rsidRPr="00D914B7">
        <w:rPr>
          <w:sz w:val="22"/>
          <w:rtl/>
        </w:rPr>
        <w:t>و</w:t>
      </w:r>
      <w:r w:rsidRPr="00D914B7">
        <w:rPr>
          <w:sz w:val="22"/>
        </w:rPr>
        <w:t xml:space="preserve"> </w:t>
      </w:r>
      <w:r w:rsidRPr="00D914B7">
        <w:rPr>
          <w:sz w:val="22"/>
          <w:rtl/>
        </w:rPr>
        <w:t>هم</w:t>
      </w:r>
      <w:r w:rsidRPr="00D914B7">
        <w:rPr>
          <w:sz w:val="22"/>
        </w:rPr>
        <w:t>‌</w:t>
      </w:r>
      <w:r w:rsidRPr="00D914B7">
        <w:rPr>
          <w:sz w:val="22"/>
          <w:rtl/>
        </w:rPr>
        <w:t>زمان</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وظیفه</w:t>
      </w:r>
      <w:r w:rsidRPr="00D914B7">
        <w:rPr>
          <w:sz w:val="22"/>
        </w:rPr>
        <w:t xml:space="preserve"> </w:t>
      </w:r>
      <w:r w:rsidRPr="00D914B7">
        <w:rPr>
          <w:sz w:val="22"/>
          <w:rtl/>
        </w:rPr>
        <w:t>و</w:t>
      </w:r>
      <w:r w:rsidRPr="00D914B7">
        <w:rPr>
          <w:sz w:val="22"/>
        </w:rPr>
        <w:t xml:space="preserve"> </w:t>
      </w:r>
      <w:r w:rsidRPr="00D914B7">
        <w:rPr>
          <w:sz w:val="22"/>
          <w:rtl/>
        </w:rPr>
        <w:t>حساب</w:t>
      </w:r>
      <w:r w:rsidRPr="00D914B7">
        <w:rPr>
          <w:sz w:val="22"/>
        </w:rPr>
        <w:t xml:space="preserve"> </w:t>
      </w:r>
      <w:r w:rsidRPr="00D914B7">
        <w:rPr>
          <w:sz w:val="22"/>
          <w:rtl/>
        </w:rPr>
        <w:t>محدود</w:t>
      </w:r>
      <w:r w:rsidRPr="00D914B7">
        <w:rPr>
          <w:sz w:val="22"/>
        </w:rPr>
        <w:t xml:space="preserve"> </w:t>
      </w:r>
      <w:r w:rsidRPr="00D914B7">
        <w:rPr>
          <w:sz w:val="22"/>
          <w:rtl/>
        </w:rPr>
        <w:t>کند</w:t>
      </w:r>
      <w:r>
        <w:rPr>
          <w:sz w:val="22"/>
          <w:rtl/>
        </w:rPr>
        <w:t>.</w:t>
      </w:r>
    </w:p>
    <w:p w:rsidR="00987F03" w:rsidRPr="00D914B7" w:rsidRDefault="00987F03" w:rsidP="00987F03">
      <w:pPr>
        <w:bidi/>
        <w:ind w:firstLine="720"/>
        <w:rPr>
          <w:sz w:val="22"/>
        </w:rPr>
      </w:pPr>
      <w:r w:rsidRPr="00D914B7">
        <w:rPr>
          <w:sz w:val="22"/>
          <w:rtl/>
        </w:rPr>
        <w:t>دینکاران</w:t>
      </w:r>
      <w:r w:rsidRPr="00D914B7">
        <w:rPr>
          <w:sz w:val="22"/>
        </w:rPr>
        <w:t xml:space="preserve"> </w:t>
      </w:r>
      <w:r w:rsidRPr="00D914B7">
        <w:rPr>
          <w:sz w:val="22"/>
          <w:rtl/>
        </w:rPr>
        <w:t>حامل</w:t>
      </w:r>
      <w:r w:rsidRPr="00D914B7">
        <w:rPr>
          <w:sz w:val="22"/>
        </w:rPr>
        <w:t xml:space="preserve"> </w:t>
      </w:r>
      <w:r w:rsidRPr="00D914B7">
        <w:rPr>
          <w:sz w:val="22"/>
          <w:rtl/>
        </w:rPr>
        <w:t>تفسیر</w:t>
      </w:r>
      <w:r w:rsidRPr="00D914B7">
        <w:rPr>
          <w:sz w:val="22"/>
        </w:rPr>
        <w:t xml:space="preserve"> </w:t>
      </w:r>
      <w:r w:rsidRPr="00D914B7">
        <w:rPr>
          <w:sz w:val="22"/>
          <w:rtl/>
        </w:rPr>
        <w:t>امر</w:t>
      </w:r>
      <w:r w:rsidRPr="00D914B7">
        <w:rPr>
          <w:sz w:val="22"/>
        </w:rPr>
        <w:t xml:space="preserve"> </w:t>
      </w:r>
      <w:r w:rsidRPr="00D914B7">
        <w:rPr>
          <w:sz w:val="22"/>
          <w:rtl/>
        </w:rPr>
        <w:t>مقدس</w:t>
      </w:r>
      <w:r w:rsidRPr="00D914B7">
        <w:rPr>
          <w:sz w:val="22"/>
        </w:rPr>
        <w:t xml:space="preserve"> </w:t>
      </w:r>
      <w:r w:rsidRPr="00D914B7">
        <w:rPr>
          <w:sz w:val="22"/>
          <w:rtl/>
        </w:rPr>
        <w:t>و</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سرچشمه</w:t>
      </w:r>
      <w:r w:rsidRPr="00D914B7">
        <w:rPr>
          <w:sz w:val="22"/>
        </w:rPr>
        <w:t>‌</w:t>
      </w:r>
      <w:r w:rsidRPr="00D914B7">
        <w:rPr>
          <w:sz w:val="22"/>
          <w:rtl/>
        </w:rPr>
        <w:t>های</w:t>
      </w:r>
      <w:r w:rsidRPr="00D914B7">
        <w:rPr>
          <w:sz w:val="22"/>
        </w:rPr>
        <w:t xml:space="preserve"> </w:t>
      </w:r>
      <w:r w:rsidRPr="00D914B7">
        <w:rPr>
          <w:sz w:val="22"/>
          <w:rtl/>
        </w:rPr>
        <w:t>مهم</w:t>
      </w:r>
      <w:r w:rsidRPr="00D914B7">
        <w:rPr>
          <w:sz w:val="22"/>
        </w:rPr>
        <w:t xml:space="preserve"> </w:t>
      </w:r>
      <w:r w:rsidRPr="00D914B7">
        <w:rPr>
          <w:sz w:val="22"/>
          <w:rtl/>
        </w:rPr>
        <w:t>حقانیت</w:t>
      </w:r>
      <w:r w:rsidRPr="00D914B7">
        <w:rPr>
          <w:sz w:val="22"/>
        </w:rPr>
        <w:t xml:space="preserve"> </w:t>
      </w:r>
      <w:r w:rsidRPr="00D914B7">
        <w:rPr>
          <w:sz w:val="22"/>
          <w:rtl/>
        </w:rPr>
        <w:t>حکمرانی</w:t>
      </w:r>
      <w:r w:rsidRPr="00D914B7">
        <w:rPr>
          <w:sz w:val="22"/>
        </w:rPr>
        <w:t xml:space="preserve"> </w:t>
      </w:r>
      <w:r w:rsidRPr="00D914B7">
        <w:rPr>
          <w:sz w:val="22"/>
          <w:rtl/>
        </w:rPr>
        <w:t>بوده</w:t>
      </w:r>
      <w:r w:rsidRPr="00D914B7">
        <w:rPr>
          <w:sz w:val="22"/>
        </w:rPr>
        <w:t>‌</w:t>
      </w:r>
      <w:r w:rsidRPr="00D914B7">
        <w:rPr>
          <w:sz w:val="22"/>
          <w:rtl/>
        </w:rPr>
        <w:t>اند</w:t>
      </w:r>
      <w:r>
        <w:rPr>
          <w:sz w:val="22"/>
          <w:rtl/>
        </w:rPr>
        <w:t>.</w:t>
      </w:r>
      <w:r w:rsidRPr="00D914B7">
        <w:rPr>
          <w:sz w:val="22"/>
        </w:rPr>
        <w:t xml:space="preserve"> </w:t>
      </w:r>
      <w:r w:rsidRPr="00D914B7">
        <w:rPr>
          <w:sz w:val="22"/>
          <w:rtl/>
        </w:rPr>
        <w:t>فرمانروا</w:t>
      </w:r>
      <w:r w:rsidRPr="00D914B7">
        <w:rPr>
          <w:sz w:val="22"/>
        </w:rPr>
        <w:t xml:space="preserve"> </w:t>
      </w:r>
      <w:r w:rsidRPr="00D914B7">
        <w:rPr>
          <w:sz w:val="22"/>
          <w:rtl/>
        </w:rPr>
        <w:t>غالباً</w:t>
      </w:r>
      <w:r w:rsidRPr="00D914B7">
        <w:rPr>
          <w:sz w:val="22"/>
        </w:rPr>
        <w:t xml:space="preserve"> </w:t>
      </w:r>
      <w:r w:rsidRPr="00D914B7">
        <w:rPr>
          <w:sz w:val="22"/>
          <w:rtl/>
        </w:rPr>
        <w:t>برای</w:t>
      </w:r>
      <w:r w:rsidRPr="00D914B7">
        <w:rPr>
          <w:sz w:val="22"/>
        </w:rPr>
        <w:t xml:space="preserve"> </w:t>
      </w:r>
      <w:r w:rsidRPr="00D914B7">
        <w:rPr>
          <w:sz w:val="22"/>
          <w:rtl/>
        </w:rPr>
        <w:t>پذیرفته</w:t>
      </w:r>
      <w:r w:rsidRPr="00D914B7">
        <w:rPr>
          <w:sz w:val="22"/>
        </w:rPr>
        <w:t>‌</w:t>
      </w:r>
      <w:r w:rsidRPr="00D914B7">
        <w:rPr>
          <w:sz w:val="22"/>
          <w:rtl/>
        </w:rPr>
        <w:t>شدن</w:t>
      </w:r>
      <w:r w:rsidRPr="00D914B7">
        <w:rPr>
          <w:sz w:val="22"/>
        </w:rPr>
        <w:t xml:space="preserve"> </w:t>
      </w:r>
      <w:r w:rsidRPr="00D914B7">
        <w:rPr>
          <w:sz w:val="22"/>
          <w:rtl/>
        </w:rPr>
        <w:t>قدرت</w:t>
      </w:r>
      <w:r w:rsidRPr="00D914B7">
        <w:rPr>
          <w:sz w:val="22"/>
        </w:rPr>
        <w:t xml:space="preserve"> </w:t>
      </w:r>
      <w:r w:rsidRPr="00D914B7">
        <w:rPr>
          <w:sz w:val="22"/>
          <w:rtl/>
        </w:rPr>
        <w:t>خود</w:t>
      </w:r>
      <w:r w:rsidRPr="00D914B7">
        <w:rPr>
          <w:sz w:val="22"/>
        </w:rPr>
        <w:t xml:space="preserve"> </w:t>
      </w:r>
      <w:r w:rsidRPr="00D914B7">
        <w:rPr>
          <w:sz w:val="22"/>
          <w:rtl/>
        </w:rPr>
        <w:t>به</w:t>
      </w:r>
      <w:r w:rsidRPr="00D914B7">
        <w:rPr>
          <w:sz w:val="22"/>
        </w:rPr>
        <w:t xml:space="preserve"> </w:t>
      </w:r>
      <w:r w:rsidRPr="00D914B7">
        <w:rPr>
          <w:sz w:val="22"/>
          <w:rtl/>
        </w:rPr>
        <w:t>تأیید</w:t>
      </w:r>
      <w:r w:rsidRPr="00D914B7">
        <w:rPr>
          <w:sz w:val="22"/>
        </w:rPr>
        <w:t xml:space="preserve"> </w:t>
      </w:r>
      <w:r w:rsidRPr="00D914B7">
        <w:rPr>
          <w:sz w:val="22"/>
          <w:rtl/>
        </w:rPr>
        <w:t>دینی</w:t>
      </w:r>
      <w:r w:rsidRPr="00D914B7">
        <w:rPr>
          <w:sz w:val="22"/>
        </w:rPr>
        <w:t xml:space="preserve"> </w:t>
      </w:r>
      <w:r w:rsidRPr="00D914B7">
        <w:rPr>
          <w:sz w:val="22"/>
          <w:rtl/>
        </w:rPr>
        <w:t>نیاز</w:t>
      </w:r>
      <w:r w:rsidRPr="00D914B7">
        <w:rPr>
          <w:sz w:val="22"/>
        </w:rPr>
        <w:t xml:space="preserve"> </w:t>
      </w:r>
      <w:r w:rsidRPr="00D914B7">
        <w:rPr>
          <w:sz w:val="22"/>
          <w:rtl/>
        </w:rPr>
        <w:t>داشته</w:t>
      </w:r>
      <w:r w:rsidRPr="00D914B7">
        <w:rPr>
          <w:sz w:val="22"/>
        </w:rPr>
        <w:t xml:space="preserve"> </w:t>
      </w:r>
      <w:r w:rsidRPr="00D914B7">
        <w:rPr>
          <w:sz w:val="22"/>
          <w:rtl/>
        </w:rPr>
        <w:t>و</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نیز</w:t>
      </w:r>
      <w:r w:rsidRPr="00D914B7">
        <w:rPr>
          <w:sz w:val="22"/>
        </w:rPr>
        <w:t xml:space="preserve"> </w:t>
      </w:r>
      <w:r w:rsidRPr="00D914B7">
        <w:rPr>
          <w:sz w:val="22"/>
          <w:rtl/>
        </w:rPr>
        <w:t>برای</w:t>
      </w:r>
      <w:r w:rsidRPr="00D914B7">
        <w:rPr>
          <w:sz w:val="22"/>
        </w:rPr>
        <w:t xml:space="preserve"> </w:t>
      </w:r>
      <w:r w:rsidRPr="00D914B7">
        <w:rPr>
          <w:sz w:val="22"/>
          <w:rtl/>
        </w:rPr>
        <w:t>گسترش</w:t>
      </w:r>
      <w:r w:rsidRPr="00D914B7">
        <w:rPr>
          <w:sz w:val="22"/>
        </w:rPr>
        <w:t xml:space="preserve"> </w:t>
      </w:r>
      <w:r w:rsidRPr="00D914B7">
        <w:rPr>
          <w:sz w:val="22"/>
          <w:rtl/>
        </w:rPr>
        <w:t>آموزش،</w:t>
      </w:r>
      <w:r w:rsidRPr="00D914B7">
        <w:rPr>
          <w:sz w:val="22"/>
        </w:rPr>
        <w:t xml:space="preserve"> </w:t>
      </w:r>
      <w:r w:rsidRPr="00D914B7">
        <w:rPr>
          <w:sz w:val="22"/>
          <w:rtl/>
        </w:rPr>
        <w:t>آیین</w:t>
      </w:r>
      <w:r w:rsidRPr="00D914B7">
        <w:rPr>
          <w:sz w:val="22"/>
        </w:rPr>
        <w:t xml:space="preserve"> </w:t>
      </w:r>
      <w:r w:rsidRPr="00D914B7">
        <w:rPr>
          <w:sz w:val="22"/>
          <w:rtl/>
        </w:rPr>
        <w:t>و</w:t>
      </w:r>
      <w:r w:rsidRPr="00D914B7">
        <w:rPr>
          <w:sz w:val="22"/>
        </w:rPr>
        <w:t xml:space="preserve"> </w:t>
      </w:r>
      <w:r w:rsidRPr="00D914B7">
        <w:rPr>
          <w:sz w:val="22"/>
          <w:rtl/>
        </w:rPr>
        <w:t>اقتدار</w:t>
      </w:r>
      <w:r w:rsidRPr="00D914B7">
        <w:rPr>
          <w:sz w:val="22"/>
        </w:rPr>
        <w:t xml:space="preserve"> </w:t>
      </w:r>
      <w:r w:rsidRPr="00D914B7">
        <w:rPr>
          <w:sz w:val="22"/>
          <w:rtl/>
        </w:rPr>
        <w:t>اجتماعی</w:t>
      </w:r>
      <w:r w:rsidRPr="00D914B7">
        <w:rPr>
          <w:sz w:val="22"/>
        </w:rPr>
        <w:t xml:space="preserve"> </w:t>
      </w:r>
      <w:r w:rsidRPr="00D914B7">
        <w:rPr>
          <w:sz w:val="22"/>
          <w:rtl/>
        </w:rPr>
        <w:t>خود</w:t>
      </w:r>
      <w:r w:rsidRPr="00D914B7">
        <w:rPr>
          <w:sz w:val="22"/>
        </w:rPr>
        <w:t xml:space="preserve"> </w:t>
      </w:r>
      <w:r w:rsidRPr="00D914B7">
        <w:rPr>
          <w:sz w:val="22"/>
          <w:rtl/>
        </w:rPr>
        <w:t>از</w:t>
      </w:r>
      <w:r w:rsidRPr="00D914B7">
        <w:rPr>
          <w:sz w:val="22"/>
        </w:rPr>
        <w:t xml:space="preserve"> </w:t>
      </w:r>
      <w:r w:rsidRPr="00D914B7">
        <w:rPr>
          <w:sz w:val="22"/>
          <w:rtl/>
        </w:rPr>
        <w:t>حمایت</w:t>
      </w:r>
      <w:r w:rsidRPr="00D914B7">
        <w:rPr>
          <w:sz w:val="22"/>
        </w:rPr>
        <w:t xml:space="preserve"> </w:t>
      </w:r>
      <w:r w:rsidRPr="00D914B7">
        <w:rPr>
          <w:sz w:val="22"/>
          <w:rtl/>
        </w:rPr>
        <w:t>حکومت</w:t>
      </w:r>
      <w:r w:rsidRPr="00D914B7">
        <w:rPr>
          <w:sz w:val="22"/>
        </w:rPr>
        <w:t xml:space="preserve"> </w:t>
      </w:r>
      <w:r w:rsidRPr="00D914B7">
        <w:rPr>
          <w:sz w:val="22"/>
          <w:rtl/>
        </w:rPr>
        <w:t>بهره</w:t>
      </w:r>
      <w:r w:rsidRPr="00D914B7">
        <w:rPr>
          <w:sz w:val="22"/>
        </w:rPr>
        <w:t xml:space="preserve"> </w:t>
      </w:r>
      <w:r w:rsidRPr="00D914B7">
        <w:rPr>
          <w:sz w:val="22"/>
          <w:rtl/>
        </w:rPr>
        <w:t>برده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رابطه</w:t>
      </w:r>
      <w:r w:rsidRPr="00D914B7">
        <w:rPr>
          <w:sz w:val="22"/>
        </w:rPr>
        <w:t xml:space="preserve"> </w:t>
      </w:r>
      <w:r w:rsidRPr="00D914B7">
        <w:rPr>
          <w:sz w:val="22"/>
          <w:rtl/>
        </w:rPr>
        <w:t>همواره</w:t>
      </w:r>
      <w:r w:rsidRPr="00D914B7">
        <w:rPr>
          <w:sz w:val="22"/>
        </w:rPr>
        <w:t xml:space="preserve"> </w:t>
      </w:r>
      <w:r w:rsidRPr="00D914B7">
        <w:rPr>
          <w:sz w:val="22"/>
          <w:rtl/>
        </w:rPr>
        <w:t>میان</w:t>
      </w:r>
      <w:r w:rsidRPr="00D914B7">
        <w:rPr>
          <w:sz w:val="22"/>
        </w:rPr>
        <w:t xml:space="preserve"> </w:t>
      </w:r>
      <w:r w:rsidRPr="00D914B7">
        <w:rPr>
          <w:sz w:val="22"/>
          <w:rtl/>
        </w:rPr>
        <w:t>نیاز</w:t>
      </w:r>
      <w:r w:rsidRPr="00D914B7">
        <w:rPr>
          <w:sz w:val="22"/>
        </w:rPr>
        <w:t xml:space="preserve"> </w:t>
      </w:r>
      <w:r w:rsidRPr="00D914B7">
        <w:rPr>
          <w:sz w:val="22"/>
          <w:rtl/>
        </w:rPr>
        <w:t>و</w:t>
      </w:r>
      <w:r w:rsidRPr="00D914B7">
        <w:rPr>
          <w:sz w:val="22"/>
        </w:rPr>
        <w:t xml:space="preserve"> </w:t>
      </w:r>
      <w:r w:rsidRPr="00D914B7">
        <w:rPr>
          <w:sz w:val="22"/>
          <w:rtl/>
        </w:rPr>
        <w:t>ترس</w:t>
      </w:r>
      <w:r w:rsidRPr="00D914B7">
        <w:rPr>
          <w:sz w:val="22"/>
        </w:rPr>
        <w:t xml:space="preserve"> </w:t>
      </w:r>
      <w:r w:rsidRPr="00D914B7">
        <w:rPr>
          <w:sz w:val="22"/>
          <w:rtl/>
        </w:rPr>
        <w:t>در</w:t>
      </w:r>
      <w:r w:rsidRPr="00D914B7">
        <w:rPr>
          <w:sz w:val="22"/>
        </w:rPr>
        <w:t xml:space="preserve"> </w:t>
      </w:r>
      <w:r w:rsidRPr="00D914B7">
        <w:rPr>
          <w:sz w:val="22"/>
          <w:rtl/>
        </w:rPr>
        <w:t>نوسان</w:t>
      </w:r>
      <w:r w:rsidRPr="00D914B7">
        <w:rPr>
          <w:sz w:val="22"/>
        </w:rPr>
        <w:t xml:space="preserve"> </w:t>
      </w:r>
      <w:r w:rsidRPr="00D914B7">
        <w:rPr>
          <w:sz w:val="22"/>
          <w:rtl/>
        </w:rPr>
        <w:t>بوده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دینکار</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فرمانروا</w:t>
      </w:r>
      <w:r w:rsidRPr="00D914B7">
        <w:rPr>
          <w:sz w:val="22"/>
        </w:rPr>
        <w:t xml:space="preserve"> </w:t>
      </w:r>
      <w:r w:rsidRPr="00D914B7">
        <w:rPr>
          <w:sz w:val="22"/>
          <w:rtl/>
        </w:rPr>
        <w:t>را</w:t>
      </w:r>
      <w:r w:rsidRPr="00D914B7">
        <w:rPr>
          <w:sz w:val="22"/>
        </w:rPr>
        <w:t xml:space="preserve"> </w:t>
      </w:r>
      <w:r w:rsidRPr="00D914B7">
        <w:rPr>
          <w:sz w:val="22"/>
          <w:rtl/>
        </w:rPr>
        <w:t>تأیید</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مدعی</w:t>
      </w:r>
      <w:r w:rsidRPr="00D914B7">
        <w:rPr>
          <w:sz w:val="22"/>
        </w:rPr>
        <w:t xml:space="preserve"> </w:t>
      </w:r>
      <w:r w:rsidRPr="00D914B7">
        <w:rPr>
          <w:sz w:val="22"/>
          <w:rtl/>
        </w:rPr>
        <w:t>شود</w:t>
      </w:r>
      <w:r w:rsidRPr="00D914B7">
        <w:rPr>
          <w:sz w:val="22"/>
        </w:rPr>
        <w:t xml:space="preserve"> </w:t>
      </w:r>
      <w:r w:rsidRPr="00D914B7">
        <w:rPr>
          <w:sz w:val="22"/>
          <w:rtl/>
        </w:rPr>
        <w:t>داوری</w:t>
      </w:r>
      <w:r w:rsidRPr="00D914B7">
        <w:rPr>
          <w:sz w:val="22"/>
        </w:rPr>
        <w:t xml:space="preserve"> </w:t>
      </w:r>
      <w:r w:rsidRPr="00D914B7">
        <w:rPr>
          <w:sz w:val="22"/>
          <w:rtl/>
        </w:rPr>
        <w:t>نهایی</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حق</w:t>
      </w:r>
      <w:r w:rsidRPr="00D914B7">
        <w:rPr>
          <w:sz w:val="22"/>
        </w:rPr>
        <w:t xml:space="preserve"> </w:t>
      </w:r>
      <w:r w:rsidRPr="00D914B7">
        <w:rPr>
          <w:sz w:val="22"/>
          <w:rtl/>
        </w:rPr>
        <w:t>و</w:t>
      </w:r>
      <w:r w:rsidRPr="00D914B7">
        <w:rPr>
          <w:sz w:val="22"/>
        </w:rPr>
        <w:t xml:space="preserve"> </w:t>
      </w:r>
      <w:r w:rsidRPr="00D914B7">
        <w:rPr>
          <w:sz w:val="22"/>
          <w:rtl/>
        </w:rPr>
        <w:t>باطل</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اوست؛</w:t>
      </w:r>
      <w:r w:rsidRPr="00D914B7">
        <w:rPr>
          <w:sz w:val="22"/>
        </w:rPr>
        <w:t xml:space="preserve"> </w:t>
      </w:r>
      <w:r w:rsidRPr="00D914B7">
        <w:rPr>
          <w:sz w:val="22"/>
          <w:rtl/>
        </w:rPr>
        <w:t>فرمانروا</w:t>
      </w:r>
      <w:r w:rsidRPr="00D914B7">
        <w:rPr>
          <w:sz w:val="22"/>
        </w:rPr>
        <w:t xml:space="preserve"> </w:t>
      </w:r>
      <w:r w:rsidRPr="00D914B7">
        <w:rPr>
          <w:sz w:val="22"/>
          <w:rtl/>
        </w:rPr>
        <w:t>نیز</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از</w:t>
      </w:r>
      <w:r w:rsidRPr="00D914B7">
        <w:rPr>
          <w:sz w:val="22"/>
        </w:rPr>
        <w:t xml:space="preserve"> </w:t>
      </w:r>
      <w:r w:rsidRPr="00D914B7">
        <w:rPr>
          <w:sz w:val="22"/>
          <w:rtl/>
        </w:rPr>
        <w:t>دین</w:t>
      </w:r>
      <w:r w:rsidRPr="00D914B7">
        <w:rPr>
          <w:sz w:val="22"/>
        </w:rPr>
        <w:t xml:space="preserve"> </w:t>
      </w:r>
      <w:r w:rsidRPr="00D914B7">
        <w:rPr>
          <w:sz w:val="22"/>
          <w:rtl/>
        </w:rPr>
        <w:t>برای</w:t>
      </w:r>
      <w:r w:rsidRPr="00D914B7">
        <w:rPr>
          <w:sz w:val="22"/>
        </w:rPr>
        <w:t xml:space="preserve"> </w:t>
      </w:r>
      <w:r w:rsidRPr="00D914B7">
        <w:rPr>
          <w:sz w:val="22"/>
          <w:rtl/>
        </w:rPr>
        <w:t>اطاعت</w:t>
      </w:r>
      <w:r w:rsidRPr="00D914B7">
        <w:rPr>
          <w:sz w:val="22"/>
        </w:rPr>
        <w:t>‌</w:t>
      </w:r>
      <w:r w:rsidRPr="00D914B7">
        <w:rPr>
          <w:sz w:val="22"/>
          <w:rtl/>
        </w:rPr>
        <w:t>گرفتن</w:t>
      </w:r>
      <w:r w:rsidRPr="00D914B7">
        <w:rPr>
          <w:sz w:val="22"/>
        </w:rPr>
        <w:t xml:space="preserve"> </w:t>
      </w:r>
      <w:r w:rsidRPr="00D914B7">
        <w:rPr>
          <w:sz w:val="22"/>
          <w:rtl/>
        </w:rPr>
        <w:t>استفاده</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هم</w:t>
      </w:r>
      <w:r w:rsidRPr="00D914B7">
        <w:rPr>
          <w:sz w:val="22"/>
        </w:rPr>
        <w:t>‌</w:t>
      </w:r>
      <w:r w:rsidRPr="00D914B7">
        <w:rPr>
          <w:sz w:val="22"/>
          <w:rtl/>
        </w:rPr>
        <w:t>زمان</w:t>
      </w:r>
      <w:r w:rsidRPr="00D914B7">
        <w:rPr>
          <w:sz w:val="22"/>
        </w:rPr>
        <w:t xml:space="preserve"> </w:t>
      </w:r>
      <w:r w:rsidRPr="00D914B7">
        <w:rPr>
          <w:sz w:val="22"/>
          <w:rtl/>
        </w:rPr>
        <w:t>بکوشد</w:t>
      </w:r>
      <w:r w:rsidRPr="00D914B7">
        <w:rPr>
          <w:sz w:val="22"/>
        </w:rPr>
        <w:t xml:space="preserve"> </w:t>
      </w:r>
      <w:r w:rsidRPr="00D914B7">
        <w:rPr>
          <w:sz w:val="22"/>
          <w:rtl/>
        </w:rPr>
        <w:t>نهاد</w:t>
      </w:r>
      <w:r w:rsidRPr="00D914B7">
        <w:rPr>
          <w:sz w:val="22"/>
        </w:rPr>
        <w:t xml:space="preserve"> </w:t>
      </w:r>
      <w:r w:rsidRPr="00D914B7">
        <w:rPr>
          <w:sz w:val="22"/>
          <w:rtl/>
        </w:rPr>
        <w:t>دینی</w:t>
      </w:r>
      <w:r w:rsidRPr="00D914B7">
        <w:rPr>
          <w:sz w:val="22"/>
        </w:rPr>
        <w:t xml:space="preserve"> </w:t>
      </w:r>
      <w:r w:rsidRPr="00D914B7">
        <w:rPr>
          <w:sz w:val="22"/>
          <w:rtl/>
        </w:rPr>
        <w:t>را</w:t>
      </w:r>
      <w:r w:rsidRPr="00D914B7">
        <w:rPr>
          <w:sz w:val="22"/>
        </w:rPr>
        <w:t xml:space="preserve"> </w:t>
      </w:r>
      <w:r w:rsidRPr="00D914B7">
        <w:rPr>
          <w:sz w:val="22"/>
          <w:rtl/>
        </w:rPr>
        <w:t>زیر</w:t>
      </w:r>
      <w:r w:rsidRPr="00D914B7">
        <w:rPr>
          <w:sz w:val="22"/>
        </w:rPr>
        <w:t xml:space="preserve"> </w:t>
      </w:r>
      <w:r w:rsidRPr="00D914B7">
        <w:rPr>
          <w:sz w:val="22"/>
          <w:rtl/>
        </w:rPr>
        <w:t>فرمان</w:t>
      </w:r>
      <w:r w:rsidRPr="00D914B7">
        <w:rPr>
          <w:sz w:val="22"/>
        </w:rPr>
        <w:t xml:space="preserve"> </w:t>
      </w:r>
      <w:r w:rsidRPr="00D914B7">
        <w:rPr>
          <w:sz w:val="22"/>
          <w:rtl/>
        </w:rPr>
        <w:t>خود</w:t>
      </w:r>
      <w:r w:rsidRPr="00D914B7">
        <w:rPr>
          <w:sz w:val="22"/>
        </w:rPr>
        <w:t xml:space="preserve"> </w:t>
      </w:r>
      <w:r w:rsidRPr="00D914B7">
        <w:rPr>
          <w:sz w:val="22"/>
          <w:rtl/>
        </w:rPr>
        <w:t>نگاه</w:t>
      </w:r>
      <w:r w:rsidRPr="00D914B7">
        <w:rPr>
          <w:sz w:val="22"/>
        </w:rPr>
        <w:t xml:space="preserve"> </w:t>
      </w:r>
      <w:r w:rsidRPr="00D914B7">
        <w:rPr>
          <w:sz w:val="22"/>
          <w:rtl/>
        </w:rPr>
        <w:t>دارد</w:t>
      </w:r>
      <w:r>
        <w:rPr>
          <w:sz w:val="22"/>
          <w:rtl/>
        </w:rPr>
        <w:t>.</w:t>
      </w:r>
    </w:p>
    <w:p w:rsidR="00987F03" w:rsidRPr="00D914B7" w:rsidRDefault="00987F03" w:rsidP="00987F03">
      <w:pPr>
        <w:bidi/>
        <w:ind w:firstLine="720"/>
        <w:rPr>
          <w:sz w:val="22"/>
        </w:rPr>
      </w:pPr>
      <w:r w:rsidRPr="00D914B7">
        <w:rPr>
          <w:sz w:val="22"/>
          <w:rtl/>
        </w:rPr>
        <w:t>شاه</w:t>
      </w:r>
      <w:r w:rsidRPr="00D914B7">
        <w:rPr>
          <w:sz w:val="22"/>
        </w:rPr>
        <w:t xml:space="preserve"> </w:t>
      </w:r>
      <w:r w:rsidRPr="00D914B7">
        <w:rPr>
          <w:sz w:val="22"/>
          <w:rtl/>
        </w:rPr>
        <w:t>بدون</w:t>
      </w:r>
      <w:r w:rsidRPr="00D914B7">
        <w:rPr>
          <w:sz w:val="22"/>
        </w:rPr>
        <w:t xml:space="preserve"> </w:t>
      </w:r>
      <w:r w:rsidRPr="00D914B7">
        <w:rPr>
          <w:sz w:val="22"/>
          <w:rtl/>
        </w:rPr>
        <w:t>دیوان</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مالیات</w:t>
      </w:r>
      <w:r w:rsidRPr="00D914B7">
        <w:rPr>
          <w:sz w:val="22"/>
        </w:rPr>
        <w:t xml:space="preserve"> </w:t>
      </w:r>
      <w:r w:rsidRPr="00D914B7">
        <w:rPr>
          <w:sz w:val="22"/>
          <w:rtl/>
        </w:rPr>
        <w:t>گرد</w:t>
      </w:r>
      <w:r w:rsidRPr="00D914B7">
        <w:rPr>
          <w:sz w:val="22"/>
        </w:rPr>
        <w:t xml:space="preserve"> </w:t>
      </w:r>
      <w:r w:rsidRPr="00D914B7">
        <w:rPr>
          <w:sz w:val="22"/>
          <w:rtl/>
        </w:rPr>
        <w:t>آورد،</w:t>
      </w:r>
      <w:r w:rsidRPr="00D914B7">
        <w:rPr>
          <w:sz w:val="22"/>
        </w:rPr>
        <w:t xml:space="preserve"> </w:t>
      </w:r>
      <w:r w:rsidRPr="00D914B7">
        <w:rPr>
          <w:sz w:val="22"/>
          <w:rtl/>
        </w:rPr>
        <w:t>قشون</w:t>
      </w:r>
      <w:r w:rsidRPr="00D914B7">
        <w:rPr>
          <w:sz w:val="22"/>
        </w:rPr>
        <w:t xml:space="preserve"> </w:t>
      </w:r>
      <w:r w:rsidRPr="00D914B7">
        <w:rPr>
          <w:sz w:val="22"/>
          <w:rtl/>
        </w:rPr>
        <w:t>را</w:t>
      </w:r>
      <w:r w:rsidRPr="00D914B7">
        <w:rPr>
          <w:sz w:val="22"/>
        </w:rPr>
        <w:t xml:space="preserve"> </w:t>
      </w:r>
      <w:r w:rsidRPr="00D914B7">
        <w:rPr>
          <w:sz w:val="22"/>
          <w:rtl/>
        </w:rPr>
        <w:t>تأمین</w:t>
      </w:r>
      <w:r w:rsidRPr="00D914B7">
        <w:rPr>
          <w:sz w:val="22"/>
        </w:rPr>
        <w:t xml:space="preserve"> </w:t>
      </w:r>
      <w:r w:rsidRPr="00D914B7">
        <w:rPr>
          <w:sz w:val="22"/>
          <w:rtl/>
        </w:rPr>
        <w:t>کند،</w:t>
      </w:r>
      <w:r w:rsidRPr="00D914B7">
        <w:rPr>
          <w:sz w:val="22"/>
        </w:rPr>
        <w:t xml:space="preserve"> </w:t>
      </w:r>
      <w:r w:rsidRPr="00D914B7">
        <w:rPr>
          <w:sz w:val="22"/>
          <w:rtl/>
        </w:rPr>
        <w:t>راه</w:t>
      </w:r>
      <w:r w:rsidRPr="00D914B7">
        <w:rPr>
          <w:sz w:val="22"/>
        </w:rPr>
        <w:t xml:space="preserve"> </w:t>
      </w:r>
      <w:r w:rsidRPr="00D914B7">
        <w:rPr>
          <w:sz w:val="22"/>
          <w:rtl/>
        </w:rPr>
        <w:t>بسازد</w:t>
      </w:r>
      <w:r w:rsidRPr="00D914B7">
        <w:rPr>
          <w:sz w:val="22"/>
        </w:rPr>
        <w:t xml:space="preserve"> </w:t>
      </w:r>
      <w:r w:rsidRPr="00D914B7">
        <w:rPr>
          <w:sz w:val="22"/>
          <w:rtl/>
        </w:rPr>
        <w:t>یا</w:t>
      </w:r>
      <w:r w:rsidRPr="00D914B7">
        <w:rPr>
          <w:sz w:val="22"/>
        </w:rPr>
        <w:t xml:space="preserve"> </w:t>
      </w:r>
      <w:r w:rsidRPr="00D914B7">
        <w:rPr>
          <w:sz w:val="22"/>
          <w:rtl/>
        </w:rPr>
        <w:t>فرمان</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پایتخت</w:t>
      </w:r>
      <w:r w:rsidRPr="00D914B7">
        <w:rPr>
          <w:sz w:val="22"/>
        </w:rPr>
        <w:t xml:space="preserve"> </w:t>
      </w:r>
      <w:r w:rsidRPr="00D914B7">
        <w:rPr>
          <w:sz w:val="22"/>
          <w:rtl/>
        </w:rPr>
        <w:t>فراتر</w:t>
      </w:r>
      <w:r w:rsidRPr="00D914B7">
        <w:rPr>
          <w:sz w:val="22"/>
        </w:rPr>
        <w:t xml:space="preserve"> </w:t>
      </w:r>
      <w:r w:rsidRPr="00D914B7">
        <w:rPr>
          <w:sz w:val="22"/>
          <w:rtl/>
        </w:rPr>
        <w:t>ببرد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فرمانروا</w:t>
      </w:r>
      <w:r w:rsidRPr="00D914B7">
        <w:rPr>
          <w:sz w:val="22"/>
        </w:rPr>
        <w:t xml:space="preserve"> </w:t>
      </w:r>
      <w:r w:rsidRPr="00D914B7">
        <w:rPr>
          <w:sz w:val="22"/>
          <w:rtl/>
        </w:rPr>
        <w:t>از</w:t>
      </w:r>
      <w:r w:rsidRPr="00D914B7">
        <w:rPr>
          <w:sz w:val="22"/>
        </w:rPr>
        <w:t xml:space="preserve"> </w:t>
      </w:r>
      <w:r w:rsidRPr="00D914B7">
        <w:rPr>
          <w:sz w:val="22"/>
          <w:rtl/>
        </w:rPr>
        <w:t>قدرت</w:t>
      </w:r>
      <w:r w:rsidRPr="00D914B7">
        <w:rPr>
          <w:sz w:val="22"/>
        </w:rPr>
        <w:t>‌</w:t>
      </w:r>
      <w:r w:rsidRPr="00D914B7">
        <w:rPr>
          <w:sz w:val="22"/>
          <w:rtl/>
        </w:rPr>
        <w:t>گرفتن</w:t>
      </w:r>
      <w:r w:rsidRPr="00D914B7">
        <w:rPr>
          <w:sz w:val="22"/>
        </w:rPr>
        <w:t xml:space="preserve"> </w:t>
      </w:r>
      <w:r w:rsidRPr="00D914B7">
        <w:rPr>
          <w:sz w:val="22"/>
          <w:rtl/>
        </w:rPr>
        <w:t>دیوان</w:t>
      </w:r>
      <w:r w:rsidRPr="00D914B7">
        <w:rPr>
          <w:sz w:val="22"/>
        </w:rPr>
        <w:t xml:space="preserve"> </w:t>
      </w:r>
      <w:r w:rsidRPr="00D914B7">
        <w:rPr>
          <w:sz w:val="22"/>
          <w:rtl/>
        </w:rPr>
        <w:t>بیم</w:t>
      </w:r>
      <w:r w:rsidRPr="00D914B7">
        <w:rPr>
          <w:sz w:val="22"/>
        </w:rPr>
        <w:t xml:space="preserve"> </w:t>
      </w:r>
      <w:r w:rsidRPr="00D914B7">
        <w:rPr>
          <w:sz w:val="22"/>
          <w:rtl/>
        </w:rPr>
        <w:t>دارد،</w:t>
      </w:r>
      <w:r w:rsidRPr="00D914B7">
        <w:rPr>
          <w:sz w:val="22"/>
        </w:rPr>
        <w:t xml:space="preserve"> </w:t>
      </w:r>
      <w:r w:rsidRPr="00D914B7">
        <w:rPr>
          <w:sz w:val="22"/>
          <w:rtl/>
        </w:rPr>
        <w:t>زیرا</w:t>
      </w:r>
      <w:r w:rsidRPr="00D914B7">
        <w:rPr>
          <w:sz w:val="22"/>
        </w:rPr>
        <w:t xml:space="preserve"> </w:t>
      </w:r>
      <w:r w:rsidRPr="00D914B7">
        <w:rPr>
          <w:sz w:val="22"/>
          <w:rtl/>
        </w:rPr>
        <w:t>حساب،</w:t>
      </w:r>
      <w:r w:rsidRPr="00D914B7">
        <w:rPr>
          <w:sz w:val="22"/>
        </w:rPr>
        <w:t xml:space="preserve"> </w:t>
      </w:r>
      <w:r w:rsidRPr="00D914B7">
        <w:rPr>
          <w:sz w:val="22"/>
          <w:rtl/>
        </w:rPr>
        <w:t>قانون</w:t>
      </w:r>
      <w:r w:rsidRPr="00D914B7">
        <w:rPr>
          <w:sz w:val="22"/>
        </w:rPr>
        <w:t xml:space="preserve"> </w:t>
      </w:r>
      <w:r w:rsidRPr="00D914B7">
        <w:rPr>
          <w:sz w:val="22"/>
          <w:rtl/>
        </w:rPr>
        <w:t>و</w:t>
      </w:r>
      <w:r w:rsidRPr="00D914B7">
        <w:rPr>
          <w:sz w:val="22"/>
        </w:rPr>
        <w:t xml:space="preserve"> </w:t>
      </w:r>
      <w:r w:rsidRPr="00D914B7">
        <w:rPr>
          <w:sz w:val="22"/>
          <w:rtl/>
        </w:rPr>
        <w:t>روش</w:t>
      </w:r>
      <w:r w:rsidRPr="00D914B7">
        <w:rPr>
          <w:sz w:val="22"/>
        </w:rPr>
        <w:t xml:space="preserve"> </w:t>
      </w:r>
      <w:r w:rsidRPr="00D914B7">
        <w:rPr>
          <w:sz w:val="22"/>
          <w:rtl/>
        </w:rPr>
        <w:t>اداری</w:t>
      </w:r>
      <w:r w:rsidRPr="00D914B7">
        <w:rPr>
          <w:sz w:val="22"/>
        </w:rPr>
        <w:t xml:space="preserve"> </w:t>
      </w:r>
      <w:r w:rsidRPr="00D914B7">
        <w:rPr>
          <w:sz w:val="22"/>
          <w:rtl/>
        </w:rPr>
        <w:t>می</w:t>
      </w:r>
      <w:r w:rsidRPr="00D914B7">
        <w:rPr>
          <w:sz w:val="22"/>
        </w:rPr>
        <w:t>‌</w:t>
      </w:r>
      <w:r w:rsidRPr="00D914B7">
        <w:rPr>
          <w:sz w:val="22"/>
          <w:rtl/>
        </w:rPr>
        <w:t>توانند</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شخصی</w:t>
      </w:r>
      <w:r w:rsidRPr="00D914B7">
        <w:rPr>
          <w:sz w:val="22"/>
        </w:rPr>
        <w:t xml:space="preserve"> </w:t>
      </w:r>
      <w:r w:rsidRPr="00D914B7">
        <w:rPr>
          <w:sz w:val="22"/>
          <w:rtl/>
        </w:rPr>
        <w:t>او</w:t>
      </w:r>
      <w:r w:rsidRPr="00D914B7">
        <w:rPr>
          <w:sz w:val="22"/>
        </w:rPr>
        <w:t xml:space="preserve"> </w:t>
      </w:r>
      <w:r w:rsidRPr="00D914B7">
        <w:rPr>
          <w:sz w:val="22"/>
          <w:rtl/>
        </w:rPr>
        <w:t>را</w:t>
      </w:r>
      <w:r w:rsidRPr="00D914B7">
        <w:rPr>
          <w:sz w:val="22"/>
        </w:rPr>
        <w:t xml:space="preserve"> </w:t>
      </w:r>
      <w:r w:rsidRPr="00D914B7">
        <w:rPr>
          <w:sz w:val="22"/>
          <w:rtl/>
        </w:rPr>
        <w:t>محدود</w:t>
      </w:r>
      <w:r w:rsidRPr="00D914B7">
        <w:rPr>
          <w:sz w:val="22"/>
        </w:rPr>
        <w:t xml:space="preserve"> </w:t>
      </w:r>
      <w:r w:rsidRPr="00D914B7">
        <w:rPr>
          <w:sz w:val="22"/>
          <w:rtl/>
        </w:rPr>
        <w:t>کنند</w:t>
      </w:r>
      <w:r>
        <w:rPr>
          <w:sz w:val="22"/>
          <w:rtl/>
        </w:rPr>
        <w:t>.</w:t>
      </w:r>
      <w:r w:rsidRPr="00D914B7">
        <w:rPr>
          <w:sz w:val="22"/>
        </w:rPr>
        <w:t xml:space="preserve"> </w:t>
      </w:r>
      <w:r w:rsidRPr="00D914B7">
        <w:rPr>
          <w:sz w:val="22"/>
          <w:rtl/>
        </w:rPr>
        <w:t>دیوان</w:t>
      </w:r>
      <w:r w:rsidRPr="00D914B7">
        <w:rPr>
          <w:sz w:val="22"/>
        </w:rPr>
        <w:t xml:space="preserve"> </w:t>
      </w:r>
      <w:r w:rsidRPr="00D914B7">
        <w:rPr>
          <w:sz w:val="22"/>
          <w:rtl/>
        </w:rPr>
        <w:t>نیز</w:t>
      </w:r>
      <w:r w:rsidRPr="00D914B7">
        <w:rPr>
          <w:sz w:val="22"/>
        </w:rPr>
        <w:t xml:space="preserve"> </w:t>
      </w:r>
      <w:r w:rsidRPr="00D914B7">
        <w:rPr>
          <w:sz w:val="22"/>
          <w:rtl/>
        </w:rPr>
        <w:t>برای</w:t>
      </w:r>
      <w:r w:rsidRPr="00D914B7">
        <w:rPr>
          <w:sz w:val="22"/>
        </w:rPr>
        <w:t xml:space="preserve"> </w:t>
      </w:r>
      <w:r w:rsidRPr="00D914B7">
        <w:rPr>
          <w:sz w:val="22"/>
          <w:rtl/>
        </w:rPr>
        <w:t>اجرای</w:t>
      </w:r>
      <w:r w:rsidRPr="00D914B7">
        <w:rPr>
          <w:sz w:val="22"/>
        </w:rPr>
        <w:t xml:space="preserve"> </w:t>
      </w:r>
      <w:r w:rsidRPr="00D914B7">
        <w:rPr>
          <w:sz w:val="22"/>
          <w:rtl/>
        </w:rPr>
        <w:t>تصمیم</w:t>
      </w:r>
      <w:r w:rsidRPr="00D914B7">
        <w:rPr>
          <w:sz w:val="22"/>
        </w:rPr>
        <w:t xml:space="preserve"> </w:t>
      </w:r>
      <w:r w:rsidRPr="00D914B7">
        <w:rPr>
          <w:sz w:val="22"/>
          <w:rtl/>
        </w:rPr>
        <w:t>به</w:t>
      </w:r>
      <w:r w:rsidRPr="00D914B7">
        <w:rPr>
          <w:sz w:val="22"/>
        </w:rPr>
        <w:t xml:space="preserve"> </w:t>
      </w:r>
      <w:r w:rsidRPr="00D914B7">
        <w:rPr>
          <w:sz w:val="22"/>
          <w:rtl/>
        </w:rPr>
        <w:t>اقتدار</w:t>
      </w:r>
      <w:r w:rsidRPr="00D914B7">
        <w:rPr>
          <w:sz w:val="22"/>
        </w:rPr>
        <w:t xml:space="preserve"> </w:t>
      </w:r>
      <w:r w:rsidRPr="00D914B7">
        <w:rPr>
          <w:sz w:val="22"/>
          <w:rtl/>
        </w:rPr>
        <w:t>سیاسی</w:t>
      </w:r>
      <w:r w:rsidRPr="00D914B7">
        <w:rPr>
          <w:sz w:val="22"/>
        </w:rPr>
        <w:t xml:space="preserve"> </w:t>
      </w:r>
      <w:r w:rsidRPr="00D914B7">
        <w:rPr>
          <w:sz w:val="22"/>
          <w:rtl/>
        </w:rPr>
        <w:t>و</w:t>
      </w:r>
      <w:r w:rsidRPr="00D914B7">
        <w:rPr>
          <w:sz w:val="22"/>
        </w:rPr>
        <w:t xml:space="preserve"> </w:t>
      </w:r>
      <w:r w:rsidRPr="00D914B7">
        <w:rPr>
          <w:sz w:val="22"/>
          <w:rtl/>
        </w:rPr>
        <w:t>قشون</w:t>
      </w:r>
      <w:r w:rsidRPr="00D914B7">
        <w:rPr>
          <w:sz w:val="22"/>
        </w:rPr>
        <w:t xml:space="preserve"> </w:t>
      </w:r>
      <w:r w:rsidRPr="00D914B7">
        <w:rPr>
          <w:sz w:val="22"/>
          <w:rtl/>
        </w:rPr>
        <w:t>نیازمند</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w:t>
      </w:r>
      <w:r w:rsidRPr="00D914B7">
        <w:rPr>
          <w:sz w:val="22"/>
          <w:rtl/>
        </w:rPr>
        <w:t>کلی</w:t>
      </w:r>
      <w:r w:rsidRPr="00D914B7">
        <w:rPr>
          <w:sz w:val="22"/>
        </w:rPr>
        <w:t xml:space="preserve"> </w:t>
      </w:r>
      <w:r w:rsidRPr="00D914B7">
        <w:rPr>
          <w:sz w:val="22"/>
          <w:rtl/>
        </w:rPr>
        <w:t>از</w:t>
      </w:r>
      <w:r w:rsidRPr="00D914B7">
        <w:rPr>
          <w:sz w:val="22"/>
        </w:rPr>
        <w:t xml:space="preserve"> </w:t>
      </w:r>
      <w:r w:rsidRPr="00D914B7">
        <w:rPr>
          <w:sz w:val="22"/>
          <w:rtl/>
        </w:rPr>
        <w:t>آنها</w:t>
      </w:r>
      <w:r w:rsidRPr="00D914B7">
        <w:rPr>
          <w:sz w:val="22"/>
        </w:rPr>
        <w:t xml:space="preserve"> </w:t>
      </w:r>
      <w:r w:rsidRPr="00D914B7">
        <w:rPr>
          <w:sz w:val="22"/>
          <w:rtl/>
        </w:rPr>
        <w:t>جدا</w:t>
      </w:r>
      <w:r w:rsidRPr="00D914B7">
        <w:rPr>
          <w:sz w:val="22"/>
        </w:rPr>
        <w:t xml:space="preserve"> </w:t>
      </w:r>
      <w:r w:rsidRPr="00D914B7">
        <w:rPr>
          <w:sz w:val="22"/>
          <w:rtl/>
        </w:rPr>
        <w:t>سازد</w:t>
      </w:r>
      <w:r>
        <w:rPr>
          <w:sz w:val="22"/>
          <w:rtl/>
        </w:rPr>
        <w:t>.</w:t>
      </w:r>
    </w:p>
    <w:p w:rsidR="00987F03" w:rsidRPr="00D914B7" w:rsidRDefault="00987F03" w:rsidP="00987F03">
      <w:pPr>
        <w:bidi/>
        <w:ind w:firstLine="720"/>
        <w:rPr>
          <w:sz w:val="22"/>
        </w:rPr>
      </w:pPr>
      <w:r w:rsidRPr="00D914B7">
        <w:rPr>
          <w:sz w:val="22"/>
          <w:rtl/>
        </w:rPr>
        <w:t>در</w:t>
      </w:r>
      <w:r w:rsidRPr="00D914B7">
        <w:rPr>
          <w:sz w:val="22"/>
        </w:rPr>
        <w:t xml:space="preserve"> </w:t>
      </w:r>
      <w:r w:rsidRPr="00D914B7">
        <w:rPr>
          <w:sz w:val="22"/>
          <w:rtl/>
        </w:rPr>
        <w:t>پیرامون</w:t>
      </w:r>
      <w:r w:rsidRPr="00D914B7">
        <w:rPr>
          <w:sz w:val="22"/>
        </w:rPr>
        <w:t xml:space="preserve"> </w:t>
      </w:r>
      <w:r w:rsidRPr="00D914B7">
        <w:rPr>
          <w:sz w:val="22"/>
          <w:rtl/>
        </w:rPr>
        <w:t>این</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نیروهای</w:t>
      </w:r>
      <w:r w:rsidRPr="00D914B7">
        <w:rPr>
          <w:sz w:val="22"/>
        </w:rPr>
        <w:t xml:space="preserve"> </w:t>
      </w:r>
      <w:r w:rsidRPr="00D914B7">
        <w:rPr>
          <w:sz w:val="22"/>
          <w:rtl/>
        </w:rPr>
        <w:t>اجتماعی</w:t>
      </w:r>
      <w:r w:rsidRPr="00D914B7">
        <w:rPr>
          <w:sz w:val="22"/>
        </w:rPr>
        <w:t xml:space="preserve"> </w:t>
      </w:r>
      <w:r w:rsidRPr="00D914B7">
        <w:rPr>
          <w:sz w:val="22"/>
          <w:rtl/>
        </w:rPr>
        <w:t>و</w:t>
      </w:r>
      <w:r w:rsidRPr="00D914B7">
        <w:rPr>
          <w:sz w:val="22"/>
        </w:rPr>
        <w:t xml:space="preserve"> </w:t>
      </w:r>
      <w:r w:rsidRPr="00D914B7">
        <w:rPr>
          <w:sz w:val="22"/>
          <w:rtl/>
        </w:rPr>
        <w:t>اقتصادی</w:t>
      </w:r>
      <w:r w:rsidRPr="00D914B7">
        <w:rPr>
          <w:sz w:val="22"/>
        </w:rPr>
        <w:t xml:space="preserve"> </w:t>
      </w:r>
      <w:r w:rsidRPr="00D914B7">
        <w:rPr>
          <w:sz w:val="22"/>
          <w:rtl/>
        </w:rPr>
        <w:t>دیگری</w:t>
      </w:r>
      <w:r w:rsidRPr="00D914B7">
        <w:rPr>
          <w:sz w:val="22"/>
        </w:rPr>
        <w:t xml:space="preserve"> </w:t>
      </w:r>
      <w:r w:rsidRPr="00D914B7">
        <w:rPr>
          <w:sz w:val="22"/>
          <w:rtl/>
        </w:rPr>
        <w:t>نیز</w:t>
      </w:r>
      <w:r w:rsidRPr="00D914B7">
        <w:rPr>
          <w:sz w:val="22"/>
        </w:rPr>
        <w:t xml:space="preserve"> </w:t>
      </w:r>
      <w:r w:rsidRPr="00D914B7">
        <w:rPr>
          <w:sz w:val="22"/>
          <w:rtl/>
        </w:rPr>
        <w:t>عمل</w:t>
      </w:r>
      <w:r w:rsidRPr="00D914B7">
        <w:rPr>
          <w:sz w:val="22"/>
        </w:rPr>
        <w:t xml:space="preserve"> </w:t>
      </w:r>
      <w:r w:rsidRPr="00D914B7">
        <w:rPr>
          <w:sz w:val="22"/>
          <w:rtl/>
        </w:rPr>
        <w:t>کرده</w:t>
      </w:r>
      <w:r w:rsidRPr="00D914B7">
        <w:rPr>
          <w:sz w:val="22"/>
        </w:rPr>
        <w:t>‌</w:t>
      </w:r>
      <w:r w:rsidRPr="00D914B7">
        <w:rPr>
          <w:sz w:val="22"/>
          <w:rtl/>
        </w:rPr>
        <w:t>اند</w:t>
      </w:r>
      <w:r>
        <w:rPr>
          <w:sz w:val="22"/>
          <w:rtl/>
        </w:rPr>
        <w:t>.</w:t>
      </w:r>
      <w:r w:rsidRPr="00D914B7">
        <w:rPr>
          <w:sz w:val="22"/>
        </w:rPr>
        <w:t xml:space="preserve"> </w:t>
      </w:r>
      <w:r w:rsidRPr="00D914B7">
        <w:rPr>
          <w:sz w:val="22"/>
          <w:rtl/>
        </w:rPr>
        <w:t>بزرگ</w:t>
      </w:r>
      <w:r w:rsidRPr="00D914B7">
        <w:rPr>
          <w:sz w:val="22"/>
        </w:rPr>
        <w:t>‌</w:t>
      </w:r>
      <w:r w:rsidRPr="00D914B7">
        <w:rPr>
          <w:sz w:val="22"/>
          <w:rtl/>
        </w:rPr>
        <w:t>مالکی</w:t>
      </w:r>
      <w:r w:rsidRPr="00D914B7">
        <w:rPr>
          <w:sz w:val="22"/>
        </w:rPr>
        <w:t xml:space="preserve"> </w:t>
      </w:r>
      <w:r w:rsidRPr="00D914B7">
        <w:rPr>
          <w:sz w:val="22"/>
          <w:rtl/>
        </w:rPr>
        <w:t>در</w:t>
      </w:r>
      <w:r w:rsidRPr="00D914B7">
        <w:rPr>
          <w:sz w:val="22"/>
        </w:rPr>
        <w:t xml:space="preserve"> </w:t>
      </w:r>
      <w:r w:rsidRPr="00D914B7">
        <w:rPr>
          <w:sz w:val="22"/>
          <w:rtl/>
        </w:rPr>
        <w:t>بخش</w:t>
      </w:r>
      <w:r w:rsidRPr="00D914B7">
        <w:rPr>
          <w:sz w:val="22"/>
        </w:rPr>
        <w:t xml:space="preserve"> </w:t>
      </w:r>
      <w:r w:rsidRPr="00D914B7">
        <w:rPr>
          <w:sz w:val="22"/>
          <w:rtl/>
        </w:rPr>
        <w:t>بزرگی</w:t>
      </w:r>
      <w:r w:rsidRPr="00D914B7">
        <w:rPr>
          <w:sz w:val="22"/>
        </w:rPr>
        <w:t xml:space="preserve"> </w:t>
      </w:r>
      <w:r w:rsidRPr="00D914B7">
        <w:rPr>
          <w:sz w:val="22"/>
          <w:rtl/>
        </w:rPr>
        <w:t>از</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فقط</w:t>
      </w:r>
      <w:r w:rsidRPr="00D914B7">
        <w:rPr>
          <w:sz w:val="22"/>
        </w:rPr>
        <w:t xml:space="preserve"> </w:t>
      </w:r>
      <w:r w:rsidRPr="00D914B7">
        <w:rPr>
          <w:sz w:val="22"/>
          <w:rtl/>
        </w:rPr>
        <w:t>صورت</w:t>
      </w:r>
      <w:r w:rsidRPr="00D914B7">
        <w:rPr>
          <w:sz w:val="22"/>
        </w:rPr>
        <w:t xml:space="preserve"> </w:t>
      </w:r>
      <w:r w:rsidRPr="00D914B7">
        <w:rPr>
          <w:sz w:val="22"/>
          <w:rtl/>
        </w:rPr>
        <w:t>مالکیت</w:t>
      </w:r>
      <w:r w:rsidRPr="00D914B7">
        <w:rPr>
          <w:sz w:val="22"/>
        </w:rPr>
        <w:t xml:space="preserve"> </w:t>
      </w:r>
      <w:r w:rsidRPr="00D914B7">
        <w:rPr>
          <w:sz w:val="22"/>
          <w:rtl/>
        </w:rPr>
        <w:t>اقتصادی</w:t>
      </w:r>
      <w:r w:rsidRPr="00D914B7">
        <w:rPr>
          <w:sz w:val="22"/>
        </w:rPr>
        <w:t xml:space="preserve"> </w:t>
      </w:r>
      <w:r w:rsidRPr="00D914B7">
        <w:rPr>
          <w:sz w:val="22"/>
          <w:rtl/>
        </w:rPr>
        <w:t>نبوده،</w:t>
      </w:r>
      <w:r w:rsidRPr="00D914B7">
        <w:rPr>
          <w:sz w:val="22"/>
        </w:rPr>
        <w:t xml:space="preserve"> </w:t>
      </w:r>
      <w:r w:rsidRPr="00D914B7">
        <w:rPr>
          <w:sz w:val="22"/>
          <w:rtl/>
        </w:rPr>
        <w:t>بلکه</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نفوذ</w:t>
      </w:r>
      <w:r w:rsidRPr="00D914B7">
        <w:rPr>
          <w:sz w:val="22"/>
        </w:rPr>
        <w:t xml:space="preserve"> </w:t>
      </w:r>
      <w:r w:rsidRPr="00D914B7">
        <w:rPr>
          <w:sz w:val="22"/>
          <w:rtl/>
        </w:rPr>
        <w:t>محلی</w:t>
      </w:r>
      <w:r w:rsidRPr="00D914B7">
        <w:rPr>
          <w:sz w:val="22"/>
        </w:rPr>
        <w:t xml:space="preserve"> </w:t>
      </w:r>
      <w:r w:rsidRPr="00D914B7">
        <w:rPr>
          <w:sz w:val="22"/>
          <w:rtl/>
        </w:rPr>
        <w:t>و</w:t>
      </w:r>
      <w:r w:rsidRPr="00D914B7">
        <w:rPr>
          <w:sz w:val="22"/>
        </w:rPr>
        <w:t xml:space="preserve"> </w:t>
      </w:r>
      <w:r w:rsidRPr="00D914B7">
        <w:rPr>
          <w:sz w:val="22"/>
          <w:rtl/>
        </w:rPr>
        <w:t>قدرت</w:t>
      </w:r>
      <w:r w:rsidRPr="00D914B7">
        <w:rPr>
          <w:sz w:val="22"/>
        </w:rPr>
        <w:t xml:space="preserve"> </w:t>
      </w:r>
      <w:r w:rsidRPr="00D914B7">
        <w:rPr>
          <w:sz w:val="22"/>
          <w:rtl/>
        </w:rPr>
        <w:t>سیاسی</w:t>
      </w:r>
      <w:r w:rsidRPr="00D914B7">
        <w:rPr>
          <w:sz w:val="22"/>
        </w:rPr>
        <w:t xml:space="preserve"> </w:t>
      </w:r>
      <w:r w:rsidRPr="00D914B7">
        <w:rPr>
          <w:sz w:val="22"/>
          <w:rtl/>
        </w:rPr>
        <w:t>به</w:t>
      </w:r>
      <w:r w:rsidRPr="00D914B7">
        <w:rPr>
          <w:sz w:val="22"/>
        </w:rPr>
        <w:t xml:space="preserve"> </w:t>
      </w:r>
      <w:r w:rsidRPr="00D914B7">
        <w:rPr>
          <w:sz w:val="22"/>
          <w:rtl/>
        </w:rPr>
        <w:t>شمار</w:t>
      </w:r>
      <w:r w:rsidRPr="00D914B7">
        <w:rPr>
          <w:sz w:val="22"/>
        </w:rPr>
        <w:t xml:space="preserve"> </w:t>
      </w:r>
      <w:r w:rsidRPr="00D914B7">
        <w:rPr>
          <w:sz w:val="22"/>
          <w:rtl/>
        </w:rPr>
        <w:t>می</w:t>
      </w:r>
      <w:r w:rsidRPr="00D914B7">
        <w:rPr>
          <w:sz w:val="22"/>
        </w:rPr>
        <w:t>‌</w:t>
      </w:r>
      <w:r w:rsidRPr="00D914B7">
        <w:rPr>
          <w:sz w:val="22"/>
          <w:rtl/>
        </w:rPr>
        <w:t>رفته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زمین</w:t>
      </w:r>
      <w:r w:rsidRPr="00D914B7">
        <w:rPr>
          <w:sz w:val="22"/>
        </w:rPr>
        <w:t xml:space="preserve"> </w:t>
      </w:r>
      <w:r w:rsidRPr="00D914B7">
        <w:rPr>
          <w:sz w:val="22"/>
          <w:rtl/>
        </w:rPr>
        <w:t>سرچشمه</w:t>
      </w:r>
      <w:r>
        <w:rPr>
          <w:sz w:val="22"/>
          <w:rtl/>
        </w:rPr>
        <w:t>ء</w:t>
      </w:r>
      <w:r w:rsidRPr="00D914B7">
        <w:rPr>
          <w:sz w:val="22"/>
        </w:rPr>
        <w:t xml:space="preserve"> </w:t>
      </w:r>
      <w:r w:rsidRPr="00D914B7">
        <w:rPr>
          <w:sz w:val="22"/>
          <w:rtl/>
        </w:rPr>
        <w:t>ثروت،</w:t>
      </w:r>
      <w:r w:rsidRPr="00D914B7">
        <w:rPr>
          <w:sz w:val="22"/>
        </w:rPr>
        <w:t xml:space="preserve"> </w:t>
      </w:r>
      <w:r w:rsidRPr="00D914B7">
        <w:rPr>
          <w:sz w:val="22"/>
          <w:rtl/>
        </w:rPr>
        <w:t>قشون،</w:t>
      </w:r>
      <w:r w:rsidRPr="00D914B7">
        <w:rPr>
          <w:sz w:val="22"/>
        </w:rPr>
        <w:t xml:space="preserve"> </w:t>
      </w:r>
      <w:r w:rsidRPr="00D914B7">
        <w:rPr>
          <w:sz w:val="22"/>
          <w:rtl/>
        </w:rPr>
        <w:t>موقوفه</w:t>
      </w:r>
      <w:r w:rsidRPr="00D914B7">
        <w:rPr>
          <w:sz w:val="22"/>
        </w:rPr>
        <w:t xml:space="preserve"> </w:t>
      </w:r>
      <w:r w:rsidRPr="00D914B7">
        <w:rPr>
          <w:sz w:val="22"/>
          <w:rtl/>
        </w:rPr>
        <w:t>و</w:t>
      </w:r>
      <w:r w:rsidRPr="00D914B7">
        <w:rPr>
          <w:sz w:val="22"/>
        </w:rPr>
        <w:t xml:space="preserve"> </w:t>
      </w:r>
      <w:r w:rsidRPr="00D914B7">
        <w:rPr>
          <w:sz w:val="22"/>
          <w:rtl/>
        </w:rPr>
        <w:t>جایگاه</w:t>
      </w:r>
      <w:r w:rsidRPr="00D914B7">
        <w:rPr>
          <w:sz w:val="22"/>
        </w:rPr>
        <w:t xml:space="preserve"> </w:t>
      </w:r>
      <w:r w:rsidRPr="00D914B7">
        <w:rPr>
          <w:sz w:val="22"/>
          <w:rtl/>
        </w:rPr>
        <w:t>اجتماعی</w:t>
      </w:r>
      <w:r w:rsidRPr="00D914B7">
        <w:rPr>
          <w:sz w:val="22"/>
        </w:rPr>
        <w:t xml:space="preserve"> </w:t>
      </w:r>
      <w:r w:rsidRPr="00D914B7">
        <w:rPr>
          <w:sz w:val="22"/>
          <w:rtl/>
        </w:rPr>
        <w:t>بوده،</w:t>
      </w:r>
      <w:r w:rsidRPr="00D914B7">
        <w:rPr>
          <w:sz w:val="22"/>
        </w:rPr>
        <w:t xml:space="preserve"> </w:t>
      </w:r>
      <w:r w:rsidRPr="00D914B7">
        <w:rPr>
          <w:sz w:val="22"/>
          <w:rtl/>
        </w:rPr>
        <w:t>هرچند</w:t>
      </w:r>
      <w:r w:rsidRPr="00D914B7">
        <w:rPr>
          <w:sz w:val="22"/>
        </w:rPr>
        <w:t xml:space="preserve"> </w:t>
      </w:r>
      <w:r w:rsidRPr="00D914B7">
        <w:rPr>
          <w:sz w:val="22"/>
          <w:rtl/>
        </w:rPr>
        <w:t>حق</w:t>
      </w:r>
      <w:r w:rsidRPr="00D914B7">
        <w:rPr>
          <w:sz w:val="22"/>
        </w:rPr>
        <w:t xml:space="preserve"> </w:t>
      </w:r>
      <w:r w:rsidRPr="00D914B7">
        <w:rPr>
          <w:sz w:val="22"/>
          <w:rtl/>
        </w:rPr>
        <w:t>مالکیت</w:t>
      </w:r>
      <w:r w:rsidRPr="00D914B7">
        <w:rPr>
          <w:sz w:val="22"/>
        </w:rPr>
        <w:t xml:space="preserve"> </w:t>
      </w:r>
      <w:r w:rsidRPr="00D914B7">
        <w:rPr>
          <w:sz w:val="22"/>
          <w:rtl/>
        </w:rPr>
        <w:t>همیشه</w:t>
      </w:r>
      <w:r w:rsidRPr="00D914B7">
        <w:rPr>
          <w:sz w:val="22"/>
        </w:rPr>
        <w:t xml:space="preserve"> </w:t>
      </w:r>
      <w:r w:rsidRPr="00D914B7">
        <w:rPr>
          <w:sz w:val="22"/>
          <w:rtl/>
        </w:rPr>
        <w:t>استوار</w:t>
      </w:r>
      <w:r w:rsidRPr="00D914B7">
        <w:rPr>
          <w:sz w:val="22"/>
        </w:rPr>
        <w:t xml:space="preserve"> </w:t>
      </w:r>
      <w:r w:rsidRPr="00D914B7">
        <w:rPr>
          <w:sz w:val="22"/>
          <w:rtl/>
        </w:rPr>
        <w:t>و</w:t>
      </w:r>
      <w:r w:rsidRPr="00D914B7">
        <w:rPr>
          <w:sz w:val="22"/>
        </w:rPr>
        <w:t xml:space="preserve"> </w:t>
      </w:r>
      <w:r w:rsidRPr="00D914B7">
        <w:rPr>
          <w:sz w:val="22"/>
          <w:rtl/>
        </w:rPr>
        <w:t>مصون</w:t>
      </w:r>
      <w:r w:rsidRPr="00D914B7">
        <w:rPr>
          <w:sz w:val="22"/>
        </w:rPr>
        <w:t xml:space="preserve"> </w:t>
      </w:r>
      <w:r w:rsidRPr="00D914B7">
        <w:rPr>
          <w:sz w:val="22"/>
          <w:rtl/>
        </w:rPr>
        <w:t>از</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حکومت</w:t>
      </w:r>
      <w:r w:rsidRPr="00D914B7">
        <w:rPr>
          <w:sz w:val="22"/>
        </w:rPr>
        <w:t xml:space="preserve"> </w:t>
      </w:r>
      <w:r w:rsidRPr="00D914B7">
        <w:rPr>
          <w:sz w:val="22"/>
          <w:rtl/>
        </w:rPr>
        <w:t>نبوده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بازار</w:t>
      </w:r>
      <w:r w:rsidRPr="00D914B7">
        <w:rPr>
          <w:sz w:val="22"/>
        </w:rPr>
        <w:t xml:space="preserve"> </w:t>
      </w:r>
      <w:r w:rsidRPr="00D914B7">
        <w:rPr>
          <w:sz w:val="22"/>
          <w:rtl/>
        </w:rPr>
        <w:t>نیز</w:t>
      </w:r>
      <w:r w:rsidRPr="00D914B7">
        <w:rPr>
          <w:sz w:val="22"/>
        </w:rPr>
        <w:t xml:space="preserve"> </w:t>
      </w:r>
      <w:r w:rsidRPr="00D914B7">
        <w:rPr>
          <w:sz w:val="22"/>
          <w:rtl/>
        </w:rPr>
        <w:t>تنها</w:t>
      </w:r>
      <w:r w:rsidRPr="00D914B7">
        <w:rPr>
          <w:sz w:val="22"/>
        </w:rPr>
        <w:t xml:space="preserve"> </w:t>
      </w:r>
      <w:r w:rsidRPr="00D914B7">
        <w:rPr>
          <w:sz w:val="22"/>
          <w:rtl/>
        </w:rPr>
        <w:t>محل</w:t>
      </w:r>
      <w:r w:rsidRPr="00D914B7">
        <w:rPr>
          <w:sz w:val="22"/>
        </w:rPr>
        <w:t xml:space="preserve"> </w:t>
      </w:r>
      <w:r w:rsidRPr="00D914B7">
        <w:rPr>
          <w:sz w:val="22"/>
          <w:rtl/>
        </w:rPr>
        <w:t>خرید</w:t>
      </w:r>
      <w:r w:rsidRPr="00D914B7">
        <w:rPr>
          <w:sz w:val="22"/>
        </w:rPr>
        <w:t xml:space="preserve"> </w:t>
      </w:r>
      <w:r w:rsidRPr="00D914B7">
        <w:rPr>
          <w:sz w:val="22"/>
          <w:rtl/>
        </w:rPr>
        <w:t>و</w:t>
      </w:r>
      <w:r w:rsidRPr="00D914B7">
        <w:rPr>
          <w:sz w:val="22"/>
        </w:rPr>
        <w:t xml:space="preserve"> </w:t>
      </w:r>
      <w:r w:rsidRPr="00D914B7">
        <w:rPr>
          <w:sz w:val="22"/>
          <w:rtl/>
        </w:rPr>
        <w:t>فروش</w:t>
      </w:r>
      <w:r w:rsidRPr="00D914B7">
        <w:rPr>
          <w:sz w:val="22"/>
        </w:rPr>
        <w:t xml:space="preserve"> </w:t>
      </w:r>
      <w:r w:rsidRPr="00D914B7">
        <w:rPr>
          <w:sz w:val="22"/>
          <w:rtl/>
        </w:rPr>
        <w:t>نبوده؛</w:t>
      </w:r>
      <w:r w:rsidRPr="00D914B7">
        <w:rPr>
          <w:sz w:val="22"/>
        </w:rPr>
        <w:t xml:space="preserve"> </w:t>
      </w:r>
      <w:r w:rsidRPr="00D914B7">
        <w:rPr>
          <w:sz w:val="22"/>
          <w:rtl/>
        </w:rPr>
        <w:t>به</w:t>
      </w:r>
      <w:r w:rsidRPr="00D914B7">
        <w:rPr>
          <w:sz w:val="22"/>
        </w:rPr>
        <w:t>‌</w:t>
      </w:r>
      <w:r w:rsidRPr="00D914B7">
        <w:rPr>
          <w:sz w:val="22"/>
          <w:rtl/>
        </w:rPr>
        <w:t>تدریج</w:t>
      </w:r>
      <w:r w:rsidRPr="00D914B7">
        <w:rPr>
          <w:sz w:val="22"/>
        </w:rPr>
        <w:t xml:space="preserve"> </w:t>
      </w:r>
      <w:r w:rsidRPr="00D914B7">
        <w:rPr>
          <w:sz w:val="22"/>
          <w:rtl/>
        </w:rPr>
        <w:t>به</w:t>
      </w:r>
      <w:r w:rsidRPr="00D914B7">
        <w:rPr>
          <w:sz w:val="22"/>
        </w:rPr>
        <w:t xml:space="preserve"> </w:t>
      </w:r>
      <w:r w:rsidRPr="00D914B7">
        <w:rPr>
          <w:sz w:val="22"/>
          <w:rtl/>
        </w:rPr>
        <w:t>شبکه</w:t>
      </w:r>
      <w:r w:rsidRPr="00D914B7">
        <w:rPr>
          <w:sz w:val="22"/>
        </w:rPr>
        <w:t>‌</w:t>
      </w:r>
      <w:r w:rsidRPr="00D914B7">
        <w:rPr>
          <w:sz w:val="22"/>
          <w:rtl/>
        </w:rPr>
        <w:t>ای</w:t>
      </w:r>
      <w:r w:rsidRPr="00D914B7">
        <w:rPr>
          <w:sz w:val="22"/>
        </w:rPr>
        <w:t xml:space="preserve"> </w:t>
      </w:r>
      <w:r w:rsidRPr="00D914B7">
        <w:rPr>
          <w:sz w:val="22"/>
          <w:rtl/>
        </w:rPr>
        <w:t>مالی،</w:t>
      </w:r>
      <w:r w:rsidRPr="00D914B7">
        <w:rPr>
          <w:sz w:val="22"/>
        </w:rPr>
        <w:t xml:space="preserve"> </w:t>
      </w:r>
      <w:r w:rsidRPr="00D914B7">
        <w:rPr>
          <w:sz w:val="22"/>
          <w:rtl/>
        </w:rPr>
        <w:t>ارتباطی</w:t>
      </w:r>
      <w:r w:rsidRPr="00D914B7">
        <w:rPr>
          <w:sz w:val="22"/>
        </w:rPr>
        <w:t xml:space="preserve"> </w:t>
      </w:r>
      <w:r w:rsidRPr="00D914B7">
        <w:rPr>
          <w:sz w:val="22"/>
          <w:rtl/>
        </w:rPr>
        <w:t>و</w:t>
      </w:r>
      <w:r w:rsidRPr="00D914B7">
        <w:rPr>
          <w:sz w:val="22"/>
        </w:rPr>
        <w:t xml:space="preserve"> </w:t>
      </w:r>
      <w:r w:rsidRPr="00D914B7">
        <w:rPr>
          <w:sz w:val="22"/>
          <w:rtl/>
        </w:rPr>
        <w:t>اجتماعی</w:t>
      </w:r>
      <w:r w:rsidRPr="00D914B7">
        <w:rPr>
          <w:sz w:val="22"/>
        </w:rPr>
        <w:t xml:space="preserve"> </w:t>
      </w:r>
      <w:r w:rsidRPr="00D914B7">
        <w:rPr>
          <w:sz w:val="22"/>
          <w:rtl/>
        </w:rPr>
        <w:t>تبدیل</w:t>
      </w:r>
      <w:r w:rsidRPr="00D914B7">
        <w:rPr>
          <w:sz w:val="22"/>
        </w:rPr>
        <w:t xml:space="preserve"> </w:t>
      </w:r>
      <w:r w:rsidRPr="00D914B7">
        <w:rPr>
          <w:sz w:val="22"/>
          <w:rtl/>
        </w:rPr>
        <w:t>شده</w:t>
      </w:r>
      <w:r w:rsidRPr="00D914B7">
        <w:rPr>
          <w:sz w:val="22"/>
        </w:rPr>
        <w:t xml:space="preserve"> </w:t>
      </w:r>
      <w:r w:rsidRPr="00D914B7">
        <w:rPr>
          <w:sz w:val="22"/>
          <w:rtl/>
        </w:rPr>
        <w:t>که</w:t>
      </w:r>
      <w:r w:rsidRPr="00D914B7">
        <w:rPr>
          <w:sz w:val="22"/>
        </w:rPr>
        <w:t xml:space="preserve"> </w:t>
      </w:r>
      <w:r w:rsidRPr="00D914B7">
        <w:rPr>
          <w:sz w:val="22"/>
          <w:rtl/>
        </w:rPr>
        <w:t>می</w:t>
      </w:r>
      <w:r w:rsidRPr="00D914B7">
        <w:rPr>
          <w:sz w:val="22"/>
        </w:rPr>
        <w:t>‌</w:t>
      </w:r>
      <w:r w:rsidRPr="00D914B7">
        <w:rPr>
          <w:sz w:val="22"/>
          <w:rtl/>
        </w:rPr>
        <w:t>توانسته</w:t>
      </w:r>
      <w:r w:rsidRPr="00D914B7">
        <w:rPr>
          <w:sz w:val="22"/>
        </w:rPr>
        <w:t xml:space="preserve"> </w:t>
      </w:r>
      <w:r w:rsidRPr="00D914B7">
        <w:rPr>
          <w:sz w:val="22"/>
          <w:rtl/>
        </w:rPr>
        <w:t>سرمایه</w:t>
      </w:r>
      <w:r w:rsidRPr="00D914B7">
        <w:rPr>
          <w:sz w:val="22"/>
        </w:rPr>
        <w:t xml:space="preserve"> </w:t>
      </w:r>
      <w:r w:rsidRPr="00D914B7">
        <w:rPr>
          <w:sz w:val="22"/>
          <w:rtl/>
        </w:rPr>
        <w:t>جابه</w:t>
      </w:r>
      <w:r w:rsidRPr="00D914B7">
        <w:rPr>
          <w:sz w:val="22"/>
        </w:rPr>
        <w:t>‌</w:t>
      </w:r>
      <w:r w:rsidRPr="00D914B7">
        <w:rPr>
          <w:sz w:val="22"/>
          <w:rtl/>
        </w:rPr>
        <w:t>جا</w:t>
      </w:r>
      <w:r w:rsidRPr="00D914B7">
        <w:rPr>
          <w:sz w:val="22"/>
        </w:rPr>
        <w:t xml:space="preserve"> </w:t>
      </w:r>
      <w:r w:rsidRPr="00D914B7">
        <w:rPr>
          <w:sz w:val="22"/>
          <w:rtl/>
        </w:rPr>
        <w:t>کند،</w:t>
      </w:r>
      <w:r w:rsidRPr="00D914B7">
        <w:rPr>
          <w:sz w:val="22"/>
        </w:rPr>
        <w:t xml:space="preserve"> </w:t>
      </w:r>
      <w:r w:rsidRPr="00D914B7">
        <w:rPr>
          <w:sz w:val="22"/>
          <w:rtl/>
        </w:rPr>
        <w:t>خبر</w:t>
      </w:r>
      <w:r w:rsidRPr="00D914B7">
        <w:rPr>
          <w:sz w:val="22"/>
        </w:rPr>
        <w:t xml:space="preserve"> </w:t>
      </w:r>
      <w:r w:rsidRPr="00D914B7">
        <w:rPr>
          <w:sz w:val="22"/>
          <w:rtl/>
        </w:rPr>
        <w:t>برساند،</w:t>
      </w:r>
      <w:r w:rsidRPr="00D914B7">
        <w:rPr>
          <w:sz w:val="22"/>
        </w:rPr>
        <w:t xml:space="preserve"> </w:t>
      </w:r>
      <w:r w:rsidRPr="00D914B7">
        <w:rPr>
          <w:sz w:val="22"/>
          <w:rtl/>
        </w:rPr>
        <w:t>جنبش</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پشتیبانی</w:t>
      </w:r>
      <w:r w:rsidRPr="00D914B7">
        <w:rPr>
          <w:sz w:val="22"/>
        </w:rPr>
        <w:t xml:space="preserve"> </w:t>
      </w:r>
      <w:r w:rsidRPr="00D914B7">
        <w:rPr>
          <w:sz w:val="22"/>
          <w:rtl/>
        </w:rPr>
        <w:t>نماید</w:t>
      </w:r>
      <w:r w:rsidRPr="00D914B7">
        <w:rPr>
          <w:sz w:val="22"/>
        </w:rPr>
        <w:t xml:space="preserve"> </w:t>
      </w:r>
      <w:r w:rsidRPr="00D914B7">
        <w:rPr>
          <w:sz w:val="22"/>
          <w:rtl/>
        </w:rPr>
        <w:t>و</w:t>
      </w:r>
      <w:r w:rsidRPr="00D914B7">
        <w:rPr>
          <w:sz w:val="22"/>
        </w:rPr>
        <w:t xml:space="preserve"> </w:t>
      </w:r>
      <w:r w:rsidRPr="00D914B7">
        <w:rPr>
          <w:sz w:val="22"/>
          <w:rtl/>
        </w:rPr>
        <w:t>بر</w:t>
      </w:r>
      <w:r w:rsidRPr="00D914B7">
        <w:rPr>
          <w:sz w:val="22"/>
        </w:rPr>
        <w:t xml:space="preserve"> </w:t>
      </w:r>
      <w:r w:rsidRPr="00D914B7">
        <w:rPr>
          <w:sz w:val="22"/>
          <w:rtl/>
        </w:rPr>
        <w:t>افکار</w:t>
      </w:r>
      <w:r w:rsidRPr="00D914B7">
        <w:rPr>
          <w:sz w:val="22"/>
        </w:rPr>
        <w:t xml:space="preserve"> </w:t>
      </w:r>
      <w:r w:rsidRPr="00D914B7">
        <w:rPr>
          <w:sz w:val="22"/>
          <w:rtl/>
        </w:rPr>
        <w:t>عمومی</w:t>
      </w:r>
      <w:r w:rsidRPr="00D914B7">
        <w:rPr>
          <w:sz w:val="22"/>
        </w:rPr>
        <w:t xml:space="preserve"> </w:t>
      </w:r>
      <w:r w:rsidRPr="00D914B7">
        <w:rPr>
          <w:sz w:val="22"/>
          <w:rtl/>
        </w:rPr>
        <w:t>اثر</w:t>
      </w:r>
      <w:r w:rsidRPr="00D914B7">
        <w:rPr>
          <w:sz w:val="22"/>
        </w:rPr>
        <w:t xml:space="preserve"> </w:t>
      </w:r>
      <w:r w:rsidRPr="00D914B7">
        <w:rPr>
          <w:sz w:val="22"/>
          <w:rtl/>
        </w:rPr>
        <w:t>بگذارد</w:t>
      </w:r>
      <w:r>
        <w:rPr>
          <w:sz w:val="22"/>
          <w:rtl/>
        </w:rPr>
        <w:t>.</w:t>
      </w:r>
    </w:p>
    <w:p w:rsidR="00987F03" w:rsidRPr="00D914B7" w:rsidRDefault="00987F03" w:rsidP="00987F03">
      <w:pPr>
        <w:bidi/>
        <w:ind w:firstLine="720"/>
        <w:rPr>
          <w:sz w:val="22"/>
        </w:rPr>
      </w:pPr>
      <w:r w:rsidRPr="00D914B7">
        <w:rPr>
          <w:sz w:val="22"/>
          <w:rtl/>
        </w:rPr>
        <w:t>بزرگ</w:t>
      </w:r>
      <w:r w:rsidRPr="00D914B7">
        <w:rPr>
          <w:sz w:val="22"/>
        </w:rPr>
        <w:t>‌</w:t>
      </w:r>
      <w:r w:rsidRPr="00D914B7">
        <w:rPr>
          <w:sz w:val="22"/>
          <w:rtl/>
        </w:rPr>
        <w:t>مالکان</w:t>
      </w:r>
      <w:r w:rsidRPr="00D914B7">
        <w:rPr>
          <w:sz w:val="22"/>
        </w:rPr>
        <w:t xml:space="preserve"> </w:t>
      </w:r>
      <w:r w:rsidRPr="00D914B7">
        <w:rPr>
          <w:sz w:val="22"/>
          <w:rtl/>
        </w:rPr>
        <w:t>و</w:t>
      </w:r>
      <w:r w:rsidRPr="00D914B7">
        <w:rPr>
          <w:sz w:val="22"/>
        </w:rPr>
        <w:t xml:space="preserve"> </w:t>
      </w:r>
      <w:r w:rsidRPr="00D914B7">
        <w:rPr>
          <w:sz w:val="22"/>
          <w:rtl/>
        </w:rPr>
        <w:t>بازار</w:t>
      </w:r>
      <w:r w:rsidRPr="00D914B7">
        <w:rPr>
          <w:sz w:val="22"/>
        </w:rPr>
        <w:t xml:space="preserve"> </w:t>
      </w:r>
      <w:r w:rsidRPr="00D914B7">
        <w:rPr>
          <w:sz w:val="22"/>
          <w:rtl/>
        </w:rPr>
        <w:t>دو</w:t>
      </w:r>
      <w:r w:rsidRPr="00D914B7">
        <w:rPr>
          <w:sz w:val="22"/>
        </w:rPr>
        <w:t xml:space="preserve"> </w:t>
      </w:r>
      <w:r w:rsidRPr="00D914B7">
        <w:rPr>
          <w:sz w:val="22"/>
          <w:rtl/>
        </w:rPr>
        <w:t>نهاد</w:t>
      </w:r>
      <w:r w:rsidRPr="00D914B7">
        <w:rPr>
          <w:sz w:val="22"/>
        </w:rPr>
        <w:t xml:space="preserve"> </w:t>
      </w:r>
      <w:r w:rsidRPr="00D914B7">
        <w:rPr>
          <w:sz w:val="22"/>
          <w:rtl/>
        </w:rPr>
        <w:t>اصلی</w:t>
      </w:r>
      <w:r w:rsidRPr="00D914B7">
        <w:rPr>
          <w:sz w:val="22"/>
        </w:rPr>
        <w:t xml:space="preserve"> </w:t>
      </w:r>
      <w:r w:rsidRPr="00D914B7">
        <w:rPr>
          <w:sz w:val="22"/>
          <w:rtl/>
        </w:rPr>
        <w:t>کشورداری</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دقیق</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نیستند،</w:t>
      </w:r>
      <w:r w:rsidRPr="00D914B7">
        <w:rPr>
          <w:sz w:val="22"/>
        </w:rPr>
        <w:t xml:space="preserve"> </w:t>
      </w:r>
      <w:r w:rsidRPr="00D914B7">
        <w:rPr>
          <w:sz w:val="22"/>
          <w:rtl/>
        </w:rPr>
        <w:t>اما</w:t>
      </w:r>
      <w:r w:rsidRPr="00D914B7">
        <w:rPr>
          <w:sz w:val="22"/>
        </w:rPr>
        <w:t xml:space="preserve"> </w:t>
      </w:r>
      <w:r w:rsidRPr="00D914B7">
        <w:rPr>
          <w:sz w:val="22"/>
          <w:rtl/>
        </w:rPr>
        <w:t>در</w:t>
      </w:r>
      <w:r w:rsidRPr="00D914B7">
        <w:rPr>
          <w:sz w:val="22"/>
        </w:rPr>
        <w:t xml:space="preserve"> </w:t>
      </w:r>
      <w:r w:rsidRPr="00D914B7">
        <w:rPr>
          <w:sz w:val="22"/>
          <w:rtl/>
        </w:rPr>
        <w:t>تغییر</w:t>
      </w:r>
      <w:r w:rsidRPr="00D914B7">
        <w:rPr>
          <w:sz w:val="22"/>
        </w:rPr>
        <w:t xml:space="preserve"> </w:t>
      </w:r>
      <w:r w:rsidRPr="00D914B7">
        <w:rPr>
          <w:sz w:val="22"/>
          <w:rtl/>
        </w:rPr>
        <w:t>موازنه</w:t>
      </w:r>
      <w:r>
        <w:rPr>
          <w:sz w:val="22"/>
          <w:rtl/>
        </w:rPr>
        <w:t>ء</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اصلی</w:t>
      </w:r>
      <w:r w:rsidRPr="00D914B7">
        <w:rPr>
          <w:sz w:val="22"/>
        </w:rPr>
        <w:t xml:space="preserve"> </w:t>
      </w:r>
      <w:r w:rsidRPr="00D914B7">
        <w:rPr>
          <w:sz w:val="22"/>
          <w:rtl/>
        </w:rPr>
        <w:t>نقشی</w:t>
      </w:r>
      <w:r w:rsidRPr="00D914B7">
        <w:rPr>
          <w:sz w:val="22"/>
        </w:rPr>
        <w:t xml:space="preserve"> </w:t>
      </w:r>
      <w:r w:rsidRPr="00D914B7">
        <w:rPr>
          <w:sz w:val="22"/>
          <w:rtl/>
        </w:rPr>
        <w:t>تعیین</w:t>
      </w:r>
      <w:r w:rsidRPr="00D914B7">
        <w:rPr>
          <w:sz w:val="22"/>
        </w:rPr>
        <w:t>‌</w:t>
      </w:r>
      <w:r w:rsidRPr="00D914B7">
        <w:rPr>
          <w:sz w:val="22"/>
          <w:rtl/>
        </w:rPr>
        <w:t>کننده</w:t>
      </w:r>
      <w:r w:rsidRPr="00D914B7">
        <w:rPr>
          <w:sz w:val="22"/>
        </w:rPr>
        <w:t xml:space="preserve"> </w:t>
      </w:r>
      <w:r w:rsidRPr="00D914B7">
        <w:rPr>
          <w:sz w:val="22"/>
          <w:rtl/>
        </w:rPr>
        <w:t>داشته</w:t>
      </w:r>
      <w:r w:rsidRPr="00D914B7">
        <w:rPr>
          <w:sz w:val="22"/>
        </w:rPr>
        <w:t>‌</w:t>
      </w:r>
      <w:r w:rsidRPr="00D914B7">
        <w:rPr>
          <w:sz w:val="22"/>
          <w:rtl/>
        </w:rPr>
        <w:t>اند</w:t>
      </w:r>
      <w:r>
        <w:rPr>
          <w:sz w:val="22"/>
          <w:rtl/>
        </w:rPr>
        <w:t>.</w:t>
      </w:r>
      <w:r w:rsidRPr="00D914B7">
        <w:rPr>
          <w:sz w:val="22"/>
        </w:rPr>
        <w:t xml:space="preserve"> </w:t>
      </w:r>
      <w:r w:rsidRPr="00D914B7">
        <w:rPr>
          <w:sz w:val="22"/>
          <w:rtl/>
        </w:rPr>
        <w:t>استقلال</w:t>
      </w:r>
      <w:r w:rsidRPr="00D914B7">
        <w:rPr>
          <w:sz w:val="22"/>
        </w:rPr>
        <w:t xml:space="preserve"> </w:t>
      </w:r>
      <w:r w:rsidRPr="00D914B7">
        <w:rPr>
          <w:sz w:val="22"/>
          <w:rtl/>
        </w:rPr>
        <w:t>بخشی</w:t>
      </w:r>
      <w:r w:rsidRPr="00D914B7">
        <w:rPr>
          <w:sz w:val="22"/>
        </w:rPr>
        <w:t xml:space="preserve"> </w:t>
      </w:r>
      <w:r w:rsidRPr="00D914B7">
        <w:rPr>
          <w:sz w:val="22"/>
          <w:rtl/>
        </w:rPr>
        <w:t>از</w:t>
      </w:r>
      <w:r w:rsidRPr="00D914B7">
        <w:rPr>
          <w:sz w:val="22"/>
        </w:rPr>
        <w:t xml:space="preserve"> </w:t>
      </w:r>
      <w:r w:rsidRPr="00D914B7">
        <w:rPr>
          <w:sz w:val="22"/>
          <w:rtl/>
        </w:rPr>
        <w:t>دینکاران</w:t>
      </w:r>
      <w:r w:rsidRPr="00D914B7">
        <w:rPr>
          <w:sz w:val="22"/>
        </w:rPr>
        <w:t xml:space="preserve"> </w:t>
      </w:r>
      <w:r w:rsidRPr="00D914B7">
        <w:rPr>
          <w:sz w:val="22"/>
          <w:rtl/>
        </w:rPr>
        <w:t>شیعه</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سقوط</w:t>
      </w:r>
      <w:r w:rsidRPr="00D914B7">
        <w:rPr>
          <w:sz w:val="22"/>
        </w:rPr>
        <w:t xml:space="preserve"> </w:t>
      </w:r>
      <w:r w:rsidRPr="00D914B7">
        <w:rPr>
          <w:sz w:val="22"/>
          <w:rtl/>
        </w:rPr>
        <w:t>صفویه،</w:t>
      </w:r>
      <w:r w:rsidRPr="00D914B7">
        <w:rPr>
          <w:sz w:val="22"/>
        </w:rPr>
        <w:t xml:space="preserve"> </w:t>
      </w:r>
      <w:r w:rsidRPr="00D914B7">
        <w:rPr>
          <w:sz w:val="22"/>
          <w:rtl/>
        </w:rPr>
        <w:t>برای</w:t>
      </w:r>
      <w:r w:rsidRPr="00D914B7">
        <w:rPr>
          <w:sz w:val="22"/>
        </w:rPr>
        <w:t xml:space="preserve"> </w:t>
      </w:r>
      <w:r w:rsidRPr="00D914B7">
        <w:rPr>
          <w:sz w:val="22"/>
          <w:rtl/>
        </w:rPr>
        <w:t>مثال،</w:t>
      </w:r>
      <w:r w:rsidRPr="00D914B7">
        <w:rPr>
          <w:sz w:val="22"/>
        </w:rPr>
        <w:t xml:space="preserve"> </w:t>
      </w:r>
      <w:r w:rsidRPr="00D914B7">
        <w:rPr>
          <w:sz w:val="22"/>
          <w:rtl/>
        </w:rPr>
        <w:t>تنها</w:t>
      </w:r>
      <w:r w:rsidRPr="00D914B7">
        <w:rPr>
          <w:sz w:val="22"/>
        </w:rPr>
        <w:t xml:space="preserve"> </w:t>
      </w:r>
      <w:r w:rsidRPr="00D914B7">
        <w:rPr>
          <w:sz w:val="22"/>
          <w:rtl/>
        </w:rPr>
        <w:t>حاصل</w:t>
      </w:r>
      <w:r w:rsidRPr="00D914B7">
        <w:rPr>
          <w:sz w:val="22"/>
        </w:rPr>
        <w:t xml:space="preserve"> </w:t>
      </w:r>
      <w:r w:rsidRPr="00D914B7">
        <w:rPr>
          <w:sz w:val="22"/>
          <w:rtl/>
        </w:rPr>
        <w:t>نظریه</w:t>
      </w:r>
      <w:r>
        <w:rPr>
          <w:sz w:val="22"/>
          <w:rtl/>
        </w:rPr>
        <w:t>ء</w:t>
      </w:r>
      <w:r w:rsidRPr="00D914B7">
        <w:rPr>
          <w:sz w:val="22"/>
        </w:rPr>
        <w:t xml:space="preserve"> </w:t>
      </w:r>
      <w:r w:rsidRPr="00D914B7">
        <w:rPr>
          <w:sz w:val="22"/>
          <w:rtl/>
        </w:rPr>
        <w:t>اجتهاد</w:t>
      </w:r>
      <w:r w:rsidRPr="00D914B7">
        <w:rPr>
          <w:sz w:val="22"/>
        </w:rPr>
        <w:t xml:space="preserve"> </w:t>
      </w:r>
      <w:r w:rsidRPr="00D914B7">
        <w:rPr>
          <w:sz w:val="22"/>
          <w:rtl/>
        </w:rPr>
        <w:t>و</w:t>
      </w:r>
      <w:r w:rsidRPr="00D914B7">
        <w:rPr>
          <w:sz w:val="22"/>
        </w:rPr>
        <w:t xml:space="preserve"> </w:t>
      </w:r>
      <w:r w:rsidRPr="00D914B7">
        <w:rPr>
          <w:sz w:val="22"/>
          <w:rtl/>
        </w:rPr>
        <w:t>مرجعیت</w:t>
      </w:r>
      <w:r w:rsidRPr="00D914B7">
        <w:rPr>
          <w:sz w:val="22"/>
        </w:rPr>
        <w:t xml:space="preserve"> </w:t>
      </w:r>
      <w:r w:rsidRPr="00D914B7">
        <w:rPr>
          <w:sz w:val="22"/>
          <w:rtl/>
        </w:rPr>
        <w:t>نبود؛</w:t>
      </w:r>
      <w:r w:rsidRPr="00D914B7">
        <w:rPr>
          <w:sz w:val="22"/>
        </w:rPr>
        <w:t xml:space="preserve"> </w:t>
      </w:r>
      <w:r w:rsidRPr="00D914B7">
        <w:rPr>
          <w:sz w:val="22"/>
          <w:rtl/>
        </w:rPr>
        <w:t>به</w:t>
      </w:r>
      <w:r w:rsidRPr="00D914B7">
        <w:rPr>
          <w:sz w:val="22"/>
        </w:rPr>
        <w:t xml:space="preserve"> </w:t>
      </w:r>
      <w:r w:rsidRPr="00D914B7">
        <w:rPr>
          <w:sz w:val="22"/>
          <w:rtl/>
        </w:rPr>
        <w:t>منابع</w:t>
      </w:r>
      <w:r w:rsidRPr="00D914B7">
        <w:rPr>
          <w:sz w:val="22"/>
        </w:rPr>
        <w:t xml:space="preserve"> </w:t>
      </w:r>
      <w:r w:rsidRPr="00D914B7">
        <w:rPr>
          <w:sz w:val="22"/>
          <w:rtl/>
        </w:rPr>
        <w:t>مالی</w:t>
      </w:r>
      <w:r w:rsidRPr="00D914B7">
        <w:rPr>
          <w:sz w:val="22"/>
        </w:rPr>
        <w:t xml:space="preserve"> </w:t>
      </w:r>
      <w:r w:rsidRPr="00D914B7">
        <w:rPr>
          <w:sz w:val="22"/>
          <w:rtl/>
        </w:rPr>
        <w:t>بازار،</w:t>
      </w:r>
      <w:r w:rsidRPr="00D914B7">
        <w:rPr>
          <w:sz w:val="22"/>
        </w:rPr>
        <w:t xml:space="preserve"> </w:t>
      </w:r>
      <w:r w:rsidRPr="00D914B7">
        <w:rPr>
          <w:sz w:val="22"/>
          <w:rtl/>
        </w:rPr>
        <w:t>موقوفات،</w:t>
      </w:r>
      <w:r w:rsidRPr="00D914B7">
        <w:rPr>
          <w:sz w:val="22"/>
        </w:rPr>
        <w:t xml:space="preserve"> </w:t>
      </w:r>
      <w:r w:rsidRPr="00D914B7">
        <w:rPr>
          <w:sz w:val="22"/>
          <w:rtl/>
        </w:rPr>
        <w:t>خمس</w:t>
      </w:r>
      <w:r w:rsidRPr="00D914B7">
        <w:rPr>
          <w:sz w:val="22"/>
        </w:rPr>
        <w:t xml:space="preserve"> </w:t>
      </w:r>
      <w:r w:rsidRPr="00D914B7">
        <w:rPr>
          <w:sz w:val="22"/>
          <w:rtl/>
        </w:rPr>
        <w:t>و</w:t>
      </w:r>
      <w:r w:rsidRPr="00D914B7">
        <w:rPr>
          <w:sz w:val="22"/>
        </w:rPr>
        <w:t xml:space="preserve"> </w:t>
      </w:r>
      <w:r w:rsidRPr="00D914B7">
        <w:rPr>
          <w:sz w:val="22"/>
          <w:rtl/>
        </w:rPr>
        <w:t>حمایت</w:t>
      </w:r>
      <w:r w:rsidRPr="00D914B7">
        <w:rPr>
          <w:sz w:val="22"/>
        </w:rPr>
        <w:t xml:space="preserve"> </w:t>
      </w:r>
      <w:r w:rsidRPr="00D914B7">
        <w:rPr>
          <w:sz w:val="22"/>
          <w:rtl/>
        </w:rPr>
        <w:t>برخی</w:t>
      </w:r>
      <w:r w:rsidRPr="00D914B7">
        <w:rPr>
          <w:sz w:val="22"/>
        </w:rPr>
        <w:t xml:space="preserve"> </w:t>
      </w:r>
      <w:r w:rsidRPr="00D914B7">
        <w:rPr>
          <w:sz w:val="22"/>
          <w:rtl/>
        </w:rPr>
        <w:t>مالکان</w:t>
      </w:r>
      <w:r w:rsidRPr="00D914B7">
        <w:rPr>
          <w:sz w:val="22"/>
        </w:rPr>
        <w:t xml:space="preserve"> </w:t>
      </w:r>
      <w:r w:rsidRPr="00D914B7">
        <w:rPr>
          <w:sz w:val="22"/>
          <w:rtl/>
        </w:rPr>
        <w:t>نیز</w:t>
      </w:r>
      <w:r w:rsidRPr="00D914B7">
        <w:rPr>
          <w:sz w:val="22"/>
        </w:rPr>
        <w:t xml:space="preserve"> </w:t>
      </w:r>
      <w:r w:rsidRPr="00D914B7">
        <w:rPr>
          <w:sz w:val="22"/>
          <w:rtl/>
        </w:rPr>
        <w:t>وابسته</w:t>
      </w:r>
      <w:r w:rsidRPr="00D914B7">
        <w:rPr>
          <w:sz w:val="22"/>
        </w:rPr>
        <w:t xml:space="preserve"> </w:t>
      </w:r>
      <w:r w:rsidRPr="00D914B7">
        <w:rPr>
          <w:sz w:val="22"/>
          <w:rtl/>
        </w:rPr>
        <w:t>بود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مشروطه،</w:t>
      </w:r>
      <w:r w:rsidRPr="00D914B7">
        <w:rPr>
          <w:sz w:val="22"/>
        </w:rPr>
        <w:t xml:space="preserve"> </w:t>
      </w:r>
      <w:r w:rsidRPr="00D914B7">
        <w:rPr>
          <w:sz w:val="22"/>
          <w:rtl/>
        </w:rPr>
        <w:t>نهضت</w:t>
      </w:r>
      <w:r w:rsidRPr="00D914B7">
        <w:rPr>
          <w:sz w:val="22"/>
        </w:rPr>
        <w:t xml:space="preserve"> </w:t>
      </w:r>
      <w:r w:rsidRPr="00D914B7">
        <w:rPr>
          <w:sz w:val="22"/>
          <w:rtl/>
        </w:rPr>
        <w:t>ملی</w:t>
      </w:r>
      <w:r w:rsidRPr="00D914B7">
        <w:rPr>
          <w:sz w:val="22"/>
        </w:rPr>
        <w:t xml:space="preserve"> </w:t>
      </w:r>
      <w:r w:rsidRPr="00D914B7">
        <w:rPr>
          <w:sz w:val="22"/>
          <w:rtl/>
        </w:rPr>
        <w:t>و</w:t>
      </w:r>
      <w:r w:rsidRPr="00D914B7">
        <w:rPr>
          <w:sz w:val="22"/>
        </w:rPr>
        <w:t xml:space="preserve"> </w:t>
      </w:r>
      <w:r w:rsidRPr="00D914B7">
        <w:rPr>
          <w:sz w:val="22"/>
          <w:rtl/>
        </w:rPr>
        <w:t>انقلاب</w:t>
      </w:r>
      <w:r w:rsidRPr="00D914B7">
        <w:rPr>
          <w:sz w:val="22"/>
        </w:rPr>
        <w:t xml:space="preserve"> </w:t>
      </w:r>
      <w:r w:rsidRPr="00D914B7">
        <w:rPr>
          <w:sz w:val="22"/>
          <w:rtl/>
        </w:rPr>
        <w:t>اسلامی</w:t>
      </w:r>
      <w:r w:rsidRPr="00D914B7">
        <w:rPr>
          <w:sz w:val="22"/>
        </w:rPr>
        <w:t xml:space="preserve"> </w:t>
      </w:r>
      <w:r w:rsidRPr="00D914B7">
        <w:rPr>
          <w:sz w:val="22"/>
          <w:rtl/>
        </w:rPr>
        <w:t>نیز</w:t>
      </w:r>
      <w:r w:rsidRPr="00D914B7">
        <w:rPr>
          <w:sz w:val="22"/>
        </w:rPr>
        <w:t xml:space="preserve"> </w:t>
      </w:r>
      <w:r w:rsidRPr="00D914B7">
        <w:rPr>
          <w:sz w:val="22"/>
          <w:rtl/>
        </w:rPr>
        <w:t>صورت</w:t>
      </w:r>
      <w:r w:rsidRPr="00D914B7">
        <w:rPr>
          <w:sz w:val="22"/>
        </w:rPr>
        <w:t xml:space="preserve"> </w:t>
      </w:r>
      <w:r w:rsidRPr="00D914B7">
        <w:rPr>
          <w:sz w:val="22"/>
          <w:rtl/>
        </w:rPr>
        <w:t>و</w:t>
      </w:r>
      <w:r w:rsidRPr="00D914B7">
        <w:rPr>
          <w:sz w:val="22"/>
        </w:rPr>
        <w:t xml:space="preserve"> </w:t>
      </w:r>
      <w:r w:rsidRPr="00D914B7">
        <w:rPr>
          <w:sz w:val="22"/>
          <w:rtl/>
        </w:rPr>
        <w:t>ترکیب</w:t>
      </w:r>
      <w:r w:rsidRPr="00D914B7">
        <w:rPr>
          <w:sz w:val="22"/>
        </w:rPr>
        <w:t xml:space="preserve"> </w:t>
      </w:r>
      <w:r w:rsidRPr="00D914B7">
        <w:rPr>
          <w:sz w:val="22"/>
          <w:rtl/>
        </w:rPr>
        <w:t>این</w:t>
      </w:r>
      <w:r w:rsidRPr="00D914B7">
        <w:rPr>
          <w:sz w:val="22"/>
        </w:rPr>
        <w:t xml:space="preserve"> </w:t>
      </w:r>
      <w:r w:rsidRPr="00D914B7">
        <w:rPr>
          <w:sz w:val="22"/>
          <w:rtl/>
        </w:rPr>
        <w:t>ائتلاف</w:t>
      </w:r>
      <w:r w:rsidRPr="00D914B7">
        <w:rPr>
          <w:sz w:val="22"/>
        </w:rPr>
        <w:t>‌</w:t>
      </w:r>
      <w:r w:rsidRPr="00D914B7">
        <w:rPr>
          <w:sz w:val="22"/>
          <w:rtl/>
        </w:rPr>
        <w:t>ها</w:t>
      </w:r>
      <w:r w:rsidRPr="00D914B7">
        <w:rPr>
          <w:sz w:val="22"/>
        </w:rPr>
        <w:t xml:space="preserve"> </w:t>
      </w:r>
      <w:r w:rsidRPr="00D914B7">
        <w:rPr>
          <w:sz w:val="22"/>
          <w:rtl/>
        </w:rPr>
        <w:t>یکسان</w:t>
      </w:r>
      <w:r w:rsidRPr="00D914B7">
        <w:rPr>
          <w:sz w:val="22"/>
        </w:rPr>
        <w:t xml:space="preserve"> </w:t>
      </w:r>
      <w:r w:rsidRPr="00D914B7">
        <w:rPr>
          <w:sz w:val="22"/>
          <w:rtl/>
        </w:rPr>
        <w:t>نبود</w:t>
      </w:r>
      <w:r w:rsidRPr="00D914B7">
        <w:rPr>
          <w:sz w:val="22"/>
        </w:rPr>
        <w:t xml:space="preserve"> </w:t>
      </w:r>
      <w:r w:rsidRPr="00D914B7">
        <w:rPr>
          <w:sz w:val="22"/>
          <w:rtl/>
        </w:rPr>
        <w:t>و</w:t>
      </w:r>
      <w:r w:rsidRPr="00D914B7">
        <w:rPr>
          <w:sz w:val="22"/>
        </w:rPr>
        <w:t xml:space="preserve"> </w:t>
      </w:r>
      <w:r w:rsidRPr="00D914B7">
        <w:rPr>
          <w:sz w:val="22"/>
          <w:rtl/>
        </w:rPr>
        <w:t>نباید</w:t>
      </w:r>
      <w:r w:rsidRPr="00D914B7">
        <w:rPr>
          <w:sz w:val="22"/>
        </w:rPr>
        <w:t xml:space="preserve"> </w:t>
      </w:r>
      <w:r w:rsidRPr="00D914B7">
        <w:rPr>
          <w:sz w:val="22"/>
          <w:rtl/>
        </w:rPr>
        <w:t>همه</w:t>
      </w:r>
      <w:r w:rsidRPr="00D914B7">
        <w:rPr>
          <w:sz w:val="22"/>
        </w:rPr>
        <w:t xml:space="preserve"> </w:t>
      </w:r>
      <w:r w:rsidRPr="00D914B7">
        <w:rPr>
          <w:sz w:val="22"/>
          <w:rtl/>
        </w:rPr>
        <w:t>را</w:t>
      </w:r>
      <w:r w:rsidRPr="00D914B7">
        <w:rPr>
          <w:sz w:val="22"/>
        </w:rPr>
        <w:t xml:space="preserve"> </w:t>
      </w:r>
      <w:r w:rsidRPr="00D914B7">
        <w:rPr>
          <w:sz w:val="22"/>
          <w:rtl/>
        </w:rPr>
        <w:t>یک</w:t>
      </w:r>
      <w:r w:rsidRPr="00D914B7">
        <w:rPr>
          <w:sz w:val="22"/>
        </w:rPr>
        <w:t xml:space="preserve"> </w:t>
      </w:r>
      <w:r w:rsidRPr="00D914B7">
        <w:rPr>
          <w:sz w:val="22"/>
          <w:rtl/>
        </w:rPr>
        <w:t>حادثه</w:t>
      </w:r>
      <w:r w:rsidRPr="00D914B7">
        <w:rPr>
          <w:sz w:val="22"/>
        </w:rPr>
        <w:t xml:space="preserve"> </w:t>
      </w:r>
      <w:r w:rsidRPr="00D914B7">
        <w:rPr>
          <w:sz w:val="22"/>
          <w:rtl/>
        </w:rPr>
        <w:t>شمرد،</w:t>
      </w:r>
      <w:r w:rsidRPr="00D914B7">
        <w:rPr>
          <w:sz w:val="22"/>
        </w:rPr>
        <w:t xml:space="preserve"> </w:t>
      </w:r>
      <w:r w:rsidRPr="00D914B7">
        <w:rPr>
          <w:sz w:val="22"/>
          <w:rtl/>
        </w:rPr>
        <w:t>اما</w:t>
      </w:r>
      <w:r w:rsidRPr="00D914B7">
        <w:rPr>
          <w:sz w:val="22"/>
        </w:rPr>
        <w:t xml:space="preserve"> </w:t>
      </w:r>
      <w:r w:rsidRPr="00D914B7">
        <w:rPr>
          <w:sz w:val="22"/>
          <w:rtl/>
        </w:rPr>
        <w:t>بدون</w:t>
      </w:r>
      <w:r w:rsidRPr="00D914B7">
        <w:rPr>
          <w:sz w:val="22"/>
        </w:rPr>
        <w:t xml:space="preserve"> </w:t>
      </w:r>
      <w:r w:rsidRPr="00D914B7">
        <w:rPr>
          <w:sz w:val="22"/>
          <w:rtl/>
        </w:rPr>
        <w:t>توجه</w:t>
      </w:r>
      <w:r w:rsidRPr="00D914B7">
        <w:rPr>
          <w:sz w:val="22"/>
        </w:rPr>
        <w:t xml:space="preserve"> </w:t>
      </w:r>
      <w:r w:rsidRPr="00D914B7">
        <w:rPr>
          <w:sz w:val="22"/>
          <w:rtl/>
        </w:rPr>
        <w:t>به</w:t>
      </w:r>
      <w:r w:rsidRPr="00D914B7">
        <w:rPr>
          <w:sz w:val="22"/>
        </w:rPr>
        <w:t xml:space="preserve"> </w:t>
      </w:r>
      <w:r w:rsidRPr="00D914B7">
        <w:rPr>
          <w:sz w:val="22"/>
          <w:rtl/>
        </w:rPr>
        <w:t>شبکه</w:t>
      </w:r>
      <w:r w:rsidRPr="00D914B7">
        <w:rPr>
          <w:sz w:val="22"/>
        </w:rPr>
        <w:t>‌</w:t>
      </w:r>
      <w:r w:rsidRPr="00D914B7">
        <w:rPr>
          <w:sz w:val="22"/>
          <w:rtl/>
        </w:rPr>
        <w:t>های</w:t>
      </w:r>
      <w:r w:rsidRPr="00D914B7">
        <w:rPr>
          <w:sz w:val="22"/>
        </w:rPr>
        <w:t xml:space="preserve"> </w:t>
      </w:r>
      <w:r w:rsidRPr="00D914B7">
        <w:rPr>
          <w:sz w:val="22"/>
          <w:rtl/>
        </w:rPr>
        <w:t>مالی</w:t>
      </w:r>
      <w:r w:rsidRPr="00D914B7">
        <w:rPr>
          <w:sz w:val="22"/>
        </w:rPr>
        <w:t xml:space="preserve"> </w:t>
      </w:r>
      <w:r w:rsidRPr="00D914B7">
        <w:rPr>
          <w:sz w:val="22"/>
          <w:rtl/>
        </w:rPr>
        <w:t>و</w:t>
      </w:r>
      <w:r w:rsidRPr="00D914B7">
        <w:rPr>
          <w:sz w:val="22"/>
        </w:rPr>
        <w:t xml:space="preserve"> </w:t>
      </w:r>
      <w:r w:rsidRPr="00D914B7">
        <w:rPr>
          <w:sz w:val="22"/>
          <w:rtl/>
        </w:rPr>
        <w:t>اجتماعی</w:t>
      </w:r>
      <w:r w:rsidRPr="00D914B7">
        <w:rPr>
          <w:sz w:val="22"/>
        </w:rPr>
        <w:t xml:space="preserve"> </w:t>
      </w:r>
      <w:r w:rsidRPr="00D914B7">
        <w:rPr>
          <w:sz w:val="22"/>
          <w:rtl/>
        </w:rPr>
        <w:t>پیرامون</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نمی</w:t>
      </w:r>
      <w:r w:rsidRPr="00D914B7">
        <w:rPr>
          <w:sz w:val="22"/>
        </w:rPr>
        <w:t>‌</w:t>
      </w:r>
      <w:r w:rsidRPr="00D914B7">
        <w:rPr>
          <w:sz w:val="22"/>
          <w:rtl/>
        </w:rPr>
        <w:t>توان</w:t>
      </w:r>
      <w:r w:rsidRPr="00D914B7">
        <w:rPr>
          <w:sz w:val="22"/>
        </w:rPr>
        <w:t xml:space="preserve"> </w:t>
      </w:r>
      <w:r w:rsidRPr="00D914B7">
        <w:rPr>
          <w:sz w:val="22"/>
          <w:rtl/>
        </w:rPr>
        <w:t>نقش</w:t>
      </w:r>
      <w:r w:rsidRPr="00D914B7">
        <w:rPr>
          <w:sz w:val="22"/>
        </w:rPr>
        <w:t xml:space="preserve"> </w:t>
      </w:r>
      <w:r w:rsidRPr="00D914B7">
        <w:rPr>
          <w:sz w:val="22"/>
          <w:rtl/>
        </w:rPr>
        <w:t>سیاسی</w:t>
      </w:r>
      <w:r w:rsidRPr="00D914B7">
        <w:rPr>
          <w:sz w:val="22"/>
        </w:rPr>
        <w:t xml:space="preserve"> </w:t>
      </w:r>
      <w:r w:rsidRPr="00D914B7">
        <w:rPr>
          <w:sz w:val="22"/>
          <w:rtl/>
        </w:rPr>
        <w:t>دینکاران</w:t>
      </w:r>
      <w:r w:rsidRPr="00D914B7">
        <w:rPr>
          <w:sz w:val="22"/>
        </w:rPr>
        <w:t xml:space="preserve"> </w:t>
      </w:r>
      <w:r w:rsidRPr="00D914B7">
        <w:rPr>
          <w:sz w:val="22"/>
          <w:rtl/>
        </w:rPr>
        <w:t>را</w:t>
      </w:r>
      <w:r w:rsidRPr="00D914B7">
        <w:rPr>
          <w:sz w:val="22"/>
        </w:rPr>
        <w:t xml:space="preserve"> </w:t>
      </w:r>
      <w:r w:rsidRPr="00D914B7">
        <w:rPr>
          <w:sz w:val="22"/>
          <w:rtl/>
        </w:rPr>
        <w:t>توضیح</w:t>
      </w:r>
      <w:r w:rsidRPr="00D914B7">
        <w:rPr>
          <w:sz w:val="22"/>
        </w:rPr>
        <w:t xml:space="preserve"> </w:t>
      </w:r>
      <w:r w:rsidRPr="00D914B7">
        <w:rPr>
          <w:sz w:val="22"/>
          <w:rtl/>
        </w:rPr>
        <w:t>داد</w:t>
      </w:r>
      <w:r>
        <w:rPr>
          <w:sz w:val="22"/>
          <w:rtl/>
        </w:rPr>
        <w:t>.</w:t>
      </w:r>
    </w:p>
    <w:p w:rsidR="00987F03" w:rsidRPr="00D914B7" w:rsidRDefault="00987F03" w:rsidP="00987F03">
      <w:pPr>
        <w:bidi/>
        <w:ind w:firstLine="720"/>
        <w:rPr>
          <w:sz w:val="22"/>
        </w:rPr>
      </w:pPr>
      <w:r w:rsidRPr="00D914B7">
        <w:rPr>
          <w:sz w:val="22"/>
          <w:rtl/>
        </w:rPr>
        <w:t>بنابراین،</w:t>
      </w:r>
      <w:r w:rsidRPr="00D914B7">
        <w:rPr>
          <w:sz w:val="22"/>
        </w:rPr>
        <w:t xml:space="preserve"> </w:t>
      </w:r>
      <w:r w:rsidRPr="00D914B7">
        <w:rPr>
          <w:sz w:val="22"/>
          <w:rtl/>
        </w:rPr>
        <w:t>موضوع</w:t>
      </w:r>
      <w:r w:rsidRPr="00D914B7">
        <w:rPr>
          <w:sz w:val="22"/>
        </w:rPr>
        <w:t xml:space="preserve"> </w:t>
      </w:r>
      <w:r w:rsidRPr="00D914B7">
        <w:rPr>
          <w:sz w:val="22"/>
          <w:rtl/>
        </w:rPr>
        <w:t>کتاب</w:t>
      </w:r>
      <w:r w:rsidRPr="00D914B7">
        <w:rPr>
          <w:sz w:val="22"/>
        </w:rPr>
        <w:t xml:space="preserve"> </w:t>
      </w:r>
      <w:r w:rsidRPr="00D914B7">
        <w:rPr>
          <w:sz w:val="22"/>
          <w:rtl/>
        </w:rPr>
        <w:t>نه</w:t>
      </w:r>
      <w:r w:rsidRPr="00D914B7">
        <w:rPr>
          <w:sz w:val="22"/>
        </w:rPr>
        <w:t xml:space="preserve"> </w:t>
      </w:r>
      <w:r w:rsidRPr="00D914B7">
        <w:rPr>
          <w:sz w:val="22"/>
          <w:rtl/>
        </w:rPr>
        <w:t>تاریخ</w:t>
      </w:r>
      <w:r w:rsidRPr="00D914B7">
        <w:rPr>
          <w:sz w:val="22"/>
        </w:rPr>
        <w:t xml:space="preserve"> </w:t>
      </w:r>
      <w:r w:rsidRPr="00D914B7">
        <w:rPr>
          <w:sz w:val="22"/>
          <w:rtl/>
        </w:rPr>
        <w:t>جداگانه</w:t>
      </w:r>
      <w:r>
        <w:rPr>
          <w:sz w:val="22"/>
          <w:rtl/>
        </w:rPr>
        <w:t>ء</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بلکه</w:t>
      </w:r>
      <w:r w:rsidRPr="00D914B7">
        <w:rPr>
          <w:sz w:val="22"/>
        </w:rPr>
        <w:t xml:space="preserve"> </w:t>
      </w:r>
      <w:r w:rsidRPr="00D914B7">
        <w:rPr>
          <w:sz w:val="22"/>
          <w:rtl/>
        </w:rPr>
        <w:t>تاریخ</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آنهاست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یک</w:t>
      </w:r>
      <w:r w:rsidRPr="00D914B7">
        <w:rPr>
          <w:sz w:val="22"/>
        </w:rPr>
        <w:t xml:space="preserve"> </w:t>
      </w:r>
      <w:r w:rsidRPr="00D914B7">
        <w:rPr>
          <w:sz w:val="22"/>
          <w:rtl/>
        </w:rPr>
        <w:t>گاه</w:t>
      </w:r>
      <w:r w:rsidRPr="00D914B7">
        <w:rPr>
          <w:sz w:val="22"/>
        </w:rPr>
        <w:t xml:space="preserve"> </w:t>
      </w:r>
      <w:r w:rsidRPr="00D914B7">
        <w:rPr>
          <w:sz w:val="22"/>
          <w:rtl/>
        </w:rPr>
        <w:t>با</w:t>
      </w:r>
      <w:r w:rsidRPr="00D914B7">
        <w:rPr>
          <w:sz w:val="22"/>
        </w:rPr>
        <w:t xml:space="preserve"> </w:t>
      </w:r>
      <w:r w:rsidRPr="00D914B7">
        <w:rPr>
          <w:sz w:val="22"/>
          <w:rtl/>
        </w:rPr>
        <w:t>دیگری</w:t>
      </w:r>
      <w:r w:rsidRPr="00D914B7">
        <w:rPr>
          <w:sz w:val="22"/>
        </w:rPr>
        <w:t xml:space="preserve"> </w:t>
      </w:r>
      <w:r w:rsidRPr="00D914B7">
        <w:rPr>
          <w:sz w:val="22"/>
          <w:rtl/>
        </w:rPr>
        <w:t>متحد</w:t>
      </w:r>
      <w:r w:rsidRPr="00D914B7">
        <w:rPr>
          <w:sz w:val="22"/>
        </w:rPr>
        <w:t xml:space="preserve"> </w:t>
      </w:r>
      <w:r w:rsidRPr="00D914B7">
        <w:rPr>
          <w:sz w:val="22"/>
          <w:rtl/>
        </w:rPr>
        <w:t>شده،</w:t>
      </w:r>
      <w:r w:rsidRPr="00D914B7">
        <w:rPr>
          <w:sz w:val="22"/>
        </w:rPr>
        <w:t xml:space="preserve"> </w:t>
      </w:r>
      <w:r w:rsidRPr="00D914B7">
        <w:rPr>
          <w:sz w:val="22"/>
          <w:rtl/>
        </w:rPr>
        <w:t>گاه</w:t>
      </w:r>
      <w:r w:rsidRPr="00D914B7">
        <w:rPr>
          <w:sz w:val="22"/>
        </w:rPr>
        <w:t xml:space="preserve"> </w:t>
      </w:r>
      <w:r w:rsidRPr="00D914B7">
        <w:rPr>
          <w:sz w:val="22"/>
          <w:rtl/>
        </w:rPr>
        <w:t>علیه</w:t>
      </w:r>
      <w:r w:rsidRPr="00D914B7">
        <w:rPr>
          <w:sz w:val="22"/>
        </w:rPr>
        <w:t xml:space="preserve"> </w:t>
      </w:r>
      <w:r w:rsidRPr="00D914B7">
        <w:rPr>
          <w:sz w:val="22"/>
          <w:rtl/>
        </w:rPr>
        <w:t>او</w:t>
      </w:r>
      <w:r w:rsidRPr="00D914B7">
        <w:rPr>
          <w:sz w:val="22"/>
        </w:rPr>
        <w:t xml:space="preserve"> </w:t>
      </w:r>
      <w:r w:rsidRPr="00D914B7">
        <w:rPr>
          <w:sz w:val="22"/>
          <w:rtl/>
        </w:rPr>
        <w:t>برخاسته</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برای</w:t>
      </w:r>
      <w:r w:rsidRPr="00D914B7">
        <w:rPr>
          <w:sz w:val="22"/>
        </w:rPr>
        <w:t xml:space="preserve"> </w:t>
      </w:r>
      <w:r w:rsidRPr="00D914B7">
        <w:rPr>
          <w:sz w:val="22"/>
          <w:rtl/>
        </w:rPr>
        <w:t>حذف</w:t>
      </w:r>
      <w:r w:rsidRPr="00D914B7">
        <w:rPr>
          <w:sz w:val="22"/>
        </w:rPr>
        <w:t xml:space="preserve"> </w:t>
      </w:r>
      <w:r w:rsidRPr="00D914B7">
        <w:rPr>
          <w:sz w:val="22"/>
          <w:rtl/>
        </w:rPr>
        <w:t>نیروی</w:t>
      </w:r>
      <w:r w:rsidRPr="00D914B7">
        <w:rPr>
          <w:sz w:val="22"/>
        </w:rPr>
        <w:t xml:space="preserve"> </w:t>
      </w:r>
      <w:r w:rsidRPr="00D914B7">
        <w:rPr>
          <w:sz w:val="22"/>
          <w:rtl/>
        </w:rPr>
        <w:t>سوم</w:t>
      </w:r>
      <w:r w:rsidRPr="00D914B7">
        <w:rPr>
          <w:sz w:val="22"/>
        </w:rPr>
        <w:t xml:space="preserve"> </w:t>
      </w:r>
      <w:r w:rsidRPr="00D914B7">
        <w:rPr>
          <w:sz w:val="22"/>
          <w:rtl/>
        </w:rPr>
        <w:t>به</w:t>
      </w:r>
      <w:r w:rsidRPr="00D914B7">
        <w:rPr>
          <w:sz w:val="22"/>
        </w:rPr>
        <w:t xml:space="preserve"> </w:t>
      </w:r>
      <w:r w:rsidRPr="00D914B7">
        <w:rPr>
          <w:sz w:val="22"/>
          <w:rtl/>
        </w:rPr>
        <w:t>ائتلافی</w:t>
      </w:r>
      <w:r w:rsidRPr="00D914B7">
        <w:rPr>
          <w:sz w:val="22"/>
        </w:rPr>
        <w:t xml:space="preserve"> </w:t>
      </w:r>
      <w:r w:rsidRPr="00D914B7">
        <w:rPr>
          <w:sz w:val="22"/>
          <w:rtl/>
        </w:rPr>
        <w:t>موقت</w:t>
      </w:r>
      <w:r w:rsidRPr="00D914B7">
        <w:rPr>
          <w:sz w:val="22"/>
        </w:rPr>
        <w:t xml:space="preserve"> </w:t>
      </w:r>
      <w:r w:rsidRPr="00D914B7">
        <w:rPr>
          <w:sz w:val="22"/>
          <w:rtl/>
        </w:rPr>
        <w:t>دست</w:t>
      </w:r>
      <w:r w:rsidRPr="00D914B7">
        <w:rPr>
          <w:sz w:val="22"/>
        </w:rPr>
        <w:t xml:space="preserve"> </w:t>
      </w:r>
      <w:r w:rsidRPr="00D914B7">
        <w:rPr>
          <w:sz w:val="22"/>
          <w:rtl/>
        </w:rPr>
        <w:t>زده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یک</w:t>
      </w:r>
      <w:r w:rsidRPr="00D914B7">
        <w:rPr>
          <w:sz w:val="22"/>
        </w:rPr>
        <w:t xml:space="preserve"> </w:t>
      </w:r>
      <w:r w:rsidRPr="00D914B7">
        <w:rPr>
          <w:sz w:val="22"/>
          <w:rtl/>
        </w:rPr>
        <w:t>فرمانروا</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با</w:t>
      </w:r>
      <w:r w:rsidRPr="00D914B7">
        <w:rPr>
          <w:sz w:val="22"/>
        </w:rPr>
        <w:t xml:space="preserve"> </w:t>
      </w:r>
      <w:r w:rsidRPr="00D914B7">
        <w:rPr>
          <w:sz w:val="22"/>
          <w:rtl/>
        </w:rPr>
        <w:t>دیوان</w:t>
      </w:r>
      <w:r w:rsidRPr="00D914B7">
        <w:rPr>
          <w:sz w:val="22"/>
        </w:rPr>
        <w:t xml:space="preserve"> </w:t>
      </w:r>
      <w:r w:rsidRPr="00D914B7">
        <w:rPr>
          <w:sz w:val="22"/>
          <w:rtl/>
        </w:rPr>
        <w:t>علیه</w:t>
      </w:r>
      <w:r w:rsidRPr="00D914B7">
        <w:rPr>
          <w:sz w:val="22"/>
        </w:rPr>
        <w:t xml:space="preserve"> </w:t>
      </w:r>
      <w:r w:rsidRPr="00D914B7">
        <w:rPr>
          <w:sz w:val="22"/>
          <w:rtl/>
        </w:rPr>
        <w:t>قشون</w:t>
      </w:r>
      <w:r w:rsidRPr="00D914B7">
        <w:rPr>
          <w:sz w:val="22"/>
        </w:rPr>
        <w:t xml:space="preserve"> </w:t>
      </w:r>
      <w:r w:rsidRPr="00D914B7">
        <w:rPr>
          <w:sz w:val="22"/>
          <w:rtl/>
        </w:rPr>
        <w:t>متحد</w:t>
      </w:r>
      <w:r w:rsidRPr="00D914B7">
        <w:rPr>
          <w:sz w:val="22"/>
        </w:rPr>
        <w:t xml:space="preserve"> </w:t>
      </w:r>
      <w:r w:rsidRPr="00D914B7">
        <w:rPr>
          <w:sz w:val="22"/>
          <w:rtl/>
        </w:rPr>
        <w:t>شود،</w:t>
      </w:r>
      <w:r w:rsidRPr="00D914B7">
        <w:rPr>
          <w:sz w:val="22"/>
        </w:rPr>
        <w:t xml:space="preserve"> </w:t>
      </w:r>
      <w:r w:rsidRPr="00D914B7">
        <w:rPr>
          <w:sz w:val="22"/>
          <w:rtl/>
        </w:rPr>
        <w:t>سپس</w:t>
      </w:r>
      <w:r w:rsidRPr="00D914B7">
        <w:rPr>
          <w:sz w:val="22"/>
        </w:rPr>
        <w:t xml:space="preserve"> </w:t>
      </w:r>
      <w:r w:rsidRPr="00D914B7">
        <w:rPr>
          <w:sz w:val="22"/>
          <w:rtl/>
        </w:rPr>
        <w:t>برای</w:t>
      </w:r>
      <w:r w:rsidRPr="00D914B7">
        <w:rPr>
          <w:sz w:val="22"/>
        </w:rPr>
        <w:t xml:space="preserve"> </w:t>
      </w:r>
      <w:r w:rsidRPr="00D914B7">
        <w:rPr>
          <w:sz w:val="22"/>
          <w:rtl/>
        </w:rPr>
        <w:t>مهار</w:t>
      </w:r>
      <w:r w:rsidRPr="00D914B7">
        <w:rPr>
          <w:sz w:val="22"/>
        </w:rPr>
        <w:t xml:space="preserve"> </w:t>
      </w:r>
      <w:r w:rsidRPr="00D914B7">
        <w:rPr>
          <w:sz w:val="22"/>
          <w:rtl/>
        </w:rPr>
        <w:t>دیوان</w:t>
      </w:r>
      <w:r w:rsidRPr="00D914B7">
        <w:rPr>
          <w:sz w:val="22"/>
        </w:rPr>
        <w:t xml:space="preserve"> </w:t>
      </w:r>
      <w:r w:rsidRPr="00D914B7">
        <w:rPr>
          <w:sz w:val="22"/>
          <w:rtl/>
        </w:rPr>
        <w:t>به</w:t>
      </w:r>
      <w:r w:rsidRPr="00D914B7">
        <w:rPr>
          <w:sz w:val="22"/>
        </w:rPr>
        <w:t xml:space="preserve"> </w:t>
      </w:r>
      <w:r w:rsidRPr="00D914B7">
        <w:rPr>
          <w:sz w:val="22"/>
          <w:rtl/>
        </w:rPr>
        <w:t>دینکاران</w:t>
      </w:r>
      <w:r w:rsidRPr="00D914B7">
        <w:rPr>
          <w:sz w:val="22"/>
        </w:rPr>
        <w:t xml:space="preserve"> </w:t>
      </w:r>
      <w:r w:rsidRPr="00D914B7">
        <w:rPr>
          <w:sz w:val="22"/>
          <w:rtl/>
        </w:rPr>
        <w:t>پناه</w:t>
      </w:r>
      <w:r w:rsidRPr="00D914B7">
        <w:rPr>
          <w:sz w:val="22"/>
        </w:rPr>
        <w:t xml:space="preserve"> </w:t>
      </w:r>
      <w:r w:rsidRPr="00D914B7">
        <w:rPr>
          <w:sz w:val="22"/>
          <w:rtl/>
        </w:rPr>
        <w:t>ببرد</w:t>
      </w:r>
      <w:r>
        <w:rPr>
          <w:sz w:val="22"/>
          <w:rtl/>
        </w:rPr>
        <w:t>.</w:t>
      </w:r>
      <w:r w:rsidRPr="00D914B7">
        <w:rPr>
          <w:sz w:val="22"/>
        </w:rPr>
        <w:t xml:space="preserve"> </w:t>
      </w:r>
      <w:r w:rsidRPr="00D914B7">
        <w:rPr>
          <w:sz w:val="22"/>
          <w:rtl/>
        </w:rPr>
        <w:t>قشون</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به</w:t>
      </w:r>
      <w:r w:rsidRPr="00D914B7">
        <w:rPr>
          <w:sz w:val="22"/>
        </w:rPr>
        <w:t xml:space="preserve"> </w:t>
      </w:r>
      <w:r w:rsidRPr="00D914B7">
        <w:rPr>
          <w:sz w:val="22"/>
          <w:rtl/>
        </w:rPr>
        <w:t>نام</w:t>
      </w:r>
      <w:r w:rsidRPr="00D914B7">
        <w:rPr>
          <w:sz w:val="22"/>
        </w:rPr>
        <w:t xml:space="preserve"> </w:t>
      </w:r>
      <w:r w:rsidRPr="00D914B7">
        <w:rPr>
          <w:sz w:val="22"/>
          <w:rtl/>
        </w:rPr>
        <w:t>دین</w:t>
      </w:r>
      <w:r w:rsidRPr="00D914B7">
        <w:rPr>
          <w:sz w:val="22"/>
        </w:rPr>
        <w:t xml:space="preserve"> </w:t>
      </w:r>
      <w:r w:rsidRPr="00D914B7">
        <w:rPr>
          <w:sz w:val="22"/>
          <w:rtl/>
        </w:rPr>
        <w:t>حکومت</w:t>
      </w:r>
      <w:r w:rsidRPr="00D914B7">
        <w:rPr>
          <w:sz w:val="22"/>
        </w:rPr>
        <w:t xml:space="preserve"> </w:t>
      </w:r>
      <w:r w:rsidRPr="00D914B7">
        <w:rPr>
          <w:sz w:val="22"/>
          <w:rtl/>
        </w:rPr>
        <w:t>را</w:t>
      </w:r>
      <w:r w:rsidRPr="00D914B7">
        <w:rPr>
          <w:sz w:val="22"/>
        </w:rPr>
        <w:t xml:space="preserve"> </w:t>
      </w:r>
      <w:r w:rsidRPr="00D914B7">
        <w:rPr>
          <w:sz w:val="22"/>
          <w:rtl/>
        </w:rPr>
        <w:t>بگیرد</w:t>
      </w:r>
      <w:r w:rsidRPr="00D914B7">
        <w:rPr>
          <w:sz w:val="22"/>
        </w:rPr>
        <w:t xml:space="preserve"> </w:t>
      </w:r>
      <w:r w:rsidRPr="00D914B7">
        <w:rPr>
          <w:sz w:val="22"/>
          <w:rtl/>
        </w:rPr>
        <w:t>و</w:t>
      </w:r>
      <w:r w:rsidRPr="00D914B7">
        <w:rPr>
          <w:sz w:val="22"/>
        </w:rPr>
        <w:t xml:space="preserve"> </w:t>
      </w:r>
      <w:r w:rsidRPr="00D914B7">
        <w:rPr>
          <w:sz w:val="22"/>
          <w:rtl/>
        </w:rPr>
        <w:t>بعد</w:t>
      </w:r>
      <w:r w:rsidRPr="00D914B7">
        <w:rPr>
          <w:sz w:val="22"/>
        </w:rPr>
        <w:t xml:space="preserve"> </w:t>
      </w:r>
      <w:r w:rsidRPr="00D914B7">
        <w:rPr>
          <w:sz w:val="22"/>
          <w:rtl/>
        </w:rPr>
        <w:t>برای</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کشور</w:t>
      </w:r>
      <w:r w:rsidRPr="00D914B7">
        <w:rPr>
          <w:sz w:val="22"/>
        </w:rPr>
        <w:t xml:space="preserve"> </w:t>
      </w:r>
      <w:r w:rsidRPr="00D914B7">
        <w:rPr>
          <w:sz w:val="22"/>
          <w:rtl/>
        </w:rPr>
        <w:t>ناچار</w:t>
      </w:r>
      <w:r w:rsidRPr="00D914B7">
        <w:rPr>
          <w:sz w:val="22"/>
        </w:rPr>
        <w:t xml:space="preserve"> </w:t>
      </w:r>
      <w:r w:rsidRPr="00D914B7">
        <w:rPr>
          <w:sz w:val="22"/>
          <w:rtl/>
        </w:rPr>
        <w:t>به</w:t>
      </w:r>
      <w:r w:rsidRPr="00D914B7">
        <w:rPr>
          <w:sz w:val="22"/>
        </w:rPr>
        <w:t xml:space="preserve"> </w:t>
      </w:r>
      <w:r w:rsidRPr="00D914B7">
        <w:rPr>
          <w:sz w:val="22"/>
          <w:rtl/>
        </w:rPr>
        <w:t>استخدام</w:t>
      </w:r>
      <w:r w:rsidRPr="00D914B7">
        <w:rPr>
          <w:sz w:val="22"/>
        </w:rPr>
        <w:t xml:space="preserve"> </w:t>
      </w:r>
      <w:r w:rsidRPr="00D914B7">
        <w:rPr>
          <w:sz w:val="22"/>
          <w:rtl/>
        </w:rPr>
        <w:t>همان</w:t>
      </w:r>
      <w:r w:rsidRPr="00D914B7">
        <w:rPr>
          <w:sz w:val="22"/>
        </w:rPr>
        <w:t xml:space="preserve"> </w:t>
      </w:r>
      <w:r w:rsidRPr="00D914B7">
        <w:rPr>
          <w:sz w:val="22"/>
          <w:rtl/>
        </w:rPr>
        <w:t>دیوانی</w:t>
      </w:r>
      <w:r w:rsidRPr="00D914B7">
        <w:rPr>
          <w:sz w:val="22"/>
        </w:rPr>
        <w:t xml:space="preserve"> </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کنار</w:t>
      </w:r>
      <w:r w:rsidRPr="00D914B7">
        <w:rPr>
          <w:sz w:val="22"/>
        </w:rPr>
        <w:t xml:space="preserve"> </w:t>
      </w:r>
      <w:r w:rsidRPr="00D914B7">
        <w:rPr>
          <w:sz w:val="22"/>
          <w:rtl/>
        </w:rPr>
        <w:t>زده</w:t>
      </w:r>
      <w:r w:rsidRPr="00D914B7">
        <w:rPr>
          <w:sz w:val="22"/>
        </w:rPr>
        <w:t xml:space="preserve"> </w:t>
      </w:r>
      <w:r w:rsidRPr="00D914B7">
        <w:rPr>
          <w:sz w:val="22"/>
          <w:rtl/>
        </w:rPr>
        <w:t>بود</w:t>
      </w:r>
      <w:r>
        <w:rPr>
          <w:sz w:val="22"/>
          <w:rtl/>
        </w:rPr>
        <w:t>.</w:t>
      </w:r>
      <w:r w:rsidRPr="00D914B7">
        <w:rPr>
          <w:sz w:val="22"/>
        </w:rPr>
        <w:t xml:space="preserve"> </w:t>
      </w:r>
      <w:r w:rsidRPr="00D914B7">
        <w:rPr>
          <w:sz w:val="22"/>
          <w:rtl/>
        </w:rPr>
        <w:t>آنچه</w:t>
      </w:r>
      <w:r w:rsidRPr="00D914B7">
        <w:rPr>
          <w:sz w:val="22"/>
        </w:rPr>
        <w:t xml:space="preserve"> </w:t>
      </w:r>
      <w:r w:rsidRPr="00D914B7">
        <w:rPr>
          <w:sz w:val="22"/>
          <w:rtl/>
        </w:rPr>
        <w:t>شکل</w:t>
      </w:r>
      <w:r w:rsidRPr="00D914B7">
        <w:rPr>
          <w:sz w:val="22"/>
        </w:rPr>
        <w:t xml:space="preserve"> </w:t>
      </w:r>
      <w:r w:rsidRPr="00D914B7">
        <w:rPr>
          <w:sz w:val="22"/>
          <w:rtl/>
        </w:rPr>
        <w:t>حکومت</w:t>
      </w:r>
      <w:r w:rsidRPr="00D914B7">
        <w:rPr>
          <w:sz w:val="22"/>
        </w:rPr>
        <w:t xml:space="preserve"> </w:t>
      </w:r>
      <w:r w:rsidRPr="00D914B7">
        <w:rPr>
          <w:sz w:val="22"/>
          <w:rtl/>
        </w:rPr>
        <w:t>را</w:t>
      </w:r>
      <w:r w:rsidRPr="00D914B7">
        <w:rPr>
          <w:sz w:val="22"/>
        </w:rPr>
        <w:t xml:space="preserve"> </w:t>
      </w:r>
      <w:r w:rsidRPr="00D914B7">
        <w:rPr>
          <w:sz w:val="22"/>
          <w:rtl/>
        </w:rPr>
        <w:t>تعیین</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فقط</w:t>
      </w:r>
      <w:r w:rsidRPr="00D914B7">
        <w:rPr>
          <w:sz w:val="22"/>
        </w:rPr>
        <w:t xml:space="preserve"> </w:t>
      </w:r>
      <w:r w:rsidRPr="00D914B7">
        <w:rPr>
          <w:sz w:val="22"/>
          <w:rtl/>
        </w:rPr>
        <w:t>قدرت</w:t>
      </w:r>
      <w:r w:rsidRPr="00D914B7">
        <w:rPr>
          <w:sz w:val="22"/>
        </w:rPr>
        <w:t xml:space="preserve"> </w:t>
      </w:r>
      <w:r w:rsidRPr="00D914B7">
        <w:rPr>
          <w:sz w:val="22"/>
          <w:rtl/>
        </w:rPr>
        <w:t>هر</w:t>
      </w:r>
      <w:r w:rsidRPr="00D914B7">
        <w:rPr>
          <w:sz w:val="22"/>
        </w:rPr>
        <w:t xml:space="preserve"> </w:t>
      </w:r>
      <w:r w:rsidRPr="00D914B7">
        <w:rPr>
          <w:sz w:val="22"/>
          <w:rtl/>
        </w:rPr>
        <w:t>نیرو</w:t>
      </w:r>
      <w:r w:rsidRPr="00D914B7">
        <w:rPr>
          <w:sz w:val="22"/>
        </w:rPr>
        <w:t xml:space="preserve"> </w:t>
      </w:r>
      <w:r w:rsidRPr="00D914B7">
        <w:rPr>
          <w:sz w:val="22"/>
          <w:rtl/>
        </w:rPr>
        <w:t>نیست؛</w:t>
      </w:r>
      <w:r w:rsidRPr="00D914B7">
        <w:rPr>
          <w:sz w:val="22"/>
        </w:rPr>
        <w:t xml:space="preserve"> </w:t>
      </w:r>
      <w:r w:rsidRPr="00D914B7">
        <w:rPr>
          <w:sz w:val="22"/>
          <w:rtl/>
        </w:rPr>
        <w:t>نسبت</w:t>
      </w:r>
      <w:r w:rsidRPr="00D914B7">
        <w:rPr>
          <w:sz w:val="22"/>
        </w:rPr>
        <w:t xml:space="preserve"> </w:t>
      </w:r>
      <w:r w:rsidRPr="00D914B7">
        <w:rPr>
          <w:sz w:val="22"/>
          <w:rtl/>
        </w:rPr>
        <w:t>و</w:t>
      </w:r>
      <w:r w:rsidRPr="00D914B7">
        <w:rPr>
          <w:sz w:val="22"/>
        </w:rPr>
        <w:t xml:space="preserve"> </w:t>
      </w:r>
      <w:r w:rsidRPr="00D914B7">
        <w:rPr>
          <w:sz w:val="22"/>
          <w:rtl/>
        </w:rPr>
        <w:t>آرایش</w:t>
      </w:r>
      <w:r w:rsidRPr="00D914B7">
        <w:rPr>
          <w:sz w:val="22"/>
        </w:rPr>
        <w:t xml:space="preserve"> </w:t>
      </w:r>
      <w:r w:rsidRPr="00D914B7">
        <w:rPr>
          <w:sz w:val="22"/>
          <w:rtl/>
        </w:rPr>
        <w:t>آنها</w:t>
      </w:r>
      <w:r w:rsidRPr="00D914B7">
        <w:rPr>
          <w:sz w:val="22"/>
        </w:rPr>
        <w:t xml:space="preserve"> </w:t>
      </w:r>
      <w:r w:rsidRPr="00D914B7">
        <w:rPr>
          <w:sz w:val="22"/>
          <w:rtl/>
        </w:rPr>
        <w:t>در</w:t>
      </w:r>
      <w:r w:rsidRPr="00D914B7">
        <w:rPr>
          <w:sz w:val="22"/>
        </w:rPr>
        <w:t xml:space="preserve"> </w:t>
      </w:r>
      <w:r w:rsidRPr="00D914B7">
        <w:rPr>
          <w:sz w:val="22"/>
          <w:rtl/>
        </w:rPr>
        <w:t>هر</w:t>
      </w:r>
      <w:r w:rsidRPr="00D914B7">
        <w:rPr>
          <w:sz w:val="22"/>
        </w:rPr>
        <w:t xml:space="preserve"> </w:t>
      </w:r>
      <w:r w:rsidRPr="00D914B7">
        <w:rPr>
          <w:sz w:val="22"/>
          <w:rtl/>
        </w:rPr>
        <w:t>دوره</w:t>
      </w:r>
      <w:r w:rsidRPr="00D914B7">
        <w:rPr>
          <w:sz w:val="22"/>
        </w:rPr>
        <w:t xml:space="preserve"> </w:t>
      </w:r>
      <w:r w:rsidRPr="00D914B7">
        <w:rPr>
          <w:sz w:val="22"/>
          <w:rtl/>
        </w:rPr>
        <w:t>است</w:t>
      </w:r>
      <w:r>
        <w:rPr>
          <w:sz w:val="22"/>
          <w:rtl/>
        </w:rPr>
        <w:t>.</w:t>
      </w:r>
    </w:p>
    <w:p w:rsidR="00987F03" w:rsidRPr="00D914B7" w:rsidRDefault="00987F03" w:rsidP="00987F03">
      <w:pPr>
        <w:keepNext/>
        <w:bidi/>
        <w:rPr>
          <w:sz w:val="22"/>
        </w:rPr>
      </w:pPr>
      <w:r w:rsidRPr="00D914B7">
        <w:rPr>
          <w:b/>
          <w:bCs/>
          <w:sz w:val="22"/>
          <w:rtl/>
        </w:rPr>
        <w:t>۷</w:t>
      </w:r>
      <w:r>
        <w:rPr>
          <w:b/>
          <w:sz w:val="22"/>
          <w:rtl/>
        </w:rPr>
        <w:t>.</w:t>
      </w:r>
      <w:r w:rsidRPr="00D914B7">
        <w:rPr>
          <w:b/>
          <w:sz w:val="22"/>
        </w:rPr>
        <w:t xml:space="preserve"> </w:t>
      </w:r>
      <w:r w:rsidRPr="00D914B7">
        <w:rPr>
          <w:b/>
          <w:bCs/>
          <w:sz w:val="22"/>
          <w:rtl/>
        </w:rPr>
        <w:t>زبان</w:t>
      </w:r>
      <w:r w:rsidRPr="00D914B7">
        <w:rPr>
          <w:b/>
          <w:sz w:val="22"/>
        </w:rPr>
        <w:t xml:space="preserve"> </w:t>
      </w:r>
      <w:r w:rsidRPr="00D914B7">
        <w:rPr>
          <w:b/>
          <w:bCs/>
          <w:sz w:val="22"/>
          <w:rtl/>
        </w:rPr>
        <w:t>مفهومی</w:t>
      </w:r>
      <w:r w:rsidRPr="00D914B7">
        <w:rPr>
          <w:b/>
          <w:sz w:val="22"/>
        </w:rPr>
        <w:t xml:space="preserve"> </w:t>
      </w:r>
      <w:r w:rsidRPr="00D914B7">
        <w:rPr>
          <w:b/>
          <w:bCs/>
          <w:sz w:val="22"/>
          <w:rtl/>
        </w:rPr>
        <w:t>این</w:t>
      </w:r>
      <w:r w:rsidRPr="00D914B7">
        <w:rPr>
          <w:b/>
          <w:sz w:val="22"/>
        </w:rPr>
        <w:t xml:space="preserve"> </w:t>
      </w:r>
      <w:r w:rsidRPr="00D914B7">
        <w:rPr>
          <w:b/>
          <w:bCs/>
          <w:sz w:val="22"/>
          <w:rtl/>
        </w:rPr>
        <w:t>مجموعه</w:t>
      </w:r>
    </w:p>
    <w:p w:rsidR="00987F03" w:rsidRPr="00D914B7" w:rsidRDefault="00987F03" w:rsidP="00987F03">
      <w:pPr>
        <w:bidi/>
        <w:ind w:firstLine="720"/>
        <w:rPr>
          <w:sz w:val="22"/>
        </w:rPr>
      </w:pPr>
      <w:r w:rsidRPr="00D914B7">
        <w:rPr>
          <w:sz w:val="22"/>
          <w:rtl/>
        </w:rPr>
        <w:t>برای</w:t>
      </w:r>
      <w:r w:rsidRPr="00D914B7">
        <w:rPr>
          <w:sz w:val="22"/>
        </w:rPr>
        <w:t xml:space="preserve"> </w:t>
      </w:r>
      <w:r w:rsidRPr="00D914B7">
        <w:rPr>
          <w:sz w:val="22"/>
          <w:rtl/>
        </w:rPr>
        <w:t>دنبال</w:t>
      </w:r>
      <w:r w:rsidRPr="00D914B7">
        <w:rPr>
          <w:sz w:val="22"/>
        </w:rPr>
        <w:t>‌</w:t>
      </w:r>
      <w:r w:rsidRPr="00D914B7">
        <w:rPr>
          <w:sz w:val="22"/>
          <w:rtl/>
        </w:rPr>
        <w:t>کردن</w:t>
      </w:r>
      <w:r w:rsidRPr="00D914B7">
        <w:rPr>
          <w:sz w:val="22"/>
        </w:rPr>
        <w:t xml:space="preserve"> </w:t>
      </w:r>
      <w:r w:rsidRPr="00D914B7">
        <w:rPr>
          <w:sz w:val="22"/>
          <w:rtl/>
        </w:rPr>
        <w:t>این</w:t>
      </w:r>
      <w:r w:rsidRPr="00D914B7">
        <w:rPr>
          <w:sz w:val="22"/>
        </w:rPr>
        <w:t xml:space="preserve"> </w:t>
      </w:r>
      <w:r w:rsidRPr="00D914B7">
        <w:rPr>
          <w:sz w:val="22"/>
          <w:rtl/>
        </w:rPr>
        <w:t>شبکه</w:t>
      </w:r>
      <w:r>
        <w:rPr>
          <w:sz w:val="22"/>
          <w:rtl/>
        </w:rPr>
        <w:t>ء</w:t>
      </w:r>
      <w:r w:rsidRPr="00D914B7">
        <w:rPr>
          <w:sz w:val="22"/>
        </w:rPr>
        <w:t xml:space="preserve"> </w:t>
      </w:r>
      <w:r w:rsidRPr="00D914B7">
        <w:rPr>
          <w:sz w:val="22"/>
          <w:rtl/>
        </w:rPr>
        <w:t>قدرت،</w:t>
      </w:r>
      <w:r w:rsidRPr="00D914B7">
        <w:rPr>
          <w:sz w:val="22"/>
        </w:rPr>
        <w:t xml:space="preserve"> </w:t>
      </w:r>
      <w:r w:rsidRPr="00D914B7">
        <w:rPr>
          <w:sz w:val="22"/>
          <w:rtl/>
        </w:rPr>
        <w:t>معنای</w:t>
      </w:r>
      <w:r w:rsidRPr="00D914B7">
        <w:rPr>
          <w:sz w:val="22"/>
        </w:rPr>
        <w:t xml:space="preserve"> </w:t>
      </w:r>
      <w:r w:rsidRPr="00D914B7">
        <w:rPr>
          <w:sz w:val="22"/>
          <w:rtl/>
        </w:rPr>
        <w:t>چند</w:t>
      </w:r>
      <w:r w:rsidRPr="00D914B7">
        <w:rPr>
          <w:sz w:val="22"/>
        </w:rPr>
        <w:t xml:space="preserve"> </w:t>
      </w:r>
      <w:r w:rsidRPr="00D914B7">
        <w:rPr>
          <w:sz w:val="22"/>
          <w:rtl/>
        </w:rPr>
        <w:t>واژه</w:t>
      </w:r>
      <w:r w:rsidRPr="00D914B7">
        <w:rPr>
          <w:sz w:val="22"/>
        </w:rPr>
        <w:t xml:space="preserve"> </w:t>
      </w:r>
      <w:r w:rsidRPr="00D914B7">
        <w:rPr>
          <w:sz w:val="22"/>
          <w:rtl/>
        </w:rPr>
        <w:t>باید</w:t>
      </w:r>
      <w:r w:rsidRPr="00D914B7">
        <w:rPr>
          <w:sz w:val="22"/>
        </w:rPr>
        <w:t xml:space="preserve"> </w:t>
      </w:r>
      <w:r w:rsidRPr="00D914B7">
        <w:rPr>
          <w:sz w:val="22"/>
          <w:rtl/>
        </w:rPr>
        <w:t>از</w:t>
      </w:r>
      <w:r w:rsidRPr="00D914B7">
        <w:rPr>
          <w:sz w:val="22"/>
        </w:rPr>
        <w:t xml:space="preserve"> </w:t>
      </w:r>
      <w:r w:rsidRPr="00D914B7">
        <w:rPr>
          <w:sz w:val="22"/>
          <w:rtl/>
        </w:rPr>
        <w:t>آغاز</w:t>
      </w:r>
      <w:r w:rsidRPr="00D914B7">
        <w:rPr>
          <w:sz w:val="22"/>
        </w:rPr>
        <w:t xml:space="preserve"> </w:t>
      </w:r>
      <w:r w:rsidRPr="00D914B7">
        <w:rPr>
          <w:sz w:val="22"/>
          <w:rtl/>
        </w:rPr>
        <w:t>روشن</w:t>
      </w:r>
      <w:r w:rsidRPr="00D914B7">
        <w:rPr>
          <w:sz w:val="22"/>
        </w:rPr>
        <w:t xml:space="preserve"> </w:t>
      </w:r>
      <w:r w:rsidRPr="00D914B7">
        <w:rPr>
          <w:sz w:val="22"/>
          <w:rtl/>
        </w:rPr>
        <w:t>باشد</w:t>
      </w:r>
      <w:r>
        <w:rPr>
          <w:sz w:val="22"/>
          <w:rtl/>
        </w:rPr>
        <w:t>.</w:t>
      </w:r>
      <w:r w:rsidRPr="00D914B7">
        <w:rPr>
          <w:sz w:val="22"/>
        </w:rPr>
        <w:t xml:space="preserve"> </w:t>
      </w:r>
      <w:r w:rsidRPr="00D914B7">
        <w:rPr>
          <w:sz w:val="22"/>
          <w:rtl/>
        </w:rPr>
        <w:t>بسیاری</w:t>
      </w:r>
      <w:r w:rsidRPr="00D914B7">
        <w:rPr>
          <w:sz w:val="22"/>
        </w:rPr>
        <w:t xml:space="preserve"> </w:t>
      </w:r>
      <w:r w:rsidRPr="00D914B7">
        <w:rPr>
          <w:sz w:val="22"/>
          <w:rtl/>
        </w:rPr>
        <w:t>از</w:t>
      </w:r>
      <w:r w:rsidRPr="00D914B7">
        <w:rPr>
          <w:sz w:val="22"/>
        </w:rPr>
        <w:t xml:space="preserve"> </w:t>
      </w:r>
      <w:r w:rsidRPr="00D914B7">
        <w:rPr>
          <w:sz w:val="22"/>
          <w:rtl/>
        </w:rPr>
        <w:t>آشفتگی</w:t>
      </w:r>
      <w:r w:rsidRPr="00D914B7">
        <w:rPr>
          <w:sz w:val="22"/>
        </w:rPr>
        <w:t>‌</w:t>
      </w:r>
      <w:r w:rsidRPr="00D914B7">
        <w:rPr>
          <w:sz w:val="22"/>
          <w:rtl/>
        </w:rPr>
        <w:t>های</w:t>
      </w:r>
      <w:r w:rsidRPr="00D914B7">
        <w:rPr>
          <w:sz w:val="22"/>
        </w:rPr>
        <w:t xml:space="preserve"> </w:t>
      </w:r>
      <w:r w:rsidRPr="00D914B7">
        <w:rPr>
          <w:sz w:val="22"/>
          <w:rtl/>
        </w:rPr>
        <w:t>گفت</w:t>
      </w:r>
      <w:r w:rsidRPr="00D914B7">
        <w:rPr>
          <w:sz w:val="22"/>
        </w:rPr>
        <w:t>‌</w:t>
      </w:r>
      <w:r w:rsidRPr="00D914B7">
        <w:rPr>
          <w:sz w:val="22"/>
          <w:rtl/>
        </w:rPr>
        <w:t>وگوی</w:t>
      </w:r>
      <w:r w:rsidRPr="00D914B7">
        <w:rPr>
          <w:sz w:val="22"/>
        </w:rPr>
        <w:t xml:space="preserve"> </w:t>
      </w:r>
      <w:r w:rsidRPr="00D914B7">
        <w:rPr>
          <w:sz w:val="22"/>
          <w:rtl/>
        </w:rPr>
        <w:t>سیاسی</w:t>
      </w:r>
      <w:r w:rsidRPr="00D914B7">
        <w:rPr>
          <w:sz w:val="22"/>
        </w:rPr>
        <w:t xml:space="preserve"> </w:t>
      </w:r>
      <w:r w:rsidRPr="00D914B7">
        <w:rPr>
          <w:sz w:val="22"/>
          <w:rtl/>
        </w:rPr>
        <w:t>ایران</w:t>
      </w:r>
      <w:r w:rsidRPr="00D914B7">
        <w:rPr>
          <w:sz w:val="22"/>
        </w:rPr>
        <w:t xml:space="preserve"> </w:t>
      </w:r>
      <w:r w:rsidRPr="00D914B7">
        <w:rPr>
          <w:sz w:val="22"/>
          <w:rtl/>
        </w:rPr>
        <w:t>از</w:t>
      </w:r>
      <w:r w:rsidRPr="00D914B7">
        <w:rPr>
          <w:sz w:val="22"/>
        </w:rPr>
        <w:t xml:space="preserve"> </w:t>
      </w:r>
      <w:r w:rsidRPr="00D914B7">
        <w:rPr>
          <w:sz w:val="22"/>
          <w:rtl/>
        </w:rPr>
        <w:t>آنجا</w:t>
      </w:r>
      <w:r w:rsidRPr="00D914B7">
        <w:rPr>
          <w:sz w:val="22"/>
        </w:rPr>
        <w:t xml:space="preserve"> </w:t>
      </w:r>
      <w:r w:rsidRPr="00D914B7">
        <w:rPr>
          <w:sz w:val="22"/>
          <w:rtl/>
        </w:rPr>
        <w:t>ناشی</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واژه</w:t>
      </w:r>
      <w:r w:rsidRPr="00D914B7">
        <w:rPr>
          <w:sz w:val="22"/>
        </w:rPr>
        <w:t>‌</w:t>
      </w:r>
      <w:r w:rsidRPr="00D914B7">
        <w:rPr>
          <w:sz w:val="22"/>
          <w:rtl/>
        </w:rPr>
        <w:t>های</w:t>
      </w:r>
      <w:r w:rsidRPr="00D914B7">
        <w:rPr>
          <w:sz w:val="22"/>
        </w:rPr>
        <w:t xml:space="preserve"> </w:t>
      </w:r>
      <w:r w:rsidRPr="00D914B7">
        <w:rPr>
          <w:sz w:val="22"/>
          <w:rtl/>
        </w:rPr>
        <w:t>مشترک</w:t>
      </w:r>
      <w:r w:rsidRPr="00D914B7">
        <w:rPr>
          <w:sz w:val="22"/>
        </w:rPr>
        <w:t xml:space="preserve"> </w:t>
      </w:r>
      <w:r w:rsidRPr="00D914B7">
        <w:rPr>
          <w:sz w:val="22"/>
          <w:rtl/>
        </w:rPr>
        <w:t>با</w:t>
      </w:r>
      <w:r w:rsidRPr="00D914B7">
        <w:rPr>
          <w:sz w:val="22"/>
        </w:rPr>
        <w:t xml:space="preserve"> </w:t>
      </w:r>
      <w:r w:rsidRPr="00D914B7">
        <w:rPr>
          <w:sz w:val="22"/>
          <w:rtl/>
        </w:rPr>
        <w:t>معناهای</w:t>
      </w:r>
      <w:r w:rsidRPr="00D914B7">
        <w:rPr>
          <w:sz w:val="22"/>
        </w:rPr>
        <w:t xml:space="preserve"> </w:t>
      </w:r>
      <w:r w:rsidRPr="00D914B7">
        <w:rPr>
          <w:sz w:val="22"/>
          <w:rtl/>
        </w:rPr>
        <w:t>متفاوت</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می</w:t>
      </w:r>
      <w:r w:rsidRPr="00D914B7">
        <w:rPr>
          <w:sz w:val="22"/>
        </w:rPr>
        <w:t>‌</w:t>
      </w:r>
      <w:r w:rsidRPr="00D914B7">
        <w:rPr>
          <w:sz w:val="22"/>
          <w:rtl/>
        </w:rPr>
        <w:t>روند</w:t>
      </w:r>
      <w:r>
        <w:rPr>
          <w:sz w:val="22"/>
          <w:rtl/>
        </w:rPr>
        <w:t>.</w:t>
      </w:r>
      <w:r w:rsidRPr="00D914B7">
        <w:rPr>
          <w:sz w:val="22"/>
        </w:rPr>
        <w:t xml:space="preserve"> </w:t>
      </w:r>
      <w:r>
        <w:rPr>
          <w:rFonts w:hint="cs"/>
          <w:sz w:val="22"/>
          <w:rtl/>
        </w:rPr>
        <w:t>«</w:t>
      </w:r>
      <w:r w:rsidRPr="00D914B7">
        <w:rPr>
          <w:sz w:val="22"/>
          <w:rtl/>
        </w:rPr>
        <w:t>کشور</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حکومت</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دولت</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حاکم</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حاکمیت</w:t>
      </w:r>
      <w:r>
        <w:rPr>
          <w:rFonts w:hint="cs"/>
          <w:sz w:val="22"/>
          <w:rtl/>
        </w:rPr>
        <w:t>»</w:t>
      </w:r>
      <w:r w:rsidRPr="00D914B7">
        <w:rPr>
          <w:sz w:val="22"/>
          <w:rtl/>
        </w:rPr>
        <w:t>،</w:t>
      </w:r>
      <w:r>
        <w:rPr>
          <w:rFonts w:hint="cs"/>
          <w:sz w:val="22"/>
          <w:rtl/>
        </w:rPr>
        <w:t>«</w:t>
      </w:r>
      <w:r w:rsidRPr="00D914B7">
        <w:rPr>
          <w:sz w:val="22"/>
          <w:rtl/>
        </w:rPr>
        <w:t>ملت</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مردم</w:t>
      </w:r>
      <w:r>
        <w:rPr>
          <w:rFonts w:hint="cs"/>
          <w:sz w:val="22"/>
          <w:rtl/>
        </w:rPr>
        <w:t>»</w:t>
      </w:r>
      <w:r w:rsidRPr="00D914B7">
        <w:rPr>
          <w:sz w:val="22"/>
          <w:rtl/>
        </w:rPr>
        <w:t>،</w:t>
      </w:r>
      <w:r w:rsidRPr="00D914B7">
        <w:rPr>
          <w:sz w:val="22"/>
        </w:rPr>
        <w:t xml:space="preserve"> «</w:t>
      </w:r>
      <w:r w:rsidRPr="00D914B7">
        <w:rPr>
          <w:sz w:val="22"/>
          <w:rtl/>
        </w:rPr>
        <w:t>حقانیت</w:t>
      </w:r>
      <w:r w:rsidRPr="00D914B7">
        <w:rPr>
          <w:sz w:val="22"/>
        </w:rPr>
        <w:t xml:space="preserve"> </w:t>
      </w:r>
      <w:r w:rsidRPr="00D914B7">
        <w:rPr>
          <w:sz w:val="22"/>
          <w:rtl/>
        </w:rPr>
        <w:t>حکمرانی</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دین</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شریعت</w:t>
      </w:r>
      <w:r>
        <w:rPr>
          <w:rFonts w:hint="cs"/>
          <w:sz w:val="22"/>
          <w:rtl/>
        </w:rPr>
        <w:t>»</w:t>
      </w:r>
      <w:r w:rsidRPr="00D914B7">
        <w:rPr>
          <w:sz w:val="22"/>
          <w:rtl/>
        </w:rPr>
        <w:t>،</w:t>
      </w:r>
      <w:r w:rsidRPr="00D914B7">
        <w:rPr>
          <w:sz w:val="22"/>
        </w:rPr>
        <w:t xml:space="preserve"> </w:t>
      </w:r>
      <w:r>
        <w:rPr>
          <w:rFonts w:hint="cs"/>
          <w:sz w:val="22"/>
          <w:rtl/>
        </w:rPr>
        <w:t>«</w:t>
      </w:r>
      <w:r w:rsidRPr="00D914B7">
        <w:rPr>
          <w:sz w:val="22"/>
          <w:rtl/>
        </w:rPr>
        <w:t>دیوان</w:t>
      </w:r>
      <w:r w:rsidRPr="00D914B7">
        <w:rPr>
          <w:sz w:val="22"/>
        </w:rPr>
        <w:t>‌</w:t>
      </w:r>
      <w:r w:rsidRPr="00D914B7">
        <w:rPr>
          <w:sz w:val="22"/>
          <w:rtl/>
        </w:rPr>
        <w:t>سالاری</w:t>
      </w:r>
      <w:r>
        <w:rPr>
          <w:rFonts w:hint="cs"/>
          <w:sz w:val="22"/>
          <w:rtl/>
        </w:rPr>
        <w:t>»</w:t>
      </w:r>
      <w:r w:rsidRPr="00D914B7">
        <w:rPr>
          <w:sz w:val="22"/>
        </w:rPr>
        <w:t xml:space="preserve"> </w:t>
      </w:r>
      <w:r w:rsidRPr="00D914B7">
        <w:rPr>
          <w:sz w:val="22"/>
          <w:rtl/>
        </w:rPr>
        <w:t>و</w:t>
      </w:r>
      <w:r w:rsidRPr="00D914B7">
        <w:rPr>
          <w:sz w:val="22"/>
        </w:rPr>
        <w:t xml:space="preserve"> </w:t>
      </w:r>
      <w:r>
        <w:rPr>
          <w:rFonts w:hint="cs"/>
          <w:sz w:val="22"/>
          <w:rtl/>
        </w:rPr>
        <w:t>«</w:t>
      </w:r>
      <w:r w:rsidRPr="00D914B7">
        <w:rPr>
          <w:sz w:val="22"/>
          <w:rtl/>
        </w:rPr>
        <w:t>سکولاریسم</w:t>
      </w:r>
      <w:r>
        <w:rPr>
          <w:rFonts w:hint="cs"/>
          <w:sz w:val="22"/>
          <w:rtl/>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مختلف</w:t>
      </w:r>
      <w:r w:rsidRPr="00D914B7">
        <w:rPr>
          <w:sz w:val="22"/>
        </w:rPr>
        <w:t xml:space="preserve"> </w:t>
      </w:r>
      <w:r w:rsidRPr="00D914B7">
        <w:rPr>
          <w:sz w:val="22"/>
          <w:rtl/>
        </w:rPr>
        <w:t>بارهای</w:t>
      </w:r>
      <w:r w:rsidRPr="00D914B7">
        <w:rPr>
          <w:sz w:val="22"/>
        </w:rPr>
        <w:t xml:space="preserve"> </w:t>
      </w:r>
      <w:r w:rsidRPr="00D914B7">
        <w:rPr>
          <w:sz w:val="22"/>
          <w:rtl/>
        </w:rPr>
        <w:t>متفاوت</w:t>
      </w:r>
      <w:r w:rsidRPr="00D914B7">
        <w:rPr>
          <w:sz w:val="22"/>
        </w:rPr>
        <w:t xml:space="preserve"> </w:t>
      </w:r>
      <w:r w:rsidRPr="00D914B7">
        <w:rPr>
          <w:sz w:val="22"/>
          <w:rtl/>
        </w:rPr>
        <w:t>یافته</w:t>
      </w:r>
      <w:r w:rsidRPr="00D914B7">
        <w:rPr>
          <w:sz w:val="22"/>
        </w:rPr>
        <w:t>‌</w:t>
      </w:r>
      <w:r w:rsidRPr="00D914B7">
        <w:rPr>
          <w:sz w:val="22"/>
          <w:rtl/>
        </w:rPr>
        <w:t>اند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نمی</w:t>
      </w:r>
      <w:r w:rsidRPr="00D914B7">
        <w:rPr>
          <w:sz w:val="22"/>
        </w:rPr>
        <w:t>‌</w:t>
      </w:r>
      <w:r w:rsidRPr="00D914B7">
        <w:rPr>
          <w:sz w:val="22"/>
          <w:rtl/>
        </w:rPr>
        <w:t>تواند</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تاریخ</w:t>
      </w:r>
      <w:r w:rsidRPr="00D914B7">
        <w:rPr>
          <w:sz w:val="22"/>
        </w:rPr>
        <w:t xml:space="preserve"> </w:t>
      </w:r>
      <w:r w:rsidRPr="00D914B7">
        <w:rPr>
          <w:sz w:val="22"/>
          <w:rtl/>
        </w:rPr>
        <w:t>واژگان</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پیشگفتار</w:t>
      </w:r>
      <w:r w:rsidRPr="00D914B7">
        <w:rPr>
          <w:sz w:val="22"/>
        </w:rPr>
        <w:t xml:space="preserve"> </w:t>
      </w:r>
      <w:r w:rsidRPr="00D914B7">
        <w:rPr>
          <w:sz w:val="22"/>
          <w:rtl/>
        </w:rPr>
        <w:t>بازگو</w:t>
      </w:r>
      <w:r w:rsidRPr="00D914B7">
        <w:rPr>
          <w:sz w:val="22"/>
        </w:rPr>
        <w:t xml:space="preserve"> </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باید</w:t>
      </w:r>
      <w:r w:rsidRPr="00D914B7">
        <w:rPr>
          <w:sz w:val="22"/>
        </w:rPr>
        <w:t xml:space="preserve"> </w:t>
      </w:r>
      <w:r w:rsidRPr="00D914B7">
        <w:rPr>
          <w:sz w:val="22"/>
          <w:rtl/>
        </w:rPr>
        <w:t>کاربرد</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مشخص</w:t>
      </w:r>
      <w:r w:rsidRPr="00D914B7">
        <w:rPr>
          <w:sz w:val="22"/>
        </w:rPr>
        <w:t xml:space="preserve"> </w:t>
      </w:r>
      <w:r w:rsidRPr="00D914B7">
        <w:rPr>
          <w:sz w:val="22"/>
          <w:rtl/>
        </w:rPr>
        <w:t>سازد</w:t>
      </w:r>
      <w:r>
        <w:rPr>
          <w:sz w:val="22"/>
          <w:rtl/>
        </w:rPr>
        <w:t>.</w:t>
      </w:r>
    </w:p>
    <w:p w:rsidR="00987F03" w:rsidRPr="00D914B7" w:rsidRDefault="00987F03" w:rsidP="00987F03">
      <w:pPr>
        <w:bidi/>
        <w:ind w:firstLine="720"/>
        <w:rPr>
          <w:sz w:val="22"/>
        </w:rPr>
      </w:pPr>
      <w:r>
        <w:rPr>
          <w:rFonts w:hint="cs"/>
          <w:sz w:val="22"/>
          <w:rtl/>
        </w:rPr>
        <w:t>«</w:t>
      </w:r>
      <w:r w:rsidRPr="00D914B7">
        <w:rPr>
          <w:sz w:val="22"/>
          <w:rtl/>
        </w:rPr>
        <w:t>کشور</w:t>
      </w:r>
      <w:r>
        <w:rPr>
          <w:rFonts w:hint="cs"/>
          <w:sz w:val="22"/>
          <w:rtl/>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کتاب</w:t>
      </w:r>
      <w:r w:rsidRPr="00D914B7">
        <w:rPr>
          <w:sz w:val="22"/>
        </w:rPr>
        <w:t xml:space="preserve"> </w:t>
      </w:r>
      <w:r w:rsidRPr="00D914B7">
        <w:rPr>
          <w:sz w:val="22"/>
          <w:rtl/>
        </w:rPr>
        <w:t>با</w:t>
      </w:r>
      <w:r w:rsidRPr="00D914B7">
        <w:rPr>
          <w:sz w:val="22"/>
        </w:rPr>
        <w:t xml:space="preserve"> </w:t>
      </w:r>
      <w:r w:rsidRPr="00D914B7">
        <w:rPr>
          <w:sz w:val="22"/>
          <w:rtl/>
        </w:rPr>
        <w:t>خاندان</w:t>
      </w:r>
      <w:r w:rsidRPr="00D914B7">
        <w:rPr>
          <w:sz w:val="22"/>
        </w:rPr>
        <w:t xml:space="preserve"> </w:t>
      </w:r>
      <w:r w:rsidRPr="00D914B7">
        <w:rPr>
          <w:sz w:val="22"/>
          <w:rtl/>
        </w:rPr>
        <w:t>فرمانروا</w:t>
      </w:r>
      <w:r w:rsidRPr="00D914B7">
        <w:rPr>
          <w:sz w:val="22"/>
        </w:rPr>
        <w:t xml:space="preserve"> </w:t>
      </w:r>
      <w:r w:rsidRPr="00D914B7">
        <w:rPr>
          <w:sz w:val="22"/>
          <w:rtl/>
        </w:rPr>
        <w:t>یا</w:t>
      </w:r>
      <w:r w:rsidRPr="00D914B7">
        <w:rPr>
          <w:sz w:val="22"/>
        </w:rPr>
        <w:t xml:space="preserve"> </w:t>
      </w:r>
      <w:r w:rsidRPr="00D914B7">
        <w:rPr>
          <w:sz w:val="22"/>
          <w:rtl/>
        </w:rPr>
        <w:t>حکومت</w:t>
      </w:r>
      <w:r w:rsidRPr="00D914B7">
        <w:rPr>
          <w:sz w:val="22"/>
        </w:rPr>
        <w:t xml:space="preserve"> </w:t>
      </w:r>
      <w:r w:rsidRPr="00D914B7">
        <w:rPr>
          <w:sz w:val="22"/>
          <w:rtl/>
        </w:rPr>
        <w:t>مستقر</w:t>
      </w:r>
      <w:r w:rsidRPr="00D914B7">
        <w:rPr>
          <w:sz w:val="22"/>
        </w:rPr>
        <w:t xml:space="preserve"> </w:t>
      </w:r>
      <w:r w:rsidRPr="00D914B7">
        <w:rPr>
          <w:sz w:val="22"/>
          <w:rtl/>
        </w:rPr>
        <w:t>یکی</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کشور</w:t>
      </w:r>
      <w:r w:rsidRPr="00D914B7">
        <w:rPr>
          <w:sz w:val="22"/>
        </w:rPr>
        <w:t xml:space="preserve"> </w:t>
      </w:r>
      <w:r w:rsidRPr="00D914B7">
        <w:rPr>
          <w:sz w:val="22"/>
          <w:rtl/>
        </w:rPr>
        <w:t>مجموعه</w:t>
      </w:r>
      <w:r w:rsidRPr="00D914B7">
        <w:rPr>
          <w:sz w:val="22"/>
        </w:rPr>
        <w:t>‌</w:t>
      </w:r>
      <w:r w:rsidRPr="00D914B7">
        <w:rPr>
          <w:sz w:val="22"/>
          <w:rtl/>
        </w:rPr>
        <w:t>ای</w:t>
      </w:r>
      <w:r w:rsidRPr="00D914B7">
        <w:rPr>
          <w:sz w:val="22"/>
        </w:rPr>
        <w:t xml:space="preserve"> </w:t>
      </w:r>
      <w:r w:rsidRPr="00D914B7">
        <w:rPr>
          <w:sz w:val="22"/>
          <w:rtl/>
        </w:rPr>
        <w:t>تاریخی</w:t>
      </w:r>
      <w:r w:rsidRPr="00D914B7">
        <w:rPr>
          <w:sz w:val="22"/>
        </w:rPr>
        <w:t xml:space="preserve"> </w:t>
      </w:r>
      <w:r w:rsidRPr="00D914B7">
        <w:rPr>
          <w:sz w:val="22"/>
          <w:rtl/>
        </w:rPr>
        <w:t>از</w:t>
      </w:r>
      <w:r w:rsidRPr="00D914B7">
        <w:rPr>
          <w:sz w:val="22"/>
        </w:rPr>
        <w:t xml:space="preserve"> </w:t>
      </w:r>
      <w:r w:rsidRPr="00D914B7">
        <w:rPr>
          <w:sz w:val="22"/>
          <w:rtl/>
        </w:rPr>
        <w:t>سرزمین،</w:t>
      </w:r>
      <w:r w:rsidRPr="00D914B7">
        <w:rPr>
          <w:sz w:val="22"/>
        </w:rPr>
        <w:t xml:space="preserve"> </w:t>
      </w:r>
      <w:r w:rsidRPr="00D914B7">
        <w:rPr>
          <w:sz w:val="22"/>
          <w:rtl/>
        </w:rPr>
        <w:t>مردم،</w:t>
      </w:r>
      <w:r w:rsidRPr="00D914B7">
        <w:rPr>
          <w:sz w:val="22"/>
        </w:rPr>
        <w:t xml:space="preserve"> </w:t>
      </w:r>
      <w:r w:rsidRPr="00D914B7">
        <w:rPr>
          <w:sz w:val="22"/>
          <w:rtl/>
        </w:rPr>
        <w:t>راه</w:t>
      </w:r>
      <w:r w:rsidRPr="00D914B7">
        <w:rPr>
          <w:sz w:val="22"/>
        </w:rPr>
        <w:t>‌</w:t>
      </w:r>
      <w:r w:rsidRPr="00D914B7">
        <w:rPr>
          <w:sz w:val="22"/>
          <w:rtl/>
        </w:rPr>
        <w:t>ها،</w:t>
      </w:r>
      <w:r w:rsidRPr="00D914B7">
        <w:rPr>
          <w:sz w:val="22"/>
        </w:rPr>
        <w:t xml:space="preserve"> </w:t>
      </w:r>
      <w:r w:rsidRPr="00D914B7">
        <w:rPr>
          <w:sz w:val="22"/>
          <w:rtl/>
        </w:rPr>
        <w:t>شهرها،</w:t>
      </w:r>
      <w:r w:rsidRPr="00D914B7">
        <w:rPr>
          <w:sz w:val="22"/>
        </w:rPr>
        <w:t xml:space="preserve"> </w:t>
      </w:r>
      <w:r w:rsidRPr="00D914B7">
        <w:rPr>
          <w:sz w:val="22"/>
          <w:rtl/>
        </w:rPr>
        <w:t>شیوه</w:t>
      </w:r>
      <w:r w:rsidRPr="00D914B7">
        <w:rPr>
          <w:sz w:val="22"/>
        </w:rPr>
        <w:t>‌</w:t>
      </w:r>
      <w:r w:rsidRPr="00D914B7">
        <w:rPr>
          <w:sz w:val="22"/>
          <w:rtl/>
        </w:rPr>
        <w:t>های</w:t>
      </w:r>
      <w:r w:rsidRPr="00D914B7">
        <w:rPr>
          <w:sz w:val="22"/>
        </w:rPr>
        <w:t xml:space="preserve"> </w:t>
      </w:r>
      <w:r w:rsidRPr="00D914B7">
        <w:rPr>
          <w:sz w:val="22"/>
          <w:rtl/>
        </w:rPr>
        <w:t>تولید،</w:t>
      </w:r>
      <w:r w:rsidRPr="00D914B7">
        <w:rPr>
          <w:sz w:val="22"/>
        </w:rPr>
        <w:t xml:space="preserve"> </w:t>
      </w:r>
      <w:r w:rsidRPr="00D914B7">
        <w:rPr>
          <w:sz w:val="22"/>
          <w:rtl/>
        </w:rPr>
        <w:t>حافظه،</w:t>
      </w:r>
      <w:r w:rsidRPr="00D914B7">
        <w:rPr>
          <w:sz w:val="22"/>
        </w:rPr>
        <w:t xml:space="preserve"> </w:t>
      </w:r>
      <w:r w:rsidRPr="00D914B7">
        <w:rPr>
          <w:sz w:val="22"/>
          <w:rtl/>
        </w:rPr>
        <w:t>روابط</w:t>
      </w:r>
      <w:r w:rsidRPr="00D914B7">
        <w:rPr>
          <w:sz w:val="22"/>
        </w:rPr>
        <w:t xml:space="preserve"> </w:t>
      </w:r>
      <w:r w:rsidRPr="00D914B7">
        <w:rPr>
          <w:sz w:val="22"/>
          <w:rtl/>
        </w:rPr>
        <w:t>اجتماعی</w:t>
      </w:r>
      <w:r w:rsidRPr="00D914B7">
        <w:rPr>
          <w:sz w:val="22"/>
        </w:rPr>
        <w:t xml:space="preserve"> </w:t>
      </w:r>
      <w:r w:rsidRPr="00D914B7">
        <w:rPr>
          <w:sz w:val="22"/>
          <w:rtl/>
        </w:rPr>
        <w:t>و</w:t>
      </w:r>
      <w:r w:rsidRPr="00D914B7">
        <w:rPr>
          <w:sz w:val="22"/>
        </w:rPr>
        <w:t xml:space="preserve"> </w:t>
      </w:r>
      <w:r w:rsidRPr="00D914B7">
        <w:rPr>
          <w:sz w:val="22"/>
          <w:rtl/>
        </w:rPr>
        <w:t>نهادهایی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امکان</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را</w:t>
      </w:r>
      <w:r w:rsidRPr="00D914B7">
        <w:rPr>
          <w:sz w:val="22"/>
        </w:rPr>
        <w:t xml:space="preserve"> </w:t>
      </w:r>
      <w:r w:rsidRPr="00D914B7">
        <w:rPr>
          <w:sz w:val="22"/>
          <w:rtl/>
        </w:rPr>
        <w:t>فراهم</w:t>
      </w:r>
      <w:r w:rsidRPr="00D914B7">
        <w:rPr>
          <w:sz w:val="22"/>
        </w:rPr>
        <w:t xml:space="preserve"> </w:t>
      </w:r>
      <w:r w:rsidRPr="00D914B7">
        <w:rPr>
          <w:sz w:val="22"/>
          <w:rtl/>
        </w:rPr>
        <w:t>می</w:t>
      </w:r>
      <w:r w:rsidRPr="00D914B7">
        <w:rPr>
          <w:sz w:val="22"/>
        </w:rPr>
        <w:t>‌</w:t>
      </w:r>
      <w:r w:rsidRPr="00D914B7">
        <w:rPr>
          <w:sz w:val="22"/>
          <w:rtl/>
        </w:rPr>
        <w:t>کنند</w:t>
      </w:r>
      <w:r>
        <w:rPr>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سقوط</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کشور</w:t>
      </w:r>
      <w:r w:rsidRPr="00D914B7">
        <w:rPr>
          <w:sz w:val="22"/>
        </w:rPr>
        <w:t xml:space="preserve"> </w:t>
      </w:r>
      <w:r w:rsidRPr="00D914B7">
        <w:rPr>
          <w:sz w:val="22"/>
          <w:rtl/>
        </w:rPr>
        <w:t>باقی</w:t>
      </w:r>
      <w:r w:rsidRPr="00D914B7">
        <w:rPr>
          <w:sz w:val="22"/>
        </w:rPr>
        <w:t xml:space="preserve"> </w:t>
      </w:r>
      <w:r w:rsidRPr="00D914B7">
        <w:rPr>
          <w:sz w:val="22"/>
          <w:rtl/>
        </w:rPr>
        <w:t>بماند؛</w:t>
      </w:r>
      <w:r w:rsidRPr="00D914B7">
        <w:rPr>
          <w:sz w:val="22"/>
        </w:rPr>
        <w:t xml:space="preserve"> </w:t>
      </w:r>
      <w:r w:rsidRPr="00D914B7">
        <w:rPr>
          <w:sz w:val="22"/>
          <w:rtl/>
        </w:rPr>
        <w:t>همان</w:t>
      </w:r>
      <w:r w:rsidRPr="00D914B7">
        <w:rPr>
          <w:sz w:val="22"/>
        </w:rPr>
        <w:t>‌</w:t>
      </w:r>
      <w:r w:rsidRPr="00D914B7">
        <w:rPr>
          <w:sz w:val="22"/>
          <w:rtl/>
        </w:rPr>
        <w:t>گونه</w:t>
      </w:r>
      <w:r w:rsidRPr="00D914B7">
        <w:rPr>
          <w:sz w:val="22"/>
        </w:rPr>
        <w:t xml:space="preserve"> </w:t>
      </w:r>
      <w:r w:rsidRPr="00D914B7">
        <w:rPr>
          <w:sz w:val="22"/>
          <w:rtl/>
        </w:rPr>
        <w:t>که</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بر</w:t>
      </w:r>
      <w:r w:rsidRPr="00D914B7">
        <w:rPr>
          <w:sz w:val="22"/>
        </w:rPr>
        <w:t xml:space="preserve"> </w:t>
      </w:r>
      <w:r w:rsidRPr="00D914B7">
        <w:rPr>
          <w:sz w:val="22"/>
          <w:rtl/>
        </w:rPr>
        <w:t>سر</w:t>
      </w:r>
      <w:r w:rsidRPr="00D914B7">
        <w:rPr>
          <w:sz w:val="22"/>
        </w:rPr>
        <w:t xml:space="preserve"> </w:t>
      </w:r>
      <w:r w:rsidRPr="00D914B7">
        <w:rPr>
          <w:sz w:val="22"/>
          <w:rtl/>
        </w:rPr>
        <w:t>کار</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با</w:t>
      </w:r>
      <w:r w:rsidRPr="00D914B7">
        <w:rPr>
          <w:sz w:val="22"/>
        </w:rPr>
        <w:t xml:space="preserve"> </w:t>
      </w:r>
      <w:r w:rsidRPr="00D914B7">
        <w:rPr>
          <w:sz w:val="22"/>
          <w:rtl/>
        </w:rPr>
        <w:t>نابود</w:t>
      </w:r>
      <w:r>
        <w:rPr>
          <w:rFonts w:hint="cs"/>
          <w:sz w:val="22"/>
          <w:rtl/>
        </w:rPr>
        <w:t xml:space="preserve"> </w:t>
      </w:r>
      <w:r w:rsidRPr="00D914B7">
        <w:rPr>
          <w:sz w:val="22"/>
          <w:rtl/>
        </w:rPr>
        <w:t>کردن</w:t>
      </w:r>
      <w:r w:rsidRPr="00D914B7">
        <w:rPr>
          <w:sz w:val="22"/>
        </w:rPr>
        <w:t xml:space="preserve"> </w:t>
      </w:r>
      <w:r w:rsidRPr="00D914B7">
        <w:rPr>
          <w:sz w:val="22"/>
          <w:rtl/>
        </w:rPr>
        <w:t>نهادها</w:t>
      </w:r>
      <w:r w:rsidRPr="00D914B7">
        <w:rPr>
          <w:sz w:val="22"/>
        </w:rPr>
        <w:t xml:space="preserve"> </w:t>
      </w:r>
      <w:r w:rsidRPr="00D914B7">
        <w:rPr>
          <w:sz w:val="22"/>
          <w:rtl/>
        </w:rPr>
        <w:t>و</w:t>
      </w:r>
      <w:r w:rsidRPr="00D914B7">
        <w:rPr>
          <w:sz w:val="22"/>
        </w:rPr>
        <w:t xml:space="preserve"> </w:t>
      </w:r>
      <w:r w:rsidRPr="00D914B7">
        <w:rPr>
          <w:sz w:val="22"/>
          <w:rtl/>
        </w:rPr>
        <w:t>منابع،</w:t>
      </w:r>
      <w:r w:rsidRPr="00D914B7">
        <w:rPr>
          <w:sz w:val="22"/>
        </w:rPr>
        <w:t xml:space="preserve"> </w:t>
      </w:r>
      <w:r w:rsidRPr="00D914B7">
        <w:rPr>
          <w:sz w:val="22"/>
          <w:rtl/>
        </w:rPr>
        <w:t>موجودیت</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خطر</w:t>
      </w:r>
      <w:r w:rsidRPr="00D914B7">
        <w:rPr>
          <w:sz w:val="22"/>
        </w:rPr>
        <w:t xml:space="preserve"> </w:t>
      </w:r>
      <w:r w:rsidRPr="00D914B7">
        <w:rPr>
          <w:sz w:val="22"/>
          <w:rtl/>
        </w:rPr>
        <w:t>اندازد</w:t>
      </w:r>
      <w:r>
        <w:rPr>
          <w:sz w:val="22"/>
          <w:rtl/>
        </w:rPr>
        <w:t>.</w:t>
      </w:r>
      <w:r w:rsidRPr="00D914B7">
        <w:rPr>
          <w:sz w:val="22"/>
        </w:rPr>
        <w:t xml:space="preserve"> </w:t>
      </w:r>
      <w:r w:rsidRPr="00D914B7">
        <w:rPr>
          <w:sz w:val="22"/>
          <w:rtl/>
        </w:rPr>
        <w:t>تمایز</w:t>
      </w:r>
      <w:r w:rsidRPr="00D914B7">
        <w:rPr>
          <w:sz w:val="22"/>
        </w:rPr>
        <w:t xml:space="preserve"> </w:t>
      </w:r>
      <w:r w:rsidRPr="00D914B7">
        <w:rPr>
          <w:sz w:val="22"/>
          <w:rtl/>
        </w:rPr>
        <w:t>سقوط</w:t>
      </w:r>
      <w:r w:rsidRPr="00D914B7">
        <w:rPr>
          <w:sz w:val="22"/>
        </w:rPr>
        <w:t xml:space="preserve"> </w:t>
      </w:r>
      <w:r w:rsidRPr="00D914B7">
        <w:rPr>
          <w:sz w:val="22"/>
          <w:rtl/>
        </w:rPr>
        <w:t>حکومت</w:t>
      </w:r>
      <w:r w:rsidRPr="00D914B7">
        <w:rPr>
          <w:sz w:val="22"/>
        </w:rPr>
        <w:t xml:space="preserve"> </w:t>
      </w:r>
      <w:r w:rsidRPr="00D914B7">
        <w:rPr>
          <w:sz w:val="22"/>
          <w:rtl/>
        </w:rPr>
        <w:t>و</w:t>
      </w:r>
      <w:r w:rsidRPr="00D914B7">
        <w:rPr>
          <w:sz w:val="22"/>
        </w:rPr>
        <w:t xml:space="preserve"> </w:t>
      </w:r>
      <w:r w:rsidRPr="00D914B7">
        <w:rPr>
          <w:sz w:val="22"/>
          <w:rtl/>
        </w:rPr>
        <w:t>نابودی</w:t>
      </w:r>
      <w:r w:rsidRPr="00D914B7">
        <w:rPr>
          <w:sz w:val="22"/>
        </w:rPr>
        <w:t xml:space="preserve"> </w:t>
      </w:r>
      <w:r w:rsidRPr="00D914B7">
        <w:rPr>
          <w:sz w:val="22"/>
          <w:rtl/>
        </w:rPr>
        <w:t>کشور</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پایه</w:t>
      </w:r>
      <w:r w:rsidRPr="00D914B7">
        <w:rPr>
          <w:sz w:val="22"/>
        </w:rPr>
        <w:t>‌</w:t>
      </w:r>
      <w:r w:rsidRPr="00D914B7">
        <w:rPr>
          <w:sz w:val="22"/>
          <w:rtl/>
        </w:rPr>
        <w:t>های</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Pr>
          <w:rFonts w:hint="cs"/>
          <w:sz w:val="22"/>
          <w:rtl/>
        </w:rPr>
        <w:t>«</w:t>
      </w:r>
      <w:r w:rsidRPr="00D914B7">
        <w:rPr>
          <w:sz w:val="22"/>
          <w:rtl/>
        </w:rPr>
        <w:t>حاکم</w:t>
      </w:r>
      <w:r>
        <w:rPr>
          <w:rFonts w:hint="cs"/>
          <w:sz w:val="22"/>
          <w:rtl/>
        </w:rPr>
        <w:t>»</w:t>
      </w:r>
      <w:r w:rsidRPr="00D914B7">
        <w:rPr>
          <w:sz w:val="22"/>
        </w:rPr>
        <w:t xml:space="preserve"> </w:t>
      </w:r>
      <w:r w:rsidRPr="00D914B7">
        <w:rPr>
          <w:sz w:val="22"/>
          <w:rtl/>
        </w:rPr>
        <w:t>شخص</w:t>
      </w:r>
      <w:r w:rsidRPr="00D914B7">
        <w:rPr>
          <w:sz w:val="22"/>
        </w:rPr>
        <w:t xml:space="preserve"> </w:t>
      </w:r>
      <w:r w:rsidRPr="00D914B7">
        <w:rPr>
          <w:sz w:val="22"/>
          <w:rtl/>
        </w:rPr>
        <w:t>یا</w:t>
      </w:r>
      <w:r w:rsidRPr="00D914B7">
        <w:rPr>
          <w:sz w:val="22"/>
        </w:rPr>
        <w:t xml:space="preserve"> </w:t>
      </w:r>
      <w:r w:rsidRPr="00D914B7">
        <w:rPr>
          <w:sz w:val="22"/>
          <w:rtl/>
        </w:rPr>
        <w:t>نهادی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فرمان</w:t>
      </w:r>
      <w:r w:rsidRPr="00D914B7">
        <w:rPr>
          <w:sz w:val="22"/>
        </w:rPr>
        <w:t xml:space="preserve"> </w:t>
      </w:r>
      <w:r w:rsidRPr="00D914B7">
        <w:rPr>
          <w:sz w:val="22"/>
          <w:rtl/>
        </w:rPr>
        <w:t>می</w:t>
      </w:r>
      <w:r w:rsidRPr="00D914B7">
        <w:rPr>
          <w:sz w:val="22"/>
        </w:rPr>
        <w:t>‌</w:t>
      </w:r>
      <w:r w:rsidRPr="00D914B7">
        <w:rPr>
          <w:sz w:val="22"/>
          <w:rtl/>
        </w:rPr>
        <w:t>راند</w:t>
      </w:r>
      <w:r>
        <w:rPr>
          <w:rFonts w:hint="cs"/>
          <w:sz w:val="22"/>
          <w:rtl/>
        </w:rPr>
        <w:t>. «</w:t>
      </w:r>
      <w:r w:rsidRPr="00D914B7">
        <w:rPr>
          <w:sz w:val="22"/>
          <w:rtl/>
        </w:rPr>
        <w:t>حکومت</w:t>
      </w:r>
      <w:r>
        <w:rPr>
          <w:rFonts w:hint="cs"/>
          <w:sz w:val="22"/>
          <w:rtl/>
        </w:rPr>
        <w:t>»</w:t>
      </w:r>
      <w:r w:rsidRPr="00D914B7">
        <w:rPr>
          <w:sz w:val="22"/>
        </w:rPr>
        <w:t xml:space="preserve"> </w:t>
      </w:r>
      <w:r w:rsidRPr="00D914B7">
        <w:rPr>
          <w:sz w:val="22"/>
          <w:rtl/>
        </w:rPr>
        <w:t>ساخت</w:t>
      </w:r>
      <w:r>
        <w:rPr>
          <w:rFonts w:hint="cs"/>
          <w:sz w:val="22"/>
          <w:rtl/>
        </w:rPr>
        <w:t>ار</w:t>
      </w:r>
      <w:r w:rsidRPr="00D914B7">
        <w:rPr>
          <w:sz w:val="22"/>
        </w:rPr>
        <w:t xml:space="preserve"> </w:t>
      </w:r>
      <w:r w:rsidRPr="00D914B7">
        <w:rPr>
          <w:sz w:val="22"/>
          <w:rtl/>
        </w:rPr>
        <w:t>و</w:t>
      </w:r>
      <w:r w:rsidRPr="00D914B7">
        <w:rPr>
          <w:sz w:val="22"/>
        </w:rPr>
        <w:t xml:space="preserve"> </w:t>
      </w:r>
      <w:r w:rsidRPr="00D914B7">
        <w:rPr>
          <w:sz w:val="22"/>
          <w:rtl/>
        </w:rPr>
        <w:t>گروهی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قدرت</w:t>
      </w:r>
      <w:r w:rsidRPr="00D914B7">
        <w:rPr>
          <w:sz w:val="22"/>
        </w:rPr>
        <w:t xml:space="preserve"> </w:t>
      </w:r>
      <w:r w:rsidRPr="00D914B7">
        <w:rPr>
          <w:sz w:val="22"/>
          <w:rtl/>
        </w:rPr>
        <w:t>سیاسی</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ای</w:t>
      </w:r>
      <w:r w:rsidRPr="00D914B7">
        <w:rPr>
          <w:sz w:val="22"/>
        </w:rPr>
        <w:t xml:space="preserve"> </w:t>
      </w:r>
      <w:r w:rsidRPr="00D914B7">
        <w:rPr>
          <w:sz w:val="22"/>
          <w:rtl/>
        </w:rPr>
        <w:t>معین</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تصمیم</w:t>
      </w:r>
      <w:r w:rsidRPr="00D914B7">
        <w:rPr>
          <w:sz w:val="22"/>
        </w:rPr>
        <w:t>‌</w:t>
      </w:r>
      <w:r w:rsidRPr="00D914B7">
        <w:rPr>
          <w:sz w:val="22"/>
          <w:rtl/>
        </w:rPr>
        <w:t>های</w:t>
      </w:r>
      <w:r w:rsidRPr="00D914B7">
        <w:rPr>
          <w:sz w:val="22"/>
        </w:rPr>
        <w:t xml:space="preserve"> </w:t>
      </w:r>
      <w:r w:rsidRPr="00D914B7">
        <w:rPr>
          <w:sz w:val="22"/>
          <w:rtl/>
        </w:rPr>
        <w:t>الزام</w:t>
      </w:r>
      <w:r w:rsidRPr="00D914B7">
        <w:rPr>
          <w:sz w:val="22"/>
        </w:rPr>
        <w:t>‌</w:t>
      </w:r>
      <w:r w:rsidRPr="00D914B7">
        <w:rPr>
          <w:sz w:val="22"/>
          <w:rtl/>
        </w:rPr>
        <w:t>آور</w:t>
      </w:r>
      <w:r w:rsidRPr="00D914B7">
        <w:rPr>
          <w:sz w:val="22"/>
        </w:rPr>
        <w:t xml:space="preserve"> </w:t>
      </w:r>
      <w:r w:rsidRPr="00D914B7">
        <w:rPr>
          <w:sz w:val="22"/>
          <w:rtl/>
        </w:rPr>
        <w:t>می</w:t>
      </w:r>
      <w:r w:rsidRPr="00D914B7">
        <w:rPr>
          <w:sz w:val="22"/>
        </w:rPr>
        <w:t>‌</w:t>
      </w:r>
      <w:r w:rsidRPr="00D914B7">
        <w:rPr>
          <w:sz w:val="22"/>
          <w:rtl/>
        </w:rPr>
        <w:t>گیرد</w:t>
      </w:r>
      <w:r>
        <w:rPr>
          <w:sz w:val="22"/>
          <w:rtl/>
        </w:rPr>
        <w:t>.</w:t>
      </w:r>
      <w:r w:rsidRPr="00D914B7">
        <w:rPr>
          <w:sz w:val="22"/>
        </w:rPr>
        <w:t xml:space="preserve"> </w:t>
      </w:r>
      <w:r>
        <w:rPr>
          <w:rFonts w:hint="cs"/>
          <w:sz w:val="22"/>
          <w:rtl/>
        </w:rPr>
        <w:t>«</w:t>
      </w:r>
      <w:r w:rsidRPr="00D914B7">
        <w:rPr>
          <w:sz w:val="22"/>
          <w:rtl/>
        </w:rPr>
        <w:t>حاکمیت</w:t>
      </w:r>
      <w:r>
        <w:rPr>
          <w:rFonts w:hint="cs"/>
          <w:sz w:val="22"/>
          <w:rtl/>
        </w:rPr>
        <w:t>»</w:t>
      </w:r>
      <w:r w:rsidRPr="00D914B7">
        <w:rPr>
          <w:sz w:val="22"/>
        </w:rPr>
        <w:t xml:space="preserve"> </w:t>
      </w:r>
      <w:r w:rsidRPr="00D914B7">
        <w:rPr>
          <w:sz w:val="22"/>
          <w:rtl/>
        </w:rPr>
        <w:t>حق</w:t>
      </w:r>
      <w:r w:rsidRPr="00D914B7">
        <w:rPr>
          <w:sz w:val="22"/>
        </w:rPr>
        <w:t xml:space="preserve"> </w:t>
      </w:r>
      <w:r w:rsidRPr="00D914B7">
        <w:rPr>
          <w:sz w:val="22"/>
          <w:rtl/>
        </w:rPr>
        <w:t>و</w:t>
      </w:r>
      <w:r w:rsidRPr="00D914B7">
        <w:rPr>
          <w:sz w:val="22"/>
        </w:rPr>
        <w:t xml:space="preserve"> </w:t>
      </w:r>
      <w:r w:rsidRPr="00D914B7">
        <w:rPr>
          <w:sz w:val="22"/>
          <w:rtl/>
        </w:rPr>
        <w:t>توان</w:t>
      </w:r>
      <w:r w:rsidRPr="00D914B7">
        <w:rPr>
          <w:sz w:val="22"/>
        </w:rPr>
        <w:t xml:space="preserve"> </w:t>
      </w:r>
      <w:r w:rsidRPr="00D914B7">
        <w:rPr>
          <w:sz w:val="22"/>
          <w:rtl/>
        </w:rPr>
        <w:t>تصمیم</w:t>
      </w:r>
      <w:r w:rsidRPr="00D914B7">
        <w:rPr>
          <w:sz w:val="22"/>
        </w:rPr>
        <w:t xml:space="preserve"> </w:t>
      </w:r>
      <w:r w:rsidRPr="00D914B7">
        <w:rPr>
          <w:sz w:val="22"/>
          <w:rtl/>
        </w:rPr>
        <w:t>نهایی</w:t>
      </w:r>
      <w:r w:rsidRPr="00D914B7">
        <w:rPr>
          <w:sz w:val="22"/>
        </w:rPr>
        <w:t xml:space="preserve"> </w:t>
      </w:r>
      <w:r w:rsidRPr="00D914B7">
        <w:rPr>
          <w:sz w:val="22"/>
          <w:rtl/>
        </w:rPr>
        <w:t>در</w:t>
      </w:r>
      <w:r w:rsidRPr="00D914B7">
        <w:rPr>
          <w:sz w:val="22"/>
        </w:rPr>
        <w:t xml:space="preserve"> </w:t>
      </w:r>
      <w:r w:rsidRPr="00D914B7">
        <w:rPr>
          <w:sz w:val="22"/>
          <w:rtl/>
        </w:rPr>
        <w:t>یک</w:t>
      </w:r>
      <w:r w:rsidRPr="00D914B7">
        <w:rPr>
          <w:sz w:val="22"/>
        </w:rPr>
        <w:t xml:space="preserve"> </w:t>
      </w:r>
      <w:r w:rsidRPr="00D914B7">
        <w:rPr>
          <w:sz w:val="22"/>
          <w:rtl/>
        </w:rPr>
        <w:t>قلمرو</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دوران</w:t>
      </w:r>
      <w:r w:rsidRPr="00D914B7">
        <w:rPr>
          <w:sz w:val="22"/>
        </w:rPr>
        <w:t xml:space="preserve"> </w:t>
      </w:r>
      <w:r w:rsidRPr="00D914B7">
        <w:rPr>
          <w:sz w:val="22"/>
          <w:rtl/>
        </w:rPr>
        <w:t>جدید،</w:t>
      </w:r>
      <w:r w:rsidRPr="00D914B7">
        <w:rPr>
          <w:sz w:val="22"/>
        </w:rPr>
        <w:t xml:space="preserve"> </w:t>
      </w:r>
      <w:r>
        <w:rPr>
          <w:rFonts w:hint="cs"/>
          <w:sz w:val="22"/>
          <w:rtl/>
        </w:rPr>
        <w:t>«</w:t>
      </w:r>
      <w:r w:rsidRPr="00D914B7">
        <w:rPr>
          <w:sz w:val="22"/>
          <w:rtl/>
        </w:rPr>
        <w:t>دولت</w:t>
      </w:r>
      <w:r>
        <w:rPr>
          <w:rFonts w:hint="cs"/>
          <w:sz w:val="22"/>
          <w:rtl/>
        </w:rPr>
        <w:t xml:space="preserve">» </w:t>
      </w:r>
      <w:r w:rsidRPr="00D914B7">
        <w:rPr>
          <w:sz w:val="22"/>
          <w:rtl/>
        </w:rPr>
        <w:t>معنایی</w:t>
      </w:r>
      <w:r w:rsidRPr="00D914B7">
        <w:rPr>
          <w:sz w:val="22"/>
        </w:rPr>
        <w:t xml:space="preserve"> </w:t>
      </w:r>
      <w:r w:rsidRPr="00D914B7">
        <w:rPr>
          <w:sz w:val="22"/>
          <w:rtl/>
        </w:rPr>
        <w:t>گسترده</w:t>
      </w:r>
      <w:r w:rsidRPr="00D914B7">
        <w:rPr>
          <w:sz w:val="22"/>
        </w:rPr>
        <w:t>‌</w:t>
      </w:r>
      <w:r w:rsidRPr="00D914B7">
        <w:rPr>
          <w:sz w:val="22"/>
          <w:rtl/>
        </w:rPr>
        <w:t>تر</w:t>
      </w:r>
      <w:r w:rsidRPr="00D914B7">
        <w:rPr>
          <w:sz w:val="22"/>
        </w:rPr>
        <w:t xml:space="preserve"> </w:t>
      </w:r>
      <w:r w:rsidRPr="00D914B7">
        <w:rPr>
          <w:sz w:val="22"/>
          <w:rtl/>
        </w:rPr>
        <w:t>از</w:t>
      </w:r>
      <w:r w:rsidRPr="00D914B7">
        <w:rPr>
          <w:sz w:val="22"/>
        </w:rPr>
        <w:t xml:space="preserve"> </w:t>
      </w:r>
      <w:r w:rsidRPr="00D914B7">
        <w:rPr>
          <w:sz w:val="22"/>
          <w:rtl/>
        </w:rPr>
        <w:t>حکومت</w:t>
      </w:r>
      <w:r w:rsidRPr="00D914B7">
        <w:rPr>
          <w:sz w:val="22"/>
        </w:rPr>
        <w:t xml:space="preserve"> </w:t>
      </w:r>
      <w:r w:rsidRPr="00D914B7">
        <w:rPr>
          <w:sz w:val="22"/>
          <w:rtl/>
        </w:rPr>
        <w:t>روز</w:t>
      </w:r>
      <w:r w:rsidRPr="00D914B7">
        <w:rPr>
          <w:sz w:val="22"/>
        </w:rPr>
        <w:t xml:space="preserve"> </w:t>
      </w:r>
      <w:r w:rsidRPr="00D914B7">
        <w:rPr>
          <w:sz w:val="22"/>
          <w:rtl/>
        </w:rPr>
        <w:t>دارد</w:t>
      </w:r>
      <w:r w:rsidRPr="00D914B7">
        <w:rPr>
          <w:sz w:val="22"/>
        </w:rPr>
        <w:t xml:space="preserve"> </w:t>
      </w:r>
      <w:r w:rsidRPr="00D914B7">
        <w:rPr>
          <w:sz w:val="22"/>
          <w:rtl/>
        </w:rPr>
        <w:t>و</w:t>
      </w:r>
      <w:r w:rsidRPr="00D914B7">
        <w:rPr>
          <w:sz w:val="22"/>
        </w:rPr>
        <w:t xml:space="preserve"> </w:t>
      </w:r>
      <w:r w:rsidRPr="00D914B7">
        <w:rPr>
          <w:sz w:val="22"/>
          <w:rtl/>
        </w:rPr>
        <w:t>به</w:t>
      </w:r>
      <w:r w:rsidRPr="00D914B7">
        <w:rPr>
          <w:sz w:val="22"/>
        </w:rPr>
        <w:t xml:space="preserve"> </w:t>
      </w:r>
      <w:r w:rsidRPr="00D914B7">
        <w:rPr>
          <w:sz w:val="22"/>
          <w:rtl/>
        </w:rPr>
        <w:t>مجموعه</w:t>
      </w:r>
      <w:r>
        <w:rPr>
          <w:sz w:val="22"/>
          <w:rtl/>
        </w:rPr>
        <w:t>ء</w:t>
      </w:r>
      <w:r w:rsidRPr="00D914B7">
        <w:rPr>
          <w:sz w:val="22"/>
        </w:rPr>
        <w:t xml:space="preserve"> </w:t>
      </w:r>
      <w:r w:rsidRPr="00D914B7">
        <w:rPr>
          <w:sz w:val="22"/>
          <w:rtl/>
        </w:rPr>
        <w:t>نسبتاً</w:t>
      </w:r>
      <w:r w:rsidRPr="00D914B7">
        <w:rPr>
          <w:sz w:val="22"/>
        </w:rPr>
        <w:t xml:space="preserve"> </w:t>
      </w:r>
      <w:r w:rsidRPr="00D914B7">
        <w:rPr>
          <w:sz w:val="22"/>
          <w:rtl/>
        </w:rPr>
        <w:t>پایدار</w:t>
      </w:r>
      <w:r w:rsidRPr="00D914B7">
        <w:rPr>
          <w:sz w:val="22"/>
        </w:rPr>
        <w:t xml:space="preserve"> </w:t>
      </w:r>
      <w:r w:rsidRPr="00D914B7">
        <w:rPr>
          <w:sz w:val="22"/>
          <w:rtl/>
        </w:rPr>
        <w:t>نهادهای</w:t>
      </w:r>
      <w:r w:rsidRPr="00D914B7">
        <w:rPr>
          <w:sz w:val="22"/>
        </w:rPr>
        <w:t xml:space="preserve"> </w:t>
      </w:r>
      <w:r w:rsidRPr="00D914B7">
        <w:rPr>
          <w:sz w:val="22"/>
          <w:rtl/>
        </w:rPr>
        <w:t>عمومی،</w:t>
      </w:r>
      <w:r w:rsidRPr="00D914B7">
        <w:rPr>
          <w:sz w:val="22"/>
        </w:rPr>
        <w:t xml:space="preserve"> </w:t>
      </w:r>
      <w:r w:rsidRPr="00D914B7">
        <w:rPr>
          <w:sz w:val="22"/>
          <w:rtl/>
        </w:rPr>
        <w:t>اداری،</w:t>
      </w:r>
      <w:r w:rsidRPr="00D914B7">
        <w:rPr>
          <w:sz w:val="22"/>
        </w:rPr>
        <w:t xml:space="preserve"> </w:t>
      </w:r>
      <w:r w:rsidRPr="00D914B7">
        <w:rPr>
          <w:sz w:val="22"/>
          <w:rtl/>
        </w:rPr>
        <w:t>حقوقی،</w:t>
      </w:r>
      <w:r w:rsidRPr="00D914B7">
        <w:rPr>
          <w:sz w:val="22"/>
        </w:rPr>
        <w:t xml:space="preserve"> </w:t>
      </w:r>
      <w:r w:rsidRPr="00D914B7">
        <w:rPr>
          <w:sz w:val="22"/>
          <w:rtl/>
        </w:rPr>
        <w:t>مالی</w:t>
      </w:r>
      <w:r w:rsidRPr="00D914B7">
        <w:rPr>
          <w:sz w:val="22"/>
        </w:rPr>
        <w:t xml:space="preserve"> </w:t>
      </w:r>
      <w:r w:rsidRPr="00D914B7">
        <w:rPr>
          <w:sz w:val="22"/>
          <w:rtl/>
        </w:rPr>
        <w:t>و</w:t>
      </w:r>
      <w:r w:rsidRPr="00D914B7">
        <w:rPr>
          <w:sz w:val="22"/>
        </w:rPr>
        <w:t xml:space="preserve"> </w:t>
      </w:r>
      <w:r w:rsidRPr="00D914B7">
        <w:rPr>
          <w:sz w:val="22"/>
          <w:rtl/>
        </w:rPr>
        <w:t>دفاعی</w:t>
      </w:r>
      <w:r w:rsidRPr="00D914B7">
        <w:rPr>
          <w:sz w:val="22"/>
        </w:rPr>
        <w:t xml:space="preserve"> </w:t>
      </w:r>
      <w:r w:rsidRPr="00D914B7">
        <w:rPr>
          <w:sz w:val="22"/>
          <w:rtl/>
        </w:rPr>
        <w:t>اشاره</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که</w:t>
      </w:r>
      <w:r w:rsidRPr="00D914B7">
        <w:rPr>
          <w:sz w:val="22"/>
        </w:rPr>
        <w:t xml:space="preserve"> </w:t>
      </w:r>
      <w:r w:rsidRPr="00D914B7">
        <w:rPr>
          <w:sz w:val="22"/>
          <w:rtl/>
        </w:rPr>
        <w:t>با</w:t>
      </w:r>
      <w:r w:rsidRPr="00D914B7">
        <w:rPr>
          <w:sz w:val="22"/>
        </w:rPr>
        <w:t xml:space="preserve"> </w:t>
      </w:r>
      <w:r w:rsidRPr="00D914B7">
        <w:rPr>
          <w:sz w:val="22"/>
          <w:rtl/>
        </w:rPr>
        <w:t>آمدن</w:t>
      </w:r>
      <w:r w:rsidRPr="00D914B7">
        <w:rPr>
          <w:sz w:val="22"/>
        </w:rPr>
        <w:t xml:space="preserve"> </w:t>
      </w:r>
      <w:r w:rsidRPr="00D914B7">
        <w:rPr>
          <w:sz w:val="22"/>
          <w:rtl/>
        </w:rPr>
        <w:t>و</w:t>
      </w:r>
      <w:r w:rsidRPr="00D914B7">
        <w:rPr>
          <w:sz w:val="22"/>
        </w:rPr>
        <w:t xml:space="preserve"> </w:t>
      </w:r>
      <w:r w:rsidRPr="00D914B7">
        <w:rPr>
          <w:sz w:val="22"/>
          <w:rtl/>
        </w:rPr>
        <w:t>رفتن</w:t>
      </w:r>
      <w:r w:rsidRPr="00D914B7">
        <w:rPr>
          <w:sz w:val="22"/>
        </w:rPr>
        <w:t xml:space="preserve"> </w:t>
      </w:r>
      <w:r w:rsidRPr="00D914B7">
        <w:rPr>
          <w:sz w:val="22"/>
          <w:rtl/>
        </w:rPr>
        <w:t>یک</w:t>
      </w:r>
      <w:r w:rsidRPr="00D914B7">
        <w:rPr>
          <w:sz w:val="22"/>
        </w:rPr>
        <w:t xml:space="preserve"> </w:t>
      </w:r>
      <w:r w:rsidRPr="00D914B7">
        <w:rPr>
          <w:sz w:val="22"/>
          <w:rtl/>
        </w:rPr>
        <w:t>حکومت</w:t>
      </w:r>
      <w:r w:rsidRPr="00D914B7">
        <w:rPr>
          <w:sz w:val="22"/>
        </w:rPr>
        <w:t xml:space="preserve"> </w:t>
      </w:r>
      <w:r w:rsidRPr="00D914B7">
        <w:rPr>
          <w:sz w:val="22"/>
          <w:rtl/>
        </w:rPr>
        <w:t>از</w:t>
      </w:r>
      <w:r w:rsidRPr="00D914B7">
        <w:rPr>
          <w:sz w:val="22"/>
        </w:rPr>
        <w:t xml:space="preserve"> </w:t>
      </w:r>
      <w:r w:rsidRPr="00D914B7">
        <w:rPr>
          <w:sz w:val="22"/>
          <w:rtl/>
        </w:rPr>
        <w:t>میان</w:t>
      </w:r>
      <w:r w:rsidRPr="00D914B7">
        <w:rPr>
          <w:sz w:val="22"/>
        </w:rPr>
        <w:t xml:space="preserve"> </w:t>
      </w:r>
      <w:r w:rsidRPr="00D914B7">
        <w:rPr>
          <w:sz w:val="22"/>
          <w:rtl/>
        </w:rPr>
        <w:t>نمی</w:t>
      </w:r>
      <w:r w:rsidRPr="00D914B7">
        <w:rPr>
          <w:sz w:val="22"/>
        </w:rPr>
        <w:t>‌</w:t>
      </w:r>
      <w:r w:rsidRPr="00D914B7">
        <w:rPr>
          <w:sz w:val="22"/>
          <w:rtl/>
        </w:rPr>
        <w:t>روند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متون</w:t>
      </w:r>
      <w:r w:rsidRPr="00D914B7">
        <w:rPr>
          <w:sz w:val="22"/>
        </w:rPr>
        <w:t xml:space="preserve"> </w:t>
      </w:r>
      <w:r w:rsidRPr="00D914B7">
        <w:rPr>
          <w:sz w:val="22"/>
          <w:rtl/>
        </w:rPr>
        <w:t>تاریخی،</w:t>
      </w:r>
      <w:r w:rsidRPr="00D914B7">
        <w:rPr>
          <w:sz w:val="22"/>
        </w:rPr>
        <w:t xml:space="preserve"> </w:t>
      </w:r>
      <w:r w:rsidRPr="00D914B7">
        <w:rPr>
          <w:sz w:val="22"/>
          <w:rtl/>
        </w:rPr>
        <w:t>البته</w:t>
      </w:r>
      <w:r w:rsidRPr="00D914B7">
        <w:rPr>
          <w:sz w:val="22"/>
        </w:rPr>
        <w:t xml:space="preserve"> </w:t>
      </w:r>
      <w:r w:rsidRPr="00D914B7">
        <w:rPr>
          <w:sz w:val="22"/>
          <w:rtl/>
        </w:rPr>
        <w:t>واژه</w:t>
      </w:r>
      <w:r>
        <w:rPr>
          <w:sz w:val="22"/>
          <w:rtl/>
        </w:rPr>
        <w:t>ء</w:t>
      </w:r>
      <w:r w:rsidRPr="00D914B7">
        <w:rPr>
          <w:sz w:val="22"/>
        </w:rPr>
        <w:t xml:space="preserve"> </w:t>
      </w:r>
      <w:r w:rsidRPr="00D914B7">
        <w:rPr>
          <w:sz w:val="22"/>
          <w:rtl/>
        </w:rPr>
        <w:t>دولت</w:t>
      </w:r>
      <w:r w:rsidRPr="00D914B7">
        <w:rPr>
          <w:sz w:val="22"/>
        </w:rPr>
        <w:t xml:space="preserve"> </w:t>
      </w:r>
      <w:r w:rsidRPr="00D914B7">
        <w:rPr>
          <w:sz w:val="22"/>
          <w:rtl/>
        </w:rPr>
        <w:t>معناهای</w:t>
      </w:r>
      <w:r w:rsidRPr="00D914B7">
        <w:rPr>
          <w:sz w:val="22"/>
        </w:rPr>
        <w:t xml:space="preserve"> </w:t>
      </w:r>
      <w:r w:rsidRPr="00D914B7">
        <w:rPr>
          <w:sz w:val="22"/>
          <w:rtl/>
        </w:rPr>
        <w:t>دیگری</w:t>
      </w:r>
      <w:r w:rsidRPr="00D914B7">
        <w:rPr>
          <w:sz w:val="22"/>
        </w:rPr>
        <w:t xml:space="preserve"> </w:t>
      </w:r>
      <w:r w:rsidRPr="00D914B7">
        <w:rPr>
          <w:sz w:val="22"/>
          <w:rtl/>
        </w:rPr>
        <w:t>نیز</w:t>
      </w:r>
      <w:r w:rsidRPr="00D914B7">
        <w:rPr>
          <w:sz w:val="22"/>
        </w:rPr>
        <w:t xml:space="preserve"> </w:t>
      </w:r>
      <w:r w:rsidRPr="00D914B7">
        <w:rPr>
          <w:sz w:val="22"/>
          <w:rtl/>
        </w:rPr>
        <w:t>داشته</w:t>
      </w:r>
      <w:r w:rsidRPr="00D914B7">
        <w:rPr>
          <w:sz w:val="22"/>
        </w:rPr>
        <w:t xml:space="preserve"> </w:t>
      </w:r>
      <w:r w:rsidRPr="00D914B7">
        <w:rPr>
          <w:sz w:val="22"/>
          <w:rtl/>
        </w:rPr>
        <w:t>است</w:t>
      </w:r>
      <w:r w:rsidRPr="00D914B7">
        <w:rPr>
          <w:sz w:val="22"/>
        </w:rPr>
        <w:t xml:space="preserve"> </w:t>
      </w:r>
      <w:r w:rsidRPr="00D914B7">
        <w:rPr>
          <w:sz w:val="22"/>
          <w:rtl/>
        </w:rPr>
        <w:t>و</w:t>
      </w:r>
      <w:r w:rsidRPr="00D914B7">
        <w:rPr>
          <w:sz w:val="22"/>
        </w:rPr>
        <w:t xml:space="preserve"> </w:t>
      </w:r>
      <w:r w:rsidRPr="00D914B7">
        <w:rPr>
          <w:sz w:val="22"/>
          <w:rtl/>
        </w:rPr>
        <w:t>گاه</w:t>
      </w:r>
      <w:r w:rsidRPr="00D914B7">
        <w:rPr>
          <w:sz w:val="22"/>
        </w:rPr>
        <w:t xml:space="preserve"> </w:t>
      </w:r>
      <w:r w:rsidRPr="00D914B7">
        <w:rPr>
          <w:sz w:val="22"/>
          <w:rtl/>
        </w:rPr>
        <w:t>به</w:t>
      </w:r>
      <w:r w:rsidRPr="00D914B7">
        <w:rPr>
          <w:sz w:val="22"/>
        </w:rPr>
        <w:t xml:space="preserve"> </w:t>
      </w:r>
      <w:r w:rsidRPr="00D914B7">
        <w:rPr>
          <w:sz w:val="22"/>
          <w:rtl/>
        </w:rPr>
        <w:t>بخت،</w:t>
      </w:r>
      <w:r w:rsidRPr="00D914B7">
        <w:rPr>
          <w:sz w:val="22"/>
        </w:rPr>
        <w:t xml:space="preserve"> </w:t>
      </w:r>
      <w:r w:rsidRPr="00D914B7">
        <w:rPr>
          <w:sz w:val="22"/>
          <w:rtl/>
        </w:rPr>
        <w:t>اقتدار</w:t>
      </w:r>
      <w:r w:rsidRPr="00D914B7">
        <w:rPr>
          <w:sz w:val="22"/>
        </w:rPr>
        <w:t xml:space="preserve"> </w:t>
      </w:r>
      <w:r w:rsidRPr="00D914B7">
        <w:rPr>
          <w:sz w:val="22"/>
          <w:rtl/>
        </w:rPr>
        <w:t>یا</w:t>
      </w:r>
      <w:r w:rsidRPr="00D914B7">
        <w:rPr>
          <w:sz w:val="22"/>
        </w:rPr>
        <w:t xml:space="preserve"> </w:t>
      </w:r>
      <w:r w:rsidRPr="00D914B7">
        <w:rPr>
          <w:sz w:val="22"/>
          <w:rtl/>
        </w:rPr>
        <w:t>دوران</w:t>
      </w:r>
      <w:r w:rsidRPr="00D914B7">
        <w:rPr>
          <w:sz w:val="22"/>
        </w:rPr>
        <w:t xml:space="preserve"> </w:t>
      </w:r>
      <w:r w:rsidRPr="00D914B7">
        <w:rPr>
          <w:sz w:val="22"/>
          <w:rtl/>
        </w:rPr>
        <w:t>یک</w:t>
      </w:r>
      <w:r w:rsidRPr="00D914B7">
        <w:rPr>
          <w:sz w:val="22"/>
        </w:rPr>
        <w:t xml:space="preserve"> </w:t>
      </w:r>
      <w:r w:rsidRPr="00D914B7">
        <w:rPr>
          <w:sz w:val="22"/>
          <w:rtl/>
        </w:rPr>
        <w:t>خاندان</w:t>
      </w:r>
      <w:r w:rsidRPr="00D914B7">
        <w:rPr>
          <w:sz w:val="22"/>
        </w:rPr>
        <w:t xml:space="preserve"> </w:t>
      </w:r>
      <w:r w:rsidRPr="00D914B7">
        <w:rPr>
          <w:sz w:val="22"/>
          <w:rtl/>
        </w:rPr>
        <w:t>گفته</w:t>
      </w:r>
      <w:r w:rsidRPr="00D914B7">
        <w:rPr>
          <w:sz w:val="22"/>
        </w:rPr>
        <w:t xml:space="preserve"> </w:t>
      </w:r>
      <w:r w:rsidRPr="00D914B7">
        <w:rPr>
          <w:sz w:val="22"/>
          <w:rtl/>
        </w:rPr>
        <w:t>می</w:t>
      </w:r>
      <w:r w:rsidRPr="00D914B7">
        <w:rPr>
          <w:sz w:val="22"/>
        </w:rPr>
        <w:t>‌</w:t>
      </w:r>
      <w:r w:rsidRPr="00D914B7">
        <w:rPr>
          <w:sz w:val="22"/>
          <w:rtl/>
        </w:rPr>
        <w:t>شده؛</w:t>
      </w:r>
      <w:r w:rsidRPr="00D914B7">
        <w:rPr>
          <w:sz w:val="22"/>
        </w:rPr>
        <w:t xml:space="preserve"> </w:t>
      </w:r>
      <w:r w:rsidRPr="00D914B7">
        <w:rPr>
          <w:sz w:val="22"/>
          <w:rtl/>
        </w:rPr>
        <w:t>ازاین</w:t>
      </w:r>
      <w:r w:rsidRPr="00D914B7">
        <w:rPr>
          <w:sz w:val="22"/>
        </w:rPr>
        <w:t>‌</w:t>
      </w:r>
      <w:r w:rsidRPr="00D914B7">
        <w:rPr>
          <w:sz w:val="22"/>
          <w:rtl/>
        </w:rPr>
        <w:t>رو</w:t>
      </w:r>
      <w:r w:rsidRPr="00D914B7">
        <w:rPr>
          <w:sz w:val="22"/>
        </w:rPr>
        <w:t xml:space="preserve"> </w:t>
      </w:r>
      <w:r w:rsidRPr="00D914B7">
        <w:rPr>
          <w:sz w:val="22"/>
          <w:rtl/>
        </w:rPr>
        <w:t>کاربرد</w:t>
      </w:r>
      <w:r w:rsidRPr="00D914B7">
        <w:rPr>
          <w:sz w:val="22"/>
        </w:rPr>
        <w:t xml:space="preserve"> </w:t>
      </w:r>
      <w:r w:rsidRPr="00D914B7">
        <w:rPr>
          <w:sz w:val="22"/>
          <w:rtl/>
        </w:rPr>
        <w:t>آن</w:t>
      </w:r>
      <w:r w:rsidRPr="00D914B7">
        <w:rPr>
          <w:sz w:val="22"/>
        </w:rPr>
        <w:t xml:space="preserve"> </w:t>
      </w:r>
      <w:r w:rsidRPr="00D914B7">
        <w:rPr>
          <w:sz w:val="22"/>
          <w:rtl/>
        </w:rPr>
        <w:t>در</w:t>
      </w:r>
      <w:r w:rsidRPr="00D914B7">
        <w:rPr>
          <w:sz w:val="22"/>
        </w:rPr>
        <w:t xml:space="preserve"> </w:t>
      </w:r>
      <w:r w:rsidRPr="00D914B7">
        <w:rPr>
          <w:sz w:val="22"/>
          <w:rtl/>
        </w:rPr>
        <w:t>هر</w:t>
      </w:r>
      <w:r w:rsidRPr="00D914B7">
        <w:rPr>
          <w:sz w:val="22"/>
        </w:rPr>
        <w:t xml:space="preserve"> </w:t>
      </w:r>
      <w:r w:rsidRPr="00D914B7">
        <w:rPr>
          <w:sz w:val="22"/>
          <w:rtl/>
        </w:rPr>
        <w:t>دوره</w:t>
      </w:r>
      <w:r w:rsidRPr="00D914B7">
        <w:rPr>
          <w:sz w:val="22"/>
        </w:rPr>
        <w:t xml:space="preserve"> </w:t>
      </w:r>
      <w:r w:rsidRPr="00D914B7">
        <w:rPr>
          <w:sz w:val="22"/>
          <w:rtl/>
        </w:rPr>
        <w:t>باید</w:t>
      </w:r>
      <w:r w:rsidRPr="00D914B7">
        <w:rPr>
          <w:sz w:val="22"/>
        </w:rPr>
        <w:t xml:space="preserve"> </w:t>
      </w:r>
      <w:r w:rsidRPr="00D914B7">
        <w:rPr>
          <w:sz w:val="22"/>
          <w:rtl/>
        </w:rPr>
        <w:t>با</w:t>
      </w:r>
      <w:r w:rsidRPr="00D914B7">
        <w:rPr>
          <w:sz w:val="22"/>
        </w:rPr>
        <w:t xml:space="preserve"> </w:t>
      </w:r>
      <w:r w:rsidRPr="00D914B7">
        <w:rPr>
          <w:sz w:val="22"/>
          <w:rtl/>
        </w:rPr>
        <w:t>توجه</w:t>
      </w:r>
      <w:r w:rsidRPr="00D914B7">
        <w:rPr>
          <w:sz w:val="22"/>
        </w:rPr>
        <w:t xml:space="preserve"> </w:t>
      </w:r>
      <w:r w:rsidRPr="00D914B7">
        <w:rPr>
          <w:sz w:val="22"/>
          <w:rtl/>
        </w:rPr>
        <w:t>به</w:t>
      </w:r>
      <w:r w:rsidRPr="00D914B7">
        <w:rPr>
          <w:sz w:val="22"/>
        </w:rPr>
        <w:t xml:space="preserve"> </w:t>
      </w:r>
      <w:r w:rsidRPr="00D914B7">
        <w:rPr>
          <w:sz w:val="22"/>
          <w:rtl/>
        </w:rPr>
        <w:t>زمینه</w:t>
      </w:r>
      <w:r w:rsidRPr="00D914B7">
        <w:rPr>
          <w:sz w:val="22"/>
        </w:rPr>
        <w:t xml:space="preserve"> </w:t>
      </w:r>
      <w:r w:rsidRPr="00D914B7">
        <w:rPr>
          <w:sz w:val="22"/>
          <w:rtl/>
        </w:rPr>
        <w:t>فهمیده</w:t>
      </w:r>
      <w:r w:rsidRPr="00D914B7">
        <w:rPr>
          <w:sz w:val="22"/>
        </w:rPr>
        <w:t xml:space="preserve"> </w:t>
      </w:r>
      <w:r w:rsidRPr="00D914B7">
        <w:rPr>
          <w:sz w:val="22"/>
          <w:rtl/>
        </w:rPr>
        <w:t>شود</w:t>
      </w:r>
      <w:r>
        <w:rPr>
          <w:sz w:val="22"/>
          <w:rtl/>
        </w:rPr>
        <w:t>.</w:t>
      </w:r>
    </w:p>
    <w:p w:rsidR="00987F03" w:rsidRPr="00D914B7" w:rsidRDefault="00987F03" w:rsidP="00987F03">
      <w:pPr>
        <w:bidi/>
        <w:ind w:firstLine="720"/>
        <w:rPr>
          <w:sz w:val="22"/>
        </w:rPr>
      </w:pPr>
      <w:r>
        <w:rPr>
          <w:rFonts w:hint="cs"/>
          <w:sz w:val="22"/>
          <w:rtl/>
        </w:rPr>
        <w:t>«</w:t>
      </w:r>
      <w:r w:rsidRPr="00D914B7">
        <w:rPr>
          <w:sz w:val="22"/>
          <w:rtl/>
        </w:rPr>
        <w:t>حقانیت</w:t>
      </w:r>
      <w:r w:rsidRPr="00D914B7">
        <w:rPr>
          <w:sz w:val="22"/>
        </w:rPr>
        <w:t xml:space="preserve"> </w:t>
      </w:r>
      <w:r w:rsidRPr="00D914B7">
        <w:rPr>
          <w:sz w:val="22"/>
          <w:rtl/>
        </w:rPr>
        <w:t>حکمرانی</w:t>
      </w:r>
      <w:r>
        <w:rPr>
          <w:rFonts w:hint="cs"/>
          <w:sz w:val="22"/>
          <w:rtl/>
        </w:rPr>
        <w:t>»</w:t>
      </w:r>
      <w:r w:rsidRPr="00D914B7">
        <w:rPr>
          <w:sz w:val="22"/>
        </w:rPr>
        <w:t xml:space="preserve"> </w:t>
      </w:r>
      <w:r w:rsidRPr="00D914B7">
        <w:rPr>
          <w:sz w:val="22"/>
          <w:rtl/>
        </w:rPr>
        <w:t>پاسخ</w:t>
      </w:r>
      <w:r w:rsidRPr="00D914B7">
        <w:rPr>
          <w:sz w:val="22"/>
        </w:rPr>
        <w:t xml:space="preserve"> </w:t>
      </w:r>
      <w:r w:rsidRPr="00D914B7">
        <w:rPr>
          <w:sz w:val="22"/>
          <w:rtl/>
        </w:rPr>
        <w:t>به</w:t>
      </w:r>
      <w:r w:rsidRPr="00D914B7">
        <w:rPr>
          <w:sz w:val="22"/>
        </w:rPr>
        <w:t xml:space="preserve"> </w:t>
      </w:r>
      <w:r w:rsidRPr="00D914B7">
        <w:rPr>
          <w:sz w:val="22"/>
          <w:rtl/>
        </w:rPr>
        <w:t>این</w:t>
      </w:r>
      <w:r w:rsidRPr="00D914B7">
        <w:rPr>
          <w:sz w:val="22"/>
        </w:rPr>
        <w:t xml:space="preserve"> </w:t>
      </w:r>
      <w:r w:rsidRPr="00D914B7">
        <w:rPr>
          <w:sz w:val="22"/>
          <w:rtl/>
        </w:rPr>
        <w:t>پرسش</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یک</w:t>
      </w:r>
      <w:r w:rsidRPr="00D914B7">
        <w:rPr>
          <w:sz w:val="22"/>
        </w:rPr>
        <w:t xml:space="preserve"> </w:t>
      </w:r>
      <w:r w:rsidRPr="00D914B7">
        <w:rPr>
          <w:sz w:val="22"/>
          <w:rtl/>
        </w:rPr>
        <w:t>حاکم</w:t>
      </w:r>
      <w:r w:rsidRPr="00D914B7">
        <w:rPr>
          <w:sz w:val="22"/>
        </w:rPr>
        <w:t xml:space="preserve"> </w:t>
      </w:r>
      <w:r w:rsidRPr="00D914B7">
        <w:rPr>
          <w:sz w:val="22"/>
          <w:rtl/>
        </w:rPr>
        <w:t>یا</w:t>
      </w:r>
      <w:r w:rsidRPr="00D914B7">
        <w:rPr>
          <w:sz w:val="22"/>
        </w:rPr>
        <w:t xml:space="preserve"> </w:t>
      </w:r>
      <w:r w:rsidRPr="00D914B7">
        <w:rPr>
          <w:sz w:val="22"/>
          <w:rtl/>
        </w:rPr>
        <w:t>حکومت</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چه</w:t>
      </w:r>
      <w:r w:rsidRPr="00D914B7">
        <w:rPr>
          <w:sz w:val="22"/>
        </w:rPr>
        <w:t xml:space="preserve"> </w:t>
      </w:r>
      <w:r w:rsidRPr="00D914B7">
        <w:rPr>
          <w:sz w:val="22"/>
          <w:rtl/>
        </w:rPr>
        <w:t>حقی</w:t>
      </w:r>
      <w:r w:rsidRPr="00D914B7">
        <w:rPr>
          <w:sz w:val="22"/>
        </w:rPr>
        <w:t xml:space="preserve"> </w:t>
      </w:r>
      <w:r w:rsidRPr="00D914B7">
        <w:rPr>
          <w:sz w:val="22"/>
          <w:rtl/>
        </w:rPr>
        <w:t>فرمان</w:t>
      </w:r>
      <w:r w:rsidRPr="00D914B7">
        <w:rPr>
          <w:sz w:val="22"/>
        </w:rPr>
        <w:t xml:space="preserve"> </w:t>
      </w:r>
      <w:r w:rsidRPr="00D914B7">
        <w:rPr>
          <w:sz w:val="22"/>
          <w:rtl/>
        </w:rPr>
        <w:t>می</w:t>
      </w:r>
      <w:r w:rsidRPr="00D914B7">
        <w:rPr>
          <w:sz w:val="22"/>
        </w:rPr>
        <w:t>‌</w:t>
      </w:r>
      <w:r w:rsidRPr="00D914B7">
        <w:rPr>
          <w:sz w:val="22"/>
          <w:rtl/>
        </w:rPr>
        <w:t>راند</w:t>
      </w:r>
      <w:r w:rsidRPr="00D914B7">
        <w:rPr>
          <w:sz w:val="22"/>
        </w:rPr>
        <w:t xml:space="preserve"> </w:t>
      </w:r>
      <w:r w:rsidRPr="00D914B7">
        <w:rPr>
          <w:sz w:val="22"/>
          <w:rtl/>
        </w:rPr>
        <w:t>و</w:t>
      </w:r>
      <w:r w:rsidRPr="00D914B7">
        <w:rPr>
          <w:sz w:val="22"/>
        </w:rPr>
        <w:t xml:space="preserve"> </w:t>
      </w:r>
      <w:r w:rsidRPr="00D914B7">
        <w:rPr>
          <w:sz w:val="22"/>
          <w:rtl/>
        </w:rPr>
        <w:t>چرا</w:t>
      </w:r>
      <w:r w:rsidRPr="00D914B7">
        <w:rPr>
          <w:sz w:val="22"/>
        </w:rPr>
        <w:t xml:space="preserve"> </w:t>
      </w:r>
      <w:r w:rsidRPr="00D914B7">
        <w:rPr>
          <w:sz w:val="22"/>
          <w:rtl/>
        </w:rPr>
        <w:t>دیگران</w:t>
      </w:r>
      <w:r w:rsidRPr="00D914B7">
        <w:rPr>
          <w:sz w:val="22"/>
        </w:rPr>
        <w:t xml:space="preserve"> </w:t>
      </w:r>
      <w:r w:rsidRPr="00D914B7">
        <w:rPr>
          <w:sz w:val="22"/>
          <w:rtl/>
        </w:rPr>
        <w:t>باید</w:t>
      </w:r>
      <w:r w:rsidRPr="00D914B7">
        <w:rPr>
          <w:sz w:val="22"/>
        </w:rPr>
        <w:t xml:space="preserve"> </w:t>
      </w:r>
      <w:r w:rsidRPr="00D914B7">
        <w:rPr>
          <w:sz w:val="22"/>
          <w:rtl/>
        </w:rPr>
        <w:t>تصمیم</w:t>
      </w:r>
      <w:r w:rsidRPr="00D914B7">
        <w:rPr>
          <w:sz w:val="22"/>
        </w:rPr>
        <w:t xml:space="preserve"> </w:t>
      </w:r>
      <w:r w:rsidRPr="00D914B7">
        <w:rPr>
          <w:sz w:val="22"/>
          <w:rtl/>
        </w:rPr>
        <w:t>او</w:t>
      </w:r>
      <w:r w:rsidRPr="00D914B7">
        <w:rPr>
          <w:sz w:val="22"/>
        </w:rPr>
        <w:t xml:space="preserve"> </w:t>
      </w:r>
      <w:r w:rsidRPr="00D914B7">
        <w:rPr>
          <w:sz w:val="22"/>
          <w:rtl/>
        </w:rPr>
        <w:t>را</w:t>
      </w:r>
      <w:r w:rsidRPr="00D914B7">
        <w:rPr>
          <w:sz w:val="22"/>
        </w:rPr>
        <w:t xml:space="preserve"> </w:t>
      </w:r>
      <w:r w:rsidRPr="00D914B7">
        <w:rPr>
          <w:sz w:val="22"/>
          <w:rtl/>
        </w:rPr>
        <w:t>الزام</w:t>
      </w:r>
      <w:r w:rsidRPr="00D914B7">
        <w:rPr>
          <w:sz w:val="22"/>
        </w:rPr>
        <w:t>‌</w:t>
      </w:r>
      <w:r w:rsidRPr="00D914B7">
        <w:rPr>
          <w:sz w:val="22"/>
          <w:rtl/>
        </w:rPr>
        <w:t>آور</w:t>
      </w:r>
      <w:r w:rsidRPr="00D914B7">
        <w:rPr>
          <w:sz w:val="22"/>
        </w:rPr>
        <w:t xml:space="preserve"> </w:t>
      </w:r>
      <w:r w:rsidRPr="00D914B7">
        <w:rPr>
          <w:sz w:val="22"/>
          <w:rtl/>
        </w:rPr>
        <w:t>بدانند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حق</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مختلف</w:t>
      </w:r>
      <w:r w:rsidRPr="00D914B7">
        <w:rPr>
          <w:sz w:val="22"/>
        </w:rPr>
        <w:t xml:space="preserve"> </w:t>
      </w:r>
      <w:r w:rsidRPr="00D914B7">
        <w:rPr>
          <w:sz w:val="22"/>
          <w:rtl/>
        </w:rPr>
        <w:t>به</w:t>
      </w:r>
      <w:r w:rsidRPr="00D914B7">
        <w:rPr>
          <w:sz w:val="22"/>
        </w:rPr>
        <w:t xml:space="preserve"> </w:t>
      </w:r>
      <w:r w:rsidRPr="00D914B7">
        <w:rPr>
          <w:sz w:val="22"/>
          <w:rtl/>
        </w:rPr>
        <w:t>خواست</w:t>
      </w:r>
      <w:r w:rsidRPr="00D914B7">
        <w:rPr>
          <w:sz w:val="22"/>
        </w:rPr>
        <w:t xml:space="preserve"> </w:t>
      </w:r>
      <w:r w:rsidRPr="00D914B7">
        <w:rPr>
          <w:sz w:val="22"/>
          <w:rtl/>
        </w:rPr>
        <w:t>خدا،</w:t>
      </w:r>
      <w:r w:rsidRPr="00D914B7">
        <w:rPr>
          <w:sz w:val="22"/>
        </w:rPr>
        <w:t xml:space="preserve"> </w:t>
      </w:r>
      <w:r w:rsidRPr="00D914B7">
        <w:rPr>
          <w:sz w:val="22"/>
          <w:rtl/>
        </w:rPr>
        <w:t>خون</w:t>
      </w:r>
      <w:r w:rsidRPr="00D914B7">
        <w:rPr>
          <w:sz w:val="22"/>
        </w:rPr>
        <w:t xml:space="preserve"> </w:t>
      </w:r>
      <w:r w:rsidRPr="00D914B7">
        <w:rPr>
          <w:sz w:val="22"/>
          <w:rtl/>
        </w:rPr>
        <w:t>و</w:t>
      </w:r>
      <w:r w:rsidRPr="00D914B7">
        <w:rPr>
          <w:sz w:val="22"/>
        </w:rPr>
        <w:t xml:space="preserve"> </w:t>
      </w:r>
      <w:r w:rsidRPr="00D914B7">
        <w:rPr>
          <w:sz w:val="22"/>
          <w:rtl/>
        </w:rPr>
        <w:t>دودمان،</w:t>
      </w:r>
      <w:r w:rsidRPr="00D914B7">
        <w:rPr>
          <w:sz w:val="22"/>
        </w:rPr>
        <w:t xml:space="preserve"> </w:t>
      </w:r>
      <w:r w:rsidRPr="00D914B7">
        <w:rPr>
          <w:sz w:val="22"/>
          <w:rtl/>
        </w:rPr>
        <w:t>فتح،</w:t>
      </w:r>
      <w:r w:rsidRPr="00D914B7">
        <w:rPr>
          <w:sz w:val="22"/>
        </w:rPr>
        <w:t xml:space="preserve"> </w:t>
      </w:r>
      <w:r w:rsidRPr="00D914B7">
        <w:rPr>
          <w:sz w:val="22"/>
          <w:rtl/>
        </w:rPr>
        <w:t>تأیید</w:t>
      </w:r>
      <w:r w:rsidRPr="00D914B7">
        <w:rPr>
          <w:sz w:val="22"/>
        </w:rPr>
        <w:t xml:space="preserve"> </w:t>
      </w:r>
      <w:r w:rsidRPr="00D914B7">
        <w:rPr>
          <w:sz w:val="22"/>
          <w:rtl/>
        </w:rPr>
        <w:t>دینکاران،</w:t>
      </w:r>
      <w:r w:rsidRPr="00D914B7">
        <w:rPr>
          <w:sz w:val="22"/>
        </w:rPr>
        <w:t xml:space="preserve"> </w:t>
      </w:r>
      <w:r w:rsidRPr="00D914B7">
        <w:rPr>
          <w:sz w:val="22"/>
          <w:rtl/>
        </w:rPr>
        <w:t>قانون</w:t>
      </w:r>
      <w:r w:rsidRPr="00D914B7">
        <w:rPr>
          <w:sz w:val="22"/>
        </w:rPr>
        <w:t xml:space="preserve"> </w:t>
      </w:r>
      <w:r w:rsidRPr="00D914B7">
        <w:rPr>
          <w:sz w:val="22"/>
          <w:rtl/>
        </w:rPr>
        <w:t>یا</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ملت</w:t>
      </w:r>
      <w:r w:rsidRPr="00D914B7">
        <w:rPr>
          <w:sz w:val="22"/>
        </w:rPr>
        <w:t xml:space="preserve"> </w:t>
      </w:r>
      <w:r w:rsidRPr="00D914B7">
        <w:rPr>
          <w:sz w:val="22"/>
          <w:rtl/>
        </w:rPr>
        <w:t>نسبت</w:t>
      </w:r>
      <w:r w:rsidRPr="00D914B7">
        <w:rPr>
          <w:sz w:val="22"/>
        </w:rPr>
        <w:t xml:space="preserve"> </w:t>
      </w:r>
      <w:r w:rsidRPr="00D914B7">
        <w:rPr>
          <w:sz w:val="22"/>
          <w:rtl/>
        </w:rPr>
        <w:t>داده</w:t>
      </w:r>
      <w:r w:rsidRPr="00D914B7">
        <w:rPr>
          <w:sz w:val="22"/>
        </w:rPr>
        <w:t xml:space="preserve"> </w:t>
      </w:r>
      <w:r w:rsidRPr="00D914B7">
        <w:rPr>
          <w:sz w:val="22"/>
          <w:rtl/>
        </w:rPr>
        <w:t>شده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توانایی</w:t>
      </w:r>
      <w:r w:rsidRPr="00D914B7">
        <w:rPr>
          <w:sz w:val="22"/>
        </w:rPr>
        <w:t xml:space="preserve"> </w:t>
      </w:r>
      <w:r w:rsidRPr="00D914B7">
        <w:rPr>
          <w:sz w:val="22"/>
          <w:rtl/>
        </w:rPr>
        <w:t>وادارکردن</w:t>
      </w:r>
      <w:r w:rsidRPr="00D914B7">
        <w:rPr>
          <w:sz w:val="22"/>
        </w:rPr>
        <w:t xml:space="preserve"> </w:t>
      </w:r>
      <w:r w:rsidRPr="00D914B7">
        <w:rPr>
          <w:sz w:val="22"/>
          <w:rtl/>
        </w:rPr>
        <w:t>مردم</w:t>
      </w:r>
      <w:r w:rsidRPr="00D914B7">
        <w:rPr>
          <w:sz w:val="22"/>
        </w:rPr>
        <w:t xml:space="preserve"> </w:t>
      </w:r>
      <w:r w:rsidRPr="00D914B7">
        <w:rPr>
          <w:sz w:val="22"/>
          <w:rtl/>
        </w:rPr>
        <w:t>به</w:t>
      </w:r>
      <w:r w:rsidRPr="00D914B7">
        <w:rPr>
          <w:sz w:val="22"/>
        </w:rPr>
        <w:t xml:space="preserve"> </w:t>
      </w:r>
      <w:r w:rsidRPr="00D914B7">
        <w:rPr>
          <w:sz w:val="22"/>
          <w:rtl/>
        </w:rPr>
        <w:t>اطاعت،</w:t>
      </w:r>
      <w:r w:rsidRPr="00D914B7">
        <w:rPr>
          <w:sz w:val="22"/>
        </w:rPr>
        <w:t xml:space="preserve"> </w:t>
      </w:r>
      <w:r w:rsidRPr="00D914B7">
        <w:rPr>
          <w:sz w:val="22"/>
          <w:rtl/>
        </w:rPr>
        <w:t>به</w:t>
      </w:r>
      <w:r w:rsidRPr="00D914B7">
        <w:rPr>
          <w:sz w:val="22"/>
        </w:rPr>
        <w:t>‌</w:t>
      </w:r>
      <w:r w:rsidRPr="00D914B7">
        <w:rPr>
          <w:sz w:val="22"/>
          <w:rtl/>
        </w:rPr>
        <w:t>تنهایی</w:t>
      </w:r>
      <w:r w:rsidRPr="00D914B7">
        <w:rPr>
          <w:sz w:val="22"/>
        </w:rPr>
        <w:t xml:space="preserve"> </w:t>
      </w:r>
      <w:r w:rsidRPr="00D914B7">
        <w:rPr>
          <w:sz w:val="22"/>
          <w:rtl/>
        </w:rPr>
        <w:t>حقانیت</w:t>
      </w:r>
      <w:r w:rsidRPr="00D914B7">
        <w:rPr>
          <w:sz w:val="22"/>
        </w:rPr>
        <w:t xml:space="preserve"> </w:t>
      </w:r>
      <w:r w:rsidRPr="00D914B7">
        <w:rPr>
          <w:sz w:val="22"/>
          <w:rtl/>
        </w:rPr>
        <w:t>نمی</w:t>
      </w:r>
      <w:r w:rsidRPr="00D914B7">
        <w:rPr>
          <w:sz w:val="22"/>
        </w:rPr>
        <w:t>‌</w:t>
      </w:r>
      <w:r w:rsidRPr="00D914B7">
        <w:rPr>
          <w:sz w:val="22"/>
          <w:rtl/>
        </w:rPr>
        <w:t>آفریند؛</w:t>
      </w:r>
      <w:r w:rsidRPr="00D914B7">
        <w:rPr>
          <w:sz w:val="22"/>
        </w:rPr>
        <w:t xml:space="preserve"> </w:t>
      </w:r>
      <w:r w:rsidRPr="00D914B7">
        <w:rPr>
          <w:sz w:val="22"/>
          <w:rtl/>
        </w:rPr>
        <w:t>همان</w:t>
      </w:r>
      <w:r w:rsidRPr="00D914B7">
        <w:rPr>
          <w:sz w:val="22"/>
        </w:rPr>
        <w:t>‌</w:t>
      </w:r>
      <w:r w:rsidRPr="00D914B7">
        <w:rPr>
          <w:sz w:val="22"/>
          <w:rtl/>
        </w:rPr>
        <w:t>گونه</w:t>
      </w:r>
      <w:r w:rsidRPr="00D914B7">
        <w:rPr>
          <w:sz w:val="22"/>
        </w:rPr>
        <w:t xml:space="preserve"> </w:t>
      </w:r>
      <w:r w:rsidRPr="00D914B7">
        <w:rPr>
          <w:sz w:val="22"/>
          <w:rtl/>
        </w:rPr>
        <w:t>که</w:t>
      </w:r>
      <w:r w:rsidRPr="00D914B7">
        <w:rPr>
          <w:sz w:val="22"/>
        </w:rPr>
        <w:t xml:space="preserve"> </w:t>
      </w:r>
      <w:r w:rsidRPr="00D914B7">
        <w:rPr>
          <w:sz w:val="22"/>
          <w:rtl/>
        </w:rPr>
        <w:t>ادعای</w:t>
      </w:r>
      <w:r w:rsidRPr="00D914B7">
        <w:rPr>
          <w:sz w:val="22"/>
        </w:rPr>
        <w:t xml:space="preserve"> </w:t>
      </w:r>
      <w:r w:rsidRPr="00D914B7">
        <w:rPr>
          <w:sz w:val="22"/>
          <w:rtl/>
        </w:rPr>
        <w:t>حق</w:t>
      </w:r>
      <w:r w:rsidRPr="00D914B7">
        <w:rPr>
          <w:sz w:val="22"/>
        </w:rPr>
        <w:t xml:space="preserve"> </w:t>
      </w:r>
      <w:r w:rsidRPr="00D914B7">
        <w:rPr>
          <w:sz w:val="22"/>
          <w:rtl/>
        </w:rPr>
        <w:t>بدون</w:t>
      </w:r>
      <w:r w:rsidRPr="00D914B7">
        <w:rPr>
          <w:sz w:val="22"/>
        </w:rPr>
        <w:t xml:space="preserve"> </w:t>
      </w:r>
      <w:r w:rsidRPr="00D914B7">
        <w:rPr>
          <w:sz w:val="22"/>
          <w:rtl/>
        </w:rPr>
        <w:t>توانایی</w:t>
      </w:r>
      <w:r w:rsidRPr="00D914B7">
        <w:rPr>
          <w:sz w:val="22"/>
        </w:rPr>
        <w:t xml:space="preserve"> </w:t>
      </w:r>
      <w:r w:rsidRPr="00D914B7">
        <w:rPr>
          <w:sz w:val="22"/>
          <w:rtl/>
        </w:rPr>
        <w:t>حکومت</w:t>
      </w:r>
      <w:r w:rsidRPr="00D914B7">
        <w:rPr>
          <w:sz w:val="22"/>
        </w:rPr>
        <w:t>‌</w:t>
      </w:r>
      <w:r w:rsidRPr="00D914B7">
        <w:rPr>
          <w:sz w:val="22"/>
          <w:rtl/>
        </w:rPr>
        <w:t>کردن</w:t>
      </w:r>
      <w:r w:rsidRPr="00D914B7">
        <w:rPr>
          <w:sz w:val="22"/>
        </w:rPr>
        <w:t xml:space="preserve"> </w:t>
      </w:r>
      <w:r w:rsidRPr="00D914B7">
        <w:rPr>
          <w:sz w:val="22"/>
          <w:rtl/>
        </w:rPr>
        <w:t>نیز</w:t>
      </w:r>
      <w:r w:rsidRPr="00D914B7">
        <w:rPr>
          <w:sz w:val="22"/>
        </w:rPr>
        <w:t xml:space="preserve"> </w:t>
      </w:r>
      <w:r w:rsidRPr="00D914B7">
        <w:rPr>
          <w:sz w:val="22"/>
          <w:rtl/>
        </w:rPr>
        <w:t>نظم</w:t>
      </w:r>
      <w:r w:rsidRPr="00D914B7">
        <w:rPr>
          <w:sz w:val="22"/>
        </w:rPr>
        <w:t xml:space="preserve"> </w:t>
      </w:r>
      <w:r w:rsidRPr="00D914B7">
        <w:rPr>
          <w:sz w:val="22"/>
          <w:rtl/>
        </w:rPr>
        <w:t>سیاسی</w:t>
      </w:r>
      <w:r w:rsidRPr="00D914B7">
        <w:rPr>
          <w:sz w:val="22"/>
        </w:rPr>
        <w:t xml:space="preserve"> </w:t>
      </w:r>
      <w:r w:rsidRPr="00D914B7">
        <w:rPr>
          <w:sz w:val="22"/>
          <w:rtl/>
        </w:rPr>
        <w:t>پایدار</w:t>
      </w:r>
      <w:r w:rsidRPr="00D914B7">
        <w:rPr>
          <w:sz w:val="22"/>
        </w:rPr>
        <w:t xml:space="preserve"> </w:t>
      </w:r>
      <w:r w:rsidRPr="00D914B7">
        <w:rPr>
          <w:sz w:val="22"/>
          <w:rtl/>
        </w:rPr>
        <w:t>نمی</w:t>
      </w:r>
      <w:r w:rsidRPr="00D914B7">
        <w:rPr>
          <w:sz w:val="22"/>
        </w:rPr>
        <w:t>‌</w:t>
      </w:r>
      <w:r w:rsidRPr="00D914B7">
        <w:rPr>
          <w:sz w:val="22"/>
          <w:rtl/>
        </w:rPr>
        <w:t>سازد</w:t>
      </w:r>
      <w:r>
        <w:rPr>
          <w:sz w:val="22"/>
          <w:rtl/>
        </w:rPr>
        <w:t>.</w:t>
      </w:r>
    </w:p>
    <w:p w:rsidR="00987F03" w:rsidRPr="00D914B7" w:rsidRDefault="00987F03" w:rsidP="00987F03">
      <w:pPr>
        <w:bidi/>
        <w:ind w:firstLine="720"/>
        <w:rPr>
          <w:sz w:val="22"/>
        </w:rPr>
      </w:pPr>
      <w:r>
        <w:rPr>
          <w:rFonts w:hint="cs"/>
          <w:sz w:val="22"/>
          <w:rtl/>
        </w:rPr>
        <w:t>«</w:t>
      </w:r>
      <w:r w:rsidRPr="00D914B7">
        <w:rPr>
          <w:sz w:val="22"/>
          <w:rtl/>
        </w:rPr>
        <w:t>ملت</w:t>
      </w:r>
      <w:r>
        <w:rPr>
          <w:rFonts w:hint="cs"/>
          <w:sz w:val="22"/>
          <w:rtl/>
        </w:rPr>
        <w:t>»</w:t>
      </w:r>
      <w:r w:rsidRPr="00D914B7">
        <w:rPr>
          <w:sz w:val="22"/>
        </w:rPr>
        <w:t xml:space="preserve"> </w:t>
      </w:r>
      <w:r w:rsidRPr="00D914B7">
        <w:rPr>
          <w:sz w:val="22"/>
          <w:rtl/>
        </w:rPr>
        <w:t>در</w:t>
      </w:r>
      <w:r w:rsidRPr="00D914B7">
        <w:rPr>
          <w:sz w:val="22"/>
        </w:rPr>
        <w:t xml:space="preserve"> </w:t>
      </w:r>
      <w:r w:rsidRPr="00D914B7">
        <w:rPr>
          <w:sz w:val="22"/>
          <w:rtl/>
        </w:rPr>
        <w:t>متون</w:t>
      </w:r>
      <w:r w:rsidRPr="00D914B7">
        <w:rPr>
          <w:sz w:val="22"/>
        </w:rPr>
        <w:t xml:space="preserve"> </w:t>
      </w:r>
      <w:r w:rsidRPr="00D914B7">
        <w:rPr>
          <w:sz w:val="22"/>
          <w:rtl/>
        </w:rPr>
        <w:t>کلاسیک</w:t>
      </w:r>
      <w:r w:rsidRPr="00D914B7">
        <w:rPr>
          <w:sz w:val="22"/>
        </w:rPr>
        <w:t xml:space="preserve"> </w:t>
      </w:r>
      <w:r w:rsidRPr="00D914B7">
        <w:rPr>
          <w:sz w:val="22"/>
          <w:rtl/>
        </w:rPr>
        <w:t>فارسی</w:t>
      </w:r>
      <w:r w:rsidRPr="00D914B7">
        <w:rPr>
          <w:sz w:val="22"/>
        </w:rPr>
        <w:t xml:space="preserve"> </w:t>
      </w:r>
      <w:r w:rsidRPr="00D914B7">
        <w:rPr>
          <w:sz w:val="22"/>
          <w:rtl/>
        </w:rPr>
        <w:t>و</w:t>
      </w:r>
      <w:r w:rsidRPr="00D914B7">
        <w:rPr>
          <w:sz w:val="22"/>
        </w:rPr>
        <w:t xml:space="preserve"> </w:t>
      </w:r>
      <w:r w:rsidRPr="00D914B7">
        <w:rPr>
          <w:sz w:val="22"/>
          <w:rtl/>
        </w:rPr>
        <w:t>عربی</w:t>
      </w:r>
      <w:r w:rsidRPr="00D914B7">
        <w:rPr>
          <w:sz w:val="22"/>
        </w:rPr>
        <w:t xml:space="preserve"> </w:t>
      </w:r>
      <w:r w:rsidRPr="00D914B7">
        <w:rPr>
          <w:sz w:val="22"/>
          <w:rtl/>
        </w:rPr>
        <w:t>غالباً</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دین،</w:t>
      </w:r>
      <w:r w:rsidRPr="00D914B7">
        <w:rPr>
          <w:sz w:val="22"/>
        </w:rPr>
        <w:t xml:space="preserve"> </w:t>
      </w:r>
      <w:r w:rsidRPr="00D914B7">
        <w:rPr>
          <w:sz w:val="22"/>
          <w:rtl/>
        </w:rPr>
        <w:t>آیین</w:t>
      </w:r>
      <w:r w:rsidRPr="00D914B7">
        <w:rPr>
          <w:sz w:val="22"/>
        </w:rPr>
        <w:t xml:space="preserve"> </w:t>
      </w:r>
      <w:r w:rsidRPr="00D914B7">
        <w:rPr>
          <w:sz w:val="22"/>
          <w:rtl/>
        </w:rPr>
        <w:t>یا</w:t>
      </w:r>
      <w:r w:rsidRPr="00D914B7">
        <w:rPr>
          <w:sz w:val="22"/>
        </w:rPr>
        <w:t xml:space="preserve"> </w:t>
      </w:r>
      <w:r w:rsidRPr="00D914B7">
        <w:rPr>
          <w:sz w:val="22"/>
          <w:rtl/>
        </w:rPr>
        <w:t>شریعت</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می</w:t>
      </w:r>
      <w:r w:rsidRPr="00D914B7">
        <w:rPr>
          <w:sz w:val="22"/>
        </w:rPr>
        <w:t>‌</w:t>
      </w:r>
      <w:r w:rsidRPr="00D914B7">
        <w:rPr>
          <w:sz w:val="22"/>
          <w:rtl/>
        </w:rPr>
        <w:t>رفت</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دوران</w:t>
      </w:r>
      <w:r w:rsidRPr="00D914B7">
        <w:rPr>
          <w:sz w:val="22"/>
        </w:rPr>
        <w:t xml:space="preserve"> </w:t>
      </w:r>
      <w:r w:rsidRPr="00D914B7">
        <w:rPr>
          <w:sz w:val="22"/>
          <w:rtl/>
        </w:rPr>
        <w:t>جدید،</w:t>
      </w:r>
      <w:r w:rsidRPr="00D914B7">
        <w:rPr>
          <w:sz w:val="22"/>
        </w:rPr>
        <w:t xml:space="preserve"> </w:t>
      </w:r>
      <w:r w:rsidRPr="00D914B7">
        <w:rPr>
          <w:sz w:val="22"/>
          <w:rtl/>
        </w:rPr>
        <w:t>این</w:t>
      </w:r>
      <w:r w:rsidRPr="00D914B7">
        <w:rPr>
          <w:sz w:val="22"/>
        </w:rPr>
        <w:t xml:space="preserve"> </w:t>
      </w:r>
      <w:r w:rsidRPr="00D914B7">
        <w:rPr>
          <w:sz w:val="22"/>
          <w:rtl/>
        </w:rPr>
        <w:t>واژه</w:t>
      </w:r>
      <w:r w:rsidRPr="00D914B7">
        <w:rPr>
          <w:sz w:val="22"/>
        </w:rPr>
        <w:t xml:space="preserve"> </w:t>
      </w:r>
      <w:r w:rsidRPr="00D914B7">
        <w:rPr>
          <w:sz w:val="22"/>
          <w:rtl/>
        </w:rPr>
        <w:t>به</w:t>
      </w:r>
      <w:r w:rsidRPr="00D914B7">
        <w:rPr>
          <w:sz w:val="22"/>
        </w:rPr>
        <w:t xml:space="preserve"> </w:t>
      </w:r>
      <w:r w:rsidRPr="00D914B7">
        <w:rPr>
          <w:sz w:val="22"/>
          <w:rtl/>
        </w:rPr>
        <w:t>جامعه</w:t>
      </w:r>
      <w:r>
        <w:rPr>
          <w:sz w:val="22"/>
          <w:rtl/>
        </w:rPr>
        <w:t>ء</w:t>
      </w:r>
      <w:r w:rsidRPr="00D914B7">
        <w:rPr>
          <w:sz w:val="22"/>
        </w:rPr>
        <w:t xml:space="preserve"> </w:t>
      </w:r>
      <w:r w:rsidRPr="00D914B7">
        <w:rPr>
          <w:sz w:val="22"/>
          <w:rtl/>
        </w:rPr>
        <w:t>شهروندان</w:t>
      </w:r>
      <w:r w:rsidRPr="00D914B7">
        <w:rPr>
          <w:sz w:val="22"/>
        </w:rPr>
        <w:t xml:space="preserve"> </w:t>
      </w:r>
      <w:r w:rsidRPr="00D914B7">
        <w:rPr>
          <w:sz w:val="22"/>
          <w:rtl/>
        </w:rPr>
        <w:t>یک</w:t>
      </w:r>
      <w:r w:rsidRPr="00D914B7">
        <w:rPr>
          <w:sz w:val="22"/>
        </w:rPr>
        <w:t xml:space="preserve"> </w:t>
      </w:r>
      <w:r w:rsidRPr="00D914B7">
        <w:rPr>
          <w:sz w:val="22"/>
          <w:rtl/>
        </w:rPr>
        <w:t>کشور</w:t>
      </w:r>
      <w:r w:rsidRPr="00D914B7">
        <w:rPr>
          <w:sz w:val="22"/>
        </w:rPr>
        <w:t xml:space="preserve"> </w:t>
      </w:r>
      <w:r w:rsidRPr="00D914B7">
        <w:rPr>
          <w:sz w:val="22"/>
          <w:rtl/>
        </w:rPr>
        <w:t>اطلاق</w:t>
      </w:r>
      <w:r w:rsidRPr="00D914B7">
        <w:rPr>
          <w:sz w:val="22"/>
        </w:rPr>
        <w:t xml:space="preserve"> </w:t>
      </w:r>
      <w:r w:rsidRPr="00D914B7">
        <w:rPr>
          <w:sz w:val="22"/>
          <w:rtl/>
        </w:rPr>
        <w:t>شد؛</w:t>
      </w:r>
      <w:r w:rsidRPr="00D914B7">
        <w:rPr>
          <w:sz w:val="22"/>
        </w:rPr>
        <w:t xml:space="preserve"> </w:t>
      </w:r>
      <w:r w:rsidRPr="00D914B7">
        <w:rPr>
          <w:sz w:val="22"/>
          <w:rtl/>
        </w:rPr>
        <w:t>جامعه</w:t>
      </w:r>
      <w:r w:rsidRPr="00D914B7">
        <w:rPr>
          <w:sz w:val="22"/>
        </w:rPr>
        <w:t>‌</w:t>
      </w:r>
      <w:r w:rsidRPr="00D914B7">
        <w:rPr>
          <w:sz w:val="22"/>
          <w:rtl/>
        </w:rPr>
        <w:t>ای</w:t>
      </w:r>
      <w:r w:rsidRPr="00D914B7">
        <w:rPr>
          <w:sz w:val="22"/>
        </w:rPr>
        <w:t xml:space="preserve"> </w:t>
      </w:r>
      <w:r w:rsidRPr="00D914B7">
        <w:rPr>
          <w:sz w:val="22"/>
          <w:rtl/>
        </w:rPr>
        <w:t>که</w:t>
      </w:r>
      <w:r w:rsidRPr="00D914B7">
        <w:rPr>
          <w:sz w:val="22"/>
        </w:rPr>
        <w:t xml:space="preserve"> </w:t>
      </w:r>
      <w:r w:rsidRPr="00D914B7">
        <w:rPr>
          <w:sz w:val="22"/>
          <w:rtl/>
        </w:rPr>
        <w:t>اعضای</w:t>
      </w:r>
      <w:r w:rsidRPr="00D914B7">
        <w:rPr>
          <w:sz w:val="22"/>
        </w:rPr>
        <w:t xml:space="preserve"> </w:t>
      </w:r>
      <w:r w:rsidRPr="00D914B7">
        <w:rPr>
          <w:sz w:val="22"/>
          <w:rtl/>
        </w:rPr>
        <w:t>آن</w:t>
      </w:r>
      <w:r w:rsidRPr="00D914B7">
        <w:rPr>
          <w:sz w:val="22"/>
        </w:rPr>
        <w:t xml:space="preserve"> </w:t>
      </w:r>
      <w:r w:rsidRPr="00D914B7">
        <w:rPr>
          <w:sz w:val="22"/>
          <w:rtl/>
        </w:rPr>
        <w:t>صرف</w:t>
      </w:r>
      <w:r w:rsidRPr="00D914B7">
        <w:rPr>
          <w:sz w:val="22"/>
        </w:rPr>
        <w:t>‌</w:t>
      </w:r>
      <w:r w:rsidRPr="00D914B7">
        <w:rPr>
          <w:sz w:val="22"/>
          <w:rtl/>
        </w:rPr>
        <w:t>نظر</w:t>
      </w:r>
      <w:r w:rsidRPr="00D914B7">
        <w:rPr>
          <w:sz w:val="22"/>
        </w:rPr>
        <w:t xml:space="preserve"> </w:t>
      </w:r>
      <w:r w:rsidRPr="00D914B7">
        <w:rPr>
          <w:sz w:val="22"/>
          <w:rtl/>
        </w:rPr>
        <w:t>از</w:t>
      </w:r>
      <w:r w:rsidRPr="00D914B7">
        <w:rPr>
          <w:sz w:val="22"/>
        </w:rPr>
        <w:t xml:space="preserve"> </w:t>
      </w:r>
      <w:r w:rsidRPr="00D914B7">
        <w:rPr>
          <w:sz w:val="22"/>
          <w:rtl/>
        </w:rPr>
        <w:t>وابستگی</w:t>
      </w:r>
      <w:r w:rsidRPr="00D914B7">
        <w:rPr>
          <w:sz w:val="22"/>
        </w:rPr>
        <w:t xml:space="preserve"> </w:t>
      </w:r>
      <w:r w:rsidRPr="00D914B7">
        <w:rPr>
          <w:sz w:val="22"/>
          <w:rtl/>
        </w:rPr>
        <w:t>دینی،</w:t>
      </w:r>
      <w:r w:rsidRPr="00D914B7">
        <w:rPr>
          <w:sz w:val="22"/>
        </w:rPr>
        <w:t xml:space="preserve"> </w:t>
      </w:r>
      <w:r w:rsidRPr="00D914B7">
        <w:rPr>
          <w:sz w:val="22"/>
          <w:rtl/>
        </w:rPr>
        <w:t>قومی،</w:t>
      </w:r>
      <w:r w:rsidRPr="00D914B7">
        <w:rPr>
          <w:sz w:val="22"/>
        </w:rPr>
        <w:t xml:space="preserve"> </w:t>
      </w:r>
      <w:r w:rsidRPr="00D914B7">
        <w:rPr>
          <w:sz w:val="22"/>
          <w:rtl/>
        </w:rPr>
        <w:t>طبقاتی،</w:t>
      </w:r>
      <w:r w:rsidRPr="00D914B7">
        <w:rPr>
          <w:sz w:val="22"/>
        </w:rPr>
        <w:t xml:space="preserve"> </w:t>
      </w:r>
      <w:r w:rsidRPr="00D914B7">
        <w:rPr>
          <w:sz w:val="22"/>
          <w:rtl/>
        </w:rPr>
        <w:t>جنسی</w:t>
      </w:r>
      <w:r w:rsidRPr="00D914B7">
        <w:rPr>
          <w:sz w:val="22"/>
        </w:rPr>
        <w:t xml:space="preserve"> </w:t>
      </w:r>
      <w:r w:rsidRPr="00D914B7">
        <w:rPr>
          <w:sz w:val="22"/>
          <w:rtl/>
        </w:rPr>
        <w:t>یا</w:t>
      </w:r>
      <w:r w:rsidRPr="00D914B7">
        <w:rPr>
          <w:sz w:val="22"/>
        </w:rPr>
        <w:t xml:space="preserve"> </w:t>
      </w:r>
      <w:r w:rsidRPr="00D914B7">
        <w:rPr>
          <w:sz w:val="22"/>
          <w:rtl/>
        </w:rPr>
        <w:t>محلی</w:t>
      </w:r>
      <w:r w:rsidRPr="00D914B7">
        <w:rPr>
          <w:sz w:val="22"/>
        </w:rPr>
        <w:t xml:space="preserve"> </w:t>
      </w:r>
      <w:r w:rsidRPr="00D914B7">
        <w:rPr>
          <w:sz w:val="22"/>
          <w:rtl/>
        </w:rPr>
        <w:t>از</w:t>
      </w:r>
      <w:r w:rsidRPr="00D914B7">
        <w:rPr>
          <w:sz w:val="22"/>
        </w:rPr>
        <w:t xml:space="preserve"> </w:t>
      </w:r>
      <w:r w:rsidRPr="00D914B7">
        <w:rPr>
          <w:sz w:val="22"/>
          <w:rtl/>
        </w:rPr>
        <w:t>حقوق</w:t>
      </w:r>
      <w:r w:rsidRPr="00D914B7">
        <w:rPr>
          <w:sz w:val="22"/>
        </w:rPr>
        <w:t xml:space="preserve"> </w:t>
      </w:r>
      <w:r w:rsidRPr="00D914B7">
        <w:rPr>
          <w:sz w:val="22"/>
          <w:rtl/>
        </w:rPr>
        <w:t>برابر</w:t>
      </w:r>
      <w:r w:rsidRPr="00D914B7">
        <w:rPr>
          <w:sz w:val="22"/>
        </w:rPr>
        <w:t xml:space="preserve"> </w:t>
      </w:r>
      <w:r w:rsidRPr="00D914B7">
        <w:rPr>
          <w:sz w:val="22"/>
          <w:rtl/>
        </w:rPr>
        <w:t>برخوردارند</w:t>
      </w:r>
      <w:r w:rsidRPr="00D914B7">
        <w:rPr>
          <w:sz w:val="22"/>
        </w:rPr>
        <w:t xml:space="preserve"> </w:t>
      </w:r>
      <w:r w:rsidRPr="00D914B7">
        <w:rPr>
          <w:sz w:val="22"/>
          <w:rtl/>
        </w:rPr>
        <w:t>و</w:t>
      </w:r>
      <w:r w:rsidRPr="00D914B7">
        <w:rPr>
          <w:sz w:val="22"/>
        </w:rPr>
        <w:t xml:space="preserve"> </w:t>
      </w:r>
      <w:r w:rsidRPr="00D914B7">
        <w:rPr>
          <w:sz w:val="22"/>
          <w:rtl/>
        </w:rPr>
        <w:t>سرچشمه</w:t>
      </w:r>
      <w:r>
        <w:rPr>
          <w:sz w:val="22"/>
          <w:rtl/>
        </w:rPr>
        <w:t>ء</w:t>
      </w:r>
      <w:r w:rsidRPr="00D914B7">
        <w:rPr>
          <w:sz w:val="22"/>
        </w:rPr>
        <w:t xml:space="preserve"> </w:t>
      </w:r>
      <w:r w:rsidRPr="00D914B7">
        <w:rPr>
          <w:sz w:val="22"/>
          <w:rtl/>
        </w:rPr>
        <w:t>حقانیت</w:t>
      </w:r>
      <w:r w:rsidRPr="00D914B7">
        <w:rPr>
          <w:sz w:val="22"/>
        </w:rPr>
        <w:t xml:space="preserve"> </w:t>
      </w:r>
      <w:r w:rsidRPr="00D914B7">
        <w:rPr>
          <w:sz w:val="22"/>
          <w:rtl/>
        </w:rPr>
        <w:t>حکمرانی</w:t>
      </w:r>
      <w:r w:rsidRPr="00D914B7">
        <w:rPr>
          <w:sz w:val="22"/>
        </w:rPr>
        <w:t xml:space="preserve"> </w:t>
      </w:r>
      <w:r w:rsidRPr="00D914B7">
        <w:rPr>
          <w:sz w:val="22"/>
          <w:rtl/>
        </w:rPr>
        <w:t>به</w:t>
      </w:r>
      <w:r w:rsidRPr="00D914B7">
        <w:rPr>
          <w:sz w:val="22"/>
        </w:rPr>
        <w:t xml:space="preserve"> </w:t>
      </w:r>
      <w:r w:rsidRPr="00D914B7">
        <w:rPr>
          <w:sz w:val="22"/>
          <w:rtl/>
        </w:rPr>
        <w:t>شمار</w:t>
      </w:r>
      <w:r w:rsidRPr="00D914B7">
        <w:rPr>
          <w:sz w:val="22"/>
        </w:rPr>
        <w:t xml:space="preserve"> </w:t>
      </w:r>
      <w:r w:rsidRPr="00D914B7">
        <w:rPr>
          <w:sz w:val="22"/>
          <w:rtl/>
        </w:rPr>
        <w:t>می</w:t>
      </w:r>
      <w:r w:rsidRPr="00D914B7">
        <w:rPr>
          <w:sz w:val="22"/>
        </w:rPr>
        <w:t>‌</w:t>
      </w:r>
      <w:r w:rsidRPr="00D914B7">
        <w:rPr>
          <w:sz w:val="22"/>
          <w:rtl/>
        </w:rPr>
        <w:t>آیند</w:t>
      </w:r>
      <w:r>
        <w:rPr>
          <w:sz w:val="22"/>
          <w:rtl/>
        </w:rPr>
        <w:t>.</w:t>
      </w:r>
      <w:r w:rsidRPr="00D914B7">
        <w:rPr>
          <w:sz w:val="22"/>
        </w:rPr>
        <w:t xml:space="preserve"> </w:t>
      </w:r>
      <w:r w:rsidRPr="00D914B7">
        <w:rPr>
          <w:sz w:val="22"/>
          <w:rtl/>
        </w:rPr>
        <w:t>هرجا</w:t>
      </w:r>
      <w:r w:rsidRPr="00D914B7">
        <w:rPr>
          <w:sz w:val="22"/>
        </w:rPr>
        <w:t xml:space="preserve"> </w:t>
      </w:r>
      <w:r w:rsidRPr="00D914B7">
        <w:rPr>
          <w:sz w:val="22"/>
          <w:rtl/>
        </w:rPr>
        <w:t>این</w:t>
      </w:r>
      <w:r w:rsidRPr="00D914B7">
        <w:rPr>
          <w:sz w:val="22"/>
        </w:rPr>
        <w:t xml:space="preserve"> </w:t>
      </w:r>
      <w:r w:rsidRPr="00D914B7">
        <w:rPr>
          <w:sz w:val="22"/>
          <w:rtl/>
        </w:rPr>
        <w:t>کتاب</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پیش</w:t>
      </w:r>
      <w:r w:rsidRPr="00D914B7">
        <w:rPr>
          <w:sz w:val="22"/>
        </w:rPr>
        <w:t xml:space="preserve"> </w:t>
      </w:r>
      <w:r w:rsidRPr="00D914B7">
        <w:rPr>
          <w:sz w:val="22"/>
          <w:rtl/>
        </w:rPr>
        <w:t>از</w:t>
      </w:r>
      <w:r w:rsidRPr="00D914B7">
        <w:rPr>
          <w:sz w:val="22"/>
        </w:rPr>
        <w:t xml:space="preserve"> </w:t>
      </w:r>
      <w:r w:rsidRPr="00D914B7">
        <w:rPr>
          <w:sz w:val="22"/>
          <w:rtl/>
        </w:rPr>
        <w:t>پیدایش</w:t>
      </w:r>
      <w:r w:rsidRPr="00D914B7">
        <w:rPr>
          <w:sz w:val="22"/>
        </w:rPr>
        <w:t xml:space="preserve"> </w:t>
      </w:r>
      <w:r w:rsidRPr="00D914B7">
        <w:rPr>
          <w:sz w:val="22"/>
          <w:rtl/>
        </w:rPr>
        <w:t>مفهوم</w:t>
      </w:r>
      <w:r w:rsidRPr="00D914B7">
        <w:rPr>
          <w:sz w:val="22"/>
        </w:rPr>
        <w:t xml:space="preserve"> </w:t>
      </w:r>
      <w:r w:rsidRPr="00D914B7">
        <w:rPr>
          <w:sz w:val="22"/>
          <w:rtl/>
        </w:rPr>
        <w:t>جدید</w:t>
      </w:r>
      <w:r w:rsidRPr="00D914B7">
        <w:rPr>
          <w:sz w:val="22"/>
        </w:rPr>
        <w:t xml:space="preserve"> </w:t>
      </w:r>
      <w:r w:rsidRPr="00D914B7">
        <w:rPr>
          <w:sz w:val="22"/>
          <w:rtl/>
        </w:rPr>
        <w:t>شهروندی</w:t>
      </w:r>
      <w:r w:rsidRPr="00D914B7">
        <w:rPr>
          <w:sz w:val="22"/>
        </w:rPr>
        <w:t xml:space="preserve"> </w:t>
      </w:r>
      <w:r w:rsidRPr="00D914B7">
        <w:rPr>
          <w:sz w:val="22"/>
          <w:rtl/>
        </w:rPr>
        <w:t>سخن</w:t>
      </w:r>
      <w:r w:rsidRPr="00D914B7">
        <w:rPr>
          <w:sz w:val="22"/>
        </w:rPr>
        <w:t xml:space="preserve"> </w:t>
      </w:r>
      <w:r w:rsidRPr="00D914B7">
        <w:rPr>
          <w:sz w:val="22"/>
          <w:rtl/>
        </w:rPr>
        <w:t>می</w:t>
      </w:r>
      <w:r w:rsidRPr="00D914B7">
        <w:rPr>
          <w:sz w:val="22"/>
        </w:rPr>
        <w:t>‌</w:t>
      </w:r>
      <w:r w:rsidRPr="00D914B7">
        <w:rPr>
          <w:sz w:val="22"/>
          <w:rtl/>
        </w:rPr>
        <w:t>گوید،</w:t>
      </w:r>
      <w:r w:rsidRPr="00D914B7">
        <w:rPr>
          <w:sz w:val="22"/>
        </w:rPr>
        <w:t xml:space="preserve"> </w:t>
      </w:r>
      <w:r w:rsidRPr="00D914B7">
        <w:rPr>
          <w:sz w:val="22"/>
          <w:rtl/>
        </w:rPr>
        <w:t>باید</w:t>
      </w:r>
      <w:r w:rsidRPr="00D914B7">
        <w:rPr>
          <w:sz w:val="22"/>
        </w:rPr>
        <w:t xml:space="preserve"> </w:t>
      </w:r>
      <w:r w:rsidRPr="00D914B7">
        <w:rPr>
          <w:sz w:val="22"/>
          <w:rtl/>
        </w:rPr>
        <w:t>میان</w:t>
      </w:r>
      <w:r w:rsidRPr="00D914B7">
        <w:rPr>
          <w:sz w:val="22"/>
        </w:rPr>
        <w:t xml:space="preserve"> </w:t>
      </w:r>
      <w:r w:rsidRPr="00D914B7">
        <w:rPr>
          <w:sz w:val="22"/>
          <w:rtl/>
        </w:rPr>
        <w:t>جمعیت،</w:t>
      </w:r>
      <w:r w:rsidRPr="00D914B7">
        <w:rPr>
          <w:sz w:val="22"/>
        </w:rPr>
        <w:t xml:space="preserve"> </w:t>
      </w:r>
      <w:r w:rsidRPr="00D914B7">
        <w:rPr>
          <w:sz w:val="22"/>
          <w:rtl/>
        </w:rPr>
        <w:t>رعایا،</w:t>
      </w:r>
      <w:r w:rsidRPr="00D914B7">
        <w:rPr>
          <w:sz w:val="22"/>
        </w:rPr>
        <w:t xml:space="preserve"> </w:t>
      </w:r>
      <w:r w:rsidRPr="00D914B7">
        <w:rPr>
          <w:sz w:val="22"/>
          <w:rtl/>
        </w:rPr>
        <w:t>اهالی،</w:t>
      </w:r>
      <w:r w:rsidRPr="00D914B7">
        <w:rPr>
          <w:sz w:val="22"/>
        </w:rPr>
        <w:t xml:space="preserve"> </w:t>
      </w:r>
      <w:r w:rsidRPr="00D914B7">
        <w:rPr>
          <w:sz w:val="22"/>
          <w:rtl/>
        </w:rPr>
        <w:t>امت</w:t>
      </w:r>
      <w:r w:rsidRPr="00D914B7">
        <w:rPr>
          <w:sz w:val="22"/>
        </w:rPr>
        <w:t xml:space="preserve"> </w:t>
      </w:r>
      <w:r w:rsidRPr="00D914B7">
        <w:rPr>
          <w:sz w:val="22"/>
          <w:rtl/>
        </w:rPr>
        <w:t>و</w:t>
      </w:r>
      <w:r w:rsidRPr="00D914B7">
        <w:rPr>
          <w:sz w:val="22"/>
        </w:rPr>
        <w:t xml:space="preserve"> </w:t>
      </w:r>
      <w:r w:rsidRPr="00D914B7">
        <w:rPr>
          <w:sz w:val="22"/>
          <w:rtl/>
        </w:rPr>
        <w:t>ملت</w:t>
      </w:r>
      <w:r w:rsidRPr="00D914B7">
        <w:rPr>
          <w:sz w:val="22"/>
        </w:rPr>
        <w:t xml:space="preserve"> </w:t>
      </w:r>
      <w:r w:rsidRPr="00D914B7">
        <w:rPr>
          <w:sz w:val="22"/>
          <w:rtl/>
        </w:rPr>
        <w:t>جدید</w:t>
      </w:r>
      <w:r w:rsidRPr="00D914B7">
        <w:rPr>
          <w:sz w:val="22"/>
        </w:rPr>
        <w:t xml:space="preserve"> </w:t>
      </w:r>
      <w:r w:rsidRPr="00D914B7">
        <w:rPr>
          <w:sz w:val="22"/>
          <w:rtl/>
        </w:rPr>
        <w:t>تفاوت</w:t>
      </w:r>
      <w:r w:rsidRPr="00D914B7">
        <w:rPr>
          <w:sz w:val="22"/>
        </w:rPr>
        <w:t xml:space="preserve"> </w:t>
      </w:r>
      <w:r w:rsidRPr="00D914B7">
        <w:rPr>
          <w:sz w:val="22"/>
          <w:rtl/>
        </w:rPr>
        <w:t>گذاشت</w:t>
      </w:r>
      <w:r w:rsidRPr="00D914B7">
        <w:rPr>
          <w:sz w:val="22"/>
        </w:rPr>
        <w:t xml:space="preserve"> </w:t>
      </w:r>
      <w:r w:rsidRPr="00D914B7">
        <w:rPr>
          <w:sz w:val="22"/>
          <w:rtl/>
        </w:rPr>
        <w:t>و</w:t>
      </w:r>
      <w:r w:rsidRPr="00D914B7">
        <w:rPr>
          <w:sz w:val="22"/>
        </w:rPr>
        <w:t xml:space="preserve"> </w:t>
      </w:r>
      <w:r w:rsidRPr="00D914B7">
        <w:rPr>
          <w:sz w:val="22"/>
          <w:rtl/>
        </w:rPr>
        <w:t>مفاهیم</w:t>
      </w:r>
      <w:r w:rsidRPr="00D914B7">
        <w:rPr>
          <w:sz w:val="22"/>
        </w:rPr>
        <w:t xml:space="preserve"> </w:t>
      </w:r>
      <w:r w:rsidRPr="00D914B7">
        <w:rPr>
          <w:sz w:val="22"/>
          <w:rtl/>
        </w:rPr>
        <w:t>امروز</w:t>
      </w:r>
      <w:r w:rsidRPr="00D914B7">
        <w:rPr>
          <w:sz w:val="22"/>
        </w:rPr>
        <w:t xml:space="preserve"> </w:t>
      </w:r>
      <w:r w:rsidRPr="00D914B7">
        <w:rPr>
          <w:sz w:val="22"/>
          <w:rtl/>
        </w:rPr>
        <w:t>را</w:t>
      </w:r>
      <w:r w:rsidRPr="00D914B7">
        <w:rPr>
          <w:sz w:val="22"/>
        </w:rPr>
        <w:t xml:space="preserve"> </w:t>
      </w:r>
      <w:r w:rsidRPr="00D914B7">
        <w:rPr>
          <w:sz w:val="22"/>
          <w:rtl/>
        </w:rPr>
        <w:t>بی</w:t>
      </w:r>
      <w:r w:rsidRPr="00D914B7">
        <w:rPr>
          <w:sz w:val="22"/>
        </w:rPr>
        <w:t>‌</w:t>
      </w:r>
      <w:r w:rsidRPr="00D914B7">
        <w:rPr>
          <w:sz w:val="22"/>
          <w:rtl/>
        </w:rPr>
        <w:t>احتیاط</w:t>
      </w:r>
      <w:r w:rsidRPr="00D914B7">
        <w:rPr>
          <w:sz w:val="22"/>
        </w:rPr>
        <w:t xml:space="preserve"> </w:t>
      </w:r>
      <w:r w:rsidRPr="00D914B7">
        <w:rPr>
          <w:sz w:val="22"/>
          <w:rtl/>
        </w:rPr>
        <w:t>به</w:t>
      </w:r>
      <w:r w:rsidRPr="00D914B7">
        <w:rPr>
          <w:sz w:val="22"/>
        </w:rPr>
        <w:t xml:space="preserve"> </w:t>
      </w:r>
      <w:r w:rsidRPr="00D914B7">
        <w:rPr>
          <w:sz w:val="22"/>
          <w:rtl/>
        </w:rPr>
        <w:t>گذشته</w:t>
      </w:r>
      <w:r w:rsidRPr="00D914B7">
        <w:rPr>
          <w:sz w:val="22"/>
        </w:rPr>
        <w:t xml:space="preserve"> </w:t>
      </w:r>
      <w:r w:rsidRPr="00D914B7">
        <w:rPr>
          <w:sz w:val="22"/>
          <w:rtl/>
        </w:rPr>
        <w:t>تحمیل</w:t>
      </w:r>
      <w:r w:rsidRPr="00D914B7">
        <w:rPr>
          <w:sz w:val="22"/>
        </w:rPr>
        <w:t xml:space="preserve"> </w:t>
      </w:r>
      <w:r w:rsidRPr="00D914B7">
        <w:rPr>
          <w:sz w:val="22"/>
          <w:rtl/>
        </w:rPr>
        <w:t>نکرد</w:t>
      </w:r>
      <w:r>
        <w:rPr>
          <w:sz w:val="22"/>
          <w:rtl/>
        </w:rPr>
        <w:t>.</w:t>
      </w:r>
    </w:p>
    <w:p w:rsidR="00987F03" w:rsidRPr="00D914B7" w:rsidRDefault="00987F03" w:rsidP="00987F03">
      <w:pPr>
        <w:bidi/>
        <w:ind w:firstLine="720"/>
        <w:rPr>
          <w:sz w:val="22"/>
        </w:rPr>
      </w:pPr>
      <w:r w:rsidRPr="00D914B7">
        <w:rPr>
          <w:sz w:val="22"/>
          <w:rtl/>
        </w:rPr>
        <w:t>پسوند</w:t>
      </w:r>
      <w:r w:rsidRPr="00D914B7">
        <w:rPr>
          <w:sz w:val="22"/>
        </w:rPr>
        <w:t xml:space="preserve"> </w:t>
      </w:r>
      <w:r>
        <w:rPr>
          <w:rFonts w:hint="cs"/>
          <w:sz w:val="22"/>
          <w:rtl/>
        </w:rPr>
        <w:t>«</w:t>
      </w:r>
      <w:r w:rsidRPr="00D914B7">
        <w:rPr>
          <w:sz w:val="22"/>
          <w:rtl/>
        </w:rPr>
        <w:t>سالاری</w:t>
      </w:r>
      <w:r>
        <w:rPr>
          <w:rFonts w:hint="cs"/>
          <w:sz w:val="22"/>
          <w:rtl/>
        </w:rPr>
        <w:t>»</w:t>
      </w:r>
      <w:r w:rsidRPr="00D914B7">
        <w:rPr>
          <w:sz w:val="22"/>
          <w:rtl/>
        </w:rPr>
        <w:t>در</w:t>
      </w:r>
      <w:r w:rsidRPr="00D914B7">
        <w:rPr>
          <w:sz w:val="22"/>
        </w:rPr>
        <w:t xml:space="preserve"> </w:t>
      </w:r>
      <w:r w:rsidRPr="00D914B7">
        <w:rPr>
          <w:sz w:val="22"/>
          <w:rtl/>
        </w:rPr>
        <w:t>واژه</w:t>
      </w:r>
      <w:r w:rsidRPr="00D914B7">
        <w:rPr>
          <w:sz w:val="22"/>
        </w:rPr>
        <w:t>‌</w:t>
      </w:r>
      <w:r w:rsidRPr="00D914B7">
        <w:rPr>
          <w:sz w:val="22"/>
          <w:rtl/>
        </w:rPr>
        <w:t>هایی</w:t>
      </w:r>
      <w:r w:rsidRPr="00D914B7">
        <w:rPr>
          <w:sz w:val="22"/>
        </w:rPr>
        <w:t xml:space="preserve"> </w:t>
      </w:r>
      <w:r w:rsidRPr="00D914B7">
        <w:rPr>
          <w:sz w:val="22"/>
          <w:rtl/>
        </w:rPr>
        <w:t>چون</w:t>
      </w:r>
      <w:r w:rsidRPr="00D914B7">
        <w:rPr>
          <w:sz w:val="22"/>
        </w:rPr>
        <w:t xml:space="preserve"> </w:t>
      </w:r>
      <w:r w:rsidRPr="00D914B7">
        <w:rPr>
          <w:sz w:val="22"/>
          <w:rtl/>
        </w:rPr>
        <w:t>مردم</w:t>
      </w:r>
      <w:r w:rsidRPr="00D914B7">
        <w:rPr>
          <w:sz w:val="22"/>
        </w:rPr>
        <w:t>‌</w:t>
      </w:r>
      <w:r w:rsidRPr="00D914B7">
        <w:rPr>
          <w:sz w:val="22"/>
          <w:rtl/>
        </w:rPr>
        <w:t>سالاری،</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و</w:t>
      </w:r>
      <w:r w:rsidRPr="00D914B7">
        <w:rPr>
          <w:sz w:val="22"/>
        </w:rPr>
        <w:t xml:space="preserve"> </w:t>
      </w:r>
      <w:r w:rsidRPr="00D914B7">
        <w:rPr>
          <w:sz w:val="22"/>
          <w:rtl/>
        </w:rPr>
        <w:t>دین</w:t>
      </w:r>
      <w:r w:rsidRPr="00D914B7">
        <w:rPr>
          <w:sz w:val="22"/>
        </w:rPr>
        <w:t>‌</w:t>
      </w:r>
      <w:r w:rsidRPr="00D914B7">
        <w:rPr>
          <w:sz w:val="22"/>
          <w:rtl/>
        </w:rPr>
        <w:t>سالاری</w:t>
      </w:r>
      <w:r w:rsidRPr="00D914B7">
        <w:rPr>
          <w:sz w:val="22"/>
        </w:rPr>
        <w:t xml:space="preserve"> </w:t>
      </w:r>
      <w:r w:rsidRPr="00D914B7">
        <w:rPr>
          <w:sz w:val="22"/>
          <w:rtl/>
        </w:rPr>
        <w:t>ترجمه</w:t>
      </w:r>
      <w:r>
        <w:rPr>
          <w:sz w:val="22"/>
          <w:rtl/>
        </w:rPr>
        <w:t>ء</w:t>
      </w:r>
      <w:r w:rsidRPr="00D914B7">
        <w:rPr>
          <w:sz w:val="22"/>
        </w:rPr>
        <w:t xml:space="preserve"> </w:t>
      </w:r>
      <w:r w:rsidRPr="00D914B7">
        <w:rPr>
          <w:sz w:val="22"/>
          <w:rtl/>
        </w:rPr>
        <w:t>جاافتاده</w:t>
      </w:r>
      <w:r w:rsidRPr="00D914B7">
        <w:rPr>
          <w:sz w:val="22"/>
        </w:rPr>
        <w:t>‌</w:t>
      </w:r>
      <w:r w:rsidRPr="00D914B7">
        <w:rPr>
          <w:sz w:val="22"/>
          <w:rtl/>
        </w:rPr>
        <w:t>ای</w:t>
      </w:r>
      <w:r w:rsidRPr="00D914B7">
        <w:rPr>
          <w:sz w:val="22"/>
        </w:rPr>
        <w:t xml:space="preserve"> </w:t>
      </w:r>
      <w:r w:rsidRPr="00D914B7">
        <w:rPr>
          <w:sz w:val="22"/>
          <w:rtl/>
        </w:rPr>
        <w:t>برای</w:t>
      </w:r>
      <w:r w:rsidRPr="00D914B7">
        <w:rPr>
          <w:sz w:val="22"/>
        </w:rPr>
        <w:t xml:space="preserve"> </w:t>
      </w:r>
      <w:r w:rsidRPr="00D914B7">
        <w:rPr>
          <w:sz w:val="22"/>
          <w:rtl/>
        </w:rPr>
        <w:t>صورت</w:t>
      </w:r>
      <w:r w:rsidRPr="00D914B7">
        <w:rPr>
          <w:sz w:val="22"/>
        </w:rPr>
        <w:t>‌</w:t>
      </w:r>
      <w:r w:rsidRPr="00D914B7">
        <w:rPr>
          <w:sz w:val="22"/>
          <w:rtl/>
        </w:rPr>
        <w:t>های</w:t>
      </w:r>
      <w:r w:rsidRPr="00D914B7">
        <w:rPr>
          <w:sz w:val="22"/>
        </w:rPr>
        <w:t xml:space="preserve"> </w:t>
      </w:r>
      <w:r w:rsidRPr="00D914B7">
        <w:rPr>
          <w:sz w:val="22"/>
          <w:rtl/>
        </w:rPr>
        <w:t>گوناگون</w:t>
      </w:r>
      <w:r w:rsidRPr="00D914B7">
        <w:rPr>
          <w:sz w:val="22"/>
        </w:rPr>
        <w:t xml:space="preserve"> </w:t>
      </w:r>
      <w:r w:rsidRPr="00D914B7">
        <w:rPr>
          <w:sz w:val="22"/>
          <w:rtl/>
        </w:rPr>
        <w:t>قدرت</w:t>
      </w:r>
      <w:r w:rsidRPr="00D914B7">
        <w:rPr>
          <w:sz w:val="22"/>
        </w:rPr>
        <w:t xml:space="preserve"> </w:t>
      </w:r>
      <w:r w:rsidRPr="00D914B7">
        <w:rPr>
          <w:sz w:val="22"/>
          <w:rtl/>
        </w:rPr>
        <w:t>و</w:t>
      </w:r>
      <w:r w:rsidRPr="00D914B7">
        <w:rPr>
          <w:sz w:val="22"/>
        </w:rPr>
        <w:t xml:space="preserve"> </w:t>
      </w:r>
      <w:r w:rsidRPr="00D914B7">
        <w:rPr>
          <w:sz w:val="22"/>
          <w:rtl/>
        </w:rPr>
        <w:t>فرمانروایی</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بااین</w:t>
      </w:r>
      <w:r w:rsidRPr="00D914B7">
        <w:rPr>
          <w:sz w:val="22"/>
        </w:rPr>
        <w:t>‌</w:t>
      </w:r>
      <w:r w:rsidRPr="00D914B7">
        <w:rPr>
          <w:sz w:val="22"/>
          <w:rtl/>
        </w:rPr>
        <w:t>حال،</w:t>
      </w:r>
      <w:r w:rsidRPr="00D914B7">
        <w:rPr>
          <w:sz w:val="22"/>
        </w:rPr>
        <w:t xml:space="preserve"> </w:t>
      </w:r>
      <w:r>
        <w:rPr>
          <w:rFonts w:hint="cs"/>
          <w:sz w:val="22"/>
          <w:rtl/>
        </w:rPr>
        <w:t>«</w:t>
      </w:r>
      <w:r w:rsidRPr="00D914B7">
        <w:rPr>
          <w:sz w:val="22"/>
          <w:rtl/>
        </w:rPr>
        <w:t>سالاری</w:t>
      </w:r>
      <w:r>
        <w:rPr>
          <w:rFonts w:hint="cs"/>
          <w:sz w:val="22"/>
          <w:rtl/>
        </w:rPr>
        <w:t>»</w:t>
      </w:r>
      <w:r>
        <w:rPr>
          <w:sz w:val="22"/>
        </w:rPr>
        <w:t>»</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ترکیب</w:t>
      </w:r>
      <w:r w:rsidRPr="00D914B7">
        <w:rPr>
          <w:sz w:val="22"/>
        </w:rPr>
        <w:t>‌</w:t>
      </w:r>
      <w:r w:rsidRPr="00D914B7">
        <w:rPr>
          <w:sz w:val="22"/>
          <w:rtl/>
        </w:rPr>
        <w:t>ها</w:t>
      </w:r>
      <w:r w:rsidRPr="00D914B7">
        <w:rPr>
          <w:sz w:val="22"/>
        </w:rPr>
        <w:t xml:space="preserve"> </w:t>
      </w:r>
      <w:r w:rsidRPr="00D914B7">
        <w:rPr>
          <w:sz w:val="22"/>
          <w:rtl/>
        </w:rPr>
        <w:t>لزوماً</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وجود</w:t>
      </w:r>
      <w:r w:rsidRPr="00D914B7">
        <w:rPr>
          <w:sz w:val="22"/>
        </w:rPr>
        <w:t xml:space="preserve"> </w:t>
      </w:r>
      <w:r w:rsidRPr="00D914B7">
        <w:rPr>
          <w:sz w:val="22"/>
          <w:rtl/>
        </w:rPr>
        <w:t>شخصی</w:t>
      </w:r>
      <w:r w:rsidRPr="00D914B7">
        <w:rPr>
          <w:sz w:val="22"/>
        </w:rPr>
        <w:t xml:space="preserve"> </w:t>
      </w:r>
      <w:r w:rsidRPr="00D914B7">
        <w:rPr>
          <w:sz w:val="22"/>
          <w:rtl/>
        </w:rPr>
        <w:t>به</w:t>
      </w:r>
      <w:r w:rsidRPr="00D914B7">
        <w:rPr>
          <w:sz w:val="22"/>
        </w:rPr>
        <w:t xml:space="preserve"> </w:t>
      </w:r>
      <w:r w:rsidRPr="00D914B7">
        <w:rPr>
          <w:sz w:val="22"/>
          <w:rtl/>
        </w:rPr>
        <w:t>نام</w:t>
      </w:r>
      <w:r w:rsidRPr="00D914B7">
        <w:rPr>
          <w:sz w:val="22"/>
        </w:rPr>
        <w:t xml:space="preserve"> </w:t>
      </w:r>
      <w:r w:rsidRPr="00D914B7">
        <w:rPr>
          <w:sz w:val="22"/>
          <w:rtl/>
        </w:rPr>
        <w:t>سالار</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فقط</w:t>
      </w:r>
      <w:r w:rsidRPr="00D914B7">
        <w:rPr>
          <w:sz w:val="22"/>
        </w:rPr>
        <w:t xml:space="preserve"> </w:t>
      </w:r>
      <w:r w:rsidRPr="00D914B7">
        <w:rPr>
          <w:sz w:val="22"/>
          <w:rtl/>
        </w:rPr>
        <w:t>گروهی</w:t>
      </w:r>
      <w:r w:rsidRPr="00D914B7">
        <w:rPr>
          <w:sz w:val="22"/>
        </w:rPr>
        <w:t xml:space="preserve"> </w:t>
      </w:r>
      <w:r w:rsidRPr="00D914B7">
        <w:rPr>
          <w:sz w:val="22"/>
          <w:rtl/>
        </w:rPr>
        <w:t>از</w:t>
      </w:r>
      <w:r w:rsidRPr="00D914B7">
        <w:rPr>
          <w:sz w:val="22"/>
        </w:rPr>
        <w:t xml:space="preserve"> </w:t>
      </w:r>
      <w:r w:rsidRPr="00D914B7">
        <w:rPr>
          <w:sz w:val="22"/>
          <w:rtl/>
        </w:rPr>
        <w:t>کارمندان</w:t>
      </w:r>
      <w:r w:rsidRPr="00D914B7">
        <w:rPr>
          <w:sz w:val="22"/>
        </w:rPr>
        <w:t xml:space="preserve"> </w:t>
      </w:r>
      <w:r w:rsidRPr="00D914B7">
        <w:rPr>
          <w:sz w:val="22"/>
          <w:rtl/>
        </w:rPr>
        <w:t>یا</w:t>
      </w:r>
      <w:r w:rsidRPr="00D914B7">
        <w:rPr>
          <w:sz w:val="22"/>
        </w:rPr>
        <w:t xml:space="preserve"> </w:t>
      </w:r>
      <w:r w:rsidRPr="00D914B7">
        <w:rPr>
          <w:sz w:val="22"/>
          <w:rtl/>
        </w:rPr>
        <w:t>فرمانروایی</w:t>
      </w:r>
      <w:r w:rsidRPr="00D914B7">
        <w:rPr>
          <w:sz w:val="22"/>
        </w:rPr>
        <w:t xml:space="preserve"> </w:t>
      </w:r>
      <w:r w:rsidRPr="00D914B7">
        <w:rPr>
          <w:sz w:val="22"/>
          <w:rtl/>
        </w:rPr>
        <w:t>مستقیم</w:t>
      </w:r>
      <w:r w:rsidRPr="00D914B7">
        <w:rPr>
          <w:sz w:val="22"/>
        </w:rPr>
        <w:t xml:space="preserve"> </w:t>
      </w:r>
      <w:r w:rsidRPr="00D914B7">
        <w:rPr>
          <w:sz w:val="22"/>
          <w:rtl/>
        </w:rPr>
        <w:t>آنان</w:t>
      </w:r>
      <w:r w:rsidRPr="00D914B7">
        <w:rPr>
          <w:sz w:val="22"/>
        </w:rPr>
        <w:t xml:space="preserve"> </w:t>
      </w:r>
      <w:r w:rsidRPr="00D914B7">
        <w:rPr>
          <w:sz w:val="22"/>
          <w:rtl/>
        </w:rPr>
        <w:t>نیست؛</w:t>
      </w:r>
      <w:r w:rsidRPr="00D914B7">
        <w:rPr>
          <w:sz w:val="22"/>
        </w:rPr>
        <w:t xml:space="preserve"> </w:t>
      </w:r>
      <w:r w:rsidRPr="00D914B7">
        <w:rPr>
          <w:sz w:val="22"/>
          <w:rtl/>
        </w:rPr>
        <w:t>شبکه</w:t>
      </w:r>
      <w:r w:rsidRPr="00D914B7">
        <w:rPr>
          <w:sz w:val="22"/>
        </w:rPr>
        <w:t>‌</w:t>
      </w:r>
      <w:r w:rsidRPr="00D914B7">
        <w:rPr>
          <w:sz w:val="22"/>
          <w:rtl/>
        </w:rPr>
        <w:t>ای</w:t>
      </w:r>
      <w:r w:rsidRPr="00D914B7">
        <w:rPr>
          <w:sz w:val="22"/>
        </w:rPr>
        <w:t xml:space="preserve"> </w:t>
      </w:r>
      <w:r w:rsidRPr="00D914B7">
        <w:rPr>
          <w:sz w:val="22"/>
          <w:rtl/>
        </w:rPr>
        <w:t>از</w:t>
      </w:r>
      <w:r w:rsidRPr="00D914B7">
        <w:rPr>
          <w:sz w:val="22"/>
        </w:rPr>
        <w:t xml:space="preserve"> </w:t>
      </w:r>
      <w:r w:rsidRPr="00D914B7">
        <w:rPr>
          <w:sz w:val="22"/>
          <w:rtl/>
        </w:rPr>
        <w:t>نهادها،</w:t>
      </w:r>
      <w:r w:rsidRPr="00D914B7">
        <w:rPr>
          <w:sz w:val="22"/>
        </w:rPr>
        <w:t xml:space="preserve"> </w:t>
      </w:r>
      <w:r w:rsidRPr="00D914B7">
        <w:rPr>
          <w:sz w:val="22"/>
          <w:rtl/>
        </w:rPr>
        <w:t>روش</w:t>
      </w:r>
      <w:r w:rsidRPr="00D914B7">
        <w:rPr>
          <w:sz w:val="22"/>
        </w:rPr>
        <w:t>‌</w:t>
      </w:r>
      <w:r w:rsidRPr="00D914B7">
        <w:rPr>
          <w:sz w:val="22"/>
          <w:rtl/>
        </w:rPr>
        <w:t>ها،</w:t>
      </w:r>
      <w:r w:rsidRPr="00D914B7">
        <w:rPr>
          <w:sz w:val="22"/>
        </w:rPr>
        <w:t xml:space="preserve"> </w:t>
      </w:r>
      <w:r w:rsidRPr="00D914B7">
        <w:rPr>
          <w:sz w:val="22"/>
          <w:rtl/>
        </w:rPr>
        <w:t>دانش</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کارکنانی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اداره</w:t>
      </w:r>
      <w:r w:rsidRPr="00D914B7">
        <w:rPr>
          <w:sz w:val="22"/>
        </w:rPr>
        <w:t xml:space="preserve"> </w:t>
      </w:r>
      <w:r w:rsidRPr="00D914B7">
        <w:rPr>
          <w:sz w:val="22"/>
          <w:rtl/>
        </w:rPr>
        <w:t>را</w:t>
      </w:r>
      <w:r w:rsidRPr="00D914B7">
        <w:rPr>
          <w:sz w:val="22"/>
        </w:rPr>
        <w:t xml:space="preserve"> </w:t>
      </w:r>
      <w:r w:rsidRPr="00D914B7">
        <w:rPr>
          <w:sz w:val="22"/>
          <w:rtl/>
        </w:rPr>
        <w:t>ممکن</w:t>
      </w:r>
      <w:r w:rsidRPr="00D914B7">
        <w:rPr>
          <w:sz w:val="22"/>
        </w:rPr>
        <w:t xml:space="preserve"> </w:t>
      </w:r>
      <w:r w:rsidRPr="00D914B7">
        <w:rPr>
          <w:sz w:val="22"/>
          <w:rtl/>
        </w:rPr>
        <w:t>می</w:t>
      </w:r>
      <w:r w:rsidRPr="00D914B7">
        <w:rPr>
          <w:sz w:val="22"/>
        </w:rPr>
        <w:t>‌</w:t>
      </w:r>
      <w:r w:rsidRPr="00D914B7">
        <w:rPr>
          <w:sz w:val="22"/>
          <w:rtl/>
        </w:rPr>
        <w:t>کنند</w:t>
      </w:r>
      <w:r>
        <w:rPr>
          <w:sz w:val="22"/>
          <w:rtl/>
        </w:rPr>
        <w:t>.</w:t>
      </w:r>
      <w:r w:rsidRPr="00D914B7">
        <w:rPr>
          <w:sz w:val="22"/>
        </w:rPr>
        <w:t xml:space="preserve"> </w:t>
      </w:r>
      <w:r w:rsidRPr="00D914B7">
        <w:rPr>
          <w:sz w:val="22"/>
          <w:rtl/>
        </w:rPr>
        <w:t>دین</w:t>
      </w:r>
      <w:r w:rsidRPr="00D914B7">
        <w:rPr>
          <w:sz w:val="22"/>
        </w:rPr>
        <w:t>‌</w:t>
      </w:r>
      <w:r w:rsidRPr="00D914B7">
        <w:rPr>
          <w:sz w:val="22"/>
          <w:rtl/>
        </w:rPr>
        <w:t>سالاری</w:t>
      </w:r>
      <w:r w:rsidRPr="00D914B7">
        <w:rPr>
          <w:sz w:val="22"/>
        </w:rPr>
        <w:t xml:space="preserve"> </w:t>
      </w:r>
      <w:r w:rsidRPr="00D914B7">
        <w:rPr>
          <w:sz w:val="22"/>
          <w:rtl/>
        </w:rPr>
        <w:t>نیز</w:t>
      </w:r>
      <w:r w:rsidRPr="00D914B7">
        <w:rPr>
          <w:sz w:val="22"/>
        </w:rPr>
        <w:t xml:space="preserve"> </w:t>
      </w:r>
      <w:r w:rsidRPr="00D914B7">
        <w:rPr>
          <w:sz w:val="22"/>
          <w:rtl/>
        </w:rPr>
        <w:t>صرفاً</w:t>
      </w:r>
      <w:r w:rsidRPr="00D914B7">
        <w:rPr>
          <w:sz w:val="22"/>
        </w:rPr>
        <w:t xml:space="preserve"> </w:t>
      </w:r>
      <w:r w:rsidRPr="00D914B7">
        <w:rPr>
          <w:sz w:val="22"/>
          <w:rtl/>
        </w:rPr>
        <w:t>حضور</w:t>
      </w:r>
      <w:r w:rsidRPr="00D914B7">
        <w:rPr>
          <w:sz w:val="22"/>
        </w:rPr>
        <w:t xml:space="preserve"> </w:t>
      </w:r>
      <w:r w:rsidRPr="00D914B7">
        <w:rPr>
          <w:sz w:val="22"/>
          <w:rtl/>
        </w:rPr>
        <w:t>چند</w:t>
      </w:r>
      <w:r w:rsidRPr="00D914B7">
        <w:rPr>
          <w:sz w:val="22"/>
        </w:rPr>
        <w:t xml:space="preserve"> </w:t>
      </w:r>
      <w:r w:rsidRPr="00D914B7">
        <w:rPr>
          <w:sz w:val="22"/>
          <w:rtl/>
        </w:rPr>
        <w:t>دینکار</w:t>
      </w:r>
      <w:r w:rsidRPr="00D914B7">
        <w:rPr>
          <w:sz w:val="22"/>
        </w:rPr>
        <w:t xml:space="preserve"> </w:t>
      </w:r>
      <w:r w:rsidRPr="00D914B7">
        <w:rPr>
          <w:sz w:val="22"/>
          <w:rtl/>
        </w:rPr>
        <w:t>در</w:t>
      </w:r>
      <w:r w:rsidRPr="00D914B7">
        <w:rPr>
          <w:sz w:val="22"/>
        </w:rPr>
        <w:t xml:space="preserve"> </w:t>
      </w:r>
      <w:r w:rsidRPr="00D914B7">
        <w:rPr>
          <w:sz w:val="22"/>
          <w:rtl/>
        </w:rPr>
        <w:t>حکومت</w:t>
      </w:r>
      <w:r w:rsidRPr="00D914B7">
        <w:rPr>
          <w:sz w:val="22"/>
        </w:rPr>
        <w:t xml:space="preserve"> </w:t>
      </w:r>
      <w:r w:rsidRPr="00D914B7">
        <w:rPr>
          <w:sz w:val="22"/>
          <w:rtl/>
        </w:rPr>
        <w:t>نیست؛</w:t>
      </w:r>
      <w:r w:rsidRPr="00D914B7">
        <w:rPr>
          <w:sz w:val="22"/>
        </w:rPr>
        <w:t xml:space="preserve"> </w:t>
      </w:r>
      <w:r w:rsidRPr="00D914B7">
        <w:rPr>
          <w:sz w:val="22"/>
          <w:rtl/>
        </w:rPr>
        <w:t>وضعیتی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آن</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و</w:t>
      </w:r>
      <w:r w:rsidRPr="00D914B7">
        <w:rPr>
          <w:sz w:val="22"/>
        </w:rPr>
        <w:t xml:space="preserve"> </w:t>
      </w:r>
      <w:r w:rsidRPr="00D914B7">
        <w:rPr>
          <w:sz w:val="22"/>
          <w:rtl/>
        </w:rPr>
        <w:t>قواعد</w:t>
      </w:r>
      <w:r w:rsidRPr="00D914B7">
        <w:rPr>
          <w:sz w:val="22"/>
        </w:rPr>
        <w:t xml:space="preserve"> </w:t>
      </w:r>
      <w:r w:rsidRPr="00D914B7">
        <w:rPr>
          <w:sz w:val="22"/>
          <w:rtl/>
        </w:rPr>
        <w:t>دینی</w:t>
      </w:r>
      <w:r w:rsidRPr="00D914B7">
        <w:rPr>
          <w:sz w:val="22"/>
        </w:rPr>
        <w:t xml:space="preserve"> </w:t>
      </w:r>
      <w:r w:rsidRPr="00D914B7">
        <w:rPr>
          <w:sz w:val="22"/>
          <w:rtl/>
        </w:rPr>
        <w:t>بر</w:t>
      </w:r>
      <w:r w:rsidRPr="00D914B7">
        <w:rPr>
          <w:sz w:val="22"/>
        </w:rPr>
        <w:t xml:space="preserve"> </w:t>
      </w:r>
      <w:r w:rsidRPr="00D914B7">
        <w:rPr>
          <w:sz w:val="22"/>
          <w:rtl/>
        </w:rPr>
        <w:t>تصمیم</w:t>
      </w:r>
      <w:r w:rsidRPr="00D914B7">
        <w:rPr>
          <w:sz w:val="22"/>
        </w:rPr>
        <w:t xml:space="preserve"> </w:t>
      </w:r>
      <w:r w:rsidRPr="00D914B7">
        <w:rPr>
          <w:sz w:val="22"/>
          <w:rtl/>
        </w:rPr>
        <w:t>سیاسی</w:t>
      </w:r>
      <w:r w:rsidRPr="00D914B7">
        <w:rPr>
          <w:sz w:val="22"/>
        </w:rPr>
        <w:t xml:space="preserve"> </w:t>
      </w:r>
      <w:r w:rsidRPr="00D914B7">
        <w:rPr>
          <w:sz w:val="22"/>
          <w:rtl/>
        </w:rPr>
        <w:t>حق</w:t>
      </w:r>
      <w:r w:rsidRPr="00D914B7">
        <w:rPr>
          <w:sz w:val="22"/>
        </w:rPr>
        <w:t xml:space="preserve"> </w:t>
      </w:r>
      <w:r w:rsidRPr="00D914B7">
        <w:rPr>
          <w:sz w:val="22"/>
          <w:rtl/>
        </w:rPr>
        <w:t>تقدم</w:t>
      </w:r>
      <w:r w:rsidRPr="00D914B7">
        <w:rPr>
          <w:sz w:val="22"/>
        </w:rPr>
        <w:t xml:space="preserve"> </w:t>
      </w:r>
      <w:r w:rsidRPr="00D914B7">
        <w:rPr>
          <w:sz w:val="22"/>
          <w:rtl/>
        </w:rPr>
        <w:t>می</w:t>
      </w:r>
      <w:r w:rsidRPr="00D914B7">
        <w:rPr>
          <w:sz w:val="22"/>
        </w:rPr>
        <w:t>‌</w:t>
      </w:r>
      <w:r w:rsidRPr="00D914B7">
        <w:rPr>
          <w:sz w:val="22"/>
          <w:rtl/>
        </w:rPr>
        <w:t>یابند</w:t>
      </w:r>
      <w:r>
        <w:rPr>
          <w:sz w:val="22"/>
          <w:rtl/>
        </w:rPr>
        <w:t>.</w:t>
      </w:r>
      <w:r w:rsidRPr="00D914B7">
        <w:rPr>
          <w:sz w:val="22"/>
        </w:rPr>
        <w:t xml:space="preserve"> </w:t>
      </w:r>
      <w:r w:rsidRPr="00D914B7">
        <w:rPr>
          <w:sz w:val="22"/>
          <w:rtl/>
        </w:rPr>
        <w:t>مردم</w:t>
      </w:r>
      <w:r w:rsidRPr="00D914B7">
        <w:rPr>
          <w:sz w:val="22"/>
        </w:rPr>
        <w:t>‌</w:t>
      </w:r>
      <w:r w:rsidRPr="00D914B7">
        <w:rPr>
          <w:sz w:val="22"/>
          <w:rtl/>
        </w:rPr>
        <w:t>سالاری</w:t>
      </w:r>
      <w:r w:rsidRPr="00D914B7">
        <w:rPr>
          <w:sz w:val="22"/>
        </w:rPr>
        <w:t xml:space="preserve"> </w:t>
      </w:r>
      <w:r w:rsidRPr="00D914B7">
        <w:rPr>
          <w:sz w:val="22"/>
          <w:rtl/>
        </w:rPr>
        <w:t>در</w:t>
      </w:r>
      <w:r w:rsidRPr="00D914B7">
        <w:rPr>
          <w:sz w:val="22"/>
        </w:rPr>
        <w:t xml:space="preserve"> </w:t>
      </w:r>
      <w:r w:rsidRPr="00D914B7">
        <w:rPr>
          <w:sz w:val="22"/>
          <w:rtl/>
        </w:rPr>
        <w:t>معنای</w:t>
      </w:r>
      <w:r w:rsidRPr="00D914B7">
        <w:rPr>
          <w:sz w:val="22"/>
        </w:rPr>
        <w:t xml:space="preserve"> </w:t>
      </w:r>
      <w:r w:rsidRPr="00D914B7">
        <w:rPr>
          <w:sz w:val="22"/>
          <w:rtl/>
        </w:rPr>
        <w:t>جدید</w:t>
      </w:r>
      <w:r w:rsidRPr="00D914B7">
        <w:rPr>
          <w:sz w:val="22"/>
        </w:rPr>
        <w:t xml:space="preserve"> </w:t>
      </w:r>
      <w:r w:rsidRPr="00D914B7">
        <w:rPr>
          <w:sz w:val="22"/>
          <w:rtl/>
        </w:rPr>
        <w:t>خود</w:t>
      </w:r>
      <w:r w:rsidRPr="00D914B7">
        <w:rPr>
          <w:sz w:val="22"/>
        </w:rPr>
        <w:t xml:space="preserve"> </w:t>
      </w:r>
      <w:r w:rsidRPr="00D914B7">
        <w:rPr>
          <w:sz w:val="22"/>
          <w:rtl/>
        </w:rPr>
        <w:t>باید</w:t>
      </w:r>
      <w:r w:rsidRPr="00D914B7">
        <w:rPr>
          <w:sz w:val="22"/>
        </w:rPr>
        <w:t xml:space="preserve"> </w:t>
      </w:r>
      <w:r w:rsidRPr="00D914B7">
        <w:rPr>
          <w:sz w:val="22"/>
          <w:rtl/>
        </w:rPr>
        <w:t>به</w:t>
      </w:r>
      <w:r w:rsidRPr="00D914B7">
        <w:rPr>
          <w:sz w:val="22"/>
        </w:rPr>
        <w:t xml:space="preserve"> </w:t>
      </w:r>
      <w:r w:rsidRPr="00D914B7">
        <w:rPr>
          <w:sz w:val="22"/>
          <w:rtl/>
        </w:rPr>
        <w:t>حاکمیت</w:t>
      </w:r>
      <w:r w:rsidRPr="00D914B7">
        <w:rPr>
          <w:sz w:val="22"/>
        </w:rPr>
        <w:t xml:space="preserve"> </w:t>
      </w:r>
      <w:r>
        <w:rPr>
          <w:rFonts w:hint="cs"/>
          <w:sz w:val="22"/>
          <w:rtl/>
        </w:rPr>
        <w:t>«</w:t>
      </w:r>
      <w:r w:rsidRPr="00D914B7">
        <w:rPr>
          <w:sz w:val="22"/>
          <w:rtl/>
        </w:rPr>
        <w:t>ملت</w:t>
      </w:r>
      <w:r>
        <w:rPr>
          <w:rFonts w:hint="cs"/>
          <w:sz w:val="22"/>
          <w:rtl/>
        </w:rPr>
        <w:t>»</w:t>
      </w:r>
      <w:r w:rsidRPr="00D914B7">
        <w:rPr>
          <w:sz w:val="22"/>
        </w:rPr>
        <w:t xml:space="preserve"> </w:t>
      </w:r>
      <w:r>
        <w:rPr>
          <w:rFonts w:hint="cs"/>
          <w:sz w:val="22"/>
          <w:rtl/>
        </w:rPr>
        <w:t>(</w:t>
      </w:r>
      <w:r w:rsidRPr="00D914B7">
        <w:rPr>
          <w:sz w:val="22"/>
          <w:rtl/>
        </w:rPr>
        <w:t>یعنی</w:t>
      </w:r>
      <w:r w:rsidRPr="00D914B7">
        <w:rPr>
          <w:sz w:val="22"/>
        </w:rPr>
        <w:t xml:space="preserve"> </w:t>
      </w:r>
      <w:r w:rsidRPr="00D914B7">
        <w:rPr>
          <w:sz w:val="22"/>
          <w:rtl/>
        </w:rPr>
        <w:t>جامعه</w:t>
      </w:r>
      <w:r>
        <w:rPr>
          <w:sz w:val="22"/>
          <w:rtl/>
        </w:rPr>
        <w:t>ء</w:t>
      </w:r>
      <w:r w:rsidRPr="00D914B7">
        <w:rPr>
          <w:sz w:val="22"/>
        </w:rPr>
        <w:t xml:space="preserve"> </w:t>
      </w:r>
      <w:r w:rsidRPr="00D914B7">
        <w:rPr>
          <w:sz w:val="22"/>
          <w:rtl/>
        </w:rPr>
        <w:t>شهروندان</w:t>
      </w:r>
      <w:r>
        <w:rPr>
          <w:rFonts w:hint="cs"/>
          <w:sz w:val="22"/>
          <w:rtl/>
        </w:rPr>
        <w:t>)</w:t>
      </w:r>
      <w:r w:rsidRPr="00D914B7">
        <w:rPr>
          <w:sz w:val="22"/>
        </w:rPr>
        <w:t xml:space="preserve"> </w:t>
      </w:r>
      <w:r w:rsidRPr="00D914B7">
        <w:rPr>
          <w:sz w:val="22"/>
          <w:rtl/>
        </w:rPr>
        <w:t>منتهی</w:t>
      </w:r>
      <w:r w:rsidRPr="00D914B7">
        <w:rPr>
          <w:sz w:val="22"/>
        </w:rPr>
        <w:t xml:space="preserve"> </w:t>
      </w:r>
      <w:r w:rsidRPr="00D914B7">
        <w:rPr>
          <w:sz w:val="22"/>
          <w:rtl/>
        </w:rPr>
        <w:t>شود</w:t>
      </w:r>
      <w:r w:rsidRPr="00D914B7">
        <w:rPr>
          <w:sz w:val="22"/>
        </w:rPr>
        <w:t xml:space="preserve"> </w:t>
      </w:r>
      <w:r w:rsidRPr="00D914B7">
        <w:rPr>
          <w:sz w:val="22"/>
          <w:rtl/>
        </w:rPr>
        <w:t>و</w:t>
      </w:r>
      <w:r w:rsidRPr="00D914B7">
        <w:rPr>
          <w:sz w:val="22"/>
        </w:rPr>
        <w:t xml:space="preserve"> </w:t>
      </w:r>
      <w:r w:rsidRPr="00D914B7">
        <w:rPr>
          <w:sz w:val="22"/>
          <w:rtl/>
        </w:rPr>
        <w:t>نه</w:t>
      </w:r>
      <w:r w:rsidRPr="00D914B7">
        <w:rPr>
          <w:sz w:val="22"/>
        </w:rPr>
        <w:t xml:space="preserve"> </w:t>
      </w:r>
      <w:r w:rsidRPr="00D914B7">
        <w:rPr>
          <w:sz w:val="22"/>
          <w:rtl/>
        </w:rPr>
        <w:t>به</w:t>
      </w:r>
      <w:r w:rsidRPr="00D914B7">
        <w:rPr>
          <w:sz w:val="22"/>
        </w:rPr>
        <w:t xml:space="preserve"> </w:t>
      </w:r>
      <w:r w:rsidRPr="00D914B7">
        <w:rPr>
          <w:sz w:val="22"/>
          <w:rtl/>
        </w:rPr>
        <w:t>استفاده</w:t>
      </w:r>
      <w:r>
        <w:rPr>
          <w:sz w:val="22"/>
          <w:rtl/>
        </w:rPr>
        <w:t>ء</w:t>
      </w:r>
      <w:r w:rsidRPr="00D914B7">
        <w:rPr>
          <w:sz w:val="22"/>
        </w:rPr>
        <w:t xml:space="preserve"> </w:t>
      </w:r>
      <w:r w:rsidRPr="00D914B7">
        <w:rPr>
          <w:sz w:val="22"/>
          <w:rtl/>
        </w:rPr>
        <w:t>مبهم</w:t>
      </w:r>
      <w:r w:rsidRPr="00D914B7">
        <w:rPr>
          <w:sz w:val="22"/>
        </w:rPr>
        <w:t xml:space="preserve"> </w:t>
      </w:r>
      <w:r w:rsidRPr="00D914B7">
        <w:rPr>
          <w:sz w:val="22"/>
          <w:rtl/>
        </w:rPr>
        <w:t>از</w:t>
      </w:r>
      <w:r w:rsidRPr="00D914B7">
        <w:rPr>
          <w:sz w:val="22"/>
        </w:rPr>
        <w:t xml:space="preserve"> </w:t>
      </w:r>
      <w:r w:rsidRPr="00D914B7">
        <w:rPr>
          <w:sz w:val="22"/>
          <w:rtl/>
        </w:rPr>
        <w:t>نام</w:t>
      </w:r>
      <w:r w:rsidRPr="00D914B7">
        <w:rPr>
          <w:sz w:val="22"/>
        </w:rPr>
        <w:t xml:space="preserve"> </w:t>
      </w:r>
      <w:r w:rsidRPr="00D914B7">
        <w:rPr>
          <w:sz w:val="22"/>
          <w:rtl/>
        </w:rPr>
        <w:t>مردم</w:t>
      </w:r>
      <w:r w:rsidRPr="00D914B7">
        <w:rPr>
          <w:sz w:val="22"/>
        </w:rPr>
        <w:t xml:space="preserve"> </w:t>
      </w:r>
      <w:r w:rsidRPr="00D914B7">
        <w:rPr>
          <w:sz w:val="22"/>
          <w:rtl/>
        </w:rPr>
        <w:t>برای</w:t>
      </w:r>
      <w:r w:rsidRPr="00D914B7">
        <w:rPr>
          <w:sz w:val="22"/>
        </w:rPr>
        <w:t xml:space="preserve"> </w:t>
      </w:r>
      <w:r w:rsidRPr="00D914B7">
        <w:rPr>
          <w:sz w:val="22"/>
          <w:rtl/>
        </w:rPr>
        <w:t>توجیه</w:t>
      </w:r>
      <w:r w:rsidRPr="00D914B7">
        <w:rPr>
          <w:sz w:val="22"/>
        </w:rPr>
        <w:t xml:space="preserve"> </w:t>
      </w:r>
      <w:r w:rsidRPr="00D914B7">
        <w:rPr>
          <w:sz w:val="22"/>
          <w:rtl/>
        </w:rPr>
        <w:t>قدرت</w:t>
      </w:r>
      <w:r w:rsidRPr="00D914B7">
        <w:rPr>
          <w:sz w:val="22"/>
        </w:rPr>
        <w:t xml:space="preserve"> </w:t>
      </w:r>
      <w:r w:rsidRPr="00D914B7">
        <w:rPr>
          <w:sz w:val="22"/>
          <w:rtl/>
        </w:rPr>
        <w:t>گروهی</w:t>
      </w:r>
      <w:r w:rsidRPr="00D914B7">
        <w:rPr>
          <w:sz w:val="22"/>
        </w:rPr>
        <w:t xml:space="preserve"> </w:t>
      </w:r>
      <w:r w:rsidRPr="00D914B7">
        <w:rPr>
          <w:sz w:val="22"/>
          <w:rtl/>
        </w:rPr>
        <w:t>خاص</w:t>
      </w:r>
      <w:r>
        <w:rPr>
          <w:sz w:val="22"/>
          <w:rtl/>
        </w:rPr>
        <w:t>.</w:t>
      </w:r>
    </w:p>
    <w:p w:rsidR="00987F03" w:rsidRPr="00D914B7" w:rsidRDefault="00987F03" w:rsidP="00987F03">
      <w:pPr>
        <w:bidi/>
        <w:ind w:firstLine="720"/>
        <w:rPr>
          <w:sz w:val="22"/>
        </w:rPr>
      </w:pPr>
      <w:r>
        <w:rPr>
          <w:rFonts w:hint="cs"/>
          <w:sz w:val="22"/>
          <w:rtl/>
        </w:rPr>
        <w:t>«</w:t>
      </w:r>
      <w:r w:rsidRPr="00D914B7">
        <w:rPr>
          <w:sz w:val="22"/>
          <w:rtl/>
        </w:rPr>
        <w:t>دینکاران</w:t>
      </w:r>
      <w:r>
        <w:rPr>
          <w:rFonts w:hint="cs"/>
          <w:sz w:val="22"/>
          <w:rtl/>
        </w:rPr>
        <w:t>»</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به</w:t>
      </w:r>
      <w:r w:rsidRPr="00D914B7">
        <w:rPr>
          <w:sz w:val="22"/>
        </w:rPr>
        <w:t xml:space="preserve"> </w:t>
      </w:r>
      <w:r w:rsidRPr="00D914B7">
        <w:rPr>
          <w:sz w:val="22"/>
          <w:rtl/>
        </w:rPr>
        <w:t>کسانی</w:t>
      </w:r>
      <w:r w:rsidRPr="00D914B7">
        <w:rPr>
          <w:sz w:val="22"/>
        </w:rPr>
        <w:t xml:space="preserve"> </w:t>
      </w:r>
      <w:r w:rsidRPr="00D914B7">
        <w:rPr>
          <w:sz w:val="22"/>
          <w:rtl/>
        </w:rPr>
        <w:t>گفته</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فعالیت</w:t>
      </w:r>
      <w:r w:rsidRPr="00D914B7">
        <w:rPr>
          <w:sz w:val="22"/>
        </w:rPr>
        <w:t xml:space="preserve"> </w:t>
      </w:r>
      <w:r w:rsidRPr="00D914B7">
        <w:rPr>
          <w:sz w:val="22"/>
          <w:rtl/>
        </w:rPr>
        <w:t>اصلی</w:t>
      </w:r>
      <w:r w:rsidRPr="00D914B7">
        <w:rPr>
          <w:sz w:val="22"/>
        </w:rPr>
        <w:t xml:space="preserve"> </w:t>
      </w:r>
      <w:r w:rsidRPr="00D914B7">
        <w:rPr>
          <w:sz w:val="22"/>
          <w:rtl/>
        </w:rPr>
        <w:t>و</w:t>
      </w:r>
      <w:r w:rsidRPr="00D914B7">
        <w:rPr>
          <w:sz w:val="22"/>
        </w:rPr>
        <w:t xml:space="preserve"> </w:t>
      </w:r>
      <w:r w:rsidRPr="00D914B7">
        <w:rPr>
          <w:sz w:val="22"/>
          <w:rtl/>
        </w:rPr>
        <w:t>جایگاه</w:t>
      </w:r>
      <w:r w:rsidRPr="00D914B7">
        <w:rPr>
          <w:sz w:val="22"/>
        </w:rPr>
        <w:t xml:space="preserve"> </w:t>
      </w:r>
      <w:r w:rsidRPr="00D914B7">
        <w:rPr>
          <w:sz w:val="22"/>
          <w:rtl/>
        </w:rPr>
        <w:t>اجتماعی</w:t>
      </w:r>
      <w:r w:rsidRPr="00D914B7">
        <w:rPr>
          <w:sz w:val="22"/>
        </w:rPr>
        <w:t>‌</w:t>
      </w:r>
      <w:r w:rsidRPr="00D914B7">
        <w:rPr>
          <w:sz w:val="22"/>
          <w:rtl/>
        </w:rPr>
        <w:t>شان</w:t>
      </w:r>
      <w:r w:rsidRPr="00D914B7">
        <w:rPr>
          <w:sz w:val="22"/>
        </w:rPr>
        <w:t xml:space="preserve"> </w:t>
      </w:r>
      <w:r w:rsidRPr="00D914B7">
        <w:rPr>
          <w:sz w:val="22"/>
          <w:rtl/>
        </w:rPr>
        <w:t>از</w:t>
      </w:r>
      <w:r w:rsidRPr="00D914B7">
        <w:rPr>
          <w:sz w:val="22"/>
        </w:rPr>
        <w:t xml:space="preserve"> </w:t>
      </w:r>
      <w:r w:rsidRPr="00D914B7">
        <w:rPr>
          <w:sz w:val="22"/>
          <w:rtl/>
        </w:rPr>
        <w:t>تخصص،</w:t>
      </w:r>
      <w:r w:rsidRPr="00D914B7">
        <w:rPr>
          <w:sz w:val="22"/>
        </w:rPr>
        <w:t xml:space="preserve"> </w:t>
      </w:r>
      <w:r w:rsidRPr="00D914B7">
        <w:rPr>
          <w:sz w:val="22"/>
          <w:rtl/>
        </w:rPr>
        <w:t>منصب</w:t>
      </w:r>
      <w:r w:rsidRPr="00D914B7">
        <w:rPr>
          <w:sz w:val="22"/>
        </w:rPr>
        <w:t xml:space="preserve"> </w:t>
      </w:r>
      <w:r w:rsidRPr="00D914B7">
        <w:rPr>
          <w:sz w:val="22"/>
          <w:rtl/>
        </w:rPr>
        <w:t>یا</w:t>
      </w:r>
      <w:r w:rsidRPr="00D914B7">
        <w:rPr>
          <w:sz w:val="22"/>
        </w:rPr>
        <w:t xml:space="preserve"> </w:t>
      </w:r>
      <w:r w:rsidRPr="00D914B7">
        <w:rPr>
          <w:sz w:val="22"/>
          <w:rtl/>
        </w:rPr>
        <w:t>اقتدار</w:t>
      </w:r>
      <w:r w:rsidRPr="00D914B7">
        <w:rPr>
          <w:sz w:val="22"/>
        </w:rPr>
        <w:t xml:space="preserve"> </w:t>
      </w:r>
      <w:r w:rsidRPr="00D914B7">
        <w:rPr>
          <w:sz w:val="22"/>
          <w:rtl/>
        </w:rPr>
        <w:t>دینی</w:t>
      </w:r>
      <w:r w:rsidRPr="00D914B7">
        <w:rPr>
          <w:sz w:val="22"/>
        </w:rPr>
        <w:t xml:space="preserve"> </w:t>
      </w:r>
      <w:r w:rsidRPr="00D914B7">
        <w:rPr>
          <w:sz w:val="22"/>
          <w:rtl/>
        </w:rPr>
        <w:t>ناشی</w:t>
      </w:r>
      <w:r w:rsidRPr="00D914B7">
        <w:rPr>
          <w:sz w:val="22"/>
        </w:rPr>
        <w:t xml:space="preserve"> </w:t>
      </w:r>
      <w:r w:rsidRPr="00D914B7">
        <w:rPr>
          <w:sz w:val="22"/>
          <w:rtl/>
        </w:rPr>
        <w:t>می</w:t>
      </w:r>
      <w:r w:rsidRPr="00D914B7">
        <w:rPr>
          <w:sz w:val="22"/>
        </w:rPr>
        <w:t>‌</w:t>
      </w:r>
      <w:r w:rsidRPr="00D914B7">
        <w:rPr>
          <w:sz w:val="22"/>
          <w:rtl/>
        </w:rPr>
        <w:t>شود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واژه</w:t>
      </w:r>
      <w:r w:rsidRPr="00D914B7">
        <w:rPr>
          <w:sz w:val="22"/>
        </w:rPr>
        <w:t xml:space="preserve"> </w:t>
      </w:r>
      <w:r w:rsidRPr="00D914B7">
        <w:rPr>
          <w:sz w:val="22"/>
          <w:rtl/>
        </w:rPr>
        <w:t>از</w:t>
      </w:r>
      <w:r w:rsidRPr="00D914B7">
        <w:rPr>
          <w:sz w:val="22"/>
        </w:rPr>
        <w:t xml:space="preserve"> </w:t>
      </w:r>
      <w:r>
        <w:rPr>
          <w:rFonts w:hint="cs"/>
          <w:sz w:val="22"/>
          <w:rtl/>
        </w:rPr>
        <w:t>«</w:t>
      </w:r>
      <w:r w:rsidRPr="00D914B7">
        <w:rPr>
          <w:sz w:val="22"/>
          <w:rtl/>
        </w:rPr>
        <w:t>روحانیت</w:t>
      </w:r>
      <w:r>
        <w:rPr>
          <w:rFonts w:hint="cs"/>
          <w:sz w:val="22"/>
          <w:rtl/>
        </w:rPr>
        <w:t xml:space="preserve">» </w:t>
      </w:r>
      <w:r w:rsidRPr="00D914B7">
        <w:rPr>
          <w:sz w:val="22"/>
          <w:rtl/>
        </w:rPr>
        <w:t>دقیق</w:t>
      </w:r>
      <w:r w:rsidRPr="00D914B7">
        <w:rPr>
          <w:sz w:val="22"/>
        </w:rPr>
        <w:t>‌</w:t>
      </w:r>
      <w:r w:rsidRPr="00D914B7">
        <w:rPr>
          <w:sz w:val="22"/>
          <w:rtl/>
        </w:rPr>
        <w:t>تر</w:t>
      </w:r>
      <w:r w:rsidRPr="00D914B7">
        <w:rPr>
          <w:sz w:val="22"/>
        </w:rPr>
        <w:t xml:space="preserve"> </w:t>
      </w:r>
      <w:r w:rsidRPr="00D914B7">
        <w:rPr>
          <w:sz w:val="22"/>
          <w:rtl/>
        </w:rPr>
        <w:t>است،</w:t>
      </w:r>
      <w:r w:rsidRPr="00D914B7">
        <w:rPr>
          <w:sz w:val="22"/>
        </w:rPr>
        <w:t xml:space="preserve"> </w:t>
      </w:r>
      <w:r w:rsidRPr="00D914B7">
        <w:rPr>
          <w:sz w:val="22"/>
          <w:rtl/>
        </w:rPr>
        <w:t>زیرا</w:t>
      </w:r>
      <w:r w:rsidRPr="00D914B7">
        <w:rPr>
          <w:sz w:val="22"/>
        </w:rPr>
        <w:t xml:space="preserve"> </w:t>
      </w:r>
      <w:r w:rsidRPr="00D914B7">
        <w:rPr>
          <w:sz w:val="22"/>
          <w:rtl/>
        </w:rPr>
        <w:t>وجود</w:t>
      </w:r>
      <w:r w:rsidRPr="00D914B7">
        <w:rPr>
          <w:sz w:val="22"/>
        </w:rPr>
        <w:t xml:space="preserve"> </w:t>
      </w:r>
      <w:r w:rsidRPr="00D914B7">
        <w:rPr>
          <w:sz w:val="22"/>
          <w:rtl/>
        </w:rPr>
        <w:t>جوهر</w:t>
      </w:r>
      <w:r w:rsidRPr="00D914B7">
        <w:rPr>
          <w:sz w:val="22"/>
        </w:rPr>
        <w:t xml:space="preserve"> </w:t>
      </w:r>
      <w:r w:rsidRPr="00D914B7">
        <w:rPr>
          <w:sz w:val="22"/>
          <w:rtl/>
        </w:rPr>
        <w:t>یا</w:t>
      </w:r>
      <w:r w:rsidRPr="00D914B7">
        <w:rPr>
          <w:sz w:val="22"/>
        </w:rPr>
        <w:t xml:space="preserve"> </w:t>
      </w:r>
      <w:r w:rsidRPr="00D914B7">
        <w:rPr>
          <w:sz w:val="22"/>
          <w:rtl/>
        </w:rPr>
        <w:t>طبقه</w:t>
      </w:r>
      <w:r w:rsidRPr="00D914B7">
        <w:rPr>
          <w:sz w:val="22"/>
        </w:rPr>
        <w:t>‌</w:t>
      </w:r>
      <w:r w:rsidRPr="00D914B7">
        <w:rPr>
          <w:sz w:val="22"/>
          <w:rtl/>
        </w:rPr>
        <w:t>ای</w:t>
      </w:r>
      <w:r w:rsidRPr="00D914B7">
        <w:rPr>
          <w:sz w:val="22"/>
        </w:rPr>
        <w:t xml:space="preserve"> </w:t>
      </w:r>
      <w:r w:rsidRPr="00D914B7">
        <w:rPr>
          <w:sz w:val="22"/>
          <w:rtl/>
        </w:rPr>
        <w:t>روحانی</w:t>
      </w:r>
      <w:r w:rsidRPr="00D914B7">
        <w:rPr>
          <w:sz w:val="22"/>
        </w:rPr>
        <w:t xml:space="preserve"> </w:t>
      </w:r>
      <w:r w:rsidRPr="00D914B7">
        <w:rPr>
          <w:sz w:val="22"/>
          <w:rtl/>
        </w:rPr>
        <w:t>را</w:t>
      </w:r>
      <w:r w:rsidRPr="00D914B7">
        <w:rPr>
          <w:sz w:val="22"/>
        </w:rPr>
        <w:t xml:space="preserve"> </w:t>
      </w:r>
      <w:r w:rsidRPr="00D914B7">
        <w:rPr>
          <w:sz w:val="22"/>
          <w:rtl/>
        </w:rPr>
        <w:t>پیش</w:t>
      </w:r>
      <w:r w:rsidRPr="00D914B7">
        <w:rPr>
          <w:sz w:val="22"/>
        </w:rPr>
        <w:t>‌</w:t>
      </w:r>
      <w:r w:rsidRPr="00D914B7">
        <w:rPr>
          <w:sz w:val="22"/>
          <w:rtl/>
        </w:rPr>
        <w:t>فرض</w:t>
      </w:r>
      <w:r w:rsidRPr="00D914B7">
        <w:rPr>
          <w:sz w:val="22"/>
        </w:rPr>
        <w:t xml:space="preserve"> </w:t>
      </w:r>
      <w:r w:rsidRPr="00D914B7">
        <w:rPr>
          <w:sz w:val="22"/>
          <w:rtl/>
        </w:rPr>
        <w:t>نمی</w:t>
      </w:r>
      <w:r w:rsidRPr="00D914B7">
        <w:rPr>
          <w:sz w:val="22"/>
        </w:rPr>
        <w:t>‌</w:t>
      </w:r>
      <w:r w:rsidRPr="00D914B7">
        <w:rPr>
          <w:sz w:val="22"/>
          <w:rtl/>
        </w:rPr>
        <w:t>گیرد</w:t>
      </w:r>
      <w:r w:rsidRPr="00D914B7">
        <w:rPr>
          <w:sz w:val="22"/>
        </w:rPr>
        <w:t xml:space="preserve"> </w:t>
      </w:r>
      <w:r w:rsidRPr="00D914B7">
        <w:rPr>
          <w:sz w:val="22"/>
          <w:rtl/>
        </w:rPr>
        <w:t>و</w:t>
      </w:r>
      <w:r w:rsidRPr="00D914B7">
        <w:rPr>
          <w:sz w:val="22"/>
        </w:rPr>
        <w:t xml:space="preserve"> </w:t>
      </w:r>
      <w:r w:rsidRPr="00D914B7">
        <w:rPr>
          <w:sz w:val="22"/>
          <w:rtl/>
        </w:rPr>
        <w:t>موبد،</w:t>
      </w:r>
      <w:r w:rsidRPr="00D914B7">
        <w:rPr>
          <w:sz w:val="22"/>
        </w:rPr>
        <w:t xml:space="preserve"> </w:t>
      </w:r>
      <w:r w:rsidRPr="00D914B7">
        <w:rPr>
          <w:sz w:val="22"/>
          <w:rtl/>
        </w:rPr>
        <w:t>کاهن،</w:t>
      </w:r>
      <w:r w:rsidRPr="00D914B7">
        <w:rPr>
          <w:sz w:val="22"/>
        </w:rPr>
        <w:t xml:space="preserve"> </w:t>
      </w:r>
      <w:r w:rsidRPr="00D914B7">
        <w:rPr>
          <w:sz w:val="22"/>
          <w:rtl/>
        </w:rPr>
        <w:t>فقیه،</w:t>
      </w:r>
      <w:r w:rsidRPr="00D914B7">
        <w:rPr>
          <w:sz w:val="22"/>
        </w:rPr>
        <w:t xml:space="preserve"> </w:t>
      </w:r>
      <w:r w:rsidRPr="00D914B7">
        <w:rPr>
          <w:sz w:val="22"/>
          <w:rtl/>
        </w:rPr>
        <w:t>مجتهد</w:t>
      </w:r>
      <w:r w:rsidRPr="00D914B7">
        <w:rPr>
          <w:sz w:val="22"/>
        </w:rPr>
        <w:t xml:space="preserve"> </w:t>
      </w:r>
      <w:r w:rsidRPr="00D914B7">
        <w:rPr>
          <w:sz w:val="22"/>
          <w:rtl/>
        </w:rPr>
        <w:t>و</w:t>
      </w:r>
      <w:r w:rsidRPr="00D914B7">
        <w:rPr>
          <w:sz w:val="22"/>
        </w:rPr>
        <w:t xml:space="preserve"> </w:t>
      </w:r>
      <w:r w:rsidRPr="00D914B7">
        <w:rPr>
          <w:sz w:val="22"/>
          <w:rtl/>
        </w:rPr>
        <w:t>دیگر</w:t>
      </w:r>
      <w:r w:rsidRPr="00D914B7">
        <w:rPr>
          <w:sz w:val="22"/>
        </w:rPr>
        <w:t xml:space="preserve"> </w:t>
      </w:r>
      <w:r w:rsidRPr="00D914B7">
        <w:rPr>
          <w:sz w:val="22"/>
          <w:rtl/>
        </w:rPr>
        <w:t>صاحبان</w:t>
      </w:r>
      <w:r w:rsidRPr="00D914B7">
        <w:rPr>
          <w:sz w:val="22"/>
        </w:rPr>
        <w:t xml:space="preserve"> </w:t>
      </w:r>
      <w:r w:rsidRPr="00D914B7">
        <w:rPr>
          <w:sz w:val="22"/>
          <w:rtl/>
        </w:rPr>
        <w:t>حرفه</w:t>
      </w:r>
      <w:r w:rsidRPr="00D914B7">
        <w:rPr>
          <w:sz w:val="22"/>
        </w:rPr>
        <w:t xml:space="preserve"> </w:t>
      </w:r>
      <w:r w:rsidRPr="00D914B7">
        <w:rPr>
          <w:sz w:val="22"/>
          <w:rtl/>
        </w:rPr>
        <w:t>و</w:t>
      </w:r>
      <w:r w:rsidRPr="00D914B7">
        <w:rPr>
          <w:sz w:val="22"/>
        </w:rPr>
        <w:t xml:space="preserve"> </w:t>
      </w:r>
      <w:r w:rsidRPr="00D914B7">
        <w:rPr>
          <w:sz w:val="22"/>
          <w:rtl/>
        </w:rPr>
        <w:t>اقتدار</w:t>
      </w:r>
      <w:r w:rsidRPr="00D914B7">
        <w:rPr>
          <w:sz w:val="22"/>
        </w:rPr>
        <w:t xml:space="preserve"> </w:t>
      </w:r>
      <w:r w:rsidRPr="00D914B7">
        <w:rPr>
          <w:sz w:val="22"/>
          <w:rtl/>
        </w:rPr>
        <w:t>دینی</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w:t>
      </w:r>
      <w:r w:rsidRPr="00D914B7">
        <w:rPr>
          <w:sz w:val="22"/>
        </w:rPr>
        <w:t xml:space="preserve"> </w:t>
      </w:r>
      <w:r w:rsidRPr="00D914B7">
        <w:rPr>
          <w:sz w:val="22"/>
          <w:rtl/>
        </w:rPr>
        <w:t>متفاوت</w:t>
      </w:r>
      <w:r w:rsidRPr="00D914B7">
        <w:rPr>
          <w:sz w:val="22"/>
        </w:rPr>
        <w:t xml:space="preserve"> </w:t>
      </w:r>
      <w:r w:rsidRPr="00D914B7">
        <w:rPr>
          <w:sz w:val="22"/>
          <w:rtl/>
        </w:rPr>
        <w:t>دربرمی</w:t>
      </w:r>
      <w:r w:rsidRPr="00D914B7">
        <w:rPr>
          <w:sz w:val="22"/>
        </w:rPr>
        <w:t>‌</w:t>
      </w:r>
      <w:r w:rsidRPr="00D914B7">
        <w:rPr>
          <w:sz w:val="22"/>
          <w:rtl/>
        </w:rPr>
        <w:t>گیرد</w:t>
      </w:r>
      <w:r>
        <w:rPr>
          <w:sz w:val="22"/>
          <w:rtl/>
        </w:rPr>
        <w:t>.</w:t>
      </w:r>
      <w:r w:rsidRPr="00D914B7">
        <w:rPr>
          <w:sz w:val="22"/>
        </w:rPr>
        <w:t xml:space="preserve"> </w:t>
      </w:r>
      <w:r w:rsidRPr="00D914B7">
        <w:rPr>
          <w:sz w:val="22"/>
          <w:rtl/>
        </w:rPr>
        <w:t>دینکار</w:t>
      </w:r>
      <w:r w:rsidRPr="00D914B7">
        <w:rPr>
          <w:sz w:val="22"/>
        </w:rPr>
        <w:t xml:space="preserve"> </w:t>
      </w:r>
      <w:r w:rsidRPr="00D914B7">
        <w:rPr>
          <w:sz w:val="22"/>
          <w:rtl/>
        </w:rPr>
        <w:t>با</w:t>
      </w:r>
      <w:r w:rsidRPr="00D914B7">
        <w:rPr>
          <w:sz w:val="22"/>
        </w:rPr>
        <w:t xml:space="preserve"> </w:t>
      </w:r>
      <w:r w:rsidRPr="00D914B7">
        <w:rPr>
          <w:sz w:val="22"/>
          <w:rtl/>
        </w:rPr>
        <w:t>مؤمن</w:t>
      </w:r>
      <w:r w:rsidRPr="00D914B7">
        <w:rPr>
          <w:sz w:val="22"/>
        </w:rPr>
        <w:t xml:space="preserve"> </w:t>
      </w:r>
      <w:r w:rsidRPr="00D914B7">
        <w:rPr>
          <w:sz w:val="22"/>
          <w:rtl/>
        </w:rPr>
        <w:t>یکسان</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میلیون</w:t>
      </w:r>
      <w:r w:rsidRPr="00D914B7">
        <w:rPr>
          <w:sz w:val="22"/>
        </w:rPr>
        <w:t>‌</w:t>
      </w:r>
      <w:r w:rsidRPr="00D914B7">
        <w:rPr>
          <w:sz w:val="22"/>
          <w:rtl/>
        </w:rPr>
        <w:t>ها</w:t>
      </w:r>
      <w:r w:rsidRPr="00D914B7">
        <w:rPr>
          <w:sz w:val="22"/>
        </w:rPr>
        <w:t xml:space="preserve"> </w:t>
      </w:r>
      <w:r w:rsidRPr="00D914B7">
        <w:rPr>
          <w:sz w:val="22"/>
          <w:rtl/>
        </w:rPr>
        <w:t>انسان</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دیندار</w:t>
      </w:r>
      <w:r w:rsidRPr="00D914B7">
        <w:rPr>
          <w:sz w:val="22"/>
        </w:rPr>
        <w:t xml:space="preserve"> </w:t>
      </w:r>
      <w:r w:rsidRPr="00D914B7">
        <w:rPr>
          <w:sz w:val="22"/>
          <w:rtl/>
        </w:rPr>
        <w:t>باشند</w:t>
      </w:r>
      <w:r w:rsidRPr="00D914B7">
        <w:rPr>
          <w:sz w:val="22"/>
        </w:rPr>
        <w:t xml:space="preserve"> </w:t>
      </w:r>
      <w:r w:rsidRPr="00D914B7">
        <w:rPr>
          <w:sz w:val="22"/>
          <w:rtl/>
        </w:rPr>
        <w:t>بی</w:t>
      </w:r>
      <w:r w:rsidRPr="00D914B7">
        <w:rPr>
          <w:sz w:val="22"/>
        </w:rPr>
        <w:t>‌</w:t>
      </w:r>
      <w:r w:rsidRPr="00D914B7">
        <w:rPr>
          <w:sz w:val="22"/>
          <w:rtl/>
        </w:rPr>
        <w:t>آنکه</w:t>
      </w:r>
      <w:r w:rsidRPr="00D914B7">
        <w:rPr>
          <w:sz w:val="22"/>
        </w:rPr>
        <w:t xml:space="preserve"> </w:t>
      </w:r>
      <w:r w:rsidRPr="00D914B7">
        <w:rPr>
          <w:sz w:val="22"/>
          <w:rtl/>
        </w:rPr>
        <w:t>عضو</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یا</w:t>
      </w:r>
      <w:r w:rsidRPr="00D914B7">
        <w:rPr>
          <w:sz w:val="22"/>
        </w:rPr>
        <w:t xml:space="preserve"> </w:t>
      </w:r>
      <w:r w:rsidRPr="00D914B7">
        <w:rPr>
          <w:sz w:val="22"/>
          <w:rtl/>
        </w:rPr>
        <w:t>صاحب</w:t>
      </w:r>
      <w:r w:rsidRPr="00D914B7">
        <w:rPr>
          <w:sz w:val="22"/>
        </w:rPr>
        <w:t xml:space="preserve"> </w:t>
      </w:r>
      <w:r w:rsidRPr="00D914B7">
        <w:rPr>
          <w:sz w:val="22"/>
          <w:rtl/>
        </w:rPr>
        <w:t>حق</w:t>
      </w:r>
      <w:r w:rsidRPr="00D914B7">
        <w:rPr>
          <w:sz w:val="22"/>
        </w:rPr>
        <w:t xml:space="preserve"> </w:t>
      </w:r>
      <w:r w:rsidRPr="00D914B7">
        <w:rPr>
          <w:sz w:val="22"/>
          <w:rtl/>
        </w:rPr>
        <w:t>تفسیر</w:t>
      </w:r>
      <w:r w:rsidRPr="00D914B7">
        <w:rPr>
          <w:sz w:val="22"/>
        </w:rPr>
        <w:t xml:space="preserve"> </w:t>
      </w:r>
      <w:r w:rsidRPr="00D914B7">
        <w:rPr>
          <w:sz w:val="22"/>
          <w:rtl/>
        </w:rPr>
        <w:t>و</w:t>
      </w:r>
      <w:r w:rsidRPr="00D914B7">
        <w:rPr>
          <w:sz w:val="22"/>
        </w:rPr>
        <w:t xml:space="preserve"> </w:t>
      </w:r>
      <w:r w:rsidRPr="00D914B7">
        <w:rPr>
          <w:sz w:val="22"/>
          <w:rtl/>
        </w:rPr>
        <w:t>فرمان</w:t>
      </w:r>
      <w:r w:rsidRPr="00D914B7">
        <w:rPr>
          <w:sz w:val="22"/>
        </w:rPr>
        <w:t xml:space="preserve"> </w:t>
      </w:r>
      <w:r w:rsidRPr="00D914B7">
        <w:rPr>
          <w:sz w:val="22"/>
          <w:rtl/>
        </w:rPr>
        <w:t>مذهبی</w:t>
      </w:r>
      <w:r w:rsidRPr="00D914B7">
        <w:rPr>
          <w:sz w:val="22"/>
        </w:rPr>
        <w:t xml:space="preserve"> </w:t>
      </w:r>
      <w:r w:rsidRPr="00D914B7">
        <w:rPr>
          <w:sz w:val="22"/>
          <w:rtl/>
        </w:rPr>
        <w:t>باشند</w:t>
      </w:r>
      <w:r>
        <w:rPr>
          <w:sz w:val="22"/>
          <w:rtl/>
        </w:rPr>
        <w:t>.</w:t>
      </w:r>
    </w:p>
    <w:p w:rsidR="00987F03" w:rsidRPr="00D914B7" w:rsidRDefault="00987F03" w:rsidP="00987F03">
      <w:pPr>
        <w:bidi/>
        <w:ind w:firstLine="720"/>
        <w:rPr>
          <w:sz w:val="22"/>
        </w:rPr>
      </w:pPr>
      <w:r>
        <w:rPr>
          <w:rFonts w:hint="cs"/>
          <w:sz w:val="22"/>
          <w:rtl/>
        </w:rPr>
        <w:t>«</w:t>
      </w:r>
      <w:r w:rsidRPr="00D914B7">
        <w:rPr>
          <w:sz w:val="22"/>
          <w:rtl/>
        </w:rPr>
        <w:t>شریعت</w:t>
      </w:r>
      <w:r>
        <w:rPr>
          <w:rFonts w:hint="cs"/>
          <w:sz w:val="22"/>
          <w:rtl/>
        </w:rPr>
        <w:t>»</w:t>
      </w:r>
      <w:r w:rsidRPr="00D914B7">
        <w:rPr>
          <w:sz w:val="22"/>
        </w:rPr>
        <w:t xml:space="preserve"> </w:t>
      </w:r>
      <w:r w:rsidRPr="00D914B7">
        <w:rPr>
          <w:sz w:val="22"/>
          <w:rtl/>
        </w:rPr>
        <w:t>نیز</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کتاب</w:t>
      </w:r>
      <w:r w:rsidRPr="00D914B7">
        <w:rPr>
          <w:sz w:val="22"/>
        </w:rPr>
        <w:t xml:space="preserve"> </w:t>
      </w:r>
      <w:r w:rsidRPr="00D914B7">
        <w:rPr>
          <w:sz w:val="22"/>
          <w:rtl/>
        </w:rPr>
        <w:t>با</w:t>
      </w:r>
      <w:r w:rsidRPr="00D914B7">
        <w:rPr>
          <w:sz w:val="22"/>
        </w:rPr>
        <w:t xml:space="preserve"> </w:t>
      </w:r>
      <w:r w:rsidRPr="00D914B7">
        <w:rPr>
          <w:sz w:val="22"/>
          <w:rtl/>
        </w:rPr>
        <w:t>ایمان</w:t>
      </w:r>
      <w:r w:rsidRPr="00D914B7">
        <w:rPr>
          <w:sz w:val="22"/>
        </w:rPr>
        <w:t xml:space="preserve"> </w:t>
      </w:r>
      <w:r w:rsidRPr="00D914B7">
        <w:rPr>
          <w:sz w:val="22"/>
          <w:rtl/>
        </w:rPr>
        <w:t>شخصی</w:t>
      </w:r>
      <w:r w:rsidRPr="00D914B7">
        <w:rPr>
          <w:sz w:val="22"/>
        </w:rPr>
        <w:t xml:space="preserve"> </w:t>
      </w:r>
      <w:r w:rsidRPr="00D914B7">
        <w:rPr>
          <w:sz w:val="22"/>
          <w:rtl/>
        </w:rPr>
        <w:t>یا</w:t>
      </w:r>
      <w:r w:rsidRPr="00D914B7">
        <w:rPr>
          <w:sz w:val="22"/>
        </w:rPr>
        <w:t xml:space="preserve"> </w:t>
      </w:r>
      <w:r w:rsidRPr="00D914B7">
        <w:rPr>
          <w:sz w:val="22"/>
          <w:rtl/>
        </w:rPr>
        <w:t>کلیت</w:t>
      </w:r>
      <w:r w:rsidRPr="00D914B7">
        <w:rPr>
          <w:sz w:val="22"/>
        </w:rPr>
        <w:t xml:space="preserve"> </w:t>
      </w:r>
      <w:r w:rsidRPr="00D914B7">
        <w:rPr>
          <w:sz w:val="22"/>
          <w:rtl/>
        </w:rPr>
        <w:t>دین</w:t>
      </w:r>
      <w:r w:rsidRPr="00D914B7">
        <w:rPr>
          <w:sz w:val="22"/>
        </w:rPr>
        <w:t xml:space="preserve"> </w:t>
      </w:r>
      <w:r w:rsidRPr="00D914B7">
        <w:rPr>
          <w:sz w:val="22"/>
          <w:rtl/>
        </w:rPr>
        <w:t>یکی</w:t>
      </w:r>
      <w:r w:rsidRPr="00D914B7">
        <w:rPr>
          <w:sz w:val="22"/>
        </w:rPr>
        <w:t xml:space="preserve"> </w:t>
      </w:r>
      <w:r w:rsidRPr="00D914B7">
        <w:rPr>
          <w:sz w:val="22"/>
          <w:rtl/>
        </w:rPr>
        <w:t>گرفته</w:t>
      </w:r>
      <w:r w:rsidRPr="00D914B7">
        <w:rPr>
          <w:sz w:val="22"/>
        </w:rPr>
        <w:t xml:space="preserve"> </w:t>
      </w:r>
      <w:r w:rsidRPr="00D914B7">
        <w:rPr>
          <w:sz w:val="22"/>
          <w:rtl/>
        </w:rPr>
        <w:t>نمی</w:t>
      </w:r>
      <w:r w:rsidRPr="00D914B7">
        <w:rPr>
          <w:sz w:val="22"/>
        </w:rPr>
        <w:t>‌</w:t>
      </w:r>
      <w:r w:rsidRPr="00D914B7">
        <w:rPr>
          <w:sz w:val="22"/>
          <w:rtl/>
        </w:rPr>
        <w:t>شود</w:t>
      </w:r>
      <w:r>
        <w:rPr>
          <w:sz w:val="22"/>
          <w:rtl/>
        </w:rPr>
        <w:t>.</w:t>
      </w:r>
      <w:r w:rsidRPr="00D914B7">
        <w:rPr>
          <w:sz w:val="22"/>
        </w:rPr>
        <w:t xml:space="preserve"> </w:t>
      </w:r>
      <w:r w:rsidRPr="00D914B7">
        <w:rPr>
          <w:sz w:val="22"/>
          <w:rtl/>
        </w:rPr>
        <w:t>مقصود</w:t>
      </w:r>
      <w:r w:rsidRPr="00D914B7">
        <w:rPr>
          <w:sz w:val="22"/>
        </w:rPr>
        <w:t xml:space="preserve"> </w:t>
      </w:r>
      <w:r w:rsidRPr="00D914B7">
        <w:rPr>
          <w:sz w:val="22"/>
          <w:rtl/>
        </w:rPr>
        <w:t>نظامی</w:t>
      </w:r>
      <w:r w:rsidRPr="00D914B7">
        <w:rPr>
          <w:sz w:val="22"/>
        </w:rPr>
        <w:t xml:space="preserve"> </w:t>
      </w:r>
      <w:r w:rsidRPr="00D914B7">
        <w:rPr>
          <w:sz w:val="22"/>
          <w:rtl/>
        </w:rPr>
        <w:t>از</w:t>
      </w:r>
      <w:r w:rsidRPr="00D914B7">
        <w:rPr>
          <w:sz w:val="22"/>
        </w:rPr>
        <w:t xml:space="preserve"> </w:t>
      </w:r>
      <w:r w:rsidRPr="00D914B7">
        <w:rPr>
          <w:sz w:val="22"/>
          <w:rtl/>
        </w:rPr>
        <w:t>قواعد</w:t>
      </w:r>
      <w:r w:rsidRPr="00D914B7">
        <w:rPr>
          <w:sz w:val="22"/>
        </w:rPr>
        <w:t xml:space="preserve"> </w:t>
      </w:r>
      <w:r w:rsidRPr="00D914B7">
        <w:rPr>
          <w:sz w:val="22"/>
          <w:rtl/>
        </w:rPr>
        <w:t>و</w:t>
      </w:r>
      <w:r w:rsidRPr="00D914B7">
        <w:rPr>
          <w:sz w:val="22"/>
        </w:rPr>
        <w:t xml:space="preserve"> </w:t>
      </w:r>
      <w:r w:rsidRPr="00D914B7">
        <w:rPr>
          <w:sz w:val="22"/>
          <w:rtl/>
        </w:rPr>
        <w:t>احکام</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حقانیت</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حقیقتی</w:t>
      </w:r>
      <w:r w:rsidRPr="00D914B7">
        <w:rPr>
          <w:sz w:val="22"/>
        </w:rPr>
        <w:t xml:space="preserve"> </w:t>
      </w:r>
      <w:r w:rsidRPr="00D914B7">
        <w:rPr>
          <w:sz w:val="22"/>
          <w:rtl/>
        </w:rPr>
        <w:t>قدسی</w:t>
      </w:r>
      <w:r w:rsidRPr="00D914B7">
        <w:rPr>
          <w:sz w:val="22"/>
        </w:rPr>
        <w:t xml:space="preserve"> </w:t>
      </w:r>
      <w:r w:rsidRPr="00D914B7">
        <w:rPr>
          <w:sz w:val="22"/>
          <w:rtl/>
        </w:rPr>
        <w:t>و</w:t>
      </w:r>
      <w:r w:rsidRPr="00D914B7">
        <w:rPr>
          <w:sz w:val="22"/>
        </w:rPr>
        <w:t xml:space="preserve"> </w:t>
      </w:r>
      <w:r w:rsidRPr="00D914B7">
        <w:rPr>
          <w:sz w:val="22"/>
          <w:rtl/>
        </w:rPr>
        <w:t>فراتر</w:t>
      </w:r>
      <w:r w:rsidRPr="00D914B7">
        <w:rPr>
          <w:sz w:val="22"/>
        </w:rPr>
        <w:t xml:space="preserve"> </w:t>
      </w:r>
      <w:r w:rsidRPr="00D914B7">
        <w:rPr>
          <w:sz w:val="22"/>
          <w:rtl/>
        </w:rPr>
        <w:t>از</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انسان</w:t>
      </w:r>
      <w:r w:rsidRPr="00D914B7">
        <w:rPr>
          <w:sz w:val="22"/>
        </w:rPr>
        <w:t xml:space="preserve"> </w:t>
      </w:r>
      <w:r w:rsidRPr="00D914B7">
        <w:rPr>
          <w:sz w:val="22"/>
          <w:rtl/>
        </w:rPr>
        <w:t>نسبت</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و</w:t>
      </w:r>
      <w:r w:rsidRPr="00D914B7">
        <w:rPr>
          <w:sz w:val="22"/>
        </w:rPr>
        <w:t xml:space="preserve"> </w:t>
      </w:r>
      <w:r w:rsidRPr="00D914B7">
        <w:rPr>
          <w:sz w:val="22"/>
          <w:rtl/>
        </w:rPr>
        <w:t>مدعی</w:t>
      </w:r>
      <w:r w:rsidRPr="00D914B7">
        <w:rPr>
          <w:sz w:val="22"/>
        </w:rPr>
        <w:t xml:space="preserve"> </w:t>
      </w:r>
      <w:r w:rsidRPr="00D914B7">
        <w:rPr>
          <w:sz w:val="22"/>
          <w:rtl/>
        </w:rPr>
        <w:t>تنظیم</w:t>
      </w:r>
      <w:r w:rsidRPr="00D914B7">
        <w:rPr>
          <w:sz w:val="22"/>
        </w:rPr>
        <w:t xml:space="preserve"> </w:t>
      </w:r>
      <w:r w:rsidRPr="00D914B7">
        <w:rPr>
          <w:sz w:val="22"/>
          <w:rtl/>
        </w:rPr>
        <w:t>بخش</w:t>
      </w:r>
      <w:r w:rsidRPr="00D914B7">
        <w:rPr>
          <w:sz w:val="22"/>
        </w:rPr>
        <w:t>‌</w:t>
      </w:r>
      <w:r w:rsidRPr="00D914B7">
        <w:rPr>
          <w:sz w:val="22"/>
          <w:rtl/>
        </w:rPr>
        <w:t>هایی</w:t>
      </w:r>
      <w:r w:rsidRPr="00D914B7">
        <w:rPr>
          <w:sz w:val="22"/>
        </w:rPr>
        <w:t xml:space="preserve"> </w:t>
      </w:r>
      <w:r w:rsidRPr="00D914B7">
        <w:rPr>
          <w:sz w:val="22"/>
          <w:rtl/>
        </w:rPr>
        <w:t>از</w:t>
      </w:r>
      <w:r w:rsidRPr="00D914B7">
        <w:rPr>
          <w:sz w:val="22"/>
        </w:rPr>
        <w:t xml:space="preserve"> </w:t>
      </w:r>
      <w:r w:rsidRPr="00D914B7">
        <w:rPr>
          <w:sz w:val="22"/>
          <w:rtl/>
        </w:rPr>
        <w:t>زندگی</w:t>
      </w:r>
      <w:r w:rsidRPr="00D914B7">
        <w:rPr>
          <w:sz w:val="22"/>
        </w:rPr>
        <w:t xml:space="preserve"> </w:t>
      </w:r>
      <w:r w:rsidRPr="00D914B7">
        <w:rPr>
          <w:sz w:val="22"/>
          <w:rtl/>
        </w:rPr>
        <w:t>فردی</w:t>
      </w:r>
      <w:r w:rsidRPr="00D914B7">
        <w:rPr>
          <w:sz w:val="22"/>
        </w:rPr>
        <w:t xml:space="preserve"> </w:t>
      </w:r>
      <w:r w:rsidRPr="00D914B7">
        <w:rPr>
          <w:sz w:val="22"/>
          <w:rtl/>
        </w:rPr>
        <w:t>و</w:t>
      </w:r>
      <w:r w:rsidRPr="00D914B7">
        <w:rPr>
          <w:sz w:val="22"/>
        </w:rPr>
        <w:t xml:space="preserve"> </w:t>
      </w:r>
      <w:r w:rsidRPr="00D914B7">
        <w:rPr>
          <w:sz w:val="22"/>
          <w:rtl/>
        </w:rPr>
        <w:t>اجتماعی</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فقه</w:t>
      </w:r>
      <w:r w:rsidRPr="00D914B7">
        <w:rPr>
          <w:sz w:val="22"/>
        </w:rPr>
        <w:t xml:space="preserve"> </w:t>
      </w:r>
      <w:r w:rsidRPr="00D914B7">
        <w:rPr>
          <w:sz w:val="22"/>
          <w:rtl/>
        </w:rPr>
        <w:t>و</w:t>
      </w:r>
      <w:r w:rsidRPr="00D914B7">
        <w:rPr>
          <w:sz w:val="22"/>
        </w:rPr>
        <w:t xml:space="preserve"> </w:t>
      </w:r>
      <w:r w:rsidRPr="00D914B7">
        <w:rPr>
          <w:sz w:val="22"/>
          <w:rtl/>
        </w:rPr>
        <w:t>دینکاران</w:t>
      </w:r>
      <w:r w:rsidRPr="00D914B7">
        <w:rPr>
          <w:sz w:val="22"/>
        </w:rPr>
        <w:t xml:space="preserve"> </w:t>
      </w:r>
      <w:r w:rsidRPr="00D914B7">
        <w:rPr>
          <w:sz w:val="22"/>
          <w:rtl/>
        </w:rPr>
        <w:t>در</w:t>
      </w:r>
      <w:r w:rsidRPr="00D914B7">
        <w:rPr>
          <w:sz w:val="22"/>
        </w:rPr>
        <w:t xml:space="preserve"> </w:t>
      </w:r>
      <w:r w:rsidRPr="00D914B7">
        <w:rPr>
          <w:sz w:val="22"/>
          <w:rtl/>
        </w:rPr>
        <w:t>طول</w:t>
      </w:r>
      <w:r w:rsidRPr="00D914B7">
        <w:rPr>
          <w:sz w:val="22"/>
        </w:rPr>
        <w:t xml:space="preserve"> </w:t>
      </w:r>
      <w:r w:rsidRPr="00D914B7">
        <w:rPr>
          <w:sz w:val="22"/>
          <w:rtl/>
        </w:rPr>
        <w:t>تاریخ</w:t>
      </w:r>
      <w:r w:rsidRPr="00D914B7">
        <w:rPr>
          <w:sz w:val="22"/>
        </w:rPr>
        <w:t xml:space="preserve"> </w:t>
      </w:r>
      <w:r w:rsidRPr="00D914B7">
        <w:rPr>
          <w:sz w:val="22"/>
          <w:rtl/>
        </w:rPr>
        <w:t>ابزارهایی</w:t>
      </w:r>
      <w:r w:rsidRPr="00D914B7">
        <w:rPr>
          <w:sz w:val="22"/>
        </w:rPr>
        <w:t xml:space="preserve"> </w:t>
      </w:r>
      <w:r w:rsidRPr="00D914B7">
        <w:rPr>
          <w:sz w:val="22"/>
          <w:rtl/>
        </w:rPr>
        <w:t>برای</w:t>
      </w:r>
      <w:r w:rsidRPr="00D914B7">
        <w:rPr>
          <w:sz w:val="22"/>
        </w:rPr>
        <w:t xml:space="preserve"> </w:t>
      </w:r>
      <w:r w:rsidRPr="00D914B7">
        <w:rPr>
          <w:sz w:val="22"/>
          <w:rtl/>
        </w:rPr>
        <w:t>تفسیر</w:t>
      </w:r>
      <w:r w:rsidRPr="00D914B7">
        <w:rPr>
          <w:sz w:val="22"/>
        </w:rPr>
        <w:t xml:space="preserve"> </w:t>
      </w:r>
      <w:r w:rsidRPr="00D914B7">
        <w:rPr>
          <w:sz w:val="22"/>
          <w:rtl/>
        </w:rPr>
        <w:t>و</w:t>
      </w:r>
      <w:r w:rsidRPr="00D914B7">
        <w:rPr>
          <w:sz w:val="22"/>
        </w:rPr>
        <w:t xml:space="preserve"> </w:t>
      </w:r>
      <w:r w:rsidRPr="00D914B7">
        <w:rPr>
          <w:sz w:val="22"/>
          <w:rtl/>
        </w:rPr>
        <w:t>سازگاری</w:t>
      </w:r>
      <w:r w:rsidRPr="00D914B7">
        <w:rPr>
          <w:sz w:val="22"/>
        </w:rPr>
        <w:t xml:space="preserve"> </w:t>
      </w:r>
      <w:r w:rsidRPr="00D914B7">
        <w:rPr>
          <w:sz w:val="22"/>
          <w:rtl/>
        </w:rPr>
        <w:t>با</w:t>
      </w:r>
      <w:r w:rsidRPr="00D914B7">
        <w:rPr>
          <w:sz w:val="22"/>
        </w:rPr>
        <w:t xml:space="preserve"> </w:t>
      </w:r>
      <w:r w:rsidRPr="00D914B7">
        <w:rPr>
          <w:sz w:val="22"/>
          <w:rtl/>
        </w:rPr>
        <w:t>شرایط</w:t>
      </w:r>
      <w:r w:rsidRPr="00D914B7">
        <w:rPr>
          <w:sz w:val="22"/>
        </w:rPr>
        <w:t xml:space="preserve"> </w:t>
      </w:r>
      <w:r w:rsidRPr="00D914B7">
        <w:rPr>
          <w:sz w:val="22"/>
          <w:rtl/>
        </w:rPr>
        <w:t>تازه</w:t>
      </w:r>
      <w:r w:rsidRPr="00D914B7">
        <w:rPr>
          <w:sz w:val="22"/>
        </w:rPr>
        <w:t xml:space="preserve"> </w:t>
      </w:r>
      <w:r w:rsidRPr="00D914B7">
        <w:rPr>
          <w:sz w:val="22"/>
          <w:rtl/>
        </w:rPr>
        <w:t>ساخته</w:t>
      </w:r>
      <w:r w:rsidRPr="00D914B7">
        <w:rPr>
          <w:sz w:val="22"/>
        </w:rPr>
        <w:t>‌</w:t>
      </w:r>
      <w:r w:rsidRPr="00D914B7">
        <w:rPr>
          <w:sz w:val="22"/>
          <w:rtl/>
        </w:rPr>
        <w:t>اند،</w:t>
      </w:r>
      <w:r w:rsidRPr="00D914B7">
        <w:rPr>
          <w:sz w:val="22"/>
        </w:rPr>
        <w:t xml:space="preserve"> </w:t>
      </w:r>
      <w:r w:rsidRPr="00D914B7">
        <w:rPr>
          <w:sz w:val="22"/>
          <w:rtl/>
        </w:rPr>
        <w:t>اما</w:t>
      </w:r>
      <w:r w:rsidRPr="00D914B7">
        <w:rPr>
          <w:sz w:val="22"/>
        </w:rPr>
        <w:t xml:space="preserve"> </w:t>
      </w:r>
      <w:r w:rsidRPr="00D914B7">
        <w:rPr>
          <w:sz w:val="22"/>
          <w:rtl/>
        </w:rPr>
        <w:t>همین</w:t>
      </w:r>
      <w:r w:rsidRPr="00D914B7">
        <w:rPr>
          <w:sz w:val="22"/>
        </w:rPr>
        <w:t xml:space="preserve"> </w:t>
      </w:r>
      <w:r w:rsidRPr="00D914B7">
        <w:rPr>
          <w:sz w:val="22"/>
          <w:rtl/>
        </w:rPr>
        <w:t>سازگاری</w:t>
      </w:r>
      <w:r w:rsidRPr="00D914B7">
        <w:rPr>
          <w:sz w:val="22"/>
        </w:rPr>
        <w:t xml:space="preserve"> </w:t>
      </w:r>
      <w:r w:rsidRPr="00D914B7">
        <w:rPr>
          <w:sz w:val="22"/>
          <w:rtl/>
        </w:rPr>
        <w:t>غالباً</w:t>
      </w:r>
      <w:r w:rsidRPr="00D914B7">
        <w:rPr>
          <w:sz w:val="22"/>
        </w:rPr>
        <w:t xml:space="preserve"> </w:t>
      </w:r>
      <w:r w:rsidRPr="00D914B7">
        <w:rPr>
          <w:sz w:val="22"/>
          <w:rtl/>
        </w:rPr>
        <w:t>اختیار</w:t>
      </w:r>
      <w:r w:rsidRPr="00D914B7">
        <w:rPr>
          <w:sz w:val="22"/>
        </w:rPr>
        <w:t xml:space="preserve"> </w:t>
      </w:r>
      <w:r w:rsidRPr="00D914B7">
        <w:rPr>
          <w:sz w:val="22"/>
          <w:rtl/>
        </w:rPr>
        <w:t>تغییر</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انحصار</w:t>
      </w:r>
      <w:r w:rsidRPr="00D914B7">
        <w:rPr>
          <w:sz w:val="22"/>
        </w:rPr>
        <w:t xml:space="preserve"> </w:t>
      </w:r>
      <w:r w:rsidRPr="00D914B7">
        <w:rPr>
          <w:sz w:val="22"/>
          <w:rtl/>
        </w:rPr>
        <w:t>متخصصان</w:t>
      </w:r>
      <w:r w:rsidRPr="00D914B7">
        <w:rPr>
          <w:sz w:val="22"/>
        </w:rPr>
        <w:t xml:space="preserve"> </w:t>
      </w:r>
      <w:r w:rsidRPr="00D914B7">
        <w:rPr>
          <w:sz w:val="22"/>
          <w:rtl/>
        </w:rPr>
        <w:t>دینی</w:t>
      </w:r>
      <w:r w:rsidRPr="00D914B7">
        <w:rPr>
          <w:sz w:val="22"/>
        </w:rPr>
        <w:t xml:space="preserve"> </w:t>
      </w:r>
      <w:r w:rsidRPr="00D914B7">
        <w:rPr>
          <w:sz w:val="22"/>
          <w:rtl/>
        </w:rPr>
        <w:t>نگاه</w:t>
      </w:r>
      <w:r w:rsidRPr="00D914B7">
        <w:rPr>
          <w:sz w:val="22"/>
        </w:rPr>
        <w:t xml:space="preserve"> </w:t>
      </w:r>
      <w:r w:rsidRPr="00D914B7">
        <w:rPr>
          <w:sz w:val="22"/>
          <w:rtl/>
        </w:rPr>
        <w:t>داشته</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Pr>
          <w:rFonts w:hint="cs"/>
          <w:sz w:val="22"/>
          <w:rtl/>
        </w:rPr>
        <w:t>«</w:t>
      </w:r>
      <w:r w:rsidRPr="00D914B7">
        <w:rPr>
          <w:sz w:val="22"/>
          <w:rtl/>
        </w:rPr>
        <w:t>سکولار</w:t>
      </w:r>
      <w:r>
        <w:rPr>
          <w:rFonts w:hint="cs"/>
          <w:sz w:val="22"/>
          <w:rtl/>
        </w:rPr>
        <w:t>یسم» و «سکولاریسم نو»</w:t>
      </w:r>
      <w:r w:rsidRPr="00D914B7">
        <w:rPr>
          <w:sz w:val="22"/>
        </w:rPr>
        <w:t xml:space="preserve"> </w:t>
      </w:r>
      <w:r w:rsidRPr="00D914B7">
        <w:rPr>
          <w:sz w:val="22"/>
          <w:rtl/>
        </w:rPr>
        <w:t>به</w:t>
      </w:r>
      <w:r w:rsidRPr="00D914B7">
        <w:rPr>
          <w:sz w:val="22"/>
        </w:rPr>
        <w:t xml:space="preserve"> </w:t>
      </w:r>
      <w:r w:rsidRPr="00D914B7">
        <w:rPr>
          <w:sz w:val="22"/>
          <w:rtl/>
        </w:rPr>
        <w:t>معنای</w:t>
      </w:r>
      <w:r w:rsidRPr="00D914B7">
        <w:rPr>
          <w:sz w:val="22"/>
        </w:rPr>
        <w:t xml:space="preserve"> </w:t>
      </w:r>
      <w:r w:rsidRPr="00D914B7">
        <w:rPr>
          <w:sz w:val="22"/>
          <w:rtl/>
        </w:rPr>
        <w:t>دشمنی</w:t>
      </w:r>
      <w:r w:rsidRPr="00D914B7">
        <w:rPr>
          <w:sz w:val="22"/>
        </w:rPr>
        <w:t xml:space="preserve"> </w:t>
      </w:r>
      <w:r w:rsidRPr="00D914B7">
        <w:rPr>
          <w:sz w:val="22"/>
          <w:rtl/>
        </w:rPr>
        <w:t>با</w:t>
      </w:r>
      <w:r w:rsidRPr="00D914B7">
        <w:rPr>
          <w:sz w:val="22"/>
        </w:rPr>
        <w:t xml:space="preserve"> </w:t>
      </w:r>
      <w:r w:rsidRPr="00D914B7">
        <w:rPr>
          <w:sz w:val="22"/>
          <w:rtl/>
        </w:rPr>
        <w:t>دین</w:t>
      </w:r>
      <w:r w:rsidRPr="00D914B7">
        <w:rPr>
          <w:sz w:val="22"/>
        </w:rPr>
        <w:t xml:space="preserve"> </w:t>
      </w:r>
      <w:r w:rsidRPr="00D914B7">
        <w:rPr>
          <w:sz w:val="22"/>
          <w:rtl/>
        </w:rPr>
        <w:t>یا</w:t>
      </w:r>
      <w:r w:rsidRPr="00D914B7">
        <w:rPr>
          <w:sz w:val="22"/>
        </w:rPr>
        <w:t xml:space="preserve"> </w:t>
      </w:r>
      <w:r w:rsidRPr="00D914B7">
        <w:rPr>
          <w:sz w:val="22"/>
          <w:rtl/>
        </w:rPr>
        <w:t>نفی</w:t>
      </w:r>
      <w:r w:rsidRPr="00D914B7">
        <w:rPr>
          <w:sz w:val="22"/>
        </w:rPr>
        <w:t xml:space="preserve"> </w:t>
      </w:r>
      <w:r w:rsidRPr="00D914B7">
        <w:rPr>
          <w:sz w:val="22"/>
          <w:rtl/>
        </w:rPr>
        <w:t>آزادی</w:t>
      </w:r>
      <w:r w:rsidRPr="00D914B7">
        <w:rPr>
          <w:sz w:val="22"/>
        </w:rPr>
        <w:t xml:space="preserve"> </w:t>
      </w:r>
      <w:r w:rsidRPr="00D914B7">
        <w:rPr>
          <w:sz w:val="22"/>
          <w:rtl/>
        </w:rPr>
        <w:t>باور</w:t>
      </w:r>
      <w:r w:rsidRPr="00D914B7">
        <w:rPr>
          <w:sz w:val="22"/>
        </w:rPr>
        <w:t xml:space="preserve"> </w:t>
      </w:r>
      <w:r w:rsidRPr="00D914B7">
        <w:rPr>
          <w:sz w:val="22"/>
          <w:rtl/>
        </w:rPr>
        <w:t>نیست</w:t>
      </w:r>
      <w:r>
        <w:rPr>
          <w:rFonts w:hint="cs"/>
          <w:sz w:val="22"/>
          <w:rtl/>
        </w:rPr>
        <w:t>ند</w:t>
      </w:r>
      <w:r>
        <w:rPr>
          <w:sz w:val="22"/>
          <w:rtl/>
        </w:rPr>
        <w:t>.</w:t>
      </w:r>
      <w:r w:rsidRPr="00D914B7">
        <w:rPr>
          <w:sz w:val="22"/>
        </w:rPr>
        <w:t xml:space="preserve"> </w:t>
      </w:r>
      <w:r w:rsidRPr="00D914B7">
        <w:rPr>
          <w:sz w:val="22"/>
          <w:rtl/>
        </w:rPr>
        <w:t>سکولارکردن</w:t>
      </w:r>
      <w:r w:rsidRPr="00D914B7">
        <w:rPr>
          <w:sz w:val="22"/>
        </w:rPr>
        <w:t xml:space="preserve"> </w:t>
      </w:r>
      <w:r w:rsidRPr="00D914B7">
        <w:rPr>
          <w:sz w:val="22"/>
          <w:rtl/>
        </w:rPr>
        <w:t>حکومت</w:t>
      </w:r>
      <w:r w:rsidRPr="00D914B7">
        <w:rPr>
          <w:sz w:val="22"/>
        </w:rPr>
        <w:t xml:space="preserve"> </w:t>
      </w:r>
      <w:r w:rsidRPr="00D914B7">
        <w:rPr>
          <w:sz w:val="22"/>
          <w:rtl/>
        </w:rPr>
        <w:t>یعنی</w:t>
      </w:r>
      <w:r w:rsidRPr="00D914B7">
        <w:rPr>
          <w:sz w:val="22"/>
        </w:rPr>
        <w:t xml:space="preserve"> </w:t>
      </w:r>
      <w:r w:rsidRPr="00D914B7">
        <w:rPr>
          <w:sz w:val="22"/>
          <w:rtl/>
        </w:rPr>
        <w:t>جداکردن</w:t>
      </w:r>
      <w:r w:rsidRPr="00D914B7">
        <w:rPr>
          <w:sz w:val="22"/>
        </w:rPr>
        <w:t xml:space="preserve"> </w:t>
      </w:r>
      <w:r w:rsidRPr="00D914B7">
        <w:rPr>
          <w:sz w:val="22"/>
          <w:rtl/>
        </w:rPr>
        <w:t>حق</w:t>
      </w:r>
      <w:r w:rsidRPr="00D914B7">
        <w:rPr>
          <w:sz w:val="22"/>
        </w:rPr>
        <w:t xml:space="preserve"> </w:t>
      </w:r>
      <w:r w:rsidRPr="00D914B7">
        <w:rPr>
          <w:sz w:val="22"/>
          <w:rtl/>
        </w:rPr>
        <w:t>فرمان</w:t>
      </w:r>
      <w:r w:rsidRPr="00D914B7">
        <w:rPr>
          <w:sz w:val="22"/>
        </w:rPr>
        <w:t xml:space="preserve"> </w:t>
      </w:r>
      <w:r w:rsidRPr="00D914B7">
        <w:rPr>
          <w:sz w:val="22"/>
          <w:rtl/>
        </w:rPr>
        <w:t>عمومی</w:t>
      </w:r>
      <w:r w:rsidRPr="00D914B7">
        <w:rPr>
          <w:sz w:val="22"/>
        </w:rPr>
        <w:t xml:space="preserve"> </w:t>
      </w:r>
      <w:r w:rsidRPr="00D914B7">
        <w:rPr>
          <w:sz w:val="22"/>
          <w:rtl/>
        </w:rPr>
        <w:t>و</w:t>
      </w:r>
      <w:r w:rsidRPr="00D914B7">
        <w:rPr>
          <w:sz w:val="22"/>
        </w:rPr>
        <w:t xml:space="preserve"> </w:t>
      </w:r>
      <w:r w:rsidRPr="00D914B7">
        <w:rPr>
          <w:sz w:val="22"/>
          <w:rtl/>
        </w:rPr>
        <w:t>قانون</w:t>
      </w:r>
      <w:r w:rsidRPr="00D914B7">
        <w:rPr>
          <w:sz w:val="22"/>
        </w:rPr>
        <w:t>‌</w:t>
      </w:r>
      <w:r w:rsidRPr="00D914B7">
        <w:rPr>
          <w:sz w:val="22"/>
          <w:rtl/>
        </w:rPr>
        <w:t>گذاری</w:t>
      </w:r>
      <w:r w:rsidRPr="00D914B7">
        <w:rPr>
          <w:sz w:val="22"/>
        </w:rPr>
        <w:t xml:space="preserve"> </w:t>
      </w:r>
      <w:r w:rsidRPr="00D914B7">
        <w:rPr>
          <w:sz w:val="22"/>
          <w:rtl/>
        </w:rPr>
        <w:t>از</w:t>
      </w:r>
      <w:r w:rsidRPr="00D914B7">
        <w:rPr>
          <w:sz w:val="22"/>
        </w:rPr>
        <w:t xml:space="preserve"> </w:t>
      </w:r>
      <w:r w:rsidRPr="00D914B7">
        <w:rPr>
          <w:sz w:val="22"/>
          <w:rtl/>
        </w:rPr>
        <w:t>ادعای</w:t>
      </w:r>
      <w:r w:rsidRPr="00D914B7">
        <w:rPr>
          <w:sz w:val="22"/>
        </w:rPr>
        <w:t xml:space="preserve"> </w:t>
      </w:r>
      <w:r w:rsidRPr="00D914B7">
        <w:rPr>
          <w:sz w:val="22"/>
          <w:rtl/>
        </w:rPr>
        <w:t>انحصاری</w:t>
      </w:r>
      <w:r w:rsidRPr="00D914B7">
        <w:rPr>
          <w:sz w:val="22"/>
        </w:rPr>
        <w:t xml:space="preserve"> </w:t>
      </w:r>
      <w:r w:rsidRPr="00D914B7">
        <w:rPr>
          <w:sz w:val="22"/>
          <w:rtl/>
        </w:rPr>
        <w:t>یک</w:t>
      </w:r>
      <w:r w:rsidRPr="00D914B7">
        <w:rPr>
          <w:sz w:val="22"/>
        </w:rPr>
        <w:t xml:space="preserve"> </w:t>
      </w:r>
      <w:r w:rsidRPr="00D914B7">
        <w:rPr>
          <w:sz w:val="22"/>
          <w:rtl/>
        </w:rPr>
        <w:t>دین،</w:t>
      </w:r>
      <w:r w:rsidRPr="00D914B7">
        <w:rPr>
          <w:sz w:val="22"/>
        </w:rPr>
        <w:t xml:space="preserve"> </w:t>
      </w:r>
      <w:r w:rsidRPr="00D914B7">
        <w:rPr>
          <w:sz w:val="22"/>
          <w:rtl/>
        </w:rPr>
        <w:t>مذهب</w:t>
      </w:r>
      <w:r w:rsidRPr="00D914B7">
        <w:rPr>
          <w:sz w:val="22"/>
        </w:rPr>
        <w:t xml:space="preserve"> </w:t>
      </w:r>
      <w:r w:rsidRPr="00D914B7">
        <w:rPr>
          <w:sz w:val="22"/>
          <w:rtl/>
        </w:rPr>
        <w:t>یا</w:t>
      </w:r>
      <w:r w:rsidRPr="00D914B7">
        <w:rPr>
          <w:sz w:val="22"/>
        </w:rPr>
        <w:t xml:space="preserve"> </w:t>
      </w:r>
      <w:r w:rsidRPr="00D914B7">
        <w:rPr>
          <w:sz w:val="22"/>
          <w:rtl/>
        </w:rPr>
        <w:t>ایدئولوژی</w:t>
      </w:r>
      <w:r w:rsidRPr="00D914B7">
        <w:rPr>
          <w:sz w:val="22"/>
        </w:rPr>
        <w:t xml:space="preserve"> </w:t>
      </w:r>
      <w:r w:rsidRPr="00D914B7">
        <w:rPr>
          <w:sz w:val="22"/>
          <w:rtl/>
        </w:rPr>
        <w:t>و</w:t>
      </w:r>
      <w:r w:rsidRPr="00D914B7">
        <w:rPr>
          <w:sz w:val="22"/>
        </w:rPr>
        <w:t xml:space="preserve"> </w:t>
      </w:r>
      <w:r w:rsidRPr="00D914B7">
        <w:rPr>
          <w:sz w:val="22"/>
          <w:rtl/>
        </w:rPr>
        <w:t>سپردن</w:t>
      </w:r>
      <w:r w:rsidRPr="00D914B7">
        <w:rPr>
          <w:sz w:val="22"/>
        </w:rPr>
        <w:t xml:space="preserve"> </w:t>
      </w:r>
      <w:r w:rsidRPr="00D914B7">
        <w:rPr>
          <w:sz w:val="22"/>
          <w:rtl/>
        </w:rPr>
        <w:t>آن</w:t>
      </w:r>
      <w:r w:rsidRPr="00D914B7">
        <w:rPr>
          <w:sz w:val="22"/>
        </w:rPr>
        <w:t xml:space="preserve"> </w:t>
      </w:r>
      <w:r w:rsidRPr="00D914B7">
        <w:rPr>
          <w:sz w:val="22"/>
          <w:rtl/>
        </w:rPr>
        <w:t>به</w:t>
      </w:r>
      <w:r w:rsidRPr="00D914B7">
        <w:rPr>
          <w:sz w:val="22"/>
        </w:rPr>
        <w:t xml:space="preserve"> </w:t>
      </w:r>
      <w:r w:rsidRPr="00D914B7">
        <w:rPr>
          <w:sz w:val="22"/>
          <w:rtl/>
        </w:rPr>
        <w:t>نهادهایی</w:t>
      </w:r>
      <w:r w:rsidRPr="00D914B7">
        <w:rPr>
          <w:sz w:val="22"/>
        </w:rPr>
        <w:t xml:space="preserve"> </w:t>
      </w:r>
      <w:r w:rsidRPr="00D914B7">
        <w:rPr>
          <w:sz w:val="22"/>
          <w:rtl/>
        </w:rPr>
        <w:t>که</w:t>
      </w:r>
      <w:r w:rsidRPr="00D914B7">
        <w:rPr>
          <w:sz w:val="22"/>
        </w:rPr>
        <w:t xml:space="preserve"> </w:t>
      </w:r>
      <w:r w:rsidRPr="00D914B7">
        <w:rPr>
          <w:sz w:val="22"/>
          <w:rtl/>
        </w:rPr>
        <w:t>از</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برابر</w:t>
      </w:r>
      <w:r w:rsidRPr="00D914B7">
        <w:rPr>
          <w:sz w:val="22"/>
        </w:rPr>
        <w:t xml:space="preserve"> </w:t>
      </w:r>
      <w:r w:rsidRPr="00D914B7">
        <w:rPr>
          <w:sz w:val="22"/>
          <w:rtl/>
        </w:rPr>
        <w:t>شهروندان</w:t>
      </w:r>
      <w:r w:rsidRPr="00D914B7">
        <w:rPr>
          <w:sz w:val="22"/>
        </w:rPr>
        <w:t xml:space="preserve"> </w:t>
      </w:r>
      <w:r w:rsidRPr="00D914B7">
        <w:rPr>
          <w:sz w:val="22"/>
          <w:rtl/>
        </w:rPr>
        <w:t>سرچشمه</w:t>
      </w:r>
      <w:r w:rsidRPr="00D914B7">
        <w:rPr>
          <w:sz w:val="22"/>
        </w:rPr>
        <w:t xml:space="preserve"> </w:t>
      </w:r>
      <w:r w:rsidRPr="00D914B7">
        <w:rPr>
          <w:sz w:val="22"/>
          <w:rtl/>
        </w:rPr>
        <w:t>می</w:t>
      </w:r>
      <w:r w:rsidRPr="00D914B7">
        <w:rPr>
          <w:sz w:val="22"/>
        </w:rPr>
        <w:t>‌</w:t>
      </w:r>
      <w:r w:rsidRPr="00D914B7">
        <w:rPr>
          <w:sz w:val="22"/>
          <w:rtl/>
        </w:rPr>
        <w:t>گیرند</w:t>
      </w:r>
      <w:r>
        <w:rPr>
          <w:sz w:val="22"/>
          <w:rtl/>
        </w:rPr>
        <w:t>.</w:t>
      </w:r>
      <w:r w:rsidRPr="00D914B7">
        <w:rPr>
          <w:sz w:val="22"/>
        </w:rPr>
        <w:t xml:space="preserve"> </w:t>
      </w:r>
      <w:r w:rsidRPr="00D914B7">
        <w:rPr>
          <w:sz w:val="22"/>
          <w:rtl/>
        </w:rPr>
        <w:t>جامعه</w:t>
      </w:r>
      <w:r>
        <w:rPr>
          <w:sz w:val="22"/>
          <w:rtl/>
        </w:rPr>
        <w:t>ء</w:t>
      </w:r>
      <w:r w:rsidRPr="00D914B7">
        <w:rPr>
          <w:sz w:val="22"/>
        </w:rPr>
        <w:t xml:space="preserve"> </w:t>
      </w:r>
      <w:r w:rsidRPr="00D914B7">
        <w:rPr>
          <w:sz w:val="22"/>
          <w:rtl/>
        </w:rPr>
        <w:t>سکولار</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دیندار</w:t>
      </w:r>
      <w:r w:rsidRPr="00D914B7">
        <w:rPr>
          <w:sz w:val="22"/>
        </w:rPr>
        <w:t xml:space="preserve"> </w:t>
      </w:r>
      <w:r w:rsidRPr="00D914B7">
        <w:rPr>
          <w:sz w:val="22"/>
          <w:rtl/>
        </w:rPr>
        <w:t>باشد؛</w:t>
      </w:r>
      <w:r w:rsidRPr="00D914B7">
        <w:rPr>
          <w:sz w:val="22"/>
        </w:rPr>
        <w:t xml:space="preserve"> </w:t>
      </w:r>
      <w:r w:rsidRPr="00D914B7">
        <w:rPr>
          <w:sz w:val="22"/>
          <w:rtl/>
        </w:rPr>
        <w:t>آنچه</w:t>
      </w:r>
      <w:r w:rsidRPr="00D914B7">
        <w:rPr>
          <w:sz w:val="22"/>
        </w:rPr>
        <w:t xml:space="preserve"> </w:t>
      </w:r>
      <w:r w:rsidRPr="00D914B7">
        <w:rPr>
          <w:sz w:val="22"/>
          <w:rtl/>
        </w:rPr>
        <w:t>سکولار</w:t>
      </w:r>
      <w:r w:rsidRPr="00D914B7">
        <w:rPr>
          <w:sz w:val="22"/>
        </w:rPr>
        <w:t xml:space="preserve"> </w:t>
      </w:r>
      <w:r w:rsidRPr="00D914B7">
        <w:rPr>
          <w:sz w:val="22"/>
          <w:rtl/>
        </w:rPr>
        <w:t>نیست</w:t>
      </w:r>
      <w:r w:rsidRPr="00D914B7">
        <w:rPr>
          <w:sz w:val="22"/>
        </w:rPr>
        <w:t xml:space="preserve"> </w:t>
      </w:r>
      <w:r w:rsidRPr="00D914B7">
        <w:rPr>
          <w:sz w:val="22"/>
          <w:rtl/>
        </w:rPr>
        <w:t>حکومتی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برای</w:t>
      </w:r>
      <w:r w:rsidRPr="00D914B7">
        <w:rPr>
          <w:sz w:val="22"/>
        </w:rPr>
        <w:t xml:space="preserve"> </w:t>
      </w:r>
      <w:r w:rsidRPr="00D914B7">
        <w:rPr>
          <w:sz w:val="22"/>
          <w:rtl/>
        </w:rPr>
        <w:t>گروهی</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عقیده</w:t>
      </w:r>
      <w:r>
        <w:rPr>
          <w:sz w:val="22"/>
          <w:rtl/>
        </w:rPr>
        <w:t>ء</w:t>
      </w:r>
      <w:r w:rsidRPr="00D914B7">
        <w:rPr>
          <w:sz w:val="22"/>
        </w:rPr>
        <w:t xml:space="preserve"> </w:t>
      </w:r>
      <w:r w:rsidRPr="00D914B7">
        <w:rPr>
          <w:sz w:val="22"/>
          <w:rtl/>
        </w:rPr>
        <w:t>دینی</w:t>
      </w:r>
      <w:r w:rsidRPr="00D914B7">
        <w:rPr>
          <w:sz w:val="22"/>
        </w:rPr>
        <w:t xml:space="preserve"> </w:t>
      </w:r>
      <w:r w:rsidRPr="00D914B7">
        <w:rPr>
          <w:sz w:val="22"/>
          <w:rtl/>
        </w:rPr>
        <w:t>حق</w:t>
      </w:r>
      <w:r w:rsidRPr="00D914B7">
        <w:rPr>
          <w:sz w:val="22"/>
        </w:rPr>
        <w:t xml:space="preserve"> </w:t>
      </w:r>
      <w:r w:rsidRPr="00D914B7">
        <w:rPr>
          <w:sz w:val="22"/>
          <w:rtl/>
        </w:rPr>
        <w:t>سیاسی</w:t>
      </w:r>
      <w:r w:rsidRPr="00D914B7">
        <w:rPr>
          <w:sz w:val="22"/>
        </w:rPr>
        <w:t xml:space="preserve"> </w:t>
      </w:r>
      <w:r w:rsidRPr="00D914B7">
        <w:rPr>
          <w:sz w:val="22"/>
          <w:rtl/>
        </w:rPr>
        <w:t>بیشتر</w:t>
      </w:r>
      <w:r w:rsidRPr="00D914B7">
        <w:rPr>
          <w:sz w:val="22"/>
        </w:rPr>
        <w:t xml:space="preserve"> </w:t>
      </w:r>
      <w:r w:rsidRPr="00D914B7">
        <w:rPr>
          <w:sz w:val="22"/>
          <w:rtl/>
        </w:rPr>
        <w:t>قائل</w:t>
      </w:r>
      <w:r w:rsidRPr="00D914B7">
        <w:rPr>
          <w:sz w:val="22"/>
        </w:rPr>
        <w:t xml:space="preserve"> </w:t>
      </w:r>
      <w:r w:rsidRPr="00D914B7">
        <w:rPr>
          <w:sz w:val="22"/>
          <w:rtl/>
        </w:rPr>
        <w:t>شود</w:t>
      </w:r>
      <w:r w:rsidRPr="00D914B7">
        <w:rPr>
          <w:sz w:val="22"/>
        </w:rPr>
        <w:t xml:space="preserve"> </w:t>
      </w:r>
      <w:r w:rsidRPr="00D914B7">
        <w:rPr>
          <w:sz w:val="22"/>
          <w:rtl/>
        </w:rPr>
        <w:t>یا</w:t>
      </w:r>
      <w:r w:rsidRPr="00D914B7">
        <w:rPr>
          <w:sz w:val="22"/>
        </w:rPr>
        <w:t xml:space="preserve"> </w:t>
      </w:r>
      <w:r w:rsidRPr="00D914B7">
        <w:rPr>
          <w:sz w:val="22"/>
          <w:rtl/>
        </w:rPr>
        <w:t>قانون</w:t>
      </w:r>
      <w:r w:rsidRPr="00D914B7">
        <w:rPr>
          <w:sz w:val="22"/>
        </w:rPr>
        <w:t xml:space="preserve"> </w:t>
      </w:r>
      <w:r w:rsidRPr="00D914B7">
        <w:rPr>
          <w:sz w:val="22"/>
          <w:rtl/>
        </w:rPr>
        <w:t>عمومی</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دسترس</w:t>
      </w:r>
      <w:r w:rsidRPr="00D914B7">
        <w:rPr>
          <w:sz w:val="22"/>
        </w:rPr>
        <w:t xml:space="preserve"> </w:t>
      </w:r>
      <w:r w:rsidRPr="00D914B7">
        <w:rPr>
          <w:sz w:val="22"/>
          <w:rtl/>
        </w:rPr>
        <w:t>تصمیم</w:t>
      </w:r>
      <w:r w:rsidRPr="00D914B7">
        <w:rPr>
          <w:sz w:val="22"/>
        </w:rPr>
        <w:t xml:space="preserve"> </w:t>
      </w:r>
      <w:r w:rsidRPr="00D914B7">
        <w:rPr>
          <w:sz w:val="22"/>
          <w:rtl/>
        </w:rPr>
        <w:t>و</w:t>
      </w:r>
      <w:r w:rsidRPr="00D914B7">
        <w:rPr>
          <w:sz w:val="22"/>
        </w:rPr>
        <w:t xml:space="preserve"> </w:t>
      </w:r>
      <w:r w:rsidRPr="00D914B7">
        <w:rPr>
          <w:sz w:val="22"/>
          <w:rtl/>
        </w:rPr>
        <w:t>اصلاح</w:t>
      </w:r>
      <w:r w:rsidRPr="00D914B7">
        <w:rPr>
          <w:sz w:val="22"/>
        </w:rPr>
        <w:t xml:space="preserve"> </w:t>
      </w:r>
      <w:r w:rsidRPr="00D914B7">
        <w:rPr>
          <w:sz w:val="22"/>
          <w:rtl/>
        </w:rPr>
        <w:t>شهروندان</w:t>
      </w:r>
      <w:r w:rsidRPr="00D914B7">
        <w:rPr>
          <w:sz w:val="22"/>
        </w:rPr>
        <w:t xml:space="preserve"> </w:t>
      </w:r>
      <w:r w:rsidRPr="00D914B7">
        <w:rPr>
          <w:sz w:val="22"/>
          <w:rtl/>
        </w:rPr>
        <w:t>بیرون</w:t>
      </w:r>
      <w:r w:rsidRPr="00D914B7">
        <w:rPr>
          <w:sz w:val="22"/>
        </w:rPr>
        <w:t xml:space="preserve"> </w:t>
      </w:r>
      <w:r w:rsidRPr="00D914B7">
        <w:rPr>
          <w:sz w:val="22"/>
          <w:rtl/>
        </w:rPr>
        <w:t>ببرد</w:t>
      </w:r>
      <w:r>
        <w:rPr>
          <w:sz w:val="22"/>
          <w:rtl/>
        </w:rPr>
        <w:t>.</w:t>
      </w:r>
    </w:p>
    <w:p w:rsidR="00987F03" w:rsidRPr="00D914B7" w:rsidRDefault="00987F03" w:rsidP="00987F03">
      <w:pPr>
        <w:keepNext/>
        <w:bidi/>
        <w:rPr>
          <w:sz w:val="22"/>
        </w:rPr>
      </w:pPr>
      <w:r w:rsidRPr="00D914B7">
        <w:rPr>
          <w:b/>
          <w:bCs/>
          <w:sz w:val="22"/>
          <w:rtl/>
        </w:rPr>
        <w:t>۸</w:t>
      </w:r>
      <w:r>
        <w:rPr>
          <w:b/>
          <w:sz w:val="22"/>
          <w:rtl/>
        </w:rPr>
        <w:t>.</w:t>
      </w:r>
      <w:r w:rsidRPr="00D914B7">
        <w:rPr>
          <w:b/>
          <w:sz w:val="22"/>
        </w:rPr>
        <w:t xml:space="preserve"> </w:t>
      </w:r>
      <w:r w:rsidRPr="00D914B7">
        <w:rPr>
          <w:b/>
          <w:bCs/>
          <w:sz w:val="22"/>
          <w:rtl/>
        </w:rPr>
        <w:t>عقل</w:t>
      </w:r>
      <w:r w:rsidRPr="00D914B7">
        <w:rPr>
          <w:b/>
          <w:sz w:val="22"/>
        </w:rPr>
        <w:t xml:space="preserve"> </w:t>
      </w:r>
      <w:r w:rsidRPr="00D914B7">
        <w:rPr>
          <w:b/>
          <w:bCs/>
          <w:sz w:val="22"/>
          <w:rtl/>
        </w:rPr>
        <w:t>کشورداری</w:t>
      </w:r>
      <w:r w:rsidRPr="00D914B7">
        <w:rPr>
          <w:b/>
          <w:sz w:val="22"/>
        </w:rPr>
        <w:t xml:space="preserve"> </w:t>
      </w:r>
      <w:r w:rsidRPr="00D914B7">
        <w:rPr>
          <w:b/>
          <w:bCs/>
          <w:sz w:val="22"/>
          <w:rtl/>
        </w:rPr>
        <w:t>و</w:t>
      </w:r>
      <w:r w:rsidRPr="00D914B7">
        <w:rPr>
          <w:b/>
          <w:sz w:val="22"/>
        </w:rPr>
        <w:t xml:space="preserve"> </w:t>
      </w:r>
      <w:r w:rsidRPr="00D914B7">
        <w:rPr>
          <w:b/>
          <w:bCs/>
          <w:sz w:val="22"/>
          <w:rtl/>
        </w:rPr>
        <w:t>مسئله</w:t>
      </w:r>
      <w:r>
        <w:rPr>
          <w:b/>
          <w:bCs/>
          <w:sz w:val="22"/>
          <w:rtl/>
        </w:rPr>
        <w:t>ء</w:t>
      </w:r>
      <w:r w:rsidRPr="00D914B7">
        <w:rPr>
          <w:b/>
          <w:sz w:val="22"/>
        </w:rPr>
        <w:t xml:space="preserve"> </w:t>
      </w:r>
      <w:r w:rsidRPr="00D914B7">
        <w:rPr>
          <w:b/>
          <w:bCs/>
          <w:sz w:val="22"/>
          <w:rtl/>
        </w:rPr>
        <w:t>سکولار</w:t>
      </w:r>
      <w:r w:rsidRPr="00D914B7">
        <w:rPr>
          <w:b/>
          <w:sz w:val="22"/>
        </w:rPr>
        <w:t xml:space="preserve"> </w:t>
      </w:r>
      <w:r w:rsidRPr="00D914B7">
        <w:rPr>
          <w:b/>
          <w:bCs/>
          <w:sz w:val="22"/>
          <w:rtl/>
        </w:rPr>
        <w:t>دموکراسی</w:t>
      </w:r>
    </w:p>
    <w:p w:rsidR="00987F03" w:rsidRPr="00D914B7" w:rsidRDefault="00987F03" w:rsidP="00987F03">
      <w:pPr>
        <w:bidi/>
        <w:ind w:firstLine="720"/>
        <w:rPr>
          <w:sz w:val="22"/>
        </w:rPr>
      </w:pPr>
      <w:r w:rsidRPr="00D914B7">
        <w:rPr>
          <w:sz w:val="22"/>
          <w:rtl/>
        </w:rPr>
        <w:t>جامعه</w:t>
      </w:r>
      <w:r>
        <w:rPr>
          <w:sz w:val="22"/>
          <w:rtl/>
        </w:rPr>
        <w:t>ء</w:t>
      </w:r>
      <w:r w:rsidRPr="00D914B7">
        <w:rPr>
          <w:sz w:val="22"/>
        </w:rPr>
        <w:t xml:space="preserve"> </w:t>
      </w:r>
      <w:r w:rsidRPr="00D914B7">
        <w:rPr>
          <w:sz w:val="22"/>
          <w:rtl/>
        </w:rPr>
        <w:t>انسانی</w:t>
      </w:r>
      <w:r w:rsidRPr="00D914B7">
        <w:rPr>
          <w:sz w:val="22"/>
        </w:rPr>
        <w:t xml:space="preserve"> </w:t>
      </w:r>
      <w:r w:rsidRPr="00D914B7">
        <w:rPr>
          <w:sz w:val="22"/>
          <w:rtl/>
        </w:rPr>
        <w:t>هرچه</w:t>
      </w:r>
      <w:r w:rsidRPr="00D914B7">
        <w:rPr>
          <w:sz w:val="22"/>
        </w:rPr>
        <w:t xml:space="preserve"> </w:t>
      </w:r>
      <w:r w:rsidRPr="00D914B7">
        <w:rPr>
          <w:sz w:val="22"/>
          <w:rtl/>
        </w:rPr>
        <w:t>گسترده</w:t>
      </w:r>
      <w:r w:rsidRPr="00D914B7">
        <w:rPr>
          <w:sz w:val="22"/>
        </w:rPr>
        <w:t>‌</w:t>
      </w:r>
      <w:r w:rsidRPr="00D914B7">
        <w:rPr>
          <w:sz w:val="22"/>
          <w:rtl/>
        </w:rPr>
        <w:t>تر</w:t>
      </w:r>
      <w:r w:rsidRPr="00D914B7">
        <w:rPr>
          <w:sz w:val="22"/>
        </w:rPr>
        <w:t xml:space="preserve"> </w:t>
      </w:r>
      <w:r w:rsidRPr="00D914B7">
        <w:rPr>
          <w:sz w:val="22"/>
          <w:rtl/>
        </w:rPr>
        <w:t>و</w:t>
      </w:r>
      <w:r w:rsidRPr="00D914B7">
        <w:rPr>
          <w:sz w:val="22"/>
        </w:rPr>
        <w:t xml:space="preserve"> </w:t>
      </w:r>
      <w:r w:rsidRPr="00D914B7">
        <w:rPr>
          <w:sz w:val="22"/>
          <w:rtl/>
        </w:rPr>
        <w:t>پیچیده</w:t>
      </w:r>
      <w:r w:rsidRPr="00D914B7">
        <w:rPr>
          <w:sz w:val="22"/>
        </w:rPr>
        <w:t>‌</w:t>
      </w:r>
      <w:r w:rsidRPr="00D914B7">
        <w:rPr>
          <w:sz w:val="22"/>
          <w:rtl/>
        </w:rPr>
        <w:t>تر</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بیشتر</w:t>
      </w:r>
      <w:r w:rsidRPr="00D914B7">
        <w:rPr>
          <w:sz w:val="22"/>
        </w:rPr>
        <w:t xml:space="preserve"> </w:t>
      </w:r>
      <w:r w:rsidRPr="00D914B7">
        <w:rPr>
          <w:sz w:val="22"/>
          <w:rtl/>
        </w:rPr>
        <w:t>به</w:t>
      </w:r>
      <w:r w:rsidRPr="00D914B7">
        <w:rPr>
          <w:sz w:val="22"/>
        </w:rPr>
        <w:t xml:space="preserve"> </w:t>
      </w:r>
      <w:r w:rsidRPr="00D914B7">
        <w:rPr>
          <w:sz w:val="22"/>
          <w:rtl/>
        </w:rPr>
        <w:t>نظم،</w:t>
      </w:r>
      <w:r w:rsidRPr="00D914B7">
        <w:rPr>
          <w:sz w:val="22"/>
        </w:rPr>
        <w:t xml:space="preserve"> </w:t>
      </w:r>
      <w:r w:rsidRPr="00D914B7">
        <w:rPr>
          <w:sz w:val="22"/>
          <w:rtl/>
        </w:rPr>
        <w:t>تقسیم</w:t>
      </w:r>
      <w:r w:rsidRPr="00D914B7">
        <w:rPr>
          <w:sz w:val="22"/>
        </w:rPr>
        <w:t xml:space="preserve"> </w:t>
      </w:r>
      <w:r w:rsidRPr="00D914B7">
        <w:rPr>
          <w:sz w:val="22"/>
          <w:rtl/>
        </w:rPr>
        <w:t>کار،</w:t>
      </w:r>
      <w:r w:rsidRPr="00D914B7">
        <w:rPr>
          <w:sz w:val="22"/>
        </w:rPr>
        <w:t xml:space="preserve"> </w:t>
      </w:r>
      <w:r w:rsidRPr="00D914B7">
        <w:rPr>
          <w:sz w:val="22"/>
          <w:rtl/>
        </w:rPr>
        <w:t>تخصص،</w:t>
      </w:r>
      <w:r w:rsidRPr="00D914B7">
        <w:rPr>
          <w:sz w:val="22"/>
        </w:rPr>
        <w:t xml:space="preserve"> </w:t>
      </w:r>
      <w:r w:rsidRPr="00D914B7">
        <w:rPr>
          <w:sz w:val="22"/>
          <w:rtl/>
        </w:rPr>
        <w:t>قانون،</w:t>
      </w:r>
      <w:r w:rsidRPr="00D914B7">
        <w:rPr>
          <w:sz w:val="22"/>
        </w:rPr>
        <w:t xml:space="preserve"> </w:t>
      </w:r>
      <w:r w:rsidRPr="00D914B7">
        <w:rPr>
          <w:sz w:val="22"/>
          <w:rtl/>
        </w:rPr>
        <w:t>پیش</w:t>
      </w:r>
      <w:r w:rsidRPr="00D914B7">
        <w:rPr>
          <w:sz w:val="22"/>
        </w:rPr>
        <w:t>‌</w:t>
      </w:r>
      <w:r w:rsidRPr="00D914B7">
        <w:rPr>
          <w:sz w:val="22"/>
          <w:rtl/>
        </w:rPr>
        <w:t>بینی</w:t>
      </w:r>
      <w:r w:rsidRPr="00D914B7">
        <w:rPr>
          <w:sz w:val="22"/>
        </w:rPr>
        <w:t>‌</w:t>
      </w:r>
      <w:r w:rsidRPr="00D914B7">
        <w:rPr>
          <w:sz w:val="22"/>
          <w:rtl/>
        </w:rPr>
        <w:t>پذیری</w:t>
      </w:r>
      <w:r w:rsidRPr="00D914B7">
        <w:rPr>
          <w:sz w:val="22"/>
        </w:rPr>
        <w:t xml:space="preserve"> </w:t>
      </w:r>
      <w:r w:rsidRPr="00D914B7">
        <w:rPr>
          <w:sz w:val="22"/>
          <w:rtl/>
        </w:rPr>
        <w:t>و</w:t>
      </w:r>
      <w:r w:rsidRPr="00D914B7">
        <w:rPr>
          <w:sz w:val="22"/>
        </w:rPr>
        <w:t xml:space="preserve"> </w:t>
      </w:r>
      <w:r w:rsidRPr="00D914B7">
        <w:rPr>
          <w:sz w:val="22"/>
          <w:rtl/>
        </w:rPr>
        <w:t>سازمان</w:t>
      </w:r>
      <w:r w:rsidRPr="00D914B7">
        <w:rPr>
          <w:sz w:val="22"/>
        </w:rPr>
        <w:t xml:space="preserve"> </w:t>
      </w:r>
      <w:r w:rsidRPr="00D914B7">
        <w:rPr>
          <w:sz w:val="22"/>
          <w:rtl/>
        </w:rPr>
        <w:t>اداری</w:t>
      </w:r>
      <w:r w:rsidRPr="00D914B7">
        <w:rPr>
          <w:sz w:val="22"/>
        </w:rPr>
        <w:t xml:space="preserve"> </w:t>
      </w:r>
      <w:r w:rsidRPr="00D914B7">
        <w:rPr>
          <w:sz w:val="22"/>
          <w:rtl/>
        </w:rPr>
        <w:t>نیاز</w:t>
      </w:r>
      <w:r w:rsidRPr="00D914B7">
        <w:rPr>
          <w:sz w:val="22"/>
        </w:rPr>
        <w:t xml:space="preserve"> </w:t>
      </w:r>
      <w:r w:rsidRPr="00D914B7">
        <w:rPr>
          <w:sz w:val="22"/>
          <w:rtl/>
        </w:rPr>
        <w:t>پیدا</w:t>
      </w:r>
      <w:r w:rsidRPr="00D914B7">
        <w:rPr>
          <w:sz w:val="22"/>
        </w:rPr>
        <w:t xml:space="preserve"> </w:t>
      </w:r>
      <w:r w:rsidRPr="00D914B7">
        <w:rPr>
          <w:sz w:val="22"/>
          <w:rtl/>
        </w:rPr>
        <w:t>می</w:t>
      </w:r>
      <w:r w:rsidRPr="00D914B7">
        <w:rPr>
          <w:sz w:val="22"/>
        </w:rPr>
        <w:t>‌</w:t>
      </w:r>
      <w:r w:rsidRPr="00D914B7">
        <w:rPr>
          <w:sz w:val="22"/>
          <w:rtl/>
        </w:rPr>
        <w:t>کند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نیازها</w:t>
      </w:r>
      <w:r w:rsidRPr="00D914B7">
        <w:rPr>
          <w:sz w:val="22"/>
        </w:rPr>
        <w:t xml:space="preserve"> </w:t>
      </w:r>
      <w:r w:rsidRPr="00D914B7">
        <w:rPr>
          <w:sz w:val="22"/>
          <w:rtl/>
        </w:rPr>
        <w:t>مستقل</w:t>
      </w:r>
      <w:r w:rsidRPr="00D914B7">
        <w:rPr>
          <w:sz w:val="22"/>
        </w:rPr>
        <w:t xml:space="preserve"> </w:t>
      </w:r>
      <w:r w:rsidRPr="00D914B7">
        <w:rPr>
          <w:sz w:val="22"/>
          <w:rtl/>
        </w:rPr>
        <w:t>از</w:t>
      </w:r>
      <w:r w:rsidRPr="00D914B7">
        <w:rPr>
          <w:sz w:val="22"/>
        </w:rPr>
        <w:t xml:space="preserve"> </w:t>
      </w:r>
      <w:r w:rsidRPr="00D914B7">
        <w:rPr>
          <w:sz w:val="22"/>
          <w:rtl/>
        </w:rPr>
        <w:t>میل</w:t>
      </w:r>
      <w:r w:rsidRPr="00D914B7">
        <w:rPr>
          <w:sz w:val="22"/>
        </w:rPr>
        <w:t xml:space="preserve"> </w:t>
      </w:r>
      <w:r w:rsidRPr="00D914B7">
        <w:rPr>
          <w:sz w:val="22"/>
          <w:rtl/>
        </w:rPr>
        <w:t>حکومت</w:t>
      </w:r>
      <w:r w:rsidRPr="00D914B7">
        <w:rPr>
          <w:sz w:val="22"/>
        </w:rPr>
        <w:t>‌</w:t>
      </w:r>
      <w:r w:rsidRPr="00D914B7">
        <w:rPr>
          <w:sz w:val="22"/>
          <w:rtl/>
        </w:rPr>
        <w:t>ها</w:t>
      </w:r>
      <w:r w:rsidRPr="00D914B7">
        <w:rPr>
          <w:sz w:val="22"/>
        </w:rPr>
        <w:t xml:space="preserve"> </w:t>
      </w:r>
      <w:r w:rsidRPr="00D914B7">
        <w:rPr>
          <w:sz w:val="22"/>
          <w:rtl/>
        </w:rPr>
        <w:t>وجود</w:t>
      </w:r>
      <w:r w:rsidRPr="00D914B7">
        <w:rPr>
          <w:sz w:val="22"/>
        </w:rPr>
        <w:t xml:space="preserve"> </w:t>
      </w:r>
      <w:r w:rsidRPr="00D914B7">
        <w:rPr>
          <w:sz w:val="22"/>
          <w:rtl/>
        </w:rPr>
        <w:t>دارند</w:t>
      </w:r>
      <w:r>
        <w:rPr>
          <w:sz w:val="22"/>
          <w:rtl/>
        </w:rPr>
        <w:t>.</w:t>
      </w:r>
      <w:r w:rsidRPr="00D914B7">
        <w:rPr>
          <w:sz w:val="22"/>
        </w:rPr>
        <w:t xml:space="preserve"> </w:t>
      </w:r>
      <w:r w:rsidRPr="00D914B7">
        <w:rPr>
          <w:sz w:val="22"/>
          <w:rtl/>
        </w:rPr>
        <w:t>مردم،</w:t>
      </w:r>
      <w:r w:rsidRPr="00D914B7">
        <w:rPr>
          <w:sz w:val="22"/>
        </w:rPr>
        <w:t xml:space="preserve"> </w:t>
      </w:r>
      <w:r w:rsidRPr="00D914B7">
        <w:rPr>
          <w:sz w:val="22"/>
          <w:rtl/>
        </w:rPr>
        <w:t>صرف</w:t>
      </w:r>
      <w:r w:rsidRPr="00D914B7">
        <w:rPr>
          <w:sz w:val="22"/>
        </w:rPr>
        <w:t>‌</w:t>
      </w:r>
      <w:r w:rsidRPr="00D914B7">
        <w:rPr>
          <w:sz w:val="22"/>
          <w:rtl/>
        </w:rPr>
        <w:t>نظر</w:t>
      </w:r>
      <w:r w:rsidRPr="00D914B7">
        <w:rPr>
          <w:sz w:val="22"/>
        </w:rPr>
        <w:t xml:space="preserve"> </w:t>
      </w:r>
      <w:r w:rsidRPr="00D914B7">
        <w:rPr>
          <w:sz w:val="22"/>
          <w:rtl/>
        </w:rPr>
        <w:t>از</w:t>
      </w:r>
      <w:r w:rsidRPr="00D914B7">
        <w:rPr>
          <w:sz w:val="22"/>
        </w:rPr>
        <w:t xml:space="preserve"> </w:t>
      </w:r>
      <w:r w:rsidRPr="00D914B7">
        <w:rPr>
          <w:sz w:val="22"/>
          <w:rtl/>
        </w:rPr>
        <w:t>اینکه</w:t>
      </w:r>
      <w:r w:rsidRPr="00D914B7">
        <w:rPr>
          <w:sz w:val="22"/>
        </w:rPr>
        <w:t xml:space="preserve"> </w:t>
      </w:r>
      <w:r w:rsidRPr="00D914B7">
        <w:rPr>
          <w:sz w:val="22"/>
          <w:rtl/>
        </w:rPr>
        <w:t>زیر</w:t>
      </w:r>
      <w:r w:rsidRPr="00D914B7">
        <w:rPr>
          <w:sz w:val="22"/>
        </w:rPr>
        <w:t xml:space="preserve"> </w:t>
      </w:r>
      <w:r w:rsidRPr="00D914B7">
        <w:rPr>
          <w:sz w:val="22"/>
          <w:rtl/>
        </w:rPr>
        <w:t>فرمان</w:t>
      </w:r>
      <w:r w:rsidRPr="00D914B7">
        <w:rPr>
          <w:sz w:val="22"/>
        </w:rPr>
        <w:t xml:space="preserve"> </w:t>
      </w:r>
      <w:r w:rsidRPr="00D914B7">
        <w:rPr>
          <w:sz w:val="22"/>
          <w:rtl/>
        </w:rPr>
        <w:t>شاه،</w:t>
      </w:r>
      <w:r w:rsidRPr="00D914B7">
        <w:rPr>
          <w:sz w:val="22"/>
        </w:rPr>
        <w:t xml:space="preserve"> </w:t>
      </w:r>
      <w:r w:rsidRPr="00D914B7">
        <w:rPr>
          <w:sz w:val="22"/>
          <w:rtl/>
        </w:rPr>
        <w:t>خلیفه،</w:t>
      </w:r>
      <w:r w:rsidRPr="00D914B7">
        <w:rPr>
          <w:sz w:val="22"/>
        </w:rPr>
        <w:t xml:space="preserve"> </w:t>
      </w:r>
      <w:r w:rsidRPr="00D914B7">
        <w:rPr>
          <w:sz w:val="22"/>
          <w:rtl/>
        </w:rPr>
        <w:t>سلطان،</w:t>
      </w:r>
      <w:r w:rsidRPr="00D914B7">
        <w:rPr>
          <w:sz w:val="22"/>
        </w:rPr>
        <w:t xml:space="preserve"> </w:t>
      </w:r>
      <w:r w:rsidRPr="00D914B7">
        <w:rPr>
          <w:sz w:val="22"/>
          <w:rtl/>
        </w:rPr>
        <w:t>فقیه</w:t>
      </w:r>
      <w:r w:rsidRPr="00D914B7">
        <w:rPr>
          <w:sz w:val="22"/>
        </w:rPr>
        <w:t xml:space="preserve"> </w:t>
      </w:r>
      <w:r w:rsidRPr="00D914B7">
        <w:rPr>
          <w:sz w:val="22"/>
          <w:rtl/>
        </w:rPr>
        <w:t>یا</w:t>
      </w:r>
      <w:r w:rsidRPr="00D914B7">
        <w:rPr>
          <w:sz w:val="22"/>
        </w:rPr>
        <w:t xml:space="preserve"> </w:t>
      </w:r>
      <w:r w:rsidRPr="00D914B7">
        <w:rPr>
          <w:sz w:val="22"/>
          <w:rtl/>
        </w:rPr>
        <w:t>رئیس</w:t>
      </w:r>
      <w:r w:rsidRPr="00D914B7">
        <w:rPr>
          <w:sz w:val="22"/>
        </w:rPr>
        <w:t>‌</w:t>
      </w:r>
      <w:r w:rsidRPr="00D914B7">
        <w:rPr>
          <w:sz w:val="22"/>
          <w:rtl/>
        </w:rPr>
        <w:t>جمهور</w:t>
      </w:r>
      <w:r w:rsidRPr="00D914B7">
        <w:rPr>
          <w:sz w:val="22"/>
        </w:rPr>
        <w:t xml:space="preserve"> </w:t>
      </w:r>
      <w:r w:rsidRPr="00D914B7">
        <w:rPr>
          <w:sz w:val="22"/>
          <w:rtl/>
        </w:rPr>
        <w:t>زندگی</w:t>
      </w:r>
      <w:r w:rsidRPr="00D914B7">
        <w:rPr>
          <w:sz w:val="22"/>
        </w:rPr>
        <w:t xml:space="preserve"> </w:t>
      </w:r>
      <w:r w:rsidRPr="00D914B7">
        <w:rPr>
          <w:sz w:val="22"/>
          <w:rtl/>
        </w:rPr>
        <w:t>کنند،</w:t>
      </w:r>
      <w:r w:rsidRPr="00D914B7">
        <w:rPr>
          <w:sz w:val="22"/>
        </w:rPr>
        <w:t xml:space="preserve"> </w:t>
      </w:r>
      <w:r w:rsidRPr="00D914B7">
        <w:rPr>
          <w:sz w:val="22"/>
          <w:rtl/>
        </w:rPr>
        <w:t>ناچارند</w:t>
      </w:r>
      <w:r w:rsidRPr="00D914B7">
        <w:rPr>
          <w:sz w:val="22"/>
        </w:rPr>
        <w:t xml:space="preserve"> </w:t>
      </w:r>
      <w:r w:rsidRPr="00D914B7">
        <w:rPr>
          <w:sz w:val="22"/>
          <w:rtl/>
        </w:rPr>
        <w:t>تولید</w:t>
      </w:r>
      <w:r w:rsidRPr="00D914B7">
        <w:rPr>
          <w:sz w:val="22"/>
        </w:rPr>
        <w:t xml:space="preserve"> </w:t>
      </w:r>
      <w:r w:rsidRPr="00D914B7">
        <w:rPr>
          <w:sz w:val="22"/>
          <w:rtl/>
        </w:rPr>
        <w:t>کنند،</w:t>
      </w:r>
      <w:r w:rsidRPr="00D914B7">
        <w:rPr>
          <w:sz w:val="22"/>
        </w:rPr>
        <w:t xml:space="preserve"> </w:t>
      </w:r>
      <w:r w:rsidRPr="00D914B7">
        <w:rPr>
          <w:sz w:val="22"/>
          <w:rtl/>
        </w:rPr>
        <w:t>آب</w:t>
      </w:r>
      <w:r w:rsidRPr="00D914B7">
        <w:rPr>
          <w:sz w:val="22"/>
        </w:rPr>
        <w:t xml:space="preserve"> </w:t>
      </w:r>
      <w:r w:rsidRPr="00D914B7">
        <w:rPr>
          <w:sz w:val="22"/>
          <w:rtl/>
        </w:rPr>
        <w:t>را</w:t>
      </w:r>
      <w:r w:rsidRPr="00D914B7">
        <w:rPr>
          <w:sz w:val="22"/>
        </w:rPr>
        <w:t xml:space="preserve"> </w:t>
      </w:r>
      <w:r w:rsidRPr="00D914B7">
        <w:rPr>
          <w:sz w:val="22"/>
          <w:rtl/>
        </w:rPr>
        <w:t>تقسیم</w:t>
      </w:r>
      <w:r w:rsidRPr="00D914B7">
        <w:rPr>
          <w:sz w:val="22"/>
        </w:rPr>
        <w:t xml:space="preserve"> </w:t>
      </w:r>
      <w:r w:rsidRPr="00D914B7">
        <w:rPr>
          <w:sz w:val="22"/>
          <w:rtl/>
        </w:rPr>
        <w:t>نمایند،</w:t>
      </w:r>
      <w:r w:rsidRPr="00D914B7">
        <w:rPr>
          <w:sz w:val="22"/>
        </w:rPr>
        <w:t xml:space="preserve"> </w:t>
      </w:r>
      <w:r w:rsidRPr="00D914B7">
        <w:rPr>
          <w:sz w:val="22"/>
          <w:rtl/>
        </w:rPr>
        <w:t>راه</w:t>
      </w:r>
      <w:r w:rsidRPr="00D914B7">
        <w:rPr>
          <w:sz w:val="22"/>
        </w:rPr>
        <w:t xml:space="preserve"> </w:t>
      </w:r>
      <w:r w:rsidRPr="00D914B7">
        <w:rPr>
          <w:sz w:val="22"/>
          <w:rtl/>
        </w:rPr>
        <w:t>بسازند،</w:t>
      </w:r>
      <w:r w:rsidRPr="00D914B7">
        <w:rPr>
          <w:sz w:val="22"/>
        </w:rPr>
        <w:t xml:space="preserve"> </w:t>
      </w:r>
      <w:r w:rsidRPr="00D914B7">
        <w:rPr>
          <w:sz w:val="22"/>
          <w:rtl/>
        </w:rPr>
        <w:t>تجارت</w:t>
      </w:r>
      <w:r w:rsidRPr="00D914B7">
        <w:rPr>
          <w:sz w:val="22"/>
        </w:rPr>
        <w:t xml:space="preserve"> </w:t>
      </w:r>
      <w:r w:rsidRPr="00D914B7">
        <w:rPr>
          <w:sz w:val="22"/>
          <w:rtl/>
        </w:rPr>
        <w:t>کنند،</w:t>
      </w:r>
      <w:r w:rsidRPr="00D914B7">
        <w:rPr>
          <w:sz w:val="22"/>
        </w:rPr>
        <w:t xml:space="preserve"> </w:t>
      </w:r>
      <w:r w:rsidRPr="00D914B7">
        <w:rPr>
          <w:sz w:val="22"/>
          <w:rtl/>
        </w:rPr>
        <w:t>امنیت</w:t>
      </w:r>
      <w:r w:rsidRPr="00D914B7">
        <w:rPr>
          <w:sz w:val="22"/>
        </w:rPr>
        <w:t xml:space="preserve"> </w:t>
      </w:r>
      <w:r w:rsidRPr="00D914B7">
        <w:rPr>
          <w:sz w:val="22"/>
          <w:rtl/>
        </w:rPr>
        <w:t>برقرار</w:t>
      </w:r>
      <w:r w:rsidRPr="00D914B7">
        <w:rPr>
          <w:sz w:val="22"/>
        </w:rPr>
        <w:t xml:space="preserve"> </w:t>
      </w:r>
      <w:r w:rsidRPr="00D914B7">
        <w:rPr>
          <w:sz w:val="22"/>
          <w:rtl/>
        </w:rPr>
        <w:t>سازند،</w:t>
      </w:r>
      <w:r w:rsidRPr="00D914B7">
        <w:rPr>
          <w:sz w:val="22"/>
        </w:rPr>
        <w:t xml:space="preserve"> </w:t>
      </w:r>
      <w:r w:rsidRPr="00D914B7">
        <w:rPr>
          <w:sz w:val="22"/>
          <w:rtl/>
        </w:rPr>
        <w:t>بیماری</w:t>
      </w:r>
      <w:r w:rsidRPr="00D914B7">
        <w:rPr>
          <w:sz w:val="22"/>
        </w:rPr>
        <w:t xml:space="preserve"> </w:t>
      </w:r>
      <w:r w:rsidRPr="00D914B7">
        <w:rPr>
          <w:sz w:val="22"/>
          <w:rtl/>
        </w:rPr>
        <w:t>را</w:t>
      </w:r>
      <w:r w:rsidRPr="00D914B7">
        <w:rPr>
          <w:sz w:val="22"/>
        </w:rPr>
        <w:t xml:space="preserve"> </w:t>
      </w:r>
      <w:r w:rsidRPr="00D914B7">
        <w:rPr>
          <w:sz w:val="22"/>
          <w:rtl/>
        </w:rPr>
        <w:t>مهار</w:t>
      </w:r>
      <w:r w:rsidRPr="00D914B7">
        <w:rPr>
          <w:sz w:val="22"/>
        </w:rPr>
        <w:t xml:space="preserve"> </w:t>
      </w:r>
      <w:r w:rsidRPr="00D914B7">
        <w:rPr>
          <w:sz w:val="22"/>
          <w:rtl/>
        </w:rPr>
        <w:t>کنند</w:t>
      </w:r>
      <w:r w:rsidRPr="00D914B7">
        <w:rPr>
          <w:sz w:val="22"/>
        </w:rPr>
        <w:t xml:space="preserve"> </w:t>
      </w:r>
      <w:r w:rsidRPr="00D914B7">
        <w:rPr>
          <w:sz w:val="22"/>
          <w:rtl/>
        </w:rPr>
        <w:t>و</w:t>
      </w:r>
      <w:r w:rsidRPr="00D914B7">
        <w:rPr>
          <w:sz w:val="22"/>
        </w:rPr>
        <w:t xml:space="preserve"> </w:t>
      </w:r>
      <w:r w:rsidRPr="00D914B7">
        <w:rPr>
          <w:sz w:val="22"/>
          <w:rtl/>
        </w:rPr>
        <w:t>بحران</w:t>
      </w:r>
      <w:r w:rsidRPr="00D914B7">
        <w:rPr>
          <w:sz w:val="22"/>
        </w:rPr>
        <w:t>‌</w:t>
      </w:r>
      <w:r w:rsidRPr="00D914B7">
        <w:rPr>
          <w:sz w:val="22"/>
          <w:rtl/>
        </w:rPr>
        <w:t>های</w:t>
      </w:r>
      <w:r w:rsidRPr="00D914B7">
        <w:rPr>
          <w:sz w:val="22"/>
        </w:rPr>
        <w:t xml:space="preserve"> </w:t>
      </w:r>
      <w:r w:rsidRPr="00D914B7">
        <w:rPr>
          <w:sz w:val="22"/>
          <w:rtl/>
        </w:rPr>
        <w:t>اجتماعی</w:t>
      </w:r>
      <w:r w:rsidRPr="00D914B7">
        <w:rPr>
          <w:sz w:val="22"/>
        </w:rPr>
        <w:t xml:space="preserve"> </w:t>
      </w:r>
      <w:r w:rsidRPr="00D914B7">
        <w:rPr>
          <w:sz w:val="22"/>
          <w:rtl/>
        </w:rPr>
        <w:t>را</w:t>
      </w:r>
      <w:r w:rsidRPr="00D914B7">
        <w:rPr>
          <w:sz w:val="22"/>
        </w:rPr>
        <w:t xml:space="preserve"> </w:t>
      </w:r>
      <w:r w:rsidRPr="00D914B7">
        <w:rPr>
          <w:sz w:val="22"/>
          <w:rtl/>
        </w:rPr>
        <w:t>اداره</w:t>
      </w:r>
      <w:r w:rsidRPr="00D914B7">
        <w:rPr>
          <w:sz w:val="22"/>
        </w:rPr>
        <w:t xml:space="preserve"> </w:t>
      </w:r>
      <w:r w:rsidRPr="00D914B7">
        <w:rPr>
          <w:sz w:val="22"/>
          <w:rtl/>
        </w:rPr>
        <w:t>نمایند</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دل</w:t>
      </w:r>
      <w:r w:rsidRPr="00D914B7">
        <w:rPr>
          <w:sz w:val="22"/>
        </w:rPr>
        <w:t xml:space="preserve"> </w:t>
      </w:r>
      <w:r w:rsidRPr="00D914B7">
        <w:rPr>
          <w:sz w:val="22"/>
          <w:rtl/>
        </w:rPr>
        <w:t>این</w:t>
      </w:r>
      <w:r w:rsidRPr="00D914B7">
        <w:rPr>
          <w:sz w:val="22"/>
        </w:rPr>
        <w:t xml:space="preserve"> </w:t>
      </w:r>
      <w:r w:rsidRPr="00D914B7">
        <w:rPr>
          <w:sz w:val="22"/>
          <w:rtl/>
        </w:rPr>
        <w:t>ضرورت</w:t>
      </w:r>
      <w:r w:rsidRPr="00D914B7">
        <w:rPr>
          <w:sz w:val="22"/>
        </w:rPr>
        <w:t>‌</w:t>
      </w:r>
      <w:r w:rsidRPr="00D914B7">
        <w:rPr>
          <w:sz w:val="22"/>
          <w:rtl/>
        </w:rPr>
        <w:t>ها</w:t>
      </w:r>
      <w:r w:rsidRPr="00D914B7">
        <w:rPr>
          <w:sz w:val="22"/>
        </w:rPr>
        <w:t xml:space="preserve"> </w:t>
      </w:r>
      <w:r w:rsidRPr="00D914B7">
        <w:rPr>
          <w:sz w:val="22"/>
          <w:rtl/>
        </w:rPr>
        <w:t>نوعی</w:t>
      </w:r>
      <w:r w:rsidRPr="00D914B7">
        <w:rPr>
          <w:sz w:val="22"/>
        </w:rPr>
        <w:t xml:space="preserve"> </w:t>
      </w:r>
      <w:r>
        <w:rPr>
          <w:rFonts w:hint="cs"/>
          <w:sz w:val="22"/>
          <w:rtl/>
        </w:rPr>
        <w:t>«</w:t>
      </w:r>
      <w:r w:rsidRPr="00D914B7">
        <w:rPr>
          <w:sz w:val="22"/>
          <w:rtl/>
        </w:rPr>
        <w:t>عقل</w:t>
      </w:r>
      <w:r w:rsidRPr="00D914B7">
        <w:rPr>
          <w:sz w:val="22"/>
        </w:rPr>
        <w:t xml:space="preserve"> </w:t>
      </w:r>
      <w:r w:rsidRPr="00D914B7">
        <w:rPr>
          <w:sz w:val="22"/>
          <w:rtl/>
        </w:rPr>
        <w:t>کشورداری</w:t>
      </w:r>
      <w:r>
        <w:rPr>
          <w:rFonts w:hint="cs"/>
          <w:sz w:val="22"/>
          <w:rtl/>
        </w:rPr>
        <w:t>»</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آید؛</w:t>
      </w:r>
      <w:r w:rsidRPr="00D914B7">
        <w:rPr>
          <w:sz w:val="22"/>
        </w:rPr>
        <w:t xml:space="preserve"> </w:t>
      </w:r>
      <w:r w:rsidRPr="00D914B7">
        <w:rPr>
          <w:sz w:val="22"/>
          <w:rtl/>
        </w:rPr>
        <w:t>عقلی</w:t>
      </w:r>
      <w:r w:rsidRPr="00D914B7">
        <w:rPr>
          <w:sz w:val="22"/>
        </w:rPr>
        <w:t xml:space="preserve"> </w:t>
      </w:r>
      <w:r w:rsidRPr="00D914B7">
        <w:rPr>
          <w:sz w:val="22"/>
          <w:rtl/>
        </w:rPr>
        <w:t>که</w:t>
      </w:r>
      <w:r w:rsidRPr="00D914B7">
        <w:rPr>
          <w:sz w:val="22"/>
        </w:rPr>
        <w:t xml:space="preserve"> </w:t>
      </w:r>
      <w:r w:rsidRPr="00D914B7">
        <w:rPr>
          <w:sz w:val="22"/>
          <w:rtl/>
        </w:rPr>
        <w:t>ناچار</w:t>
      </w:r>
      <w:r w:rsidRPr="00D914B7">
        <w:rPr>
          <w:sz w:val="22"/>
        </w:rPr>
        <w:t xml:space="preserve"> </w:t>
      </w:r>
      <w:r w:rsidRPr="00D914B7">
        <w:rPr>
          <w:sz w:val="22"/>
          <w:rtl/>
        </w:rPr>
        <w:t>است</w:t>
      </w:r>
      <w:r w:rsidRPr="00D914B7">
        <w:rPr>
          <w:sz w:val="22"/>
        </w:rPr>
        <w:t xml:space="preserve"> </w:t>
      </w:r>
      <w:r w:rsidRPr="00D914B7">
        <w:rPr>
          <w:sz w:val="22"/>
          <w:rtl/>
        </w:rPr>
        <w:t>پیامد</w:t>
      </w:r>
      <w:r w:rsidRPr="00D914B7">
        <w:rPr>
          <w:sz w:val="22"/>
        </w:rPr>
        <w:t xml:space="preserve"> </w:t>
      </w:r>
      <w:r w:rsidRPr="00D914B7">
        <w:rPr>
          <w:sz w:val="22"/>
          <w:rtl/>
        </w:rPr>
        <w:t>واقعی</w:t>
      </w:r>
      <w:r w:rsidRPr="00D914B7">
        <w:rPr>
          <w:sz w:val="22"/>
        </w:rPr>
        <w:t xml:space="preserve"> </w:t>
      </w:r>
      <w:r w:rsidRPr="00D914B7">
        <w:rPr>
          <w:sz w:val="22"/>
          <w:rtl/>
        </w:rPr>
        <w:t>تصمیم</w:t>
      </w:r>
      <w:r w:rsidRPr="00D914B7">
        <w:rPr>
          <w:sz w:val="22"/>
        </w:rPr>
        <w:t xml:space="preserve"> </w:t>
      </w:r>
      <w:r w:rsidRPr="00D914B7">
        <w:rPr>
          <w:sz w:val="22"/>
          <w:rtl/>
        </w:rPr>
        <w:t>را</w:t>
      </w:r>
      <w:r w:rsidRPr="00D914B7">
        <w:rPr>
          <w:sz w:val="22"/>
        </w:rPr>
        <w:t xml:space="preserve"> </w:t>
      </w:r>
      <w:r w:rsidRPr="00D914B7">
        <w:rPr>
          <w:sz w:val="22"/>
          <w:rtl/>
        </w:rPr>
        <w:t>بسنجد</w:t>
      </w:r>
      <w:r w:rsidRPr="00D914B7">
        <w:rPr>
          <w:sz w:val="22"/>
        </w:rPr>
        <w:t xml:space="preserve"> </w:t>
      </w:r>
      <w:r w:rsidRPr="00D914B7">
        <w:rPr>
          <w:sz w:val="22"/>
          <w:rtl/>
        </w:rPr>
        <w:t>و</w:t>
      </w:r>
      <w:r w:rsidRPr="00D914B7">
        <w:rPr>
          <w:sz w:val="22"/>
        </w:rPr>
        <w:t xml:space="preserve"> </w:t>
      </w:r>
      <w:r w:rsidRPr="00D914B7">
        <w:rPr>
          <w:sz w:val="22"/>
          <w:rtl/>
        </w:rPr>
        <w:t>فقط</w:t>
      </w:r>
      <w:r w:rsidRPr="00D914B7">
        <w:rPr>
          <w:sz w:val="22"/>
        </w:rPr>
        <w:t xml:space="preserve"> </w:t>
      </w:r>
      <w:r w:rsidRPr="00D914B7">
        <w:rPr>
          <w:sz w:val="22"/>
          <w:rtl/>
        </w:rPr>
        <w:t>به</w:t>
      </w:r>
      <w:r w:rsidRPr="00D914B7">
        <w:rPr>
          <w:sz w:val="22"/>
        </w:rPr>
        <w:t xml:space="preserve"> </w:t>
      </w:r>
      <w:r w:rsidRPr="00D914B7">
        <w:rPr>
          <w:sz w:val="22"/>
          <w:rtl/>
        </w:rPr>
        <w:t>آرمان،</w:t>
      </w:r>
      <w:r w:rsidRPr="00D914B7">
        <w:rPr>
          <w:sz w:val="22"/>
        </w:rPr>
        <w:t xml:space="preserve"> </w:t>
      </w:r>
      <w:r w:rsidRPr="00D914B7">
        <w:rPr>
          <w:sz w:val="22"/>
          <w:rtl/>
        </w:rPr>
        <w:t>فرمان</w:t>
      </w:r>
      <w:r w:rsidRPr="00D914B7">
        <w:rPr>
          <w:sz w:val="22"/>
        </w:rPr>
        <w:t xml:space="preserve"> </w:t>
      </w:r>
      <w:r w:rsidRPr="00D914B7">
        <w:rPr>
          <w:sz w:val="22"/>
          <w:rtl/>
        </w:rPr>
        <w:t>یا</w:t>
      </w:r>
      <w:r w:rsidRPr="00D914B7">
        <w:rPr>
          <w:sz w:val="22"/>
        </w:rPr>
        <w:t xml:space="preserve"> </w:t>
      </w:r>
      <w:r w:rsidRPr="00D914B7">
        <w:rPr>
          <w:sz w:val="22"/>
          <w:rtl/>
        </w:rPr>
        <w:t>تقدس</w:t>
      </w:r>
      <w:r w:rsidRPr="00D914B7">
        <w:rPr>
          <w:sz w:val="22"/>
        </w:rPr>
        <w:t xml:space="preserve"> </w:t>
      </w:r>
      <w:r w:rsidRPr="00D914B7">
        <w:rPr>
          <w:sz w:val="22"/>
          <w:rtl/>
        </w:rPr>
        <w:t>آن</w:t>
      </w:r>
      <w:r w:rsidRPr="00D914B7">
        <w:rPr>
          <w:sz w:val="22"/>
        </w:rPr>
        <w:t xml:space="preserve"> </w:t>
      </w:r>
      <w:r w:rsidRPr="00D914B7">
        <w:rPr>
          <w:sz w:val="22"/>
          <w:rtl/>
        </w:rPr>
        <w:t>بسنده</w:t>
      </w:r>
      <w:r w:rsidRPr="00D914B7">
        <w:rPr>
          <w:sz w:val="22"/>
        </w:rPr>
        <w:t xml:space="preserve"> </w:t>
      </w:r>
      <w:r w:rsidRPr="00D914B7">
        <w:rPr>
          <w:sz w:val="22"/>
          <w:rtl/>
        </w:rPr>
        <w:t>نکند</w:t>
      </w:r>
      <w:r>
        <w:rPr>
          <w:sz w:val="22"/>
          <w:rtl/>
        </w:rPr>
        <w:t>.</w:t>
      </w:r>
    </w:p>
    <w:p w:rsidR="00987F03" w:rsidRPr="00D914B7" w:rsidRDefault="00987F03" w:rsidP="00987F03">
      <w:pPr>
        <w:bidi/>
        <w:ind w:firstLine="720"/>
        <w:rPr>
          <w:sz w:val="22"/>
        </w:rPr>
      </w:pPr>
      <w:r w:rsidRPr="00D914B7">
        <w:rPr>
          <w:sz w:val="22"/>
          <w:rtl/>
        </w:rPr>
        <w:t>این</w:t>
      </w:r>
      <w:r w:rsidRPr="00D914B7">
        <w:rPr>
          <w:sz w:val="22"/>
        </w:rPr>
        <w:t xml:space="preserve"> </w:t>
      </w:r>
      <w:r w:rsidRPr="00D914B7">
        <w:rPr>
          <w:sz w:val="22"/>
          <w:rtl/>
        </w:rPr>
        <w:t>عقل</w:t>
      </w:r>
      <w:r w:rsidRPr="00D914B7">
        <w:rPr>
          <w:sz w:val="22"/>
        </w:rPr>
        <w:t xml:space="preserve"> </w:t>
      </w:r>
      <w:r w:rsidRPr="00D914B7">
        <w:rPr>
          <w:sz w:val="22"/>
          <w:rtl/>
        </w:rPr>
        <w:t>در</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همه</w:t>
      </w:r>
      <w:r w:rsidRPr="00D914B7">
        <w:rPr>
          <w:sz w:val="22"/>
        </w:rPr>
        <w:t xml:space="preserve"> </w:t>
      </w:r>
      <w:r w:rsidRPr="00D914B7">
        <w:rPr>
          <w:sz w:val="22"/>
          <w:rtl/>
        </w:rPr>
        <w:t>در</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انباشته</w:t>
      </w:r>
      <w:r w:rsidRPr="00D914B7">
        <w:rPr>
          <w:sz w:val="22"/>
        </w:rPr>
        <w:t xml:space="preserve"> </w:t>
      </w:r>
      <w:r w:rsidRPr="00D914B7">
        <w:rPr>
          <w:sz w:val="22"/>
          <w:rtl/>
        </w:rPr>
        <w:t>شده</w:t>
      </w:r>
      <w:r w:rsidRPr="00D914B7">
        <w:rPr>
          <w:sz w:val="22"/>
        </w:rPr>
        <w:t xml:space="preserve"> </w:t>
      </w:r>
      <w:r w:rsidRPr="00D914B7">
        <w:rPr>
          <w:sz w:val="22"/>
          <w:rtl/>
        </w:rPr>
        <w:t>است،</w:t>
      </w:r>
      <w:r w:rsidRPr="00D914B7">
        <w:rPr>
          <w:sz w:val="22"/>
        </w:rPr>
        <w:t xml:space="preserve"> </w:t>
      </w:r>
      <w:r w:rsidRPr="00D914B7">
        <w:rPr>
          <w:sz w:val="22"/>
          <w:rtl/>
        </w:rPr>
        <w:t>زیرا</w:t>
      </w:r>
      <w:r w:rsidRPr="00D914B7">
        <w:rPr>
          <w:sz w:val="22"/>
        </w:rPr>
        <w:t xml:space="preserve"> </w:t>
      </w:r>
      <w:r w:rsidRPr="00D914B7">
        <w:rPr>
          <w:sz w:val="22"/>
          <w:rtl/>
        </w:rPr>
        <w:t>دیوانیان</w:t>
      </w:r>
      <w:r w:rsidRPr="00D914B7">
        <w:rPr>
          <w:sz w:val="22"/>
        </w:rPr>
        <w:t xml:space="preserve"> </w:t>
      </w:r>
      <w:r w:rsidRPr="00D914B7">
        <w:rPr>
          <w:sz w:val="22"/>
          <w:rtl/>
        </w:rPr>
        <w:t>با</w:t>
      </w:r>
      <w:r w:rsidRPr="00D914B7">
        <w:rPr>
          <w:sz w:val="22"/>
        </w:rPr>
        <w:t xml:space="preserve"> </w:t>
      </w:r>
      <w:r w:rsidRPr="00D914B7">
        <w:rPr>
          <w:sz w:val="22"/>
          <w:rtl/>
        </w:rPr>
        <w:t>مالیات،</w:t>
      </w:r>
      <w:r w:rsidRPr="00D914B7">
        <w:rPr>
          <w:sz w:val="22"/>
        </w:rPr>
        <w:t xml:space="preserve"> </w:t>
      </w:r>
      <w:r w:rsidRPr="00D914B7">
        <w:rPr>
          <w:sz w:val="22"/>
          <w:rtl/>
        </w:rPr>
        <w:t>آب،</w:t>
      </w:r>
      <w:r w:rsidRPr="00D914B7">
        <w:rPr>
          <w:sz w:val="22"/>
        </w:rPr>
        <w:t xml:space="preserve"> </w:t>
      </w:r>
      <w:r w:rsidRPr="00D914B7">
        <w:rPr>
          <w:sz w:val="22"/>
          <w:rtl/>
        </w:rPr>
        <w:t>زمین،</w:t>
      </w:r>
      <w:r w:rsidRPr="00D914B7">
        <w:rPr>
          <w:sz w:val="22"/>
        </w:rPr>
        <w:t xml:space="preserve"> </w:t>
      </w:r>
      <w:r w:rsidRPr="00D914B7">
        <w:rPr>
          <w:sz w:val="22"/>
          <w:rtl/>
        </w:rPr>
        <w:t>قشون،</w:t>
      </w:r>
      <w:r w:rsidRPr="00D914B7">
        <w:rPr>
          <w:sz w:val="22"/>
        </w:rPr>
        <w:t xml:space="preserve"> </w:t>
      </w:r>
      <w:r w:rsidRPr="00D914B7">
        <w:rPr>
          <w:sz w:val="22"/>
          <w:rtl/>
        </w:rPr>
        <w:t>راه</w:t>
      </w:r>
      <w:r w:rsidRPr="00D914B7">
        <w:rPr>
          <w:sz w:val="22"/>
        </w:rPr>
        <w:t xml:space="preserve"> </w:t>
      </w:r>
      <w:r w:rsidRPr="00D914B7">
        <w:rPr>
          <w:sz w:val="22"/>
          <w:rtl/>
        </w:rPr>
        <w:t>و</w:t>
      </w:r>
      <w:r w:rsidRPr="00D914B7">
        <w:rPr>
          <w:sz w:val="22"/>
        </w:rPr>
        <w:t xml:space="preserve"> </w:t>
      </w:r>
      <w:r w:rsidRPr="00D914B7">
        <w:rPr>
          <w:sz w:val="22"/>
          <w:rtl/>
        </w:rPr>
        <w:t>زندگی</w:t>
      </w:r>
      <w:r w:rsidRPr="00D914B7">
        <w:rPr>
          <w:sz w:val="22"/>
        </w:rPr>
        <w:t xml:space="preserve"> </w:t>
      </w:r>
      <w:r w:rsidRPr="00D914B7">
        <w:rPr>
          <w:sz w:val="22"/>
          <w:rtl/>
        </w:rPr>
        <w:t>روزانه</w:t>
      </w:r>
      <w:r w:rsidRPr="00D914B7">
        <w:rPr>
          <w:sz w:val="22"/>
        </w:rPr>
        <w:t xml:space="preserve"> </w:t>
      </w:r>
      <w:r w:rsidRPr="00D914B7">
        <w:rPr>
          <w:sz w:val="22"/>
          <w:rtl/>
        </w:rPr>
        <w:t>مردم</w:t>
      </w:r>
      <w:r w:rsidRPr="00D914B7">
        <w:rPr>
          <w:sz w:val="22"/>
        </w:rPr>
        <w:t xml:space="preserve"> </w:t>
      </w:r>
      <w:r w:rsidRPr="00D914B7">
        <w:rPr>
          <w:sz w:val="22"/>
          <w:rtl/>
        </w:rPr>
        <w:t>روبه</w:t>
      </w:r>
      <w:r w:rsidRPr="00D914B7">
        <w:rPr>
          <w:sz w:val="22"/>
        </w:rPr>
        <w:t>‌</w:t>
      </w:r>
      <w:r w:rsidRPr="00D914B7">
        <w:rPr>
          <w:sz w:val="22"/>
          <w:rtl/>
        </w:rPr>
        <w:t>رو</w:t>
      </w:r>
      <w:r w:rsidRPr="00D914B7">
        <w:rPr>
          <w:sz w:val="22"/>
        </w:rPr>
        <w:t xml:space="preserve"> </w:t>
      </w:r>
      <w:r w:rsidRPr="00D914B7">
        <w:rPr>
          <w:sz w:val="22"/>
          <w:rtl/>
        </w:rPr>
        <w:t>بوده</w:t>
      </w:r>
      <w:r w:rsidRPr="00D914B7">
        <w:rPr>
          <w:sz w:val="22"/>
        </w:rPr>
        <w:t>‌</w:t>
      </w:r>
      <w:r w:rsidRPr="00D914B7">
        <w:rPr>
          <w:sz w:val="22"/>
          <w:rtl/>
        </w:rPr>
        <w:t>اند</w:t>
      </w:r>
      <w:r>
        <w:rPr>
          <w:sz w:val="22"/>
          <w:rtl/>
        </w:rPr>
        <w:t>.</w:t>
      </w:r>
      <w:r w:rsidRPr="00D914B7">
        <w:rPr>
          <w:sz w:val="22"/>
        </w:rPr>
        <w:t xml:space="preserve"> </w:t>
      </w:r>
      <w:r w:rsidRPr="00D914B7">
        <w:rPr>
          <w:sz w:val="22"/>
          <w:rtl/>
        </w:rPr>
        <w:t>آنان</w:t>
      </w:r>
      <w:r w:rsidRPr="00D914B7">
        <w:rPr>
          <w:sz w:val="22"/>
        </w:rPr>
        <w:t xml:space="preserve"> </w:t>
      </w:r>
      <w:r w:rsidRPr="00D914B7">
        <w:rPr>
          <w:sz w:val="22"/>
          <w:rtl/>
        </w:rPr>
        <w:t>نمی</w:t>
      </w:r>
      <w:r w:rsidRPr="00D914B7">
        <w:rPr>
          <w:sz w:val="22"/>
        </w:rPr>
        <w:t>‌</w:t>
      </w:r>
      <w:r w:rsidRPr="00D914B7">
        <w:rPr>
          <w:sz w:val="22"/>
          <w:rtl/>
        </w:rPr>
        <w:t>توانسته</w:t>
      </w:r>
      <w:r w:rsidRPr="00D914B7">
        <w:rPr>
          <w:sz w:val="22"/>
        </w:rPr>
        <w:t>‌</w:t>
      </w:r>
      <w:r w:rsidRPr="00D914B7">
        <w:rPr>
          <w:sz w:val="22"/>
          <w:rtl/>
        </w:rPr>
        <w:t>اند</w:t>
      </w:r>
      <w:r w:rsidRPr="00D914B7">
        <w:rPr>
          <w:sz w:val="22"/>
        </w:rPr>
        <w:t xml:space="preserve"> </w:t>
      </w:r>
      <w:r w:rsidRPr="00D914B7">
        <w:rPr>
          <w:sz w:val="22"/>
          <w:rtl/>
        </w:rPr>
        <w:t>همیشه</w:t>
      </w:r>
      <w:r w:rsidRPr="00D914B7">
        <w:rPr>
          <w:sz w:val="22"/>
        </w:rPr>
        <w:t xml:space="preserve"> </w:t>
      </w:r>
      <w:r w:rsidRPr="00D914B7">
        <w:rPr>
          <w:sz w:val="22"/>
          <w:rtl/>
        </w:rPr>
        <w:t>فقط</w:t>
      </w:r>
      <w:r w:rsidRPr="00D914B7">
        <w:rPr>
          <w:sz w:val="22"/>
        </w:rPr>
        <w:t xml:space="preserve"> </w:t>
      </w:r>
      <w:r w:rsidRPr="00D914B7">
        <w:rPr>
          <w:sz w:val="22"/>
          <w:rtl/>
        </w:rPr>
        <w:t>بر</w:t>
      </w:r>
      <w:r w:rsidRPr="00D914B7">
        <w:rPr>
          <w:sz w:val="22"/>
        </w:rPr>
        <w:t xml:space="preserve"> </w:t>
      </w:r>
      <w:r w:rsidRPr="00D914B7">
        <w:rPr>
          <w:sz w:val="22"/>
          <w:rtl/>
        </w:rPr>
        <w:t>پایه</w:t>
      </w:r>
      <w:r>
        <w:rPr>
          <w:sz w:val="22"/>
          <w:rtl/>
        </w:rPr>
        <w:t>ء</w:t>
      </w:r>
      <w:r w:rsidRPr="00D914B7">
        <w:rPr>
          <w:sz w:val="22"/>
        </w:rPr>
        <w:t xml:space="preserve"> </w:t>
      </w:r>
      <w:r w:rsidRPr="00D914B7">
        <w:rPr>
          <w:sz w:val="22"/>
          <w:rtl/>
        </w:rPr>
        <w:t>فرمانی</w:t>
      </w:r>
      <w:r w:rsidRPr="00D914B7">
        <w:rPr>
          <w:sz w:val="22"/>
        </w:rPr>
        <w:t xml:space="preserve"> </w:t>
      </w:r>
      <w:r w:rsidRPr="00D914B7">
        <w:rPr>
          <w:sz w:val="22"/>
          <w:rtl/>
        </w:rPr>
        <w:t>انتزاعی</w:t>
      </w:r>
      <w:r w:rsidRPr="00D914B7">
        <w:rPr>
          <w:sz w:val="22"/>
        </w:rPr>
        <w:t xml:space="preserve"> </w:t>
      </w:r>
      <w:r w:rsidRPr="00D914B7">
        <w:rPr>
          <w:sz w:val="22"/>
          <w:rtl/>
        </w:rPr>
        <w:t>عمل</w:t>
      </w:r>
      <w:r w:rsidRPr="00D914B7">
        <w:rPr>
          <w:sz w:val="22"/>
        </w:rPr>
        <w:t xml:space="preserve"> </w:t>
      </w:r>
      <w:r w:rsidRPr="00D914B7">
        <w:rPr>
          <w:sz w:val="22"/>
          <w:rtl/>
        </w:rPr>
        <w:t>کنند؛</w:t>
      </w:r>
      <w:r w:rsidRPr="00D914B7">
        <w:rPr>
          <w:sz w:val="22"/>
        </w:rPr>
        <w:t xml:space="preserve"> </w:t>
      </w:r>
      <w:r w:rsidRPr="00D914B7">
        <w:rPr>
          <w:sz w:val="22"/>
          <w:rtl/>
        </w:rPr>
        <w:t>ناچار</w:t>
      </w:r>
      <w:r w:rsidRPr="00D914B7">
        <w:rPr>
          <w:sz w:val="22"/>
        </w:rPr>
        <w:t xml:space="preserve"> </w:t>
      </w:r>
      <w:r w:rsidRPr="00D914B7">
        <w:rPr>
          <w:sz w:val="22"/>
          <w:rtl/>
        </w:rPr>
        <w:t>بوده</w:t>
      </w:r>
      <w:r w:rsidRPr="00D914B7">
        <w:rPr>
          <w:sz w:val="22"/>
        </w:rPr>
        <w:t>‌</w:t>
      </w:r>
      <w:r w:rsidRPr="00D914B7">
        <w:rPr>
          <w:sz w:val="22"/>
          <w:rtl/>
        </w:rPr>
        <w:t>اند</w:t>
      </w:r>
      <w:r w:rsidRPr="00D914B7">
        <w:rPr>
          <w:sz w:val="22"/>
        </w:rPr>
        <w:t xml:space="preserve"> </w:t>
      </w:r>
      <w:r w:rsidRPr="00D914B7">
        <w:rPr>
          <w:sz w:val="22"/>
          <w:rtl/>
        </w:rPr>
        <w:t>به</w:t>
      </w:r>
      <w:r w:rsidRPr="00D914B7">
        <w:rPr>
          <w:sz w:val="22"/>
        </w:rPr>
        <w:t xml:space="preserve"> </w:t>
      </w:r>
      <w:r w:rsidRPr="00D914B7">
        <w:rPr>
          <w:sz w:val="22"/>
          <w:rtl/>
        </w:rPr>
        <w:t>فرمانروا</w:t>
      </w:r>
      <w:r w:rsidRPr="00D914B7">
        <w:rPr>
          <w:sz w:val="22"/>
        </w:rPr>
        <w:t xml:space="preserve"> </w:t>
      </w:r>
      <w:r w:rsidRPr="00D914B7">
        <w:rPr>
          <w:sz w:val="22"/>
          <w:rtl/>
        </w:rPr>
        <w:t>توضیح</w:t>
      </w:r>
      <w:r w:rsidRPr="00D914B7">
        <w:rPr>
          <w:sz w:val="22"/>
        </w:rPr>
        <w:t xml:space="preserve"> </w:t>
      </w:r>
      <w:r w:rsidRPr="00D914B7">
        <w:rPr>
          <w:sz w:val="22"/>
          <w:rtl/>
        </w:rPr>
        <w:t>دهند</w:t>
      </w:r>
      <w:r w:rsidRPr="00D914B7">
        <w:rPr>
          <w:sz w:val="22"/>
        </w:rPr>
        <w:t xml:space="preserve"> </w:t>
      </w:r>
      <w:r w:rsidRPr="00D914B7">
        <w:rPr>
          <w:sz w:val="22"/>
          <w:rtl/>
        </w:rPr>
        <w:t>که</w:t>
      </w:r>
      <w:r w:rsidRPr="00D914B7">
        <w:rPr>
          <w:sz w:val="22"/>
        </w:rPr>
        <w:t xml:space="preserve"> </w:t>
      </w:r>
      <w:r w:rsidRPr="00D914B7">
        <w:rPr>
          <w:sz w:val="22"/>
          <w:rtl/>
        </w:rPr>
        <w:t>خزانه</w:t>
      </w:r>
      <w:r w:rsidRPr="00D914B7">
        <w:rPr>
          <w:sz w:val="22"/>
        </w:rPr>
        <w:t xml:space="preserve"> </w:t>
      </w:r>
      <w:r w:rsidRPr="00D914B7">
        <w:rPr>
          <w:sz w:val="22"/>
          <w:rtl/>
        </w:rPr>
        <w:t>توان</w:t>
      </w:r>
      <w:r w:rsidRPr="00D914B7">
        <w:rPr>
          <w:sz w:val="22"/>
        </w:rPr>
        <w:t xml:space="preserve"> </w:t>
      </w:r>
      <w:r w:rsidRPr="00D914B7">
        <w:rPr>
          <w:sz w:val="22"/>
          <w:rtl/>
        </w:rPr>
        <w:t>جنگ</w:t>
      </w:r>
      <w:r w:rsidRPr="00D914B7">
        <w:rPr>
          <w:sz w:val="22"/>
        </w:rPr>
        <w:t xml:space="preserve"> </w:t>
      </w:r>
      <w:r w:rsidRPr="00D914B7">
        <w:rPr>
          <w:sz w:val="22"/>
          <w:rtl/>
        </w:rPr>
        <w:t>تازه</w:t>
      </w:r>
      <w:r w:rsidRPr="00D914B7">
        <w:rPr>
          <w:sz w:val="22"/>
        </w:rPr>
        <w:t xml:space="preserve"> </w:t>
      </w:r>
      <w:r w:rsidRPr="00D914B7">
        <w:rPr>
          <w:sz w:val="22"/>
          <w:rtl/>
        </w:rPr>
        <w:t>ندارد،</w:t>
      </w:r>
      <w:r w:rsidRPr="00D914B7">
        <w:rPr>
          <w:sz w:val="22"/>
        </w:rPr>
        <w:t xml:space="preserve"> </w:t>
      </w:r>
      <w:r w:rsidRPr="00D914B7">
        <w:rPr>
          <w:sz w:val="22"/>
          <w:rtl/>
        </w:rPr>
        <w:t>افزایش</w:t>
      </w:r>
      <w:r w:rsidRPr="00D914B7">
        <w:rPr>
          <w:sz w:val="22"/>
        </w:rPr>
        <w:t xml:space="preserve"> </w:t>
      </w:r>
      <w:r w:rsidRPr="00D914B7">
        <w:rPr>
          <w:sz w:val="22"/>
          <w:rtl/>
        </w:rPr>
        <w:t>مالیات</w:t>
      </w:r>
      <w:r w:rsidRPr="00D914B7">
        <w:rPr>
          <w:sz w:val="22"/>
        </w:rPr>
        <w:t xml:space="preserve"> </w:t>
      </w:r>
      <w:r w:rsidRPr="00D914B7">
        <w:rPr>
          <w:sz w:val="22"/>
          <w:rtl/>
        </w:rPr>
        <w:t>شورش</w:t>
      </w:r>
      <w:r w:rsidRPr="00D914B7">
        <w:rPr>
          <w:sz w:val="22"/>
        </w:rPr>
        <w:t xml:space="preserve"> </w:t>
      </w:r>
      <w:r w:rsidRPr="00D914B7">
        <w:rPr>
          <w:sz w:val="22"/>
          <w:rtl/>
        </w:rPr>
        <w:t>می</w:t>
      </w:r>
      <w:r w:rsidRPr="00D914B7">
        <w:rPr>
          <w:sz w:val="22"/>
        </w:rPr>
        <w:t>‌</w:t>
      </w:r>
      <w:r w:rsidRPr="00D914B7">
        <w:rPr>
          <w:sz w:val="22"/>
          <w:rtl/>
        </w:rPr>
        <w:t>آفریند،</w:t>
      </w:r>
      <w:r w:rsidRPr="00D914B7">
        <w:rPr>
          <w:sz w:val="22"/>
        </w:rPr>
        <w:t xml:space="preserve"> </w:t>
      </w:r>
      <w:r w:rsidRPr="00D914B7">
        <w:rPr>
          <w:sz w:val="22"/>
          <w:rtl/>
        </w:rPr>
        <w:t>تعرض</w:t>
      </w:r>
      <w:r w:rsidRPr="00D914B7">
        <w:rPr>
          <w:sz w:val="22"/>
        </w:rPr>
        <w:t xml:space="preserve"> </w:t>
      </w:r>
      <w:r w:rsidRPr="00D914B7">
        <w:rPr>
          <w:sz w:val="22"/>
          <w:rtl/>
        </w:rPr>
        <w:t>قشون</w:t>
      </w:r>
      <w:r w:rsidRPr="00D914B7">
        <w:rPr>
          <w:sz w:val="22"/>
        </w:rPr>
        <w:t xml:space="preserve"> </w:t>
      </w:r>
      <w:r w:rsidRPr="00D914B7">
        <w:rPr>
          <w:sz w:val="22"/>
          <w:rtl/>
        </w:rPr>
        <w:t>تولید</w:t>
      </w:r>
      <w:r w:rsidRPr="00D914B7">
        <w:rPr>
          <w:sz w:val="22"/>
        </w:rPr>
        <w:t xml:space="preserve"> </w:t>
      </w:r>
      <w:r w:rsidRPr="00D914B7">
        <w:rPr>
          <w:sz w:val="22"/>
          <w:rtl/>
        </w:rPr>
        <w:t>را</w:t>
      </w:r>
      <w:r w:rsidRPr="00D914B7">
        <w:rPr>
          <w:sz w:val="22"/>
        </w:rPr>
        <w:t xml:space="preserve"> </w:t>
      </w:r>
      <w:r w:rsidRPr="00D914B7">
        <w:rPr>
          <w:sz w:val="22"/>
          <w:rtl/>
        </w:rPr>
        <w:t>نابود</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یا</w:t>
      </w:r>
      <w:r w:rsidRPr="00D914B7">
        <w:rPr>
          <w:sz w:val="22"/>
        </w:rPr>
        <w:t xml:space="preserve"> </w:t>
      </w:r>
      <w:r w:rsidRPr="00D914B7">
        <w:rPr>
          <w:sz w:val="22"/>
          <w:rtl/>
        </w:rPr>
        <w:t>حکمی</w:t>
      </w:r>
      <w:r w:rsidRPr="00D914B7">
        <w:rPr>
          <w:sz w:val="22"/>
        </w:rPr>
        <w:t xml:space="preserve"> </w:t>
      </w:r>
      <w:r w:rsidRPr="00D914B7">
        <w:rPr>
          <w:sz w:val="22"/>
          <w:rtl/>
        </w:rPr>
        <w:t>خاص</w:t>
      </w:r>
      <w:r w:rsidRPr="00D914B7">
        <w:rPr>
          <w:sz w:val="22"/>
        </w:rPr>
        <w:t xml:space="preserve"> </w:t>
      </w:r>
      <w:r w:rsidRPr="00D914B7">
        <w:rPr>
          <w:sz w:val="22"/>
          <w:rtl/>
        </w:rPr>
        <w:t>در</w:t>
      </w:r>
      <w:r w:rsidRPr="00D914B7">
        <w:rPr>
          <w:sz w:val="22"/>
        </w:rPr>
        <w:t xml:space="preserve"> </w:t>
      </w:r>
      <w:r w:rsidRPr="00D914B7">
        <w:rPr>
          <w:sz w:val="22"/>
          <w:rtl/>
        </w:rPr>
        <w:t>عمل</w:t>
      </w:r>
      <w:r w:rsidRPr="00D914B7">
        <w:rPr>
          <w:sz w:val="22"/>
        </w:rPr>
        <w:t xml:space="preserve"> </w:t>
      </w:r>
      <w:r w:rsidRPr="00D914B7">
        <w:rPr>
          <w:sz w:val="22"/>
          <w:rtl/>
        </w:rPr>
        <w:t>قابل</w:t>
      </w:r>
      <w:r w:rsidRPr="00D914B7">
        <w:rPr>
          <w:sz w:val="22"/>
        </w:rPr>
        <w:t xml:space="preserve"> </w:t>
      </w:r>
      <w:r w:rsidRPr="00D914B7">
        <w:rPr>
          <w:sz w:val="22"/>
          <w:rtl/>
        </w:rPr>
        <w:t>اجرا</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جهت،</w:t>
      </w:r>
      <w:r w:rsidRPr="00D914B7">
        <w:rPr>
          <w:sz w:val="22"/>
        </w:rPr>
        <w:t xml:space="preserve"> </w:t>
      </w:r>
      <w:r w:rsidRPr="00D914B7">
        <w:rPr>
          <w:sz w:val="22"/>
          <w:rtl/>
        </w:rPr>
        <w:t>دیوان</w:t>
      </w:r>
      <w:r w:rsidRPr="00D914B7">
        <w:rPr>
          <w:sz w:val="22"/>
        </w:rPr>
        <w:t xml:space="preserve"> </w:t>
      </w:r>
      <w:r w:rsidRPr="00D914B7">
        <w:rPr>
          <w:sz w:val="22"/>
          <w:rtl/>
        </w:rPr>
        <w:t>می</w:t>
      </w:r>
      <w:r w:rsidRPr="00D914B7">
        <w:rPr>
          <w:sz w:val="22"/>
        </w:rPr>
        <w:t>‌</w:t>
      </w:r>
      <w:r w:rsidRPr="00D914B7">
        <w:rPr>
          <w:sz w:val="22"/>
          <w:rtl/>
        </w:rPr>
        <w:t>توانسته</w:t>
      </w:r>
      <w:r w:rsidRPr="00D914B7">
        <w:rPr>
          <w:sz w:val="22"/>
        </w:rPr>
        <w:t xml:space="preserve"> </w:t>
      </w:r>
      <w:r w:rsidRPr="00D914B7">
        <w:rPr>
          <w:sz w:val="22"/>
          <w:rtl/>
        </w:rPr>
        <w:t>حامل</w:t>
      </w:r>
      <w:r w:rsidRPr="00D914B7">
        <w:rPr>
          <w:sz w:val="22"/>
        </w:rPr>
        <w:t xml:space="preserve"> </w:t>
      </w:r>
      <w:r w:rsidRPr="00D914B7">
        <w:rPr>
          <w:sz w:val="22"/>
          <w:rtl/>
        </w:rPr>
        <w:t>واقعیت</w:t>
      </w:r>
      <w:r w:rsidRPr="00D914B7">
        <w:rPr>
          <w:sz w:val="22"/>
        </w:rPr>
        <w:t xml:space="preserve"> </w:t>
      </w:r>
      <w:r w:rsidRPr="00D914B7">
        <w:rPr>
          <w:sz w:val="22"/>
          <w:rtl/>
        </w:rPr>
        <w:t>زندگی</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خواست</w:t>
      </w:r>
      <w:r w:rsidRPr="00D914B7">
        <w:rPr>
          <w:sz w:val="22"/>
        </w:rPr>
        <w:t xml:space="preserve"> </w:t>
      </w:r>
      <w:r w:rsidRPr="00D914B7">
        <w:rPr>
          <w:sz w:val="22"/>
          <w:rtl/>
        </w:rPr>
        <w:t>نامحدود</w:t>
      </w:r>
      <w:r w:rsidRPr="00D914B7">
        <w:rPr>
          <w:sz w:val="22"/>
        </w:rPr>
        <w:t xml:space="preserve"> </w:t>
      </w:r>
      <w:r w:rsidRPr="00D914B7">
        <w:rPr>
          <w:sz w:val="22"/>
          <w:rtl/>
        </w:rPr>
        <w:t>قدرت</w:t>
      </w:r>
      <w:r w:rsidRPr="00D914B7">
        <w:rPr>
          <w:sz w:val="22"/>
        </w:rPr>
        <w:t xml:space="preserve"> </w:t>
      </w:r>
      <w:r w:rsidRPr="00D914B7">
        <w:rPr>
          <w:sz w:val="22"/>
          <w:rtl/>
        </w:rPr>
        <w:t>باشد</w:t>
      </w:r>
      <w:r>
        <w:rPr>
          <w:sz w:val="22"/>
          <w:rtl/>
        </w:rPr>
        <w:t>.</w:t>
      </w:r>
    </w:p>
    <w:p w:rsidR="00987F03" w:rsidRPr="00D914B7" w:rsidRDefault="00987F03" w:rsidP="00987F03">
      <w:pPr>
        <w:bidi/>
        <w:ind w:firstLine="720"/>
        <w:rPr>
          <w:sz w:val="22"/>
        </w:rPr>
      </w:pPr>
      <w:r w:rsidRPr="00D914B7">
        <w:rPr>
          <w:sz w:val="22"/>
          <w:rtl/>
        </w:rPr>
        <w:t>اما</w:t>
      </w:r>
      <w:r w:rsidRPr="00D914B7">
        <w:rPr>
          <w:sz w:val="22"/>
        </w:rPr>
        <w:t xml:space="preserve"> </w:t>
      </w:r>
      <w:r w:rsidRPr="00D914B7">
        <w:rPr>
          <w:sz w:val="22"/>
          <w:rtl/>
        </w:rPr>
        <w:t>این</w:t>
      </w:r>
      <w:r w:rsidRPr="00D914B7">
        <w:rPr>
          <w:sz w:val="22"/>
        </w:rPr>
        <w:t xml:space="preserve"> </w:t>
      </w:r>
      <w:r>
        <w:rPr>
          <w:rFonts w:hint="cs"/>
          <w:sz w:val="22"/>
          <w:rtl/>
        </w:rPr>
        <w:t>«</w:t>
      </w:r>
      <w:r w:rsidRPr="00D914B7">
        <w:rPr>
          <w:sz w:val="22"/>
          <w:rtl/>
        </w:rPr>
        <w:t>می</w:t>
      </w:r>
      <w:r w:rsidRPr="00D914B7">
        <w:rPr>
          <w:sz w:val="22"/>
        </w:rPr>
        <w:t>‌</w:t>
      </w:r>
      <w:r w:rsidRPr="00D914B7">
        <w:rPr>
          <w:sz w:val="22"/>
          <w:rtl/>
        </w:rPr>
        <w:t>توانسته</w:t>
      </w:r>
      <w:r>
        <w:rPr>
          <w:rFonts w:hint="cs"/>
          <w:sz w:val="22"/>
          <w:rtl/>
        </w:rPr>
        <w:t>»</w:t>
      </w:r>
      <w:r w:rsidRPr="00D914B7">
        <w:rPr>
          <w:sz w:val="22"/>
        </w:rPr>
        <w:t xml:space="preserve"> </w:t>
      </w:r>
      <w:r w:rsidRPr="00D914B7">
        <w:rPr>
          <w:sz w:val="22"/>
          <w:rtl/>
        </w:rPr>
        <w:t>را</w:t>
      </w:r>
      <w:r w:rsidRPr="00D914B7">
        <w:rPr>
          <w:sz w:val="22"/>
        </w:rPr>
        <w:t xml:space="preserve"> </w:t>
      </w:r>
      <w:r w:rsidRPr="00D914B7">
        <w:rPr>
          <w:sz w:val="22"/>
          <w:rtl/>
        </w:rPr>
        <w:t>نباید</w:t>
      </w:r>
      <w:r w:rsidRPr="00D914B7">
        <w:rPr>
          <w:sz w:val="22"/>
        </w:rPr>
        <w:t xml:space="preserve"> </w:t>
      </w:r>
      <w:r w:rsidRPr="00D914B7">
        <w:rPr>
          <w:sz w:val="22"/>
          <w:rtl/>
        </w:rPr>
        <w:t>به</w:t>
      </w:r>
      <w:r w:rsidRPr="00D914B7">
        <w:rPr>
          <w:sz w:val="22"/>
        </w:rPr>
        <w:t xml:space="preserve"> </w:t>
      </w:r>
      <w:r w:rsidRPr="00D914B7">
        <w:rPr>
          <w:sz w:val="22"/>
          <w:rtl/>
        </w:rPr>
        <w:t>قانون</w:t>
      </w:r>
      <w:r w:rsidRPr="00D914B7">
        <w:rPr>
          <w:sz w:val="22"/>
        </w:rPr>
        <w:t xml:space="preserve"> </w:t>
      </w:r>
      <w:r w:rsidRPr="00D914B7">
        <w:rPr>
          <w:sz w:val="22"/>
          <w:rtl/>
        </w:rPr>
        <w:t>جبری</w:t>
      </w:r>
      <w:r w:rsidRPr="00D914B7">
        <w:rPr>
          <w:sz w:val="22"/>
        </w:rPr>
        <w:t xml:space="preserve"> </w:t>
      </w:r>
      <w:r w:rsidRPr="00D914B7">
        <w:rPr>
          <w:sz w:val="22"/>
          <w:rtl/>
        </w:rPr>
        <w:t>تاریخ</w:t>
      </w:r>
      <w:r w:rsidRPr="00D914B7">
        <w:rPr>
          <w:sz w:val="22"/>
        </w:rPr>
        <w:t xml:space="preserve"> </w:t>
      </w:r>
      <w:r w:rsidRPr="00D914B7">
        <w:rPr>
          <w:sz w:val="22"/>
          <w:rtl/>
        </w:rPr>
        <w:t>تبدیل</w:t>
      </w:r>
      <w:r w:rsidRPr="00D914B7">
        <w:rPr>
          <w:sz w:val="22"/>
        </w:rPr>
        <w:t xml:space="preserve"> </w:t>
      </w:r>
      <w:r w:rsidRPr="00D914B7">
        <w:rPr>
          <w:sz w:val="22"/>
          <w:rtl/>
        </w:rPr>
        <w:t>کرد</w:t>
      </w:r>
      <w:r>
        <w:rPr>
          <w:sz w:val="22"/>
          <w:rtl/>
        </w:rPr>
        <w:t>.</w:t>
      </w:r>
      <w:r w:rsidRPr="00D914B7">
        <w:rPr>
          <w:sz w:val="22"/>
        </w:rPr>
        <w:t xml:space="preserve"> </w:t>
      </w:r>
      <w:r w:rsidRPr="00D914B7">
        <w:rPr>
          <w:sz w:val="22"/>
          <w:rtl/>
        </w:rPr>
        <w:t>دیوان</w:t>
      </w:r>
      <w:r w:rsidRPr="00D914B7">
        <w:rPr>
          <w:sz w:val="22"/>
        </w:rPr>
        <w:t>‌</w:t>
      </w:r>
      <w:r w:rsidRPr="00D914B7">
        <w:rPr>
          <w:sz w:val="22"/>
          <w:rtl/>
        </w:rPr>
        <w:t>سالاری</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خودکامگی</w:t>
      </w:r>
      <w:r w:rsidRPr="00D914B7">
        <w:rPr>
          <w:sz w:val="22"/>
        </w:rPr>
        <w:t xml:space="preserve"> </w:t>
      </w:r>
      <w:r w:rsidRPr="00D914B7">
        <w:rPr>
          <w:sz w:val="22"/>
          <w:rtl/>
        </w:rPr>
        <w:t>و</w:t>
      </w:r>
      <w:r w:rsidRPr="00D914B7">
        <w:rPr>
          <w:sz w:val="22"/>
        </w:rPr>
        <w:t xml:space="preserve"> </w:t>
      </w:r>
      <w:r w:rsidRPr="00D914B7">
        <w:rPr>
          <w:sz w:val="22"/>
          <w:rtl/>
        </w:rPr>
        <w:t>تعصب</w:t>
      </w:r>
      <w:r w:rsidRPr="00D914B7">
        <w:rPr>
          <w:sz w:val="22"/>
        </w:rPr>
        <w:t xml:space="preserve"> </w:t>
      </w:r>
      <w:r w:rsidRPr="00D914B7">
        <w:rPr>
          <w:sz w:val="22"/>
          <w:rtl/>
        </w:rPr>
        <w:t>را</w:t>
      </w:r>
      <w:r w:rsidRPr="00D914B7">
        <w:rPr>
          <w:sz w:val="22"/>
        </w:rPr>
        <w:t xml:space="preserve"> </w:t>
      </w:r>
      <w:r w:rsidRPr="00D914B7">
        <w:rPr>
          <w:sz w:val="22"/>
          <w:rtl/>
        </w:rPr>
        <w:t>نیز</w:t>
      </w:r>
      <w:r w:rsidRPr="00D914B7">
        <w:rPr>
          <w:sz w:val="22"/>
        </w:rPr>
        <w:t xml:space="preserve"> </w:t>
      </w:r>
      <w:r w:rsidRPr="00D914B7">
        <w:rPr>
          <w:sz w:val="22"/>
          <w:rtl/>
        </w:rPr>
        <w:t>کارآمدتر</w:t>
      </w:r>
      <w:r w:rsidRPr="00D914B7">
        <w:rPr>
          <w:sz w:val="22"/>
        </w:rPr>
        <w:t xml:space="preserve"> </w:t>
      </w:r>
      <w:r w:rsidRPr="00D914B7">
        <w:rPr>
          <w:sz w:val="22"/>
          <w:rtl/>
        </w:rPr>
        <w:t>سازد</w:t>
      </w:r>
      <w:r>
        <w:rPr>
          <w:sz w:val="22"/>
          <w:rtl/>
        </w:rPr>
        <w:t>.</w:t>
      </w:r>
      <w:r w:rsidRPr="00D914B7">
        <w:rPr>
          <w:sz w:val="22"/>
        </w:rPr>
        <w:t xml:space="preserve"> </w:t>
      </w:r>
      <w:r w:rsidRPr="00D914B7">
        <w:rPr>
          <w:sz w:val="22"/>
          <w:rtl/>
        </w:rPr>
        <w:t>دستگاه</w:t>
      </w:r>
      <w:r w:rsidRPr="00D914B7">
        <w:rPr>
          <w:sz w:val="22"/>
        </w:rPr>
        <w:t xml:space="preserve"> </w:t>
      </w:r>
      <w:r w:rsidRPr="00D914B7">
        <w:rPr>
          <w:sz w:val="22"/>
          <w:rtl/>
        </w:rPr>
        <w:t>اداری</w:t>
      </w:r>
      <w:r w:rsidRPr="00D914B7">
        <w:rPr>
          <w:sz w:val="22"/>
        </w:rPr>
        <w:t xml:space="preserve"> </w:t>
      </w:r>
      <w:r w:rsidRPr="00D914B7">
        <w:rPr>
          <w:sz w:val="22"/>
          <w:rtl/>
        </w:rPr>
        <w:t>حکومت</w:t>
      </w:r>
      <w:r w:rsidRPr="00D914B7">
        <w:rPr>
          <w:sz w:val="22"/>
        </w:rPr>
        <w:t xml:space="preserve"> </w:t>
      </w:r>
      <w:r w:rsidRPr="00D914B7">
        <w:rPr>
          <w:sz w:val="22"/>
          <w:rtl/>
        </w:rPr>
        <w:t>دینی</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فرمان</w:t>
      </w:r>
      <w:r w:rsidRPr="00D914B7">
        <w:rPr>
          <w:sz w:val="22"/>
        </w:rPr>
        <w:t xml:space="preserve"> </w:t>
      </w:r>
      <w:r w:rsidRPr="00D914B7">
        <w:rPr>
          <w:sz w:val="22"/>
          <w:rtl/>
        </w:rPr>
        <w:t>تبعیض</w:t>
      </w:r>
      <w:r w:rsidRPr="00D914B7">
        <w:rPr>
          <w:sz w:val="22"/>
        </w:rPr>
        <w:t xml:space="preserve"> </w:t>
      </w:r>
      <w:r w:rsidRPr="00D914B7">
        <w:rPr>
          <w:sz w:val="22"/>
          <w:rtl/>
        </w:rPr>
        <w:t>و</w:t>
      </w:r>
      <w:r w:rsidRPr="00D914B7">
        <w:rPr>
          <w:sz w:val="22"/>
        </w:rPr>
        <w:t xml:space="preserve"> </w:t>
      </w:r>
      <w:r w:rsidRPr="00D914B7">
        <w:rPr>
          <w:sz w:val="22"/>
          <w:rtl/>
        </w:rPr>
        <w:t>سرکوب</w:t>
      </w:r>
      <w:r w:rsidRPr="00D914B7">
        <w:rPr>
          <w:sz w:val="22"/>
        </w:rPr>
        <w:t xml:space="preserve"> </w:t>
      </w:r>
      <w:r w:rsidRPr="00D914B7">
        <w:rPr>
          <w:sz w:val="22"/>
          <w:rtl/>
        </w:rPr>
        <w:t>را</w:t>
      </w:r>
      <w:r w:rsidRPr="00D914B7">
        <w:rPr>
          <w:sz w:val="22"/>
        </w:rPr>
        <w:t xml:space="preserve"> </w:t>
      </w:r>
      <w:r w:rsidRPr="00D914B7">
        <w:rPr>
          <w:sz w:val="22"/>
          <w:rtl/>
        </w:rPr>
        <w:t>با</w:t>
      </w:r>
      <w:r w:rsidRPr="00D914B7">
        <w:rPr>
          <w:sz w:val="22"/>
        </w:rPr>
        <w:t xml:space="preserve"> </w:t>
      </w:r>
      <w:r w:rsidRPr="00D914B7">
        <w:rPr>
          <w:sz w:val="22"/>
          <w:rtl/>
        </w:rPr>
        <w:t>دقتی</w:t>
      </w:r>
      <w:r w:rsidRPr="00D914B7">
        <w:rPr>
          <w:sz w:val="22"/>
        </w:rPr>
        <w:t xml:space="preserve"> </w:t>
      </w:r>
      <w:r w:rsidRPr="00D914B7">
        <w:rPr>
          <w:sz w:val="22"/>
          <w:rtl/>
        </w:rPr>
        <w:t>بیشتر</w:t>
      </w:r>
      <w:r w:rsidRPr="00D914B7">
        <w:rPr>
          <w:sz w:val="22"/>
        </w:rPr>
        <w:t xml:space="preserve"> </w:t>
      </w:r>
      <w:r w:rsidRPr="00D914B7">
        <w:rPr>
          <w:sz w:val="22"/>
          <w:rtl/>
        </w:rPr>
        <w:t>از</w:t>
      </w:r>
      <w:r w:rsidRPr="00D914B7">
        <w:rPr>
          <w:sz w:val="22"/>
        </w:rPr>
        <w:t xml:space="preserve"> </w:t>
      </w:r>
      <w:r w:rsidRPr="00D914B7">
        <w:rPr>
          <w:sz w:val="22"/>
          <w:rtl/>
        </w:rPr>
        <w:t>قشون</w:t>
      </w:r>
      <w:r w:rsidRPr="00D914B7">
        <w:rPr>
          <w:sz w:val="22"/>
        </w:rPr>
        <w:t xml:space="preserve"> </w:t>
      </w:r>
      <w:r w:rsidRPr="00D914B7">
        <w:rPr>
          <w:sz w:val="22"/>
          <w:rtl/>
        </w:rPr>
        <w:t>پراکنده</w:t>
      </w:r>
      <w:r w:rsidRPr="00D914B7">
        <w:rPr>
          <w:sz w:val="22"/>
        </w:rPr>
        <w:t xml:space="preserve"> </w:t>
      </w:r>
      <w:r w:rsidRPr="00D914B7">
        <w:rPr>
          <w:sz w:val="22"/>
          <w:rtl/>
        </w:rPr>
        <w:t>اجرا</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تماس</w:t>
      </w:r>
      <w:r w:rsidRPr="00D914B7">
        <w:rPr>
          <w:sz w:val="22"/>
        </w:rPr>
        <w:t xml:space="preserve"> </w:t>
      </w:r>
      <w:r w:rsidRPr="00D914B7">
        <w:rPr>
          <w:sz w:val="22"/>
          <w:rtl/>
        </w:rPr>
        <w:t>با</w:t>
      </w:r>
      <w:r w:rsidRPr="00D914B7">
        <w:rPr>
          <w:sz w:val="22"/>
        </w:rPr>
        <w:t xml:space="preserve"> </w:t>
      </w:r>
      <w:r w:rsidRPr="00D914B7">
        <w:rPr>
          <w:sz w:val="22"/>
          <w:rtl/>
        </w:rPr>
        <w:t>واقعیت</w:t>
      </w:r>
      <w:r w:rsidRPr="00D914B7">
        <w:rPr>
          <w:sz w:val="22"/>
        </w:rPr>
        <w:t xml:space="preserve"> </w:t>
      </w:r>
      <w:r w:rsidRPr="00D914B7">
        <w:rPr>
          <w:sz w:val="22"/>
          <w:rtl/>
        </w:rPr>
        <w:t>اجتماعی</w:t>
      </w:r>
      <w:r w:rsidRPr="00D914B7">
        <w:rPr>
          <w:sz w:val="22"/>
        </w:rPr>
        <w:t xml:space="preserve"> </w:t>
      </w:r>
      <w:r w:rsidRPr="00D914B7">
        <w:rPr>
          <w:sz w:val="22"/>
          <w:rtl/>
        </w:rPr>
        <w:t>در</w:t>
      </w:r>
      <w:r w:rsidRPr="00D914B7">
        <w:rPr>
          <w:sz w:val="22"/>
        </w:rPr>
        <w:t xml:space="preserve"> </w:t>
      </w:r>
      <w:r w:rsidRPr="00D914B7">
        <w:rPr>
          <w:sz w:val="22"/>
          <w:rtl/>
        </w:rPr>
        <w:t>درون</w:t>
      </w:r>
      <w:r w:rsidRPr="00D914B7">
        <w:rPr>
          <w:sz w:val="22"/>
        </w:rPr>
        <w:t xml:space="preserve"> </w:t>
      </w:r>
      <w:r w:rsidRPr="00D914B7">
        <w:rPr>
          <w:sz w:val="22"/>
          <w:rtl/>
        </w:rPr>
        <w:t>دیوان</w:t>
      </w:r>
      <w:r w:rsidRPr="00D914B7">
        <w:rPr>
          <w:sz w:val="22"/>
        </w:rPr>
        <w:t xml:space="preserve"> </w:t>
      </w:r>
      <w:r w:rsidRPr="00D914B7">
        <w:rPr>
          <w:sz w:val="22"/>
          <w:rtl/>
        </w:rPr>
        <w:t>ظرفیتی</w:t>
      </w:r>
      <w:r w:rsidRPr="00D914B7">
        <w:rPr>
          <w:sz w:val="22"/>
        </w:rPr>
        <w:t xml:space="preserve"> </w:t>
      </w:r>
      <w:r w:rsidRPr="00D914B7">
        <w:rPr>
          <w:sz w:val="22"/>
          <w:rtl/>
        </w:rPr>
        <w:t>برای</w:t>
      </w:r>
      <w:r w:rsidRPr="00D914B7">
        <w:rPr>
          <w:sz w:val="22"/>
        </w:rPr>
        <w:t xml:space="preserve"> </w:t>
      </w:r>
      <w:r w:rsidRPr="00D914B7">
        <w:rPr>
          <w:sz w:val="22"/>
          <w:rtl/>
        </w:rPr>
        <w:t>عقل</w:t>
      </w:r>
      <w:r w:rsidRPr="00D914B7">
        <w:rPr>
          <w:sz w:val="22"/>
        </w:rPr>
        <w:t xml:space="preserve"> </w:t>
      </w:r>
      <w:r w:rsidRPr="00D914B7">
        <w:rPr>
          <w:sz w:val="22"/>
          <w:rtl/>
        </w:rPr>
        <w:t>عملی</w:t>
      </w:r>
      <w:r w:rsidRPr="00D914B7">
        <w:rPr>
          <w:sz w:val="22"/>
        </w:rPr>
        <w:t xml:space="preserve"> </w:t>
      </w:r>
      <w:r w:rsidRPr="00D914B7">
        <w:rPr>
          <w:sz w:val="22"/>
          <w:rtl/>
        </w:rPr>
        <w:t>و</w:t>
      </w:r>
      <w:r w:rsidRPr="00D914B7">
        <w:rPr>
          <w:sz w:val="22"/>
        </w:rPr>
        <w:t xml:space="preserve"> </w:t>
      </w:r>
      <w:r w:rsidRPr="00D914B7">
        <w:rPr>
          <w:sz w:val="22"/>
          <w:rtl/>
        </w:rPr>
        <w:t>قانون</w:t>
      </w:r>
      <w:r w:rsidRPr="00D914B7">
        <w:rPr>
          <w:sz w:val="22"/>
        </w:rPr>
        <w:t>‌</w:t>
      </w:r>
      <w:r w:rsidRPr="00D914B7">
        <w:rPr>
          <w:sz w:val="22"/>
          <w:rtl/>
        </w:rPr>
        <w:t>مداری</w:t>
      </w:r>
      <w:r w:rsidRPr="00D914B7">
        <w:rPr>
          <w:sz w:val="22"/>
        </w:rPr>
        <w:t xml:space="preserve"> </w:t>
      </w:r>
      <w:r w:rsidRPr="00D914B7">
        <w:rPr>
          <w:sz w:val="22"/>
          <w:rtl/>
        </w:rPr>
        <w:t>ایجاد</w:t>
      </w:r>
      <w:r w:rsidRPr="00D914B7">
        <w:rPr>
          <w:sz w:val="22"/>
        </w:rPr>
        <w:t xml:space="preserve"> </w:t>
      </w:r>
      <w:r w:rsidRPr="00D914B7">
        <w:rPr>
          <w:sz w:val="22"/>
          <w:rtl/>
        </w:rPr>
        <w:t>می</w:t>
      </w:r>
      <w:r w:rsidRPr="00D914B7">
        <w:rPr>
          <w:sz w:val="22"/>
        </w:rPr>
        <w:t>‌</w:t>
      </w:r>
      <w:r w:rsidRPr="00D914B7">
        <w:rPr>
          <w:sz w:val="22"/>
          <w:rtl/>
        </w:rPr>
        <w:t>کند،</w:t>
      </w:r>
      <w:r w:rsidRPr="00D914B7">
        <w:rPr>
          <w:sz w:val="22"/>
        </w:rPr>
        <w:t xml:space="preserve"> </w:t>
      </w:r>
      <w:r w:rsidRPr="00D914B7">
        <w:rPr>
          <w:sz w:val="22"/>
          <w:rtl/>
        </w:rPr>
        <w:t>اما</w:t>
      </w:r>
      <w:r w:rsidRPr="00D914B7">
        <w:rPr>
          <w:sz w:val="22"/>
        </w:rPr>
        <w:t xml:space="preserve"> </w:t>
      </w:r>
      <w:r w:rsidRPr="00D914B7">
        <w:rPr>
          <w:sz w:val="22"/>
          <w:rtl/>
        </w:rPr>
        <w:t>تحقق</w:t>
      </w:r>
      <w:r w:rsidRPr="00D914B7">
        <w:rPr>
          <w:sz w:val="22"/>
        </w:rPr>
        <w:t xml:space="preserve"> </w:t>
      </w:r>
      <w:r w:rsidRPr="00D914B7">
        <w:rPr>
          <w:sz w:val="22"/>
          <w:rtl/>
        </w:rPr>
        <w:t>این</w:t>
      </w:r>
      <w:r w:rsidRPr="00D914B7">
        <w:rPr>
          <w:sz w:val="22"/>
        </w:rPr>
        <w:t xml:space="preserve"> </w:t>
      </w:r>
      <w:r w:rsidRPr="00D914B7">
        <w:rPr>
          <w:sz w:val="22"/>
          <w:rtl/>
        </w:rPr>
        <w:t>ظرفیت</w:t>
      </w:r>
      <w:r w:rsidRPr="00D914B7">
        <w:rPr>
          <w:sz w:val="22"/>
        </w:rPr>
        <w:t xml:space="preserve"> </w:t>
      </w:r>
      <w:r w:rsidRPr="00D914B7">
        <w:rPr>
          <w:sz w:val="22"/>
          <w:rtl/>
        </w:rPr>
        <w:t>به</w:t>
      </w:r>
      <w:r w:rsidRPr="00D914B7">
        <w:rPr>
          <w:sz w:val="22"/>
        </w:rPr>
        <w:t xml:space="preserve"> </w:t>
      </w:r>
      <w:r w:rsidRPr="00D914B7">
        <w:rPr>
          <w:sz w:val="22"/>
          <w:rtl/>
        </w:rPr>
        <w:t>استقلال</w:t>
      </w:r>
      <w:r w:rsidRPr="00D914B7">
        <w:rPr>
          <w:sz w:val="22"/>
        </w:rPr>
        <w:t xml:space="preserve"> </w:t>
      </w:r>
      <w:r w:rsidRPr="00D914B7">
        <w:rPr>
          <w:sz w:val="22"/>
          <w:rtl/>
        </w:rPr>
        <w:t>حرفه</w:t>
      </w:r>
      <w:r w:rsidRPr="00D914B7">
        <w:rPr>
          <w:sz w:val="22"/>
        </w:rPr>
        <w:t>‌</w:t>
      </w:r>
      <w:r w:rsidRPr="00D914B7">
        <w:rPr>
          <w:sz w:val="22"/>
          <w:rtl/>
        </w:rPr>
        <w:t>ای،</w:t>
      </w:r>
      <w:r w:rsidRPr="00D914B7">
        <w:rPr>
          <w:sz w:val="22"/>
        </w:rPr>
        <w:t xml:space="preserve"> </w:t>
      </w:r>
      <w:r w:rsidRPr="00D914B7">
        <w:rPr>
          <w:sz w:val="22"/>
          <w:rtl/>
        </w:rPr>
        <w:t>پاسخ</w:t>
      </w:r>
      <w:r w:rsidRPr="00D914B7">
        <w:rPr>
          <w:sz w:val="22"/>
        </w:rPr>
        <w:t>‌</w:t>
      </w:r>
      <w:r w:rsidRPr="00D914B7">
        <w:rPr>
          <w:sz w:val="22"/>
          <w:rtl/>
        </w:rPr>
        <w:t>گویی،</w:t>
      </w:r>
      <w:r w:rsidRPr="00D914B7">
        <w:rPr>
          <w:sz w:val="22"/>
        </w:rPr>
        <w:t xml:space="preserve"> </w:t>
      </w:r>
      <w:r w:rsidRPr="00D914B7">
        <w:rPr>
          <w:sz w:val="22"/>
          <w:rtl/>
        </w:rPr>
        <w:t>حکومت</w:t>
      </w:r>
      <w:r w:rsidRPr="00D914B7">
        <w:rPr>
          <w:sz w:val="22"/>
        </w:rPr>
        <w:t xml:space="preserve"> </w:t>
      </w:r>
      <w:r w:rsidRPr="00D914B7">
        <w:rPr>
          <w:sz w:val="22"/>
          <w:rtl/>
        </w:rPr>
        <w:t>قانون</w:t>
      </w:r>
      <w:r w:rsidRPr="00D914B7">
        <w:rPr>
          <w:sz w:val="22"/>
        </w:rPr>
        <w:t xml:space="preserve"> </w:t>
      </w:r>
      <w:r w:rsidRPr="00D914B7">
        <w:rPr>
          <w:sz w:val="22"/>
          <w:rtl/>
        </w:rPr>
        <w:t>و</w:t>
      </w:r>
      <w:r w:rsidRPr="00D914B7">
        <w:rPr>
          <w:sz w:val="22"/>
        </w:rPr>
        <w:t xml:space="preserve"> </w:t>
      </w:r>
      <w:r w:rsidRPr="00D914B7">
        <w:rPr>
          <w:sz w:val="22"/>
          <w:rtl/>
        </w:rPr>
        <w:t>مهار</w:t>
      </w:r>
      <w:r w:rsidRPr="00D914B7">
        <w:rPr>
          <w:sz w:val="22"/>
        </w:rPr>
        <w:t xml:space="preserve"> </w:t>
      </w:r>
      <w:r w:rsidRPr="00D914B7">
        <w:rPr>
          <w:sz w:val="22"/>
          <w:rtl/>
        </w:rPr>
        <w:t>قدرت</w:t>
      </w:r>
      <w:r w:rsidRPr="00D914B7">
        <w:rPr>
          <w:sz w:val="22"/>
        </w:rPr>
        <w:t xml:space="preserve"> </w:t>
      </w:r>
      <w:r w:rsidRPr="00D914B7">
        <w:rPr>
          <w:sz w:val="22"/>
          <w:rtl/>
        </w:rPr>
        <w:t>وابسته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دیوان</w:t>
      </w:r>
      <w:r w:rsidRPr="00D914B7">
        <w:rPr>
          <w:sz w:val="22"/>
        </w:rPr>
        <w:t xml:space="preserve"> </w:t>
      </w:r>
      <w:r w:rsidRPr="00D914B7">
        <w:rPr>
          <w:sz w:val="22"/>
          <w:rtl/>
        </w:rPr>
        <w:t>ذاتاً</w:t>
      </w:r>
      <w:r w:rsidRPr="00D914B7">
        <w:rPr>
          <w:sz w:val="22"/>
        </w:rPr>
        <w:t xml:space="preserve"> </w:t>
      </w:r>
      <w:r w:rsidRPr="00D914B7">
        <w:rPr>
          <w:sz w:val="22"/>
          <w:rtl/>
        </w:rPr>
        <w:t>سکولار</w:t>
      </w:r>
      <w:r w:rsidRPr="00D914B7">
        <w:rPr>
          <w:sz w:val="22"/>
        </w:rPr>
        <w:t xml:space="preserve"> </w:t>
      </w:r>
      <w:r w:rsidRPr="00D914B7">
        <w:rPr>
          <w:sz w:val="22"/>
          <w:rtl/>
        </w:rPr>
        <w:t>یا</w:t>
      </w:r>
      <w:r w:rsidRPr="00D914B7">
        <w:rPr>
          <w:sz w:val="22"/>
        </w:rPr>
        <w:t xml:space="preserve"> </w:t>
      </w:r>
      <w:r w:rsidRPr="00D914B7">
        <w:rPr>
          <w:sz w:val="22"/>
          <w:rtl/>
        </w:rPr>
        <w:t>دموکراتیک</w:t>
      </w:r>
      <w:r w:rsidRPr="00D914B7">
        <w:rPr>
          <w:sz w:val="22"/>
        </w:rPr>
        <w:t xml:space="preserve"> </w:t>
      </w:r>
      <w:r w:rsidRPr="00D914B7">
        <w:rPr>
          <w:sz w:val="22"/>
          <w:rtl/>
        </w:rPr>
        <w:t>نیست؛</w:t>
      </w:r>
      <w:r w:rsidRPr="00D914B7">
        <w:rPr>
          <w:sz w:val="22"/>
        </w:rPr>
        <w:t xml:space="preserve"> </w:t>
      </w:r>
      <w:r w:rsidRPr="00D914B7">
        <w:rPr>
          <w:sz w:val="22"/>
          <w:rtl/>
        </w:rPr>
        <w:t>یکی</w:t>
      </w:r>
      <w:r w:rsidRPr="00D914B7">
        <w:rPr>
          <w:sz w:val="22"/>
        </w:rPr>
        <w:t xml:space="preserve"> </w:t>
      </w:r>
      <w:r w:rsidRPr="00D914B7">
        <w:rPr>
          <w:sz w:val="22"/>
          <w:rtl/>
        </w:rPr>
        <w:t>از</w:t>
      </w:r>
      <w:r w:rsidRPr="00D914B7">
        <w:rPr>
          <w:sz w:val="22"/>
        </w:rPr>
        <w:t xml:space="preserve"> </w:t>
      </w:r>
      <w:r w:rsidRPr="00D914B7">
        <w:rPr>
          <w:sz w:val="22"/>
          <w:rtl/>
        </w:rPr>
        <w:t>میدان</w:t>
      </w:r>
      <w:r w:rsidRPr="00D914B7">
        <w:rPr>
          <w:sz w:val="22"/>
        </w:rPr>
        <w:t>‌</w:t>
      </w:r>
      <w:r w:rsidRPr="00D914B7">
        <w:rPr>
          <w:sz w:val="22"/>
          <w:rtl/>
        </w:rPr>
        <w:t>هایی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امکان</w:t>
      </w:r>
      <w:r w:rsidRPr="00D914B7">
        <w:rPr>
          <w:sz w:val="22"/>
        </w:rPr>
        <w:t xml:space="preserve"> </w:t>
      </w:r>
      <w:r w:rsidRPr="00D914B7">
        <w:rPr>
          <w:sz w:val="22"/>
          <w:rtl/>
        </w:rPr>
        <w:t>گذار</w:t>
      </w:r>
      <w:r w:rsidRPr="00D914B7">
        <w:rPr>
          <w:sz w:val="22"/>
        </w:rPr>
        <w:t xml:space="preserve"> </w:t>
      </w:r>
      <w:r w:rsidRPr="00D914B7">
        <w:rPr>
          <w:sz w:val="22"/>
          <w:rtl/>
        </w:rPr>
        <w:t>به</w:t>
      </w:r>
      <w:r w:rsidRPr="00D914B7">
        <w:rPr>
          <w:sz w:val="22"/>
        </w:rPr>
        <w:t xml:space="preserve"> </w:t>
      </w:r>
      <w:r w:rsidRPr="00D914B7">
        <w:rPr>
          <w:sz w:val="22"/>
          <w:rtl/>
        </w:rPr>
        <w:t>نظم</w:t>
      </w:r>
      <w:r w:rsidRPr="00D914B7">
        <w:rPr>
          <w:sz w:val="22"/>
        </w:rPr>
        <w:t xml:space="preserve"> </w:t>
      </w:r>
      <w:r w:rsidRPr="00D914B7">
        <w:rPr>
          <w:sz w:val="22"/>
          <w:rtl/>
        </w:rPr>
        <w:t>سکولار</w:t>
      </w:r>
      <w:r w:rsidRPr="00D914B7">
        <w:rPr>
          <w:sz w:val="22"/>
        </w:rPr>
        <w:t xml:space="preserve"> </w:t>
      </w:r>
      <w:r w:rsidRPr="00D914B7">
        <w:rPr>
          <w:sz w:val="22"/>
          <w:rtl/>
        </w:rPr>
        <w:t>و</w:t>
      </w:r>
      <w:r w:rsidRPr="00D914B7">
        <w:rPr>
          <w:sz w:val="22"/>
        </w:rPr>
        <w:t xml:space="preserve"> </w:t>
      </w:r>
      <w:r w:rsidRPr="00D914B7">
        <w:rPr>
          <w:sz w:val="22"/>
          <w:rtl/>
        </w:rPr>
        <w:t>قانونی</w:t>
      </w:r>
      <w:r w:rsidRPr="00D914B7">
        <w:rPr>
          <w:sz w:val="22"/>
        </w:rPr>
        <w:t xml:space="preserve"> </w:t>
      </w:r>
      <w:r w:rsidRPr="00D914B7">
        <w:rPr>
          <w:sz w:val="22"/>
          <w:rtl/>
        </w:rPr>
        <w:t>در</w:t>
      </w:r>
      <w:r w:rsidRPr="00D914B7">
        <w:rPr>
          <w:sz w:val="22"/>
        </w:rPr>
        <w:t xml:space="preserve"> </w:t>
      </w:r>
      <w:r w:rsidRPr="00D914B7">
        <w:rPr>
          <w:sz w:val="22"/>
          <w:rtl/>
        </w:rPr>
        <w:t>آن</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آید</w:t>
      </w:r>
      <w:r w:rsidRPr="00D914B7">
        <w:rPr>
          <w:sz w:val="22"/>
        </w:rPr>
        <w:t xml:space="preserve"> </w:t>
      </w:r>
      <w:r w:rsidRPr="00D914B7">
        <w:rPr>
          <w:sz w:val="22"/>
          <w:rtl/>
        </w:rPr>
        <w:t>یا</w:t>
      </w:r>
      <w:r w:rsidRPr="00D914B7">
        <w:rPr>
          <w:sz w:val="22"/>
        </w:rPr>
        <w:t xml:space="preserve"> </w:t>
      </w:r>
      <w:r w:rsidRPr="00D914B7">
        <w:rPr>
          <w:sz w:val="22"/>
          <w:rtl/>
        </w:rPr>
        <w:t>سرکوب</w:t>
      </w:r>
      <w:r w:rsidRPr="00D914B7">
        <w:rPr>
          <w:sz w:val="22"/>
        </w:rPr>
        <w:t xml:space="preserve"> </w:t>
      </w:r>
      <w:r w:rsidRPr="00D914B7">
        <w:rPr>
          <w:sz w:val="22"/>
          <w:rtl/>
        </w:rPr>
        <w:t>می</w:t>
      </w:r>
      <w:r w:rsidRPr="00D914B7">
        <w:rPr>
          <w:sz w:val="22"/>
        </w:rPr>
        <w:t>‌</w:t>
      </w:r>
      <w:r w:rsidRPr="00D914B7">
        <w:rPr>
          <w:sz w:val="22"/>
          <w:rtl/>
        </w:rPr>
        <w:t>شود</w:t>
      </w:r>
      <w:r>
        <w:rPr>
          <w:sz w:val="22"/>
          <w:rtl/>
        </w:rPr>
        <w:t>.</w:t>
      </w:r>
    </w:p>
    <w:p w:rsidR="00987F03" w:rsidRPr="00D914B7" w:rsidRDefault="00987F03" w:rsidP="00987F03">
      <w:pPr>
        <w:bidi/>
        <w:ind w:firstLine="720"/>
        <w:rPr>
          <w:sz w:val="22"/>
        </w:rPr>
      </w:pPr>
      <w:r w:rsidRPr="00D914B7">
        <w:rPr>
          <w:sz w:val="22"/>
          <w:rtl/>
        </w:rPr>
        <w:t>تنش</w:t>
      </w:r>
      <w:r w:rsidRPr="00D914B7">
        <w:rPr>
          <w:sz w:val="22"/>
        </w:rPr>
        <w:t xml:space="preserve"> </w:t>
      </w:r>
      <w:r w:rsidRPr="00D914B7">
        <w:rPr>
          <w:sz w:val="22"/>
          <w:rtl/>
        </w:rPr>
        <w:t>میان</w:t>
      </w:r>
      <w:r w:rsidRPr="00D914B7">
        <w:rPr>
          <w:sz w:val="22"/>
        </w:rPr>
        <w:t xml:space="preserve"> </w:t>
      </w:r>
      <w:r w:rsidRPr="00D914B7">
        <w:rPr>
          <w:sz w:val="22"/>
          <w:rtl/>
        </w:rPr>
        <w:t>شریعت</w:t>
      </w:r>
      <w:r w:rsidRPr="00D914B7">
        <w:rPr>
          <w:sz w:val="22"/>
        </w:rPr>
        <w:t xml:space="preserve"> </w:t>
      </w:r>
      <w:r w:rsidRPr="00D914B7">
        <w:rPr>
          <w:sz w:val="22"/>
          <w:rtl/>
        </w:rPr>
        <w:t>و</w:t>
      </w:r>
      <w:r w:rsidRPr="00D914B7">
        <w:rPr>
          <w:sz w:val="22"/>
        </w:rPr>
        <w:t xml:space="preserve"> </w:t>
      </w:r>
      <w:r w:rsidRPr="00D914B7">
        <w:rPr>
          <w:sz w:val="22"/>
          <w:rtl/>
        </w:rPr>
        <w:t>کشورداری</w:t>
      </w:r>
      <w:r w:rsidRPr="00D914B7">
        <w:rPr>
          <w:sz w:val="22"/>
        </w:rPr>
        <w:t xml:space="preserve"> </w:t>
      </w:r>
      <w:r w:rsidRPr="00D914B7">
        <w:rPr>
          <w:sz w:val="22"/>
          <w:rtl/>
        </w:rPr>
        <w:t>نیز</w:t>
      </w:r>
      <w:r w:rsidRPr="00D914B7">
        <w:rPr>
          <w:sz w:val="22"/>
        </w:rPr>
        <w:t xml:space="preserve"> </w:t>
      </w:r>
      <w:r w:rsidRPr="00D914B7">
        <w:rPr>
          <w:sz w:val="22"/>
          <w:rtl/>
        </w:rPr>
        <w:t>باید</w:t>
      </w:r>
      <w:r w:rsidRPr="00D914B7">
        <w:rPr>
          <w:sz w:val="22"/>
        </w:rPr>
        <w:t xml:space="preserve"> </w:t>
      </w:r>
      <w:r w:rsidRPr="00D914B7">
        <w:rPr>
          <w:sz w:val="22"/>
          <w:rtl/>
        </w:rPr>
        <w:t>با</w:t>
      </w:r>
      <w:r w:rsidRPr="00D914B7">
        <w:rPr>
          <w:sz w:val="22"/>
        </w:rPr>
        <w:t xml:space="preserve"> </w:t>
      </w:r>
      <w:r w:rsidRPr="00D914B7">
        <w:rPr>
          <w:sz w:val="22"/>
          <w:rtl/>
        </w:rPr>
        <w:t>همین</w:t>
      </w:r>
      <w:r w:rsidRPr="00D914B7">
        <w:rPr>
          <w:sz w:val="22"/>
        </w:rPr>
        <w:t xml:space="preserve"> </w:t>
      </w:r>
      <w:r w:rsidRPr="00D914B7">
        <w:rPr>
          <w:sz w:val="22"/>
          <w:rtl/>
        </w:rPr>
        <w:t>دقت</w:t>
      </w:r>
      <w:r w:rsidRPr="00D914B7">
        <w:rPr>
          <w:sz w:val="22"/>
        </w:rPr>
        <w:t xml:space="preserve"> </w:t>
      </w:r>
      <w:r w:rsidRPr="00D914B7">
        <w:rPr>
          <w:sz w:val="22"/>
          <w:rtl/>
        </w:rPr>
        <w:t>فهمیده</w:t>
      </w:r>
      <w:r w:rsidRPr="00D914B7">
        <w:rPr>
          <w:sz w:val="22"/>
        </w:rPr>
        <w:t xml:space="preserve"> </w:t>
      </w:r>
      <w:r w:rsidRPr="00D914B7">
        <w:rPr>
          <w:sz w:val="22"/>
          <w:rtl/>
        </w:rPr>
        <w:t>شود</w:t>
      </w:r>
      <w:r>
        <w:rPr>
          <w:sz w:val="22"/>
          <w:rtl/>
        </w:rPr>
        <w:t>.</w:t>
      </w:r>
      <w:r w:rsidRPr="00D914B7">
        <w:rPr>
          <w:sz w:val="22"/>
        </w:rPr>
        <w:t xml:space="preserve"> </w:t>
      </w:r>
      <w:r w:rsidRPr="00D914B7">
        <w:rPr>
          <w:sz w:val="22"/>
          <w:rtl/>
        </w:rPr>
        <w:t>شریعت</w:t>
      </w:r>
      <w:r w:rsidRPr="00D914B7">
        <w:rPr>
          <w:sz w:val="22"/>
        </w:rPr>
        <w:t xml:space="preserve"> </w:t>
      </w:r>
      <w:r w:rsidRPr="00D914B7">
        <w:rPr>
          <w:sz w:val="22"/>
          <w:rtl/>
        </w:rPr>
        <w:t>حقانیت</w:t>
      </w:r>
      <w:r w:rsidRPr="00D914B7">
        <w:rPr>
          <w:sz w:val="22"/>
        </w:rPr>
        <w:t xml:space="preserve"> </w:t>
      </w:r>
      <w:r w:rsidRPr="00D914B7">
        <w:rPr>
          <w:sz w:val="22"/>
          <w:rtl/>
        </w:rPr>
        <w:t>خود</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حقیقتی</w:t>
      </w:r>
      <w:r w:rsidRPr="00D914B7">
        <w:rPr>
          <w:sz w:val="22"/>
        </w:rPr>
        <w:t xml:space="preserve"> </w:t>
      </w:r>
      <w:r w:rsidRPr="00D914B7">
        <w:rPr>
          <w:sz w:val="22"/>
          <w:rtl/>
        </w:rPr>
        <w:t>ثابت</w:t>
      </w:r>
      <w:r w:rsidRPr="00D914B7">
        <w:rPr>
          <w:sz w:val="22"/>
        </w:rPr>
        <w:t xml:space="preserve"> </w:t>
      </w:r>
      <w:r w:rsidRPr="00D914B7">
        <w:rPr>
          <w:sz w:val="22"/>
          <w:rtl/>
        </w:rPr>
        <w:t>و</w:t>
      </w:r>
      <w:r w:rsidRPr="00D914B7">
        <w:rPr>
          <w:sz w:val="22"/>
        </w:rPr>
        <w:t xml:space="preserve"> </w:t>
      </w:r>
      <w:r w:rsidRPr="00D914B7">
        <w:rPr>
          <w:sz w:val="22"/>
          <w:rtl/>
        </w:rPr>
        <w:t>قدسی</w:t>
      </w:r>
      <w:r w:rsidRPr="00D914B7">
        <w:rPr>
          <w:sz w:val="22"/>
        </w:rPr>
        <w:t xml:space="preserve"> </w:t>
      </w:r>
      <w:r w:rsidRPr="00D914B7">
        <w:rPr>
          <w:sz w:val="22"/>
          <w:rtl/>
        </w:rPr>
        <w:t>نسبت</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حال</w:t>
      </w:r>
      <w:r w:rsidRPr="00D914B7">
        <w:rPr>
          <w:sz w:val="22"/>
        </w:rPr>
        <w:t xml:space="preserve"> </w:t>
      </w:r>
      <w:r w:rsidRPr="00D914B7">
        <w:rPr>
          <w:sz w:val="22"/>
          <w:rtl/>
        </w:rPr>
        <w:t>آنکه</w:t>
      </w:r>
      <w:r w:rsidRPr="00D914B7">
        <w:rPr>
          <w:sz w:val="22"/>
        </w:rPr>
        <w:t xml:space="preserve"> </w:t>
      </w:r>
      <w:r w:rsidRPr="00D914B7">
        <w:rPr>
          <w:sz w:val="22"/>
          <w:rtl/>
        </w:rPr>
        <w:t>زندگی</w:t>
      </w:r>
      <w:r w:rsidRPr="00D914B7">
        <w:rPr>
          <w:sz w:val="22"/>
        </w:rPr>
        <w:t xml:space="preserve"> </w:t>
      </w:r>
      <w:r w:rsidRPr="00D914B7">
        <w:rPr>
          <w:sz w:val="22"/>
          <w:rtl/>
        </w:rPr>
        <w:t>اجتماعی</w:t>
      </w:r>
      <w:r w:rsidRPr="00D914B7">
        <w:rPr>
          <w:sz w:val="22"/>
        </w:rPr>
        <w:t xml:space="preserve"> </w:t>
      </w:r>
      <w:r w:rsidRPr="00D914B7">
        <w:rPr>
          <w:sz w:val="22"/>
          <w:rtl/>
        </w:rPr>
        <w:t>پیوسته</w:t>
      </w:r>
      <w:r w:rsidRPr="00D914B7">
        <w:rPr>
          <w:sz w:val="22"/>
        </w:rPr>
        <w:t xml:space="preserve"> </w:t>
      </w:r>
      <w:r w:rsidRPr="00D914B7">
        <w:rPr>
          <w:sz w:val="22"/>
          <w:rtl/>
        </w:rPr>
        <w:t>تغییر</w:t>
      </w:r>
      <w:r w:rsidRPr="00D914B7">
        <w:rPr>
          <w:sz w:val="22"/>
        </w:rPr>
        <w:t xml:space="preserve"> </w:t>
      </w:r>
      <w:r w:rsidRPr="00D914B7">
        <w:rPr>
          <w:sz w:val="22"/>
          <w:rtl/>
        </w:rPr>
        <w:t>می</w:t>
      </w:r>
      <w:r w:rsidRPr="00D914B7">
        <w:rPr>
          <w:sz w:val="22"/>
        </w:rPr>
        <w:t>‌</w:t>
      </w:r>
      <w:r w:rsidRPr="00D914B7">
        <w:rPr>
          <w:sz w:val="22"/>
          <w:rtl/>
        </w:rPr>
        <w:t>کند</w:t>
      </w:r>
      <w:r>
        <w:rPr>
          <w:rFonts w:hint="cs"/>
          <w:sz w:val="22"/>
          <w:rtl/>
        </w:rPr>
        <w:t>:</w:t>
      </w:r>
      <w:r w:rsidRPr="00D914B7">
        <w:rPr>
          <w:sz w:val="22"/>
        </w:rPr>
        <w:t xml:space="preserve"> </w:t>
      </w:r>
      <w:r w:rsidRPr="00D914B7">
        <w:rPr>
          <w:sz w:val="22"/>
          <w:rtl/>
        </w:rPr>
        <w:t>جمعیت</w:t>
      </w:r>
      <w:r w:rsidRPr="00D914B7">
        <w:rPr>
          <w:sz w:val="22"/>
        </w:rPr>
        <w:t xml:space="preserve"> </w:t>
      </w:r>
      <w:r w:rsidRPr="00D914B7">
        <w:rPr>
          <w:sz w:val="22"/>
          <w:rtl/>
        </w:rPr>
        <w:t>افزایش</w:t>
      </w:r>
      <w:r w:rsidRPr="00D914B7">
        <w:rPr>
          <w:sz w:val="22"/>
        </w:rPr>
        <w:t xml:space="preserve"> </w:t>
      </w:r>
      <w:r w:rsidRPr="00D914B7">
        <w:rPr>
          <w:sz w:val="22"/>
          <w:rtl/>
        </w:rPr>
        <w:t>می</w:t>
      </w:r>
      <w:r w:rsidRPr="00D914B7">
        <w:rPr>
          <w:sz w:val="22"/>
        </w:rPr>
        <w:t>‌</w:t>
      </w:r>
      <w:r w:rsidRPr="00D914B7">
        <w:rPr>
          <w:sz w:val="22"/>
          <w:rtl/>
        </w:rPr>
        <w:t>یابد،</w:t>
      </w:r>
      <w:r w:rsidRPr="00D914B7">
        <w:rPr>
          <w:sz w:val="22"/>
        </w:rPr>
        <w:t xml:space="preserve"> </w:t>
      </w:r>
      <w:r w:rsidRPr="00D914B7">
        <w:rPr>
          <w:sz w:val="22"/>
          <w:rtl/>
        </w:rPr>
        <w:t>اقتصاد</w:t>
      </w:r>
      <w:r w:rsidRPr="00D914B7">
        <w:rPr>
          <w:sz w:val="22"/>
        </w:rPr>
        <w:t xml:space="preserve"> </w:t>
      </w:r>
      <w:r w:rsidRPr="00D914B7">
        <w:rPr>
          <w:sz w:val="22"/>
          <w:rtl/>
        </w:rPr>
        <w:t>و</w:t>
      </w:r>
      <w:r w:rsidRPr="00D914B7">
        <w:rPr>
          <w:sz w:val="22"/>
        </w:rPr>
        <w:t xml:space="preserve"> </w:t>
      </w:r>
      <w:r w:rsidRPr="00D914B7">
        <w:rPr>
          <w:sz w:val="22"/>
          <w:rtl/>
        </w:rPr>
        <w:t>فناوری</w:t>
      </w:r>
      <w:r w:rsidRPr="00D914B7">
        <w:rPr>
          <w:sz w:val="22"/>
        </w:rPr>
        <w:t xml:space="preserve"> </w:t>
      </w:r>
      <w:r w:rsidRPr="00D914B7">
        <w:rPr>
          <w:sz w:val="22"/>
          <w:rtl/>
        </w:rPr>
        <w:t>دگرگون</w:t>
      </w:r>
      <w:r w:rsidRPr="00D914B7">
        <w:rPr>
          <w:sz w:val="22"/>
        </w:rPr>
        <w:t xml:space="preserve"> </w:t>
      </w:r>
      <w:r w:rsidRPr="00D914B7">
        <w:rPr>
          <w:sz w:val="22"/>
          <w:rtl/>
        </w:rPr>
        <w:t>می</w:t>
      </w:r>
      <w:r w:rsidRPr="00D914B7">
        <w:rPr>
          <w:sz w:val="22"/>
        </w:rPr>
        <w:t>‌</w:t>
      </w:r>
      <w:r w:rsidRPr="00D914B7">
        <w:rPr>
          <w:sz w:val="22"/>
          <w:rtl/>
        </w:rPr>
        <w:t>شوند،</w:t>
      </w:r>
      <w:r w:rsidRPr="00D914B7">
        <w:rPr>
          <w:sz w:val="22"/>
        </w:rPr>
        <w:t xml:space="preserve"> </w:t>
      </w:r>
      <w:r w:rsidRPr="00D914B7">
        <w:rPr>
          <w:sz w:val="22"/>
          <w:rtl/>
        </w:rPr>
        <w:t>ارتباطات</w:t>
      </w:r>
      <w:r w:rsidRPr="00D914B7">
        <w:rPr>
          <w:sz w:val="22"/>
        </w:rPr>
        <w:t xml:space="preserve"> </w:t>
      </w:r>
      <w:r w:rsidRPr="00D914B7">
        <w:rPr>
          <w:sz w:val="22"/>
          <w:rtl/>
        </w:rPr>
        <w:t>گسترش</w:t>
      </w:r>
      <w:r w:rsidRPr="00D914B7">
        <w:rPr>
          <w:sz w:val="22"/>
        </w:rPr>
        <w:t xml:space="preserve"> </w:t>
      </w:r>
      <w:r w:rsidRPr="00D914B7">
        <w:rPr>
          <w:sz w:val="22"/>
          <w:rtl/>
        </w:rPr>
        <w:t>می</w:t>
      </w:r>
      <w:r w:rsidRPr="00D914B7">
        <w:rPr>
          <w:sz w:val="22"/>
        </w:rPr>
        <w:t>‌</w:t>
      </w:r>
      <w:r w:rsidRPr="00D914B7">
        <w:rPr>
          <w:sz w:val="22"/>
          <w:rtl/>
        </w:rPr>
        <w:t>یابند</w:t>
      </w:r>
      <w:r w:rsidRPr="00D914B7">
        <w:rPr>
          <w:sz w:val="22"/>
        </w:rPr>
        <w:t xml:space="preserve"> </w:t>
      </w:r>
      <w:r w:rsidRPr="00D914B7">
        <w:rPr>
          <w:sz w:val="22"/>
          <w:rtl/>
        </w:rPr>
        <w:t>و</w:t>
      </w:r>
      <w:r w:rsidRPr="00D914B7">
        <w:rPr>
          <w:sz w:val="22"/>
        </w:rPr>
        <w:t xml:space="preserve"> </w:t>
      </w:r>
      <w:r w:rsidRPr="00D914B7">
        <w:rPr>
          <w:sz w:val="22"/>
          <w:rtl/>
        </w:rPr>
        <w:t>مسائل</w:t>
      </w:r>
      <w:r w:rsidRPr="00D914B7">
        <w:rPr>
          <w:sz w:val="22"/>
        </w:rPr>
        <w:t xml:space="preserve"> </w:t>
      </w:r>
      <w:r w:rsidRPr="00D914B7">
        <w:rPr>
          <w:sz w:val="22"/>
          <w:rtl/>
        </w:rPr>
        <w:t>تازه</w:t>
      </w:r>
      <w:r w:rsidRPr="00D914B7">
        <w:rPr>
          <w:sz w:val="22"/>
        </w:rPr>
        <w:t>‌</w:t>
      </w:r>
      <w:r w:rsidRPr="00D914B7">
        <w:rPr>
          <w:sz w:val="22"/>
          <w:rtl/>
        </w:rPr>
        <w:t>ای</w:t>
      </w:r>
      <w:r w:rsidRPr="00D914B7">
        <w:rPr>
          <w:sz w:val="22"/>
        </w:rPr>
        <w:t xml:space="preserve"> </w:t>
      </w:r>
      <w:r w:rsidRPr="00D914B7">
        <w:rPr>
          <w:sz w:val="22"/>
          <w:rtl/>
        </w:rPr>
        <w:t>پدید</w:t>
      </w:r>
      <w:r w:rsidRPr="00D914B7">
        <w:rPr>
          <w:sz w:val="22"/>
        </w:rPr>
        <w:t xml:space="preserve"> </w:t>
      </w:r>
      <w:r w:rsidRPr="00D914B7">
        <w:rPr>
          <w:sz w:val="22"/>
          <w:rtl/>
        </w:rPr>
        <w:t>می</w:t>
      </w:r>
      <w:r w:rsidRPr="00D914B7">
        <w:rPr>
          <w:sz w:val="22"/>
        </w:rPr>
        <w:t>‌</w:t>
      </w:r>
      <w:r w:rsidRPr="00D914B7">
        <w:rPr>
          <w:sz w:val="22"/>
          <w:rtl/>
        </w:rPr>
        <w:t>آیند</w:t>
      </w:r>
      <w:r>
        <w:rPr>
          <w:sz w:val="22"/>
          <w:rtl/>
        </w:rPr>
        <w:t>.</w:t>
      </w:r>
      <w:r w:rsidRPr="00D914B7">
        <w:rPr>
          <w:sz w:val="22"/>
        </w:rPr>
        <w:t xml:space="preserve"> </w:t>
      </w:r>
      <w:r w:rsidRPr="00D914B7">
        <w:rPr>
          <w:sz w:val="22"/>
          <w:rtl/>
        </w:rPr>
        <w:t>دینکاران</w:t>
      </w:r>
      <w:r w:rsidRPr="00D914B7">
        <w:rPr>
          <w:sz w:val="22"/>
        </w:rPr>
        <w:t xml:space="preserve"> </w:t>
      </w:r>
      <w:r w:rsidRPr="00D914B7">
        <w:rPr>
          <w:sz w:val="22"/>
          <w:rtl/>
        </w:rPr>
        <w:t>برای</w:t>
      </w:r>
      <w:r w:rsidRPr="00D914B7">
        <w:rPr>
          <w:sz w:val="22"/>
        </w:rPr>
        <w:t xml:space="preserve"> </w:t>
      </w:r>
      <w:r w:rsidRPr="00D914B7">
        <w:rPr>
          <w:sz w:val="22"/>
          <w:rtl/>
        </w:rPr>
        <w:t>پاسخ</w:t>
      </w:r>
      <w:r w:rsidRPr="00D914B7">
        <w:rPr>
          <w:sz w:val="22"/>
        </w:rPr>
        <w:t>‌</w:t>
      </w:r>
      <w:r w:rsidRPr="00D914B7">
        <w:rPr>
          <w:sz w:val="22"/>
          <w:rtl/>
        </w:rPr>
        <w:t>گویی</w:t>
      </w:r>
      <w:r w:rsidRPr="00D914B7">
        <w:rPr>
          <w:sz w:val="22"/>
        </w:rPr>
        <w:t xml:space="preserve"> </w:t>
      </w:r>
      <w:r w:rsidRPr="00D914B7">
        <w:rPr>
          <w:sz w:val="22"/>
          <w:rtl/>
        </w:rPr>
        <w:t>به</w:t>
      </w:r>
      <w:r w:rsidRPr="00D914B7">
        <w:rPr>
          <w:sz w:val="22"/>
        </w:rPr>
        <w:t xml:space="preserve"> </w:t>
      </w:r>
      <w:r w:rsidRPr="00D914B7">
        <w:rPr>
          <w:sz w:val="22"/>
          <w:rtl/>
        </w:rPr>
        <w:t>این</w:t>
      </w:r>
      <w:r w:rsidRPr="00D914B7">
        <w:rPr>
          <w:sz w:val="22"/>
        </w:rPr>
        <w:t xml:space="preserve"> </w:t>
      </w:r>
      <w:r w:rsidRPr="00D914B7">
        <w:rPr>
          <w:sz w:val="22"/>
          <w:rtl/>
        </w:rPr>
        <w:t>تغییر،</w:t>
      </w:r>
      <w:r w:rsidRPr="00D914B7">
        <w:rPr>
          <w:sz w:val="22"/>
        </w:rPr>
        <w:t xml:space="preserve"> </w:t>
      </w:r>
      <w:r w:rsidRPr="00D914B7">
        <w:rPr>
          <w:sz w:val="22"/>
          <w:rtl/>
        </w:rPr>
        <w:t>اجتهاد،</w:t>
      </w:r>
      <w:r w:rsidRPr="00D914B7">
        <w:rPr>
          <w:sz w:val="22"/>
        </w:rPr>
        <w:t xml:space="preserve"> </w:t>
      </w:r>
      <w:r w:rsidRPr="00D914B7">
        <w:rPr>
          <w:sz w:val="22"/>
          <w:rtl/>
        </w:rPr>
        <w:t>فتوا</w:t>
      </w:r>
      <w:r w:rsidRPr="00D914B7">
        <w:rPr>
          <w:sz w:val="22"/>
        </w:rPr>
        <w:t xml:space="preserve"> </w:t>
      </w:r>
      <w:r w:rsidRPr="00D914B7">
        <w:rPr>
          <w:sz w:val="22"/>
          <w:rtl/>
        </w:rPr>
        <w:t>و</w:t>
      </w:r>
      <w:r w:rsidRPr="00D914B7">
        <w:rPr>
          <w:sz w:val="22"/>
        </w:rPr>
        <w:t xml:space="preserve"> </w:t>
      </w:r>
      <w:r w:rsidRPr="00D914B7">
        <w:rPr>
          <w:sz w:val="22"/>
          <w:rtl/>
        </w:rPr>
        <w:t>دیگر</w:t>
      </w:r>
      <w:r w:rsidRPr="00D914B7">
        <w:rPr>
          <w:sz w:val="22"/>
        </w:rPr>
        <w:t xml:space="preserve"> </w:t>
      </w:r>
      <w:r w:rsidRPr="00D914B7">
        <w:rPr>
          <w:sz w:val="22"/>
          <w:rtl/>
        </w:rPr>
        <w:t>راه</w:t>
      </w:r>
      <w:r w:rsidRPr="00D914B7">
        <w:rPr>
          <w:sz w:val="22"/>
        </w:rPr>
        <w:t>‌</w:t>
      </w:r>
      <w:r w:rsidRPr="00D914B7">
        <w:rPr>
          <w:sz w:val="22"/>
          <w:rtl/>
        </w:rPr>
        <w:t>های</w:t>
      </w:r>
      <w:r w:rsidRPr="00D914B7">
        <w:rPr>
          <w:sz w:val="22"/>
        </w:rPr>
        <w:t xml:space="preserve"> </w:t>
      </w:r>
      <w:r w:rsidRPr="00D914B7">
        <w:rPr>
          <w:sz w:val="22"/>
          <w:rtl/>
        </w:rPr>
        <w:t>تفسیر</w:t>
      </w:r>
      <w:r w:rsidRPr="00D914B7">
        <w:rPr>
          <w:sz w:val="22"/>
        </w:rPr>
        <w:t xml:space="preserve"> </w:t>
      </w:r>
      <w:r w:rsidRPr="00D914B7">
        <w:rPr>
          <w:sz w:val="22"/>
          <w:rtl/>
        </w:rPr>
        <w:t>را</w:t>
      </w:r>
      <w:r w:rsidRPr="00D914B7">
        <w:rPr>
          <w:sz w:val="22"/>
        </w:rPr>
        <w:t xml:space="preserve"> </w:t>
      </w:r>
      <w:r w:rsidRPr="00D914B7">
        <w:rPr>
          <w:sz w:val="22"/>
          <w:rtl/>
        </w:rPr>
        <w:t>ساخته</w:t>
      </w:r>
      <w:r w:rsidRPr="00D914B7">
        <w:rPr>
          <w:sz w:val="22"/>
        </w:rPr>
        <w:t>‌</w:t>
      </w:r>
      <w:r w:rsidRPr="00D914B7">
        <w:rPr>
          <w:sz w:val="22"/>
          <w:rtl/>
        </w:rPr>
        <w:t>اند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سازوکارها</w:t>
      </w:r>
      <w:r w:rsidRPr="00D914B7">
        <w:rPr>
          <w:sz w:val="22"/>
        </w:rPr>
        <w:t xml:space="preserve"> </w:t>
      </w:r>
      <w:r w:rsidRPr="00D914B7">
        <w:rPr>
          <w:sz w:val="22"/>
          <w:rtl/>
        </w:rPr>
        <w:t>امکان</w:t>
      </w:r>
      <w:r w:rsidRPr="00D914B7">
        <w:rPr>
          <w:sz w:val="22"/>
        </w:rPr>
        <w:t xml:space="preserve"> </w:t>
      </w:r>
      <w:r w:rsidRPr="00D914B7">
        <w:rPr>
          <w:sz w:val="22"/>
          <w:rtl/>
        </w:rPr>
        <w:t>سازگاری</w:t>
      </w:r>
      <w:r w:rsidRPr="00D914B7">
        <w:rPr>
          <w:sz w:val="22"/>
        </w:rPr>
        <w:t xml:space="preserve"> </w:t>
      </w:r>
      <w:r w:rsidRPr="00D914B7">
        <w:rPr>
          <w:sz w:val="22"/>
          <w:rtl/>
        </w:rPr>
        <w:t>می</w:t>
      </w:r>
      <w:r w:rsidRPr="00D914B7">
        <w:rPr>
          <w:sz w:val="22"/>
        </w:rPr>
        <w:t>‌</w:t>
      </w:r>
      <w:r w:rsidRPr="00D914B7">
        <w:rPr>
          <w:sz w:val="22"/>
          <w:rtl/>
        </w:rPr>
        <w:t>دهند،</w:t>
      </w:r>
      <w:r w:rsidRPr="00D914B7">
        <w:rPr>
          <w:sz w:val="22"/>
        </w:rPr>
        <w:t xml:space="preserve"> </w:t>
      </w:r>
      <w:r w:rsidRPr="00D914B7">
        <w:rPr>
          <w:sz w:val="22"/>
          <w:rtl/>
        </w:rPr>
        <w:t>اما</w:t>
      </w:r>
      <w:r w:rsidRPr="00D914B7">
        <w:rPr>
          <w:sz w:val="22"/>
        </w:rPr>
        <w:t xml:space="preserve"> </w:t>
      </w:r>
      <w:r w:rsidRPr="00D914B7">
        <w:rPr>
          <w:sz w:val="22"/>
          <w:rtl/>
        </w:rPr>
        <w:t>هم</w:t>
      </w:r>
      <w:r w:rsidRPr="00D914B7">
        <w:rPr>
          <w:sz w:val="22"/>
        </w:rPr>
        <w:t>‌</w:t>
      </w:r>
      <w:r w:rsidRPr="00D914B7">
        <w:rPr>
          <w:sz w:val="22"/>
          <w:rtl/>
        </w:rPr>
        <w:t>زمان</w:t>
      </w:r>
      <w:r w:rsidRPr="00D914B7">
        <w:rPr>
          <w:sz w:val="22"/>
        </w:rPr>
        <w:t xml:space="preserve"> </w:t>
      </w:r>
      <w:r w:rsidRPr="00D914B7">
        <w:rPr>
          <w:sz w:val="22"/>
          <w:rtl/>
        </w:rPr>
        <w:t>می</w:t>
      </w:r>
      <w:r w:rsidRPr="00D914B7">
        <w:rPr>
          <w:sz w:val="22"/>
        </w:rPr>
        <w:t>‌</w:t>
      </w:r>
      <w:r w:rsidRPr="00D914B7">
        <w:rPr>
          <w:sz w:val="22"/>
          <w:rtl/>
        </w:rPr>
        <w:t>کوشند</w:t>
      </w:r>
      <w:r w:rsidRPr="00D914B7">
        <w:rPr>
          <w:sz w:val="22"/>
        </w:rPr>
        <w:t xml:space="preserve"> </w:t>
      </w:r>
      <w:r w:rsidRPr="00D914B7">
        <w:rPr>
          <w:sz w:val="22"/>
          <w:rtl/>
        </w:rPr>
        <w:t>حق</w:t>
      </w:r>
      <w:r w:rsidRPr="00D914B7">
        <w:rPr>
          <w:sz w:val="22"/>
        </w:rPr>
        <w:t xml:space="preserve"> </w:t>
      </w:r>
      <w:r w:rsidRPr="00D914B7">
        <w:rPr>
          <w:sz w:val="22"/>
          <w:rtl/>
        </w:rPr>
        <w:t>سازگارکردن</w:t>
      </w:r>
      <w:r w:rsidRPr="00D914B7">
        <w:rPr>
          <w:sz w:val="22"/>
        </w:rPr>
        <w:t xml:space="preserve"> </w:t>
      </w:r>
      <w:r w:rsidRPr="00D914B7">
        <w:rPr>
          <w:sz w:val="22"/>
          <w:rtl/>
        </w:rPr>
        <w:t>قواعد</w:t>
      </w:r>
      <w:r w:rsidRPr="00D914B7">
        <w:rPr>
          <w:sz w:val="22"/>
        </w:rPr>
        <w:t xml:space="preserve"> </w:t>
      </w:r>
      <w:r w:rsidRPr="00D914B7">
        <w:rPr>
          <w:sz w:val="22"/>
          <w:rtl/>
        </w:rPr>
        <w:t>قدسی</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انحصار</w:t>
      </w:r>
      <w:r w:rsidRPr="00D914B7">
        <w:rPr>
          <w:sz w:val="22"/>
        </w:rPr>
        <w:t xml:space="preserve"> </w:t>
      </w:r>
      <w:r w:rsidRPr="00D914B7">
        <w:rPr>
          <w:sz w:val="22"/>
          <w:rtl/>
        </w:rPr>
        <w:t>نهاد</w:t>
      </w:r>
      <w:r w:rsidRPr="00D914B7">
        <w:rPr>
          <w:sz w:val="22"/>
        </w:rPr>
        <w:t xml:space="preserve"> </w:t>
      </w:r>
      <w:r w:rsidRPr="00D914B7">
        <w:rPr>
          <w:sz w:val="22"/>
          <w:rtl/>
        </w:rPr>
        <w:t>دین</w:t>
      </w:r>
      <w:r w:rsidRPr="00D914B7">
        <w:rPr>
          <w:sz w:val="22"/>
        </w:rPr>
        <w:t xml:space="preserve"> </w:t>
      </w:r>
      <w:r w:rsidRPr="00D914B7">
        <w:rPr>
          <w:sz w:val="22"/>
          <w:rtl/>
        </w:rPr>
        <w:t>نگاه</w:t>
      </w:r>
      <w:r w:rsidRPr="00D914B7">
        <w:rPr>
          <w:sz w:val="22"/>
        </w:rPr>
        <w:t xml:space="preserve"> </w:t>
      </w:r>
      <w:r w:rsidRPr="00D914B7">
        <w:rPr>
          <w:sz w:val="22"/>
          <w:rtl/>
        </w:rPr>
        <w:t>دارند</w:t>
      </w:r>
      <w:r>
        <w:rPr>
          <w:sz w:val="22"/>
          <w:rtl/>
        </w:rPr>
        <w:t>.</w:t>
      </w:r>
      <w:r w:rsidRPr="00D914B7">
        <w:rPr>
          <w:sz w:val="22"/>
        </w:rPr>
        <w:t xml:space="preserve"> </w:t>
      </w:r>
      <w:r w:rsidRPr="00D914B7">
        <w:rPr>
          <w:sz w:val="22"/>
          <w:rtl/>
        </w:rPr>
        <w:t>کشمکش</w:t>
      </w:r>
      <w:r w:rsidRPr="00D914B7">
        <w:rPr>
          <w:sz w:val="22"/>
        </w:rPr>
        <w:t xml:space="preserve"> </w:t>
      </w:r>
      <w:r w:rsidRPr="00D914B7">
        <w:rPr>
          <w:sz w:val="22"/>
          <w:rtl/>
        </w:rPr>
        <w:t>بر</w:t>
      </w:r>
      <w:r w:rsidRPr="00D914B7">
        <w:rPr>
          <w:sz w:val="22"/>
        </w:rPr>
        <w:t xml:space="preserve"> </w:t>
      </w:r>
      <w:r w:rsidRPr="00D914B7">
        <w:rPr>
          <w:sz w:val="22"/>
          <w:rtl/>
        </w:rPr>
        <w:t>سر</w:t>
      </w:r>
      <w:r w:rsidRPr="00D914B7">
        <w:rPr>
          <w:sz w:val="22"/>
        </w:rPr>
        <w:t xml:space="preserve"> </w:t>
      </w:r>
      <w:r w:rsidRPr="00D914B7">
        <w:rPr>
          <w:sz w:val="22"/>
          <w:rtl/>
        </w:rPr>
        <w:t>آن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تصمیم</w:t>
      </w:r>
      <w:r w:rsidRPr="00D914B7">
        <w:rPr>
          <w:sz w:val="22"/>
        </w:rPr>
        <w:t xml:space="preserve"> </w:t>
      </w:r>
      <w:r w:rsidRPr="00D914B7">
        <w:rPr>
          <w:sz w:val="22"/>
          <w:rtl/>
        </w:rPr>
        <w:t>نهایی</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متغیر</w:t>
      </w:r>
      <w:r w:rsidRPr="00D914B7">
        <w:rPr>
          <w:sz w:val="22"/>
        </w:rPr>
        <w:t xml:space="preserve"> </w:t>
      </w:r>
      <w:r w:rsidRPr="00D914B7">
        <w:rPr>
          <w:sz w:val="22"/>
          <w:rtl/>
        </w:rPr>
        <w:t>جامعه</w:t>
      </w:r>
      <w:r w:rsidRPr="00D914B7">
        <w:rPr>
          <w:sz w:val="22"/>
        </w:rPr>
        <w:t xml:space="preserve"> </w:t>
      </w:r>
      <w:r w:rsidRPr="00D914B7">
        <w:rPr>
          <w:sz w:val="22"/>
          <w:rtl/>
        </w:rPr>
        <w:t>در</w:t>
      </w:r>
      <w:r w:rsidRPr="00D914B7">
        <w:rPr>
          <w:sz w:val="22"/>
        </w:rPr>
        <w:t xml:space="preserve"> </w:t>
      </w:r>
      <w:r w:rsidRPr="00D914B7">
        <w:rPr>
          <w:sz w:val="22"/>
          <w:rtl/>
        </w:rPr>
        <w:t>اختیار</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باشد</w:t>
      </w:r>
      <w:r>
        <w:rPr>
          <w:sz w:val="22"/>
          <w:rtl/>
        </w:rPr>
        <w:t>.</w:t>
      </w:r>
    </w:p>
    <w:p w:rsidR="00987F03" w:rsidRPr="00D914B7" w:rsidRDefault="00987F03" w:rsidP="00987F03">
      <w:pPr>
        <w:bidi/>
        <w:ind w:firstLine="720"/>
        <w:rPr>
          <w:sz w:val="22"/>
        </w:rPr>
      </w:pPr>
      <w:r>
        <w:rPr>
          <w:rFonts w:hint="cs"/>
          <w:sz w:val="22"/>
          <w:rtl/>
        </w:rPr>
        <w:t>«</w:t>
      </w:r>
      <w:r w:rsidRPr="00D914B7">
        <w:rPr>
          <w:sz w:val="22"/>
          <w:rtl/>
        </w:rPr>
        <w:t>سکولار</w:t>
      </w:r>
      <w:r w:rsidRPr="00D914B7">
        <w:rPr>
          <w:sz w:val="22"/>
        </w:rPr>
        <w:t xml:space="preserve"> </w:t>
      </w:r>
      <w:r w:rsidRPr="00D914B7">
        <w:rPr>
          <w:sz w:val="22"/>
          <w:rtl/>
        </w:rPr>
        <w:t>دموکراسی</w:t>
      </w:r>
      <w:r>
        <w:rPr>
          <w:rFonts w:hint="cs"/>
          <w:sz w:val="22"/>
          <w:rtl/>
        </w:rPr>
        <w:t>»</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حادثه</w:t>
      </w:r>
      <w:r w:rsidRPr="00D914B7">
        <w:rPr>
          <w:sz w:val="22"/>
        </w:rPr>
        <w:t>‌</w:t>
      </w:r>
      <w:r w:rsidRPr="00D914B7">
        <w:rPr>
          <w:sz w:val="22"/>
          <w:rtl/>
        </w:rPr>
        <w:t>ای</w:t>
      </w:r>
      <w:r w:rsidRPr="00D914B7">
        <w:rPr>
          <w:sz w:val="22"/>
        </w:rPr>
        <w:t xml:space="preserve"> </w:t>
      </w:r>
      <w:r w:rsidRPr="00D914B7">
        <w:rPr>
          <w:sz w:val="22"/>
          <w:rtl/>
        </w:rPr>
        <w:t>ناگهانی</w:t>
      </w:r>
      <w:r w:rsidRPr="00D914B7">
        <w:rPr>
          <w:sz w:val="22"/>
        </w:rPr>
        <w:t xml:space="preserve"> </w:t>
      </w:r>
      <w:r w:rsidRPr="00D914B7">
        <w:rPr>
          <w:sz w:val="22"/>
          <w:rtl/>
        </w:rPr>
        <w:t>یا</w:t>
      </w:r>
      <w:r w:rsidRPr="00D914B7">
        <w:rPr>
          <w:sz w:val="22"/>
        </w:rPr>
        <w:t xml:space="preserve"> </w:t>
      </w:r>
      <w:r w:rsidRPr="00D914B7">
        <w:rPr>
          <w:sz w:val="22"/>
          <w:rtl/>
        </w:rPr>
        <w:t>صرفاً</w:t>
      </w:r>
      <w:r w:rsidRPr="00D914B7">
        <w:rPr>
          <w:sz w:val="22"/>
        </w:rPr>
        <w:t xml:space="preserve"> </w:t>
      </w:r>
      <w:r w:rsidRPr="00D914B7">
        <w:rPr>
          <w:sz w:val="22"/>
          <w:rtl/>
        </w:rPr>
        <w:t>نسخه</w:t>
      </w:r>
      <w:r w:rsidRPr="00D914B7">
        <w:rPr>
          <w:sz w:val="22"/>
        </w:rPr>
        <w:t>‌</w:t>
      </w:r>
      <w:r w:rsidRPr="00D914B7">
        <w:rPr>
          <w:sz w:val="22"/>
          <w:rtl/>
        </w:rPr>
        <w:t>ای</w:t>
      </w:r>
      <w:r w:rsidRPr="00D914B7">
        <w:rPr>
          <w:sz w:val="22"/>
        </w:rPr>
        <w:t xml:space="preserve"> </w:t>
      </w:r>
      <w:r w:rsidRPr="00D914B7">
        <w:rPr>
          <w:sz w:val="22"/>
          <w:rtl/>
        </w:rPr>
        <w:t>واردشده</w:t>
      </w:r>
      <w:r w:rsidRPr="00D914B7">
        <w:rPr>
          <w:sz w:val="22"/>
        </w:rPr>
        <w:t xml:space="preserve"> </w:t>
      </w:r>
      <w:r w:rsidRPr="00D914B7">
        <w:rPr>
          <w:sz w:val="22"/>
          <w:rtl/>
        </w:rPr>
        <w:t>از</w:t>
      </w:r>
      <w:r w:rsidRPr="00D914B7">
        <w:rPr>
          <w:sz w:val="22"/>
        </w:rPr>
        <w:t xml:space="preserve"> </w:t>
      </w:r>
      <w:r w:rsidRPr="00D914B7">
        <w:rPr>
          <w:sz w:val="22"/>
          <w:rtl/>
        </w:rPr>
        <w:t>غرب</w:t>
      </w:r>
      <w:r w:rsidRPr="00D914B7">
        <w:rPr>
          <w:sz w:val="22"/>
        </w:rPr>
        <w:t xml:space="preserve"> </w:t>
      </w:r>
      <w:r w:rsidRPr="00D914B7">
        <w:rPr>
          <w:sz w:val="22"/>
          <w:rtl/>
        </w:rPr>
        <w:t>تلقی</w:t>
      </w:r>
      <w:r w:rsidRPr="00D914B7">
        <w:rPr>
          <w:sz w:val="22"/>
        </w:rPr>
        <w:t xml:space="preserve"> </w:t>
      </w:r>
      <w:r w:rsidRPr="00D914B7">
        <w:rPr>
          <w:sz w:val="22"/>
          <w:rtl/>
        </w:rPr>
        <w:t>نمی</w:t>
      </w:r>
      <w:r w:rsidRPr="00D914B7">
        <w:rPr>
          <w:sz w:val="22"/>
        </w:rPr>
        <w:t>‌</w:t>
      </w:r>
      <w:r w:rsidRPr="00D914B7">
        <w:rPr>
          <w:sz w:val="22"/>
          <w:rtl/>
        </w:rPr>
        <w:t>شود</w:t>
      </w:r>
      <w:r>
        <w:rPr>
          <w:sz w:val="22"/>
          <w:rtl/>
        </w:rPr>
        <w:t>.</w:t>
      </w:r>
      <w:r w:rsidRPr="00D914B7">
        <w:rPr>
          <w:sz w:val="22"/>
        </w:rPr>
        <w:t xml:space="preserve"> </w:t>
      </w:r>
      <w:r w:rsidRPr="00D914B7">
        <w:rPr>
          <w:sz w:val="22"/>
          <w:rtl/>
        </w:rPr>
        <w:t>اندیشه</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نهادهای</w:t>
      </w:r>
      <w:r w:rsidRPr="00D914B7">
        <w:rPr>
          <w:sz w:val="22"/>
        </w:rPr>
        <w:t xml:space="preserve"> </w:t>
      </w:r>
      <w:r w:rsidRPr="00D914B7">
        <w:rPr>
          <w:sz w:val="22"/>
          <w:rtl/>
        </w:rPr>
        <w:t>جدید</w:t>
      </w:r>
      <w:r w:rsidRPr="00D914B7">
        <w:rPr>
          <w:sz w:val="22"/>
        </w:rPr>
        <w:t xml:space="preserve"> </w:t>
      </w:r>
      <w:r w:rsidRPr="00D914B7">
        <w:rPr>
          <w:sz w:val="22"/>
          <w:rtl/>
        </w:rPr>
        <w:t>غربی</w:t>
      </w:r>
      <w:r w:rsidRPr="00D914B7">
        <w:rPr>
          <w:sz w:val="22"/>
        </w:rPr>
        <w:t xml:space="preserve"> </w:t>
      </w:r>
      <w:r w:rsidRPr="00D914B7">
        <w:rPr>
          <w:sz w:val="22"/>
          <w:rtl/>
        </w:rPr>
        <w:t>در</w:t>
      </w:r>
      <w:r w:rsidRPr="00D914B7">
        <w:rPr>
          <w:sz w:val="22"/>
        </w:rPr>
        <w:t xml:space="preserve"> </w:t>
      </w:r>
      <w:r w:rsidRPr="00D914B7">
        <w:rPr>
          <w:sz w:val="22"/>
          <w:rtl/>
        </w:rPr>
        <w:t>تحول</w:t>
      </w:r>
      <w:r w:rsidRPr="00D914B7">
        <w:rPr>
          <w:sz w:val="22"/>
        </w:rPr>
        <w:t xml:space="preserve"> </w:t>
      </w:r>
      <w:r w:rsidRPr="00D914B7">
        <w:rPr>
          <w:sz w:val="22"/>
          <w:rtl/>
        </w:rPr>
        <w:t>ایران</w:t>
      </w:r>
      <w:r w:rsidRPr="00D914B7">
        <w:rPr>
          <w:sz w:val="22"/>
        </w:rPr>
        <w:t xml:space="preserve"> </w:t>
      </w:r>
      <w:r w:rsidRPr="00D914B7">
        <w:rPr>
          <w:sz w:val="22"/>
          <w:rtl/>
        </w:rPr>
        <w:t>نقشی</w:t>
      </w:r>
      <w:r w:rsidRPr="00D914B7">
        <w:rPr>
          <w:sz w:val="22"/>
        </w:rPr>
        <w:t xml:space="preserve"> </w:t>
      </w:r>
      <w:r w:rsidRPr="00D914B7">
        <w:rPr>
          <w:sz w:val="22"/>
          <w:rtl/>
        </w:rPr>
        <w:t>واقعی</w:t>
      </w:r>
      <w:r w:rsidRPr="00D914B7">
        <w:rPr>
          <w:sz w:val="22"/>
        </w:rPr>
        <w:t xml:space="preserve"> </w:t>
      </w:r>
      <w:r w:rsidRPr="00D914B7">
        <w:rPr>
          <w:sz w:val="22"/>
          <w:rtl/>
        </w:rPr>
        <w:t>و</w:t>
      </w:r>
      <w:r w:rsidRPr="00D914B7">
        <w:rPr>
          <w:sz w:val="22"/>
        </w:rPr>
        <w:t xml:space="preserve"> </w:t>
      </w:r>
      <w:r w:rsidRPr="00D914B7">
        <w:rPr>
          <w:sz w:val="22"/>
          <w:rtl/>
        </w:rPr>
        <w:t>انکارناپذیر</w:t>
      </w:r>
      <w:r w:rsidRPr="00D914B7">
        <w:rPr>
          <w:sz w:val="22"/>
        </w:rPr>
        <w:t xml:space="preserve"> </w:t>
      </w:r>
      <w:r w:rsidRPr="00D914B7">
        <w:rPr>
          <w:sz w:val="22"/>
          <w:rtl/>
        </w:rPr>
        <w:t>داشته</w:t>
      </w:r>
      <w:r w:rsidRPr="00D914B7">
        <w:rPr>
          <w:sz w:val="22"/>
        </w:rPr>
        <w:t>‌</w:t>
      </w:r>
      <w:r w:rsidRPr="00D914B7">
        <w:rPr>
          <w:sz w:val="22"/>
          <w:rtl/>
        </w:rPr>
        <w:t>اند،</w:t>
      </w:r>
      <w:r w:rsidRPr="00D914B7">
        <w:rPr>
          <w:sz w:val="22"/>
        </w:rPr>
        <w:t xml:space="preserve"> </w:t>
      </w:r>
      <w:r w:rsidRPr="00D914B7">
        <w:rPr>
          <w:sz w:val="22"/>
          <w:rtl/>
        </w:rPr>
        <w:t>اما</w:t>
      </w:r>
      <w:r w:rsidRPr="00D914B7">
        <w:rPr>
          <w:sz w:val="22"/>
        </w:rPr>
        <w:t xml:space="preserve"> </w:t>
      </w:r>
      <w:r w:rsidRPr="00D914B7">
        <w:rPr>
          <w:sz w:val="22"/>
          <w:rtl/>
        </w:rPr>
        <w:t>امکان</w:t>
      </w:r>
      <w:r w:rsidRPr="00D914B7">
        <w:rPr>
          <w:sz w:val="22"/>
        </w:rPr>
        <w:t xml:space="preserve"> </w:t>
      </w:r>
      <w:r w:rsidRPr="00D914B7">
        <w:rPr>
          <w:sz w:val="22"/>
          <w:rtl/>
        </w:rPr>
        <w:t>پذیرش</w:t>
      </w:r>
      <w:r w:rsidRPr="00D914B7">
        <w:rPr>
          <w:sz w:val="22"/>
        </w:rPr>
        <w:t xml:space="preserve"> </w:t>
      </w:r>
      <w:r w:rsidRPr="00D914B7">
        <w:rPr>
          <w:sz w:val="22"/>
          <w:rtl/>
        </w:rPr>
        <w:t>آنها</w:t>
      </w:r>
      <w:r w:rsidRPr="00D914B7">
        <w:rPr>
          <w:sz w:val="22"/>
        </w:rPr>
        <w:t xml:space="preserve"> </w:t>
      </w:r>
      <w:r w:rsidRPr="00D914B7">
        <w:rPr>
          <w:sz w:val="22"/>
          <w:rtl/>
        </w:rPr>
        <w:t>بر</w:t>
      </w:r>
      <w:r w:rsidRPr="00D914B7">
        <w:rPr>
          <w:sz w:val="22"/>
        </w:rPr>
        <w:t xml:space="preserve"> </w:t>
      </w:r>
      <w:r w:rsidRPr="00D914B7">
        <w:rPr>
          <w:sz w:val="22"/>
          <w:rtl/>
        </w:rPr>
        <w:t>زمینه</w:t>
      </w:r>
      <w:r w:rsidRPr="00D914B7">
        <w:rPr>
          <w:sz w:val="22"/>
        </w:rPr>
        <w:t>‌</w:t>
      </w:r>
      <w:r w:rsidRPr="00D914B7">
        <w:rPr>
          <w:sz w:val="22"/>
          <w:rtl/>
        </w:rPr>
        <w:t>ای</w:t>
      </w:r>
      <w:r w:rsidRPr="00D914B7">
        <w:rPr>
          <w:sz w:val="22"/>
        </w:rPr>
        <w:t xml:space="preserve"> </w:t>
      </w:r>
      <w:r w:rsidRPr="00D914B7">
        <w:rPr>
          <w:sz w:val="22"/>
          <w:rtl/>
        </w:rPr>
        <w:t>تاریخی</w:t>
      </w:r>
      <w:r w:rsidRPr="00D914B7">
        <w:rPr>
          <w:sz w:val="22"/>
        </w:rPr>
        <w:t xml:space="preserve"> </w:t>
      </w:r>
      <w:r w:rsidRPr="00D914B7">
        <w:rPr>
          <w:sz w:val="22"/>
          <w:rtl/>
        </w:rPr>
        <w:t>قرار</w:t>
      </w:r>
      <w:r w:rsidRPr="00D914B7">
        <w:rPr>
          <w:sz w:val="22"/>
        </w:rPr>
        <w:t xml:space="preserve"> </w:t>
      </w:r>
      <w:r w:rsidRPr="00D914B7">
        <w:rPr>
          <w:sz w:val="22"/>
          <w:rtl/>
        </w:rPr>
        <w:t>گرفته</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نیاز</w:t>
      </w:r>
      <w:r w:rsidRPr="00D914B7">
        <w:rPr>
          <w:sz w:val="22"/>
        </w:rPr>
        <w:t xml:space="preserve"> </w:t>
      </w:r>
      <w:r w:rsidRPr="00D914B7">
        <w:rPr>
          <w:sz w:val="22"/>
          <w:rtl/>
        </w:rPr>
        <w:t>جامعه</w:t>
      </w:r>
      <w:r w:rsidRPr="00D914B7">
        <w:rPr>
          <w:sz w:val="22"/>
        </w:rPr>
        <w:t xml:space="preserve"> </w:t>
      </w:r>
      <w:r w:rsidRPr="00D914B7">
        <w:rPr>
          <w:sz w:val="22"/>
          <w:rtl/>
        </w:rPr>
        <w:t>به</w:t>
      </w:r>
      <w:r w:rsidRPr="00D914B7">
        <w:rPr>
          <w:sz w:val="22"/>
        </w:rPr>
        <w:t xml:space="preserve"> </w:t>
      </w:r>
      <w:r w:rsidRPr="00D914B7">
        <w:rPr>
          <w:sz w:val="22"/>
          <w:rtl/>
        </w:rPr>
        <w:t>قانون</w:t>
      </w:r>
      <w:r w:rsidRPr="00D914B7">
        <w:rPr>
          <w:sz w:val="22"/>
        </w:rPr>
        <w:t xml:space="preserve"> </w:t>
      </w:r>
      <w:r w:rsidRPr="00D914B7">
        <w:rPr>
          <w:sz w:val="22"/>
          <w:rtl/>
        </w:rPr>
        <w:t>قابل</w:t>
      </w:r>
      <w:r w:rsidRPr="00D914B7">
        <w:rPr>
          <w:sz w:val="22"/>
        </w:rPr>
        <w:t xml:space="preserve"> </w:t>
      </w:r>
      <w:r w:rsidRPr="00D914B7">
        <w:rPr>
          <w:sz w:val="22"/>
          <w:rtl/>
        </w:rPr>
        <w:t>اصلاح،</w:t>
      </w:r>
      <w:r w:rsidRPr="00D914B7">
        <w:rPr>
          <w:sz w:val="22"/>
        </w:rPr>
        <w:t xml:space="preserve"> </w:t>
      </w:r>
      <w:r w:rsidRPr="00D914B7">
        <w:rPr>
          <w:sz w:val="22"/>
          <w:rtl/>
        </w:rPr>
        <w:t>تخصص،</w:t>
      </w:r>
      <w:r w:rsidRPr="00D914B7">
        <w:rPr>
          <w:sz w:val="22"/>
        </w:rPr>
        <w:t xml:space="preserve"> </w:t>
      </w:r>
      <w:r w:rsidRPr="00D914B7">
        <w:rPr>
          <w:sz w:val="22"/>
          <w:rtl/>
        </w:rPr>
        <w:t>پاسخ</w:t>
      </w:r>
      <w:r w:rsidRPr="00D914B7">
        <w:rPr>
          <w:sz w:val="22"/>
        </w:rPr>
        <w:t>‌</w:t>
      </w:r>
      <w:r w:rsidRPr="00D914B7">
        <w:rPr>
          <w:sz w:val="22"/>
          <w:rtl/>
        </w:rPr>
        <w:t>گویی،</w:t>
      </w:r>
      <w:r w:rsidRPr="00D914B7">
        <w:rPr>
          <w:sz w:val="22"/>
        </w:rPr>
        <w:t xml:space="preserve"> </w:t>
      </w:r>
      <w:r w:rsidRPr="00D914B7">
        <w:rPr>
          <w:sz w:val="22"/>
          <w:rtl/>
        </w:rPr>
        <w:t>محدودکردن</w:t>
      </w:r>
      <w:r w:rsidRPr="00D914B7">
        <w:rPr>
          <w:sz w:val="22"/>
        </w:rPr>
        <w:t xml:space="preserve"> </w:t>
      </w:r>
      <w:r w:rsidRPr="00D914B7">
        <w:rPr>
          <w:sz w:val="22"/>
          <w:rtl/>
        </w:rPr>
        <w:t>قدرت</w:t>
      </w:r>
      <w:r w:rsidRPr="00D914B7">
        <w:rPr>
          <w:sz w:val="22"/>
        </w:rPr>
        <w:t xml:space="preserve"> </w:t>
      </w:r>
      <w:r w:rsidRPr="00D914B7">
        <w:rPr>
          <w:sz w:val="22"/>
          <w:rtl/>
        </w:rPr>
        <w:t>شخصی</w:t>
      </w:r>
      <w:r w:rsidRPr="00D914B7">
        <w:rPr>
          <w:sz w:val="22"/>
        </w:rPr>
        <w:t xml:space="preserve"> </w:t>
      </w:r>
      <w:r w:rsidRPr="00D914B7">
        <w:rPr>
          <w:sz w:val="22"/>
          <w:rtl/>
        </w:rPr>
        <w:t>و</w:t>
      </w:r>
      <w:r w:rsidRPr="00D914B7">
        <w:rPr>
          <w:sz w:val="22"/>
        </w:rPr>
        <w:t xml:space="preserve"> </w:t>
      </w:r>
      <w:r w:rsidRPr="00D914B7">
        <w:rPr>
          <w:sz w:val="22"/>
          <w:rtl/>
        </w:rPr>
        <w:t>رهاکردن</w:t>
      </w:r>
      <w:r w:rsidRPr="00D914B7">
        <w:rPr>
          <w:sz w:val="22"/>
        </w:rPr>
        <w:t xml:space="preserve"> </w:t>
      </w:r>
      <w:r w:rsidRPr="00D914B7">
        <w:rPr>
          <w:sz w:val="22"/>
          <w:rtl/>
        </w:rPr>
        <w:t>اداره</w:t>
      </w:r>
      <w:r>
        <w:rPr>
          <w:sz w:val="22"/>
          <w:rtl/>
        </w:rPr>
        <w:t>ء</w:t>
      </w:r>
      <w:r w:rsidRPr="00D914B7">
        <w:rPr>
          <w:sz w:val="22"/>
        </w:rPr>
        <w:t xml:space="preserve"> </w:t>
      </w:r>
      <w:r w:rsidRPr="00D914B7">
        <w:rPr>
          <w:sz w:val="22"/>
          <w:rtl/>
        </w:rPr>
        <w:t>عمومی</w:t>
      </w:r>
      <w:r w:rsidRPr="00D914B7">
        <w:rPr>
          <w:sz w:val="22"/>
        </w:rPr>
        <w:t xml:space="preserve"> </w:t>
      </w:r>
      <w:r w:rsidRPr="00D914B7">
        <w:rPr>
          <w:sz w:val="22"/>
          <w:rtl/>
        </w:rPr>
        <w:t>از</w:t>
      </w:r>
      <w:r w:rsidRPr="00D914B7">
        <w:rPr>
          <w:sz w:val="22"/>
        </w:rPr>
        <w:t xml:space="preserve"> </w:t>
      </w:r>
      <w:r w:rsidRPr="00D914B7">
        <w:rPr>
          <w:sz w:val="22"/>
          <w:rtl/>
        </w:rPr>
        <w:t>انحصار</w:t>
      </w:r>
      <w:r w:rsidRPr="00D914B7">
        <w:rPr>
          <w:sz w:val="22"/>
        </w:rPr>
        <w:t xml:space="preserve"> </w:t>
      </w:r>
      <w:r w:rsidRPr="00D914B7">
        <w:rPr>
          <w:sz w:val="22"/>
          <w:rtl/>
        </w:rPr>
        <w:t>امر</w:t>
      </w:r>
      <w:r w:rsidRPr="00D914B7">
        <w:rPr>
          <w:sz w:val="22"/>
        </w:rPr>
        <w:t xml:space="preserve"> </w:t>
      </w:r>
      <w:r w:rsidRPr="00D914B7">
        <w:rPr>
          <w:sz w:val="22"/>
          <w:rtl/>
        </w:rPr>
        <w:t>قدسی</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این</w:t>
      </w:r>
      <w:r w:rsidRPr="00D914B7">
        <w:rPr>
          <w:sz w:val="22"/>
        </w:rPr>
        <w:t xml:space="preserve"> </w:t>
      </w:r>
      <w:r w:rsidRPr="00D914B7">
        <w:rPr>
          <w:sz w:val="22"/>
          <w:rtl/>
        </w:rPr>
        <w:t>منظر،</w:t>
      </w:r>
      <w:r w:rsidRPr="00D914B7">
        <w:rPr>
          <w:sz w:val="22"/>
        </w:rPr>
        <w:t xml:space="preserve"> </w:t>
      </w:r>
      <w:r w:rsidRPr="00D914B7">
        <w:rPr>
          <w:sz w:val="22"/>
          <w:rtl/>
        </w:rPr>
        <w:t>سکولار</w:t>
      </w:r>
      <w:r w:rsidRPr="00D914B7">
        <w:rPr>
          <w:sz w:val="22"/>
        </w:rPr>
        <w:t xml:space="preserve"> </w:t>
      </w:r>
      <w:r w:rsidRPr="00D914B7">
        <w:rPr>
          <w:sz w:val="22"/>
          <w:rtl/>
        </w:rPr>
        <w:t>دموکراسی</w:t>
      </w:r>
      <w:r w:rsidRPr="00D914B7">
        <w:rPr>
          <w:sz w:val="22"/>
        </w:rPr>
        <w:t xml:space="preserve"> </w:t>
      </w:r>
      <w:r w:rsidRPr="00D914B7">
        <w:rPr>
          <w:sz w:val="22"/>
          <w:rtl/>
        </w:rPr>
        <w:t>نام</w:t>
      </w:r>
      <w:r w:rsidRPr="00D914B7">
        <w:rPr>
          <w:sz w:val="22"/>
        </w:rPr>
        <w:t xml:space="preserve"> </w:t>
      </w:r>
      <w:r w:rsidRPr="00D914B7">
        <w:rPr>
          <w:sz w:val="22"/>
          <w:rtl/>
        </w:rPr>
        <w:t>یک</w:t>
      </w:r>
      <w:r w:rsidRPr="00D914B7">
        <w:rPr>
          <w:sz w:val="22"/>
        </w:rPr>
        <w:t xml:space="preserve"> </w:t>
      </w:r>
      <w:r w:rsidRPr="00D914B7">
        <w:rPr>
          <w:sz w:val="22"/>
          <w:rtl/>
        </w:rPr>
        <w:t>سرنوشت</w:t>
      </w:r>
      <w:r w:rsidRPr="00D914B7">
        <w:rPr>
          <w:sz w:val="22"/>
        </w:rPr>
        <w:t xml:space="preserve"> </w:t>
      </w:r>
      <w:r w:rsidRPr="00D914B7">
        <w:rPr>
          <w:sz w:val="22"/>
          <w:rtl/>
        </w:rPr>
        <w:t>حتمی</w:t>
      </w:r>
      <w:r w:rsidRPr="00D914B7">
        <w:rPr>
          <w:sz w:val="22"/>
        </w:rPr>
        <w:t xml:space="preserve"> </w:t>
      </w:r>
      <w:r w:rsidRPr="00D914B7">
        <w:rPr>
          <w:sz w:val="22"/>
          <w:rtl/>
        </w:rPr>
        <w:t>نیست؛</w:t>
      </w:r>
      <w:r w:rsidRPr="00D914B7">
        <w:rPr>
          <w:sz w:val="22"/>
        </w:rPr>
        <w:t xml:space="preserve"> </w:t>
      </w:r>
      <w:r w:rsidRPr="00D914B7">
        <w:rPr>
          <w:sz w:val="22"/>
          <w:rtl/>
        </w:rPr>
        <w:t>صورت</w:t>
      </w:r>
      <w:r w:rsidRPr="00D914B7">
        <w:rPr>
          <w:sz w:val="22"/>
        </w:rPr>
        <w:t xml:space="preserve"> </w:t>
      </w:r>
      <w:r w:rsidRPr="00D914B7">
        <w:rPr>
          <w:sz w:val="22"/>
          <w:rtl/>
        </w:rPr>
        <w:t>مطلوب</w:t>
      </w:r>
      <w:r w:rsidRPr="00D914B7">
        <w:rPr>
          <w:sz w:val="22"/>
        </w:rPr>
        <w:t xml:space="preserve"> </w:t>
      </w:r>
      <w:r w:rsidRPr="00D914B7">
        <w:rPr>
          <w:sz w:val="22"/>
          <w:rtl/>
        </w:rPr>
        <w:t>و</w:t>
      </w:r>
      <w:r w:rsidRPr="00D914B7">
        <w:rPr>
          <w:sz w:val="22"/>
        </w:rPr>
        <w:t xml:space="preserve"> </w:t>
      </w:r>
      <w:r w:rsidRPr="00D914B7">
        <w:rPr>
          <w:sz w:val="22"/>
          <w:rtl/>
        </w:rPr>
        <w:t>ممکنِ</w:t>
      </w:r>
      <w:r w:rsidRPr="00D914B7">
        <w:rPr>
          <w:sz w:val="22"/>
        </w:rPr>
        <w:t xml:space="preserve"> </w:t>
      </w:r>
      <w:r w:rsidRPr="00D914B7">
        <w:rPr>
          <w:sz w:val="22"/>
          <w:rtl/>
        </w:rPr>
        <w:t>پاسخی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تجربه</w:t>
      </w:r>
      <w:r>
        <w:rPr>
          <w:sz w:val="22"/>
          <w:rtl/>
        </w:rPr>
        <w:t>ء</w:t>
      </w:r>
      <w:r w:rsidRPr="00D914B7">
        <w:rPr>
          <w:sz w:val="22"/>
        </w:rPr>
        <w:t xml:space="preserve"> </w:t>
      </w:r>
      <w:r w:rsidRPr="00D914B7">
        <w:rPr>
          <w:sz w:val="22"/>
          <w:rtl/>
        </w:rPr>
        <w:t>طولانی</w:t>
      </w:r>
      <w:r w:rsidRPr="00D914B7">
        <w:rPr>
          <w:sz w:val="22"/>
        </w:rPr>
        <w:t xml:space="preserve"> </w:t>
      </w:r>
      <w:r w:rsidRPr="00D914B7">
        <w:rPr>
          <w:sz w:val="22"/>
          <w:rtl/>
        </w:rPr>
        <w:t>کشورداری</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مسئله</w:t>
      </w:r>
      <w:r>
        <w:rPr>
          <w:sz w:val="22"/>
          <w:rtl/>
        </w:rPr>
        <w:t>ء</w:t>
      </w:r>
      <w:r w:rsidRPr="00D914B7">
        <w:rPr>
          <w:sz w:val="22"/>
        </w:rPr>
        <w:t xml:space="preserve"> </w:t>
      </w:r>
      <w:r w:rsidRPr="00D914B7">
        <w:rPr>
          <w:sz w:val="22"/>
          <w:rtl/>
        </w:rPr>
        <w:t>قدرت</w:t>
      </w:r>
      <w:r w:rsidRPr="00D914B7">
        <w:rPr>
          <w:sz w:val="22"/>
        </w:rPr>
        <w:t xml:space="preserve"> </w:t>
      </w:r>
      <w:r w:rsidRPr="00D914B7">
        <w:rPr>
          <w:sz w:val="22"/>
          <w:rtl/>
        </w:rPr>
        <w:t>بدهد</w:t>
      </w:r>
      <w:r>
        <w:rPr>
          <w:sz w:val="22"/>
          <w:rtl/>
        </w:rPr>
        <w:t>.</w:t>
      </w:r>
    </w:p>
    <w:p w:rsidR="00987F03" w:rsidRPr="00D914B7" w:rsidRDefault="00987F03" w:rsidP="00987F03">
      <w:pPr>
        <w:bidi/>
        <w:ind w:firstLine="720"/>
        <w:rPr>
          <w:sz w:val="22"/>
        </w:rPr>
      </w:pPr>
      <w:r w:rsidRPr="00D914B7">
        <w:rPr>
          <w:sz w:val="22"/>
          <w:rtl/>
        </w:rPr>
        <w:t>دموکراسی</w:t>
      </w:r>
      <w:r w:rsidRPr="00D914B7">
        <w:rPr>
          <w:sz w:val="22"/>
        </w:rPr>
        <w:t xml:space="preserve"> </w:t>
      </w:r>
      <w:r w:rsidRPr="00D914B7">
        <w:rPr>
          <w:sz w:val="22"/>
          <w:rtl/>
        </w:rPr>
        <w:t>بدون</w:t>
      </w:r>
      <w:r w:rsidRPr="00D914B7">
        <w:rPr>
          <w:sz w:val="22"/>
        </w:rPr>
        <w:t xml:space="preserve"> </w:t>
      </w:r>
      <w:r w:rsidRPr="00D914B7">
        <w:rPr>
          <w:sz w:val="22"/>
          <w:rtl/>
        </w:rPr>
        <w:t>کشورداری</w:t>
      </w:r>
      <w:r w:rsidRPr="00D914B7">
        <w:rPr>
          <w:sz w:val="22"/>
        </w:rPr>
        <w:t xml:space="preserve"> </w:t>
      </w:r>
      <w:r w:rsidRPr="00D914B7">
        <w:rPr>
          <w:sz w:val="22"/>
          <w:rtl/>
        </w:rPr>
        <w:t>می</w:t>
      </w:r>
      <w:r w:rsidRPr="00D914B7">
        <w:rPr>
          <w:sz w:val="22"/>
        </w:rPr>
        <w:t>‌</w:t>
      </w:r>
      <w:r w:rsidRPr="00D914B7">
        <w:rPr>
          <w:sz w:val="22"/>
          <w:rtl/>
        </w:rPr>
        <w:t>تواند</w:t>
      </w:r>
      <w:r w:rsidRPr="00D914B7">
        <w:rPr>
          <w:sz w:val="22"/>
        </w:rPr>
        <w:t xml:space="preserve"> </w:t>
      </w:r>
      <w:r w:rsidRPr="00D914B7">
        <w:rPr>
          <w:sz w:val="22"/>
          <w:rtl/>
        </w:rPr>
        <w:t>به</w:t>
      </w:r>
      <w:r w:rsidRPr="00D914B7">
        <w:rPr>
          <w:sz w:val="22"/>
        </w:rPr>
        <w:t xml:space="preserve"> </w:t>
      </w:r>
      <w:r w:rsidRPr="00D914B7">
        <w:rPr>
          <w:sz w:val="22"/>
          <w:rtl/>
        </w:rPr>
        <w:t>وعده</w:t>
      </w:r>
      <w:r w:rsidRPr="00D914B7">
        <w:rPr>
          <w:sz w:val="22"/>
        </w:rPr>
        <w:t>‌</w:t>
      </w:r>
      <w:r w:rsidRPr="00D914B7">
        <w:rPr>
          <w:sz w:val="22"/>
          <w:rtl/>
        </w:rPr>
        <w:t>هایی</w:t>
      </w:r>
      <w:r w:rsidRPr="00D914B7">
        <w:rPr>
          <w:sz w:val="22"/>
        </w:rPr>
        <w:t xml:space="preserve"> </w:t>
      </w:r>
      <w:r w:rsidRPr="00D914B7">
        <w:rPr>
          <w:sz w:val="22"/>
          <w:rtl/>
        </w:rPr>
        <w:t>بی</w:t>
      </w:r>
      <w:r w:rsidRPr="00D914B7">
        <w:rPr>
          <w:sz w:val="22"/>
        </w:rPr>
        <w:t>‌</w:t>
      </w:r>
      <w:r w:rsidRPr="00D914B7">
        <w:rPr>
          <w:sz w:val="22"/>
          <w:rtl/>
        </w:rPr>
        <w:t>اجرا،</w:t>
      </w:r>
      <w:r w:rsidRPr="00D914B7">
        <w:rPr>
          <w:sz w:val="22"/>
        </w:rPr>
        <w:t xml:space="preserve"> </w:t>
      </w:r>
      <w:r w:rsidRPr="00D914B7">
        <w:rPr>
          <w:sz w:val="22"/>
          <w:rtl/>
        </w:rPr>
        <w:t>نهادهایی</w:t>
      </w:r>
      <w:r w:rsidRPr="00D914B7">
        <w:rPr>
          <w:sz w:val="22"/>
        </w:rPr>
        <w:t xml:space="preserve"> </w:t>
      </w:r>
      <w:r w:rsidRPr="00D914B7">
        <w:rPr>
          <w:sz w:val="22"/>
          <w:rtl/>
        </w:rPr>
        <w:t>فرسوده</w:t>
      </w:r>
      <w:r w:rsidRPr="00D914B7">
        <w:rPr>
          <w:sz w:val="22"/>
        </w:rPr>
        <w:t xml:space="preserve"> </w:t>
      </w:r>
      <w:r w:rsidRPr="00D914B7">
        <w:rPr>
          <w:sz w:val="22"/>
          <w:rtl/>
        </w:rPr>
        <w:t>و</w:t>
      </w:r>
      <w:r w:rsidRPr="00D914B7">
        <w:rPr>
          <w:sz w:val="22"/>
        </w:rPr>
        <w:t xml:space="preserve"> </w:t>
      </w:r>
      <w:r w:rsidRPr="00D914B7">
        <w:rPr>
          <w:sz w:val="22"/>
          <w:rtl/>
        </w:rPr>
        <w:t>ناتوانی</w:t>
      </w:r>
      <w:r w:rsidRPr="00D914B7">
        <w:rPr>
          <w:sz w:val="22"/>
        </w:rPr>
        <w:t xml:space="preserve"> </w:t>
      </w:r>
      <w:r w:rsidRPr="00D914B7">
        <w:rPr>
          <w:sz w:val="22"/>
          <w:rtl/>
        </w:rPr>
        <w:t>در</w:t>
      </w:r>
      <w:r w:rsidRPr="00D914B7">
        <w:rPr>
          <w:sz w:val="22"/>
        </w:rPr>
        <w:t xml:space="preserve"> </w:t>
      </w:r>
      <w:r w:rsidRPr="00D914B7">
        <w:rPr>
          <w:sz w:val="22"/>
          <w:rtl/>
        </w:rPr>
        <w:t>حفظ</w:t>
      </w:r>
      <w:r w:rsidRPr="00D914B7">
        <w:rPr>
          <w:sz w:val="22"/>
        </w:rPr>
        <w:t xml:space="preserve"> </w:t>
      </w:r>
      <w:r w:rsidRPr="00D914B7">
        <w:rPr>
          <w:sz w:val="22"/>
          <w:rtl/>
        </w:rPr>
        <w:t>کشور</w:t>
      </w:r>
      <w:r w:rsidRPr="00D914B7">
        <w:rPr>
          <w:sz w:val="22"/>
        </w:rPr>
        <w:t xml:space="preserve"> </w:t>
      </w:r>
      <w:r w:rsidRPr="00D914B7">
        <w:rPr>
          <w:sz w:val="22"/>
          <w:rtl/>
        </w:rPr>
        <w:t>بینجامد</w:t>
      </w:r>
      <w:r>
        <w:rPr>
          <w:sz w:val="22"/>
          <w:rtl/>
        </w:rPr>
        <w:t>.</w:t>
      </w:r>
      <w:r w:rsidRPr="00D914B7">
        <w:rPr>
          <w:sz w:val="22"/>
        </w:rPr>
        <w:t xml:space="preserve"> </w:t>
      </w:r>
      <w:r w:rsidRPr="00D914B7">
        <w:rPr>
          <w:sz w:val="22"/>
          <w:rtl/>
        </w:rPr>
        <w:t>کشورداری</w:t>
      </w:r>
      <w:r w:rsidRPr="00D914B7">
        <w:rPr>
          <w:sz w:val="22"/>
        </w:rPr>
        <w:t xml:space="preserve"> </w:t>
      </w:r>
      <w:r w:rsidRPr="00D914B7">
        <w:rPr>
          <w:sz w:val="22"/>
          <w:rtl/>
        </w:rPr>
        <w:t>بدون</w:t>
      </w:r>
      <w:r w:rsidRPr="00D914B7">
        <w:rPr>
          <w:sz w:val="22"/>
        </w:rPr>
        <w:t xml:space="preserve"> </w:t>
      </w:r>
      <w:r w:rsidRPr="00D914B7">
        <w:rPr>
          <w:sz w:val="22"/>
          <w:rtl/>
        </w:rPr>
        <w:t>دموکراسی</w:t>
      </w:r>
      <w:r w:rsidRPr="00D914B7">
        <w:rPr>
          <w:sz w:val="22"/>
        </w:rPr>
        <w:t xml:space="preserve"> </w:t>
      </w:r>
      <w:r w:rsidRPr="00D914B7">
        <w:rPr>
          <w:sz w:val="22"/>
          <w:rtl/>
        </w:rPr>
        <w:t>نیز</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نظم</w:t>
      </w:r>
      <w:r w:rsidRPr="00D914B7">
        <w:rPr>
          <w:sz w:val="22"/>
        </w:rPr>
        <w:t xml:space="preserve"> </w:t>
      </w:r>
      <w:r w:rsidRPr="00D914B7">
        <w:rPr>
          <w:sz w:val="22"/>
          <w:rtl/>
        </w:rPr>
        <w:t>و</w:t>
      </w:r>
      <w:r w:rsidRPr="00D914B7">
        <w:rPr>
          <w:sz w:val="22"/>
        </w:rPr>
        <w:t xml:space="preserve"> </w:t>
      </w:r>
      <w:r w:rsidRPr="00D914B7">
        <w:rPr>
          <w:sz w:val="22"/>
          <w:rtl/>
        </w:rPr>
        <w:t>قدرت</w:t>
      </w:r>
      <w:r w:rsidRPr="00D914B7">
        <w:rPr>
          <w:sz w:val="22"/>
        </w:rPr>
        <w:t xml:space="preserve"> </w:t>
      </w:r>
      <w:r w:rsidRPr="00D914B7">
        <w:rPr>
          <w:sz w:val="22"/>
          <w:rtl/>
        </w:rPr>
        <w:t>بسازد،</w:t>
      </w:r>
      <w:r w:rsidRPr="00D914B7">
        <w:rPr>
          <w:sz w:val="22"/>
        </w:rPr>
        <w:t xml:space="preserve"> </w:t>
      </w:r>
      <w:r w:rsidRPr="00D914B7">
        <w:rPr>
          <w:sz w:val="22"/>
          <w:rtl/>
        </w:rPr>
        <w:t>اما</w:t>
      </w:r>
      <w:r w:rsidRPr="00D914B7">
        <w:rPr>
          <w:sz w:val="22"/>
        </w:rPr>
        <w:t xml:space="preserve"> </w:t>
      </w:r>
      <w:r w:rsidRPr="00D914B7">
        <w:rPr>
          <w:sz w:val="22"/>
          <w:rtl/>
        </w:rPr>
        <w:t>مردم</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وسیله</w:t>
      </w:r>
      <w:r>
        <w:rPr>
          <w:sz w:val="22"/>
          <w:rtl/>
        </w:rPr>
        <w:t>ء</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حکومت</w:t>
      </w:r>
      <w:r w:rsidRPr="00D914B7">
        <w:rPr>
          <w:sz w:val="22"/>
        </w:rPr>
        <w:t xml:space="preserve"> </w:t>
      </w:r>
      <w:r w:rsidRPr="00D914B7">
        <w:rPr>
          <w:sz w:val="22"/>
          <w:rtl/>
        </w:rPr>
        <w:t>تبدیل</w:t>
      </w:r>
      <w:r w:rsidRPr="00D914B7">
        <w:rPr>
          <w:sz w:val="22"/>
        </w:rPr>
        <w:t xml:space="preserve"> </w:t>
      </w:r>
      <w:r w:rsidRPr="00D914B7">
        <w:rPr>
          <w:sz w:val="22"/>
          <w:rtl/>
        </w:rPr>
        <w:t>کند</w:t>
      </w:r>
      <w:r>
        <w:rPr>
          <w:sz w:val="22"/>
          <w:rtl/>
        </w:rPr>
        <w:t>.</w:t>
      </w:r>
      <w:r w:rsidRPr="00D914B7">
        <w:rPr>
          <w:sz w:val="22"/>
        </w:rPr>
        <w:t xml:space="preserve"> </w:t>
      </w:r>
      <w:r w:rsidRPr="00D914B7">
        <w:rPr>
          <w:sz w:val="22"/>
          <w:rtl/>
        </w:rPr>
        <w:t>سکولار</w:t>
      </w:r>
      <w:r w:rsidRPr="00D914B7">
        <w:rPr>
          <w:sz w:val="22"/>
        </w:rPr>
        <w:t xml:space="preserve"> </w:t>
      </w:r>
      <w:r w:rsidRPr="00D914B7">
        <w:rPr>
          <w:sz w:val="22"/>
          <w:rtl/>
        </w:rPr>
        <w:t>دموکراسی</w:t>
      </w:r>
      <w:r w:rsidRPr="00D914B7">
        <w:rPr>
          <w:sz w:val="22"/>
        </w:rPr>
        <w:t xml:space="preserve"> </w:t>
      </w:r>
      <w:r w:rsidRPr="00D914B7">
        <w:rPr>
          <w:sz w:val="22"/>
          <w:rtl/>
        </w:rPr>
        <w:t>می</w:t>
      </w:r>
      <w:r w:rsidRPr="00D914B7">
        <w:rPr>
          <w:sz w:val="22"/>
        </w:rPr>
        <w:t>‌</w:t>
      </w:r>
      <w:r w:rsidRPr="00D914B7">
        <w:rPr>
          <w:sz w:val="22"/>
          <w:rtl/>
        </w:rPr>
        <w:t>کوشد</w:t>
      </w:r>
      <w:r w:rsidRPr="00D914B7">
        <w:rPr>
          <w:sz w:val="22"/>
        </w:rPr>
        <w:t xml:space="preserve"> </w:t>
      </w:r>
      <w:r w:rsidRPr="00D914B7">
        <w:rPr>
          <w:sz w:val="22"/>
          <w:rtl/>
        </w:rPr>
        <w:t>این</w:t>
      </w:r>
      <w:r w:rsidRPr="00D914B7">
        <w:rPr>
          <w:sz w:val="22"/>
        </w:rPr>
        <w:t xml:space="preserve"> </w:t>
      </w:r>
      <w:r w:rsidRPr="00D914B7">
        <w:rPr>
          <w:sz w:val="22"/>
          <w:rtl/>
        </w:rPr>
        <w:t>دو</w:t>
      </w:r>
      <w:r w:rsidRPr="00D914B7">
        <w:rPr>
          <w:sz w:val="22"/>
        </w:rPr>
        <w:t xml:space="preserve"> </w:t>
      </w:r>
      <w:r w:rsidRPr="00D914B7">
        <w:rPr>
          <w:sz w:val="22"/>
          <w:rtl/>
        </w:rPr>
        <w:t>نیاز</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هم</w:t>
      </w:r>
      <w:r w:rsidRPr="00D914B7">
        <w:rPr>
          <w:sz w:val="22"/>
        </w:rPr>
        <w:t xml:space="preserve"> </w:t>
      </w:r>
      <w:r w:rsidRPr="00D914B7">
        <w:rPr>
          <w:sz w:val="22"/>
          <w:rtl/>
        </w:rPr>
        <w:t>پیوند</w:t>
      </w:r>
      <w:r w:rsidRPr="00D914B7">
        <w:rPr>
          <w:sz w:val="22"/>
        </w:rPr>
        <w:t xml:space="preserve"> </w:t>
      </w:r>
      <w:r w:rsidRPr="00D914B7">
        <w:rPr>
          <w:sz w:val="22"/>
          <w:rtl/>
        </w:rPr>
        <w:t>دهد</w:t>
      </w:r>
      <w:r>
        <w:rPr>
          <w:rFonts w:hint="cs"/>
          <w:sz w:val="22"/>
          <w:rtl/>
        </w:rPr>
        <w:t xml:space="preserve">: </w:t>
      </w:r>
      <w:r w:rsidRPr="00D914B7">
        <w:rPr>
          <w:sz w:val="22"/>
          <w:rtl/>
        </w:rPr>
        <w:t>حکومتی</w:t>
      </w:r>
      <w:r w:rsidRPr="00D914B7">
        <w:rPr>
          <w:sz w:val="22"/>
        </w:rPr>
        <w:t xml:space="preserve"> </w:t>
      </w:r>
      <w:r w:rsidRPr="00D914B7">
        <w:rPr>
          <w:sz w:val="22"/>
          <w:rtl/>
        </w:rPr>
        <w:t>توانمند</w:t>
      </w:r>
      <w:r w:rsidRPr="00D914B7">
        <w:rPr>
          <w:sz w:val="22"/>
        </w:rPr>
        <w:t xml:space="preserve"> </w:t>
      </w:r>
      <w:r w:rsidRPr="00D914B7">
        <w:rPr>
          <w:sz w:val="22"/>
          <w:rtl/>
        </w:rPr>
        <w:t>در</w:t>
      </w:r>
      <w:r w:rsidRPr="00D914B7">
        <w:rPr>
          <w:sz w:val="22"/>
        </w:rPr>
        <w:t xml:space="preserve"> </w:t>
      </w:r>
      <w:r w:rsidRPr="00D914B7">
        <w:rPr>
          <w:sz w:val="22"/>
          <w:rtl/>
        </w:rPr>
        <w:t>اداره</w:t>
      </w:r>
      <w:r w:rsidRPr="00D914B7">
        <w:rPr>
          <w:sz w:val="22"/>
        </w:rPr>
        <w:t xml:space="preserve"> </w:t>
      </w:r>
      <w:r w:rsidRPr="00D914B7">
        <w:rPr>
          <w:sz w:val="22"/>
          <w:rtl/>
        </w:rPr>
        <w:t>و</w:t>
      </w:r>
      <w:r w:rsidRPr="00D914B7">
        <w:rPr>
          <w:sz w:val="22"/>
        </w:rPr>
        <w:t xml:space="preserve"> </w:t>
      </w:r>
      <w:r w:rsidRPr="00D914B7">
        <w:rPr>
          <w:sz w:val="22"/>
          <w:rtl/>
        </w:rPr>
        <w:t>دفاع</w:t>
      </w:r>
      <w:r w:rsidRPr="00D914B7">
        <w:rPr>
          <w:sz w:val="22"/>
        </w:rPr>
        <w:t xml:space="preserve"> </w:t>
      </w:r>
      <w:r w:rsidRPr="00D914B7">
        <w:rPr>
          <w:sz w:val="22"/>
          <w:rtl/>
        </w:rPr>
        <w:t>از</w:t>
      </w:r>
      <w:r w:rsidRPr="00D914B7">
        <w:rPr>
          <w:sz w:val="22"/>
        </w:rPr>
        <w:t xml:space="preserve"> </w:t>
      </w:r>
      <w:r w:rsidRPr="00D914B7">
        <w:rPr>
          <w:sz w:val="22"/>
          <w:rtl/>
        </w:rPr>
        <w:t>کشور،</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محدود</w:t>
      </w:r>
      <w:r w:rsidRPr="00D914B7">
        <w:rPr>
          <w:sz w:val="22"/>
        </w:rPr>
        <w:t xml:space="preserve"> </w:t>
      </w:r>
      <w:r w:rsidRPr="00D914B7">
        <w:rPr>
          <w:sz w:val="22"/>
          <w:rtl/>
        </w:rPr>
        <w:t>به</w:t>
      </w:r>
      <w:r w:rsidRPr="00D914B7">
        <w:rPr>
          <w:sz w:val="22"/>
        </w:rPr>
        <w:t xml:space="preserve"> </w:t>
      </w:r>
      <w:r w:rsidRPr="00D914B7">
        <w:rPr>
          <w:sz w:val="22"/>
          <w:rtl/>
        </w:rPr>
        <w:t>قانون،</w:t>
      </w:r>
      <w:r w:rsidRPr="00D914B7">
        <w:rPr>
          <w:sz w:val="22"/>
        </w:rPr>
        <w:t xml:space="preserve"> </w:t>
      </w:r>
      <w:r w:rsidRPr="00D914B7">
        <w:rPr>
          <w:sz w:val="22"/>
          <w:rtl/>
        </w:rPr>
        <w:t>پاسخ</w:t>
      </w:r>
      <w:r w:rsidRPr="00D914B7">
        <w:rPr>
          <w:sz w:val="22"/>
        </w:rPr>
        <w:t>‌</w:t>
      </w:r>
      <w:r w:rsidRPr="00D914B7">
        <w:rPr>
          <w:sz w:val="22"/>
          <w:rtl/>
        </w:rPr>
        <w:t>گو</w:t>
      </w:r>
      <w:r w:rsidRPr="00D914B7">
        <w:rPr>
          <w:sz w:val="22"/>
        </w:rPr>
        <w:t xml:space="preserve"> </w:t>
      </w:r>
      <w:r w:rsidRPr="00D914B7">
        <w:rPr>
          <w:sz w:val="22"/>
          <w:rtl/>
        </w:rPr>
        <w:t>به</w:t>
      </w:r>
      <w:r w:rsidRPr="00D914B7">
        <w:rPr>
          <w:sz w:val="22"/>
        </w:rPr>
        <w:t xml:space="preserve"> </w:t>
      </w:r>
      <w:r w:rsidRPr="00D914B7">
        <w:rPr>
          <w:sz w:val="22"/>
          <w:rtl/>
        </w:rPr>
        <w:t>ملت،</w:t>
      </w:r>
      <w:r w:rsidRPr="00D914B7">
        <w:rPr>
          <w:sz w:val="22"/>
        </w:rPr>
        <w:t xml:space="preserve"> </w:t>
      </w:r>
      <w:r w:rsidRPr="00D914B7">
        <w:rPr>
          <w:sz w:val="22"/>
          <w:rtl/>
        </w:rPr>
        <w:t>بی</w:t>
      </w:r>
      <w:r w:rsidRPr="00D914B7">
        <w:rPr>
          <w:sz w:val="22"/>
        </w:rPr>
        <w:t>‌</w:t>
      </w:r>
      <w:r w:rsidRPr="00D914B7">
        <w:rPr>
          <w:sz w:val="22"/>
          <w:rtl/>
        </w:rPr>
        <w:t>طرف</w:t>
      </w:r>
      <w:r w:rsidRPr="00D914B7">
        <w:rPr>
          <w:sz w:val="22"/>
        </w:rPr>
        <w:t xml:space="preserve"> </w:t>
      </w:r>
      <w:r w:rsidRPr="00D914B7">
        <w:rPr>
          <w:sz w:val="22"/>
          <w:rtl/>
        </w:rPr>
        <w:t>در</w:t>
      </w:r>
      <w:r w:rsidRPr="00D914B7">
        <w:rPr>
          <w:sz w:val="22"/>
        </w:rPr>
        <w:t xml:space="preserve"> </w:t>
      </w:r>
      <w:r w:rsidRPr="00D914B7">
        <w:rPr>
          <w:sz w:val="22"/>
          <w:rtl/>
        </w:rPr>
        <w:t>برابر</w:t>
      </w:r>
      <w:r w:rsidRPr="00D914B7">
        <w:rPr>
          <w:sz w:val="22"/>
        </w:rPr>
        <w:t xml:space="preserve"> </w:t>
      </w:r>
      <w:r w:rsidRPr="00D914B7">
        <w:rPr>
          <w:sz w:val="22"/>
          <w:rtl/>
        </w:rPr>
        <w:t>باورهای</w:t>
      </w:r>
      <w:r w:rsidRPr="00D914B7">
        <w:rPr>
          <w:sz w:val="22"/>
        </w:rPr>
        <w:t xml:space="preserve"> </w:t>
      </w:r>
      <w:r w:rsidRPr="00D914B7">
        <w:rPr>
          <w:sz w:val="22"/>
          <w:rtl/>
        </w:rPr>
        <w:t>دینی</w:t>
      </w:r>
      <w:r w:rsidRPr="00D914B7">
        <w:rPr>
          <w:sz w:val="22"/>
        </w:rPr>
        <w:t xml:space="preserve"> </w:t>
      </w:r>
      <w:r w:rsidRPr="00D914B7">
        <w:rPr>
          <w:sz w:val="22"/>
          <w:rtl/>
        </w:rPr>
        <w:t>و</w:t>
      </w:r>
      <w:r w:rsidRPr="00D914B7">
        <w:rPr>
          <w:sz w:val="22"/>
        </w:rPr>
        <w:t xml:space="preserve"> </w:t>
      </w:r>
      <w:r w:rsidRPr="00D914B7">
        <w:rPr>
          <w:sz w:val="22"/>
          <w:rtl/>
        </w:rPr>
        <w:t>متعهد</w:t>
      </w:r>
      <w:r w:rsidRPr="00D914B7">
        <w:rPr>
          <w:sz w:val="22"/>
        </w:rPr>
        <w:t xml:space="preserve"> </w:t>
      </w:r>
      <w:r w:rsidRPr="00D914B7">
        <w:rPr>
          <w:sz w:val="22"/>
          <w:rtl/>
        </w:rPr>
        <w:t>به</w:t>
      </w:r>
      <w:r w:rsidRPr="00D914B7">
        <w:rPr>
          <w:sz w:val="22"/>
        </w:rPr>
        <w:t xml:space="preserve"> </w:t>
      </w:r>
      <w:r w:rsidRPr="00D914B7">
        <w:rPr>
          <w:sz w:val="22"/>
          <w:rtl/>
        </w:rPr>
        <w:t>کرامت</w:t>
      </w:r>
      <w:r w:rsidRPr="00D914B7">
        <w:rPr>
          <w:sz w:val="22"/>
        </w:rPr>
        <w:t xml:space="preserve"> </w:t>
      </w:r>
      <w:r w:rsidRPr="00D914B7">
        <w:rPr>
          <w:sz w:val="22"/>
          <w:rtl/>
        </w:rPr>
        <w:t>و</w:t>
      </w:r>
      <w:r w:rsidRPr="00D914B7">
        <w:rPr>
          <w:sz w:val="22"/>
        </w:rPr>
        <w:t xml:space="preserve"> </w:t>
      </w:r>
      <w:r w:rsidRPr="00D914B7">
        <w:rPr>
          <w:sz w:val="22"/>
          <w:rtl/>
        </w:rPr>
        <w:t>برابری</w:t>
      </w:r>
      <w:r w:rsidRPr="00D914B7">
        <w:rPr>
          <w:sz w:val="22"/>
        </w:rPr>
        <w:t xml:space="preserve"> </w:t>
      </w:r>
      <w:r w:rsidRPr="00D914B7">
        <w:rPr>
          <w:sz w:val="22"/>
          <w:rtl/>
        </w:rPr>
        <w:t>شهروندان</w:t>
      </w:r>
      <w:r>
        <w:rPr>
          <w:sz w:val="22"/>
          <w:rtl/>
        </w:rPr>
        <w:t>.</w:t>
      </w:r>
    </w:p>
    <w:p w:rsidR="00987F03" w:rsidRPr="00D914B7" w:rsidRDefault="00987F03" w:rsidP="00987F03">
      <w:pPr>
        <w:bidi/>
        <w:ind w:firstLine="720"/>
        <w:rPr>
          <w:sz w:val="22"/>
        </w:rPr>
      </w:pPr>
      <w:r w:rsidRPr="00D914B7">
        <w:rPr>
          <w:sz w:val="22"/>
          <w:rtl/>
        </w:rPr>
        <w:t>ازاین</w:t>
      </w:r>
      <w:r w:rsidRPr="00D914B7">
        <w:rPr>
          <w:sz w:val="22"/>
        </w:rPr>
        <w:t>‌</w:t>
      </w:r>
      <w:r w:rsidRPr="00D914B7">
        <w:rPr>
          <w:sz w:val="22"/>
          <w:rtl/>
        </w:rPr>
        <w:t>رو،</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نه</w:t>
      </w:r>
      <w:r w:rsidRPr="00D914B7">
        <w:rPr>
          <w:sz w:val="22"/>
        </w:rPr>
        <w:t xml:space="preserve"> </w:t>
      </w:r>
      <w:r w:rsidRPr="00D914B7">
        <w:rPr>
          <w:sz w:val="22"/>
          <w:rtl/>
        </w:rPr>
        <w:t>می</w:t>
      </w:r>
      <w:r w:rsidRPr="00D914B7">
        <w:rPr>
          <w:sz w:val="22"/>
        </w:rPr>
        <w:t>‌</w:t>
      </w:r>
      <w:r w:rsidRPr="00D914B7">
        <w:rPr>
          <w:sz w:val="22"/>
          <w:rtl/>
        </w:rPr>
        <w:t>خواهد</w:t>
      </w:r>
      <w:r w:rsidRPr="00D914B7">
        <w:rPr>
          <w:sz w:val="22"/>
        </w:rPr>
        <w:t xml:space="preserve"> </w:t>
      </w:r>
      <w:r w:rsidRPr="00D914B7">
        <w:rPr>
          <w:sz w:val="22"/>
          <w:rtl/>
        </w:rPr>
        <w:t>هر</w:t>
      </w:r>
      <w:r w:rsidRPr="00D914B7">
        <w:rPr>
          <w:sz w:val="22"/>
        </w:rPr>
        <w:t xml:space="preserve"> </w:t>
      </w:r>
      <w:r w:rsidRPr="00D914B7">
        <w:rPr>
          <w:sz w:val="22"/>
          <w:rtl/>
        </w:rPr>
        <w:t>اقدام</w:t>
      </w:r>
      <w:r w:rsidRPr="00D914B7">
        <w:rPr>
          <w:sz w:val="22"/>
        </w:rPr>
        <w:t xml:space="preserve"> </w:t>
      </w:r>
      <w:r w:rsidRPr="00D914B7">
        <w:rPr>
          <w:sz w:val="22"/>
          <w:rtl/>
        </w:rPr>
        <w:t>دیوانی</w:t>
      </w:r>
      <w:r w:rsidRPr="00D914B7">
        <w:rPr>
          <w:sz w:val="22"/>
        </w:rPr>
        <w:t xml:space="preserve"> </w:t>
      </w:r>
      <w:r w:rsidRPr="00D914B7">
        <w:rPr>
          <w:sz w:val="22"/>
          <w:rtl/>
        </w:rPr>
        <w:t>را</w:t>
      </w:r>
      <w:r w:rsidRPr="00D914B7">
        <w:rPr>
          <w:sz w:val="22"/>
        </w:rPr>
        <w:t xml:space="preserve"> </w:t>
      </w:r>
      <w:r w:rsidRPr="00D914B7">
        <w:rPr>
          <w:sz w:val="22"/>
          <w:rtl/>
        </w:rPr>
        <w:t>گامی</w:t>
      </w:r>
      <w:r w:rsidRPr="00D914B7">
        <w:rPr>
          <w:sz w:val="22"/>
        </w:rPr>
        <w:t xml:space="preserve"> </w:t>
      </w:r>
      <w:r w:rsidRPr="00D914B7">
        <w:rPr>
          <w:sz w:val="22"/>
          <w:rtl/>
        </w:rPr>
        <w:t>آگاهانه</w:t>
      </w:r>
      <w:r w:rsidRPr="00D914B7">
        <w:rPr>
          <w:sz w:val="22"/>
        </w:rPr>
        <w:t xml:space="preserve"> </w:t>
      </w:r>
      <w:r w:rsidRPr="00D914B7">
        <w:rPr>
          <w:sz w:val="22"/>
          <w:rtl/>
        </w:rPr>
        <w:t>به</w:t>
      </w:r>
      <w:r w:rsidRPr="00D914B7">
        <w:rPr>
          <w:sz w:val="22"/>
        </w:rPr>
        <w:t xml:space="preserve"> </w:t>
      </w:r>
      <w:r w:rsidRPr="00D914B7">
        <w:rPr>
          <w:sz w:val="22"/>
          <w:rtl/>
        </w:rPr>
        <w:t>سوی</w:t>
      </w:r>
      <w:r w:rsidRPr="00D914B7">
        <w:rPr>
          <w:sz w:val="22"/>
        </w:rPr>
        <w:t xml:space="preserve"> </w:t>
      </w:r>
      <w:r w:rsidRPr="00D914B7">
        <w:rPr>
          <w:sz w:val="22"/>
          <w:rtl/>
        </w:rPr>
        <w:t>دموکراسی</w:t>
      </w:r>
      <w:r w:rsidRPr="00D914B7">
        <w:rPr>
          <w:sz w:val="22"/>
        </w:rPr>
        <w:t xml:space="preserve"> </w:t>
      </w:r>
      <w:r w:rsidRPr="00D914B7">
        <w:rPr>
          <w:sz w:val="22"/>
          <w:rtl/>
        </w:rPr>
        <w:t>معرفی</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نه</w:t>
      </w:r>
      <w:r w:rsidRPr="00D914B7">
        <w:rPr>
          <w:sz w:val="22"/>
        </w:rPr>
        <w:t xml:space="preserve"> </w:t>
      </w:r>
      <w:r w:rsidRPr="00D914B7">
        <w:rPr>
          <w:sz w:val="22"/>
          <w:rtl/>
        </w:rPr>
        <w:t>هر</w:t>
      </w:r>
      <w:r w:rsidRPr="00D914B7">
        <w:rPr>
          <w:sz w:val="22"/>
        </w:rPr>
        <w:t xml:space="preserve"> </w:t>
      </w:r>
      <w:r w:rsidRPr="00D914B7">
        <w:rPr>
          <w:sz w:val="22"/>
          <w:rtl/>
        </w:rPr>
        <w:t>کشمکش</w:t>
      </w:r>
      <w:r w:rsidRPr="00D914B7">
        <w:rPr>
          <w:sz w:val="22"/>
        </w:rPr>
        <w:t xml:space="preserve"> </w:t>
      </w:r>
      <w:r w:rsidRPr="00D914B7">
        <w:rPr>
          <w:sz w:val="22"/>
          <w:rtl/>
        </w:rPr>
        <w:t>با</w:t>
      </w:r>
      <w:r w:rsidRPr="00D914B7">
        <w:rPr>
          <w:sz w:val="22"/>
        </w:rPr>
        <w:t xml:space="preserve"> </w:t>
      </w:r>
      <w:r w:rsidRPr="00D914B7">
        <w:rPr>
          <w:sz w:val="22"/>
          <w:rtl/>
        </w:rPr>
        <w:t>دینکاران</w:t>
      </w:r>
      <w:r w:rsidRPr="00D914B7">
        <w:rPr>
          <w:sz w:val="22"/>
        </w:rPr>
        <w:t xml:space="preserve"> </w:t>
      </w:r>
      <w:r w:rsidRPr="00D914B7">
        <w:rPr>
          <w:sz w:val="22"/>
          <w:rtl/>
        </w:rPr>
        <w:t>را</w:t>
      </w:r>
      <w:r w:rsidRPr="00D914B7">
        <w:rPr>
          <w:sz w:val="22"/>
        </w:rPr>
        <w:t xml:space="preserve"> </w:t>
      </w:r>
      <w:r w:rsidRPr="00D914B7">
        <w:rPr>
          <w:sz w:val="22"/>
          <w:rtl/>
        </w:rPr>
        <w:t>سکولاریسم</w:t>
      </w:r>
      <w:r w:rsidRPr="00D914B7">
        <w:rPr>
          <w:sz w:val="22"/>
        </w:rPr>
        <w:t xml:space="preserve"> </w:t>
      </w:r>
      <w:r w:rsidRPr="00D914B7">
        <w:rPr>
          <w:sz w:val="22"/>
          <w:rtl/>
        </w:rPr>
        <w:t>بنامد</w:t>
      </w:r>
      <w:r>
        <w:rPr>
          <w:sz w:val="22"/>
          <w:rtl/>
        </w:rPr>
        <w:t>.</w:t>
      </w:r>
      <w:r w:rsidRPr="00D914B7">
        <w:rPr>
          <w:sz w:val="22"/>
        </w:rPr>
        <w:t xml:space="preserve"> </w:t>
      </w:r>
      <w:r w:rsidRPr="00D914B7">
        <w:rPr>
          <w:sz w:val="22"/>
          <w:rtl/>
        </w:rPr>
        <w:t>مسئله،</w:t>
      </w:r>
      <w:r w:rsidRPr="00D914B7">
        <w:rPr>
          <w:sz w:val="22"/>
        </w:rPr>
        <w:t xml:space="preserve"> </w:t>
      </w:r>
      <w:r w:rsidRPr="00D914B7">
        <w:rPr>
          <w:sz w:val="22"/>
          <w:rtl/>
        </w:rPr>
        <w:t>دنبال</w:t>
      </w:r>
      <w:r w:rsidRPr="00D914B7">
        <w:rPr>
          <w:sz w:val="22"/>
        </w:rPr>
        <w:t>‌</w:t>
      </w:r>
      <w:r w:rsidRPr="00D914B7">
        <w:rPr>
          <w:sz w:val="22"/>
          <w:rtl/>
        </w:rPr>
        <w:t>کردن</w:t>
      </w:r>
      <w:r w:rsidRPr="00D914B7">
        <w:rPr>
          <w:sz w:val="22"/>
        </w:rPr>
        <w:t xml:space="preserve"> </w:t>
      </w:r>
      <w:r w:rsidRPr="00D914B7">
        <w:rPr>
          <w:sz w:val="22"/>
          <w:rtl/>
        </w:rPr>
        <w:t>پیدایش</w:t>
      </w:r>
      <w:r w:rsidRPr="00D914B7">
        <w:rPr>
          <w:sz w:val="22"/>
        </w:rPr>
        <w:t xml:space="preserve"> </w:t>
      </w:r>
      <w:r w:rsidRPr="00D914B7">
        <w:rPr>
          <w:sz w:val="22"/>
          <w:rtl/>
        </w:rPr>
        <w:t>ظرفیت</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موانع</w:t>
      </w:r>
      <w:r w:rsidRPr="00D914B7">
        <w:rPr>
          <w:sz w:val="22"/>
        </w:rPr>
        <w:t xml:space="preserve"> </w:t>
      </w:r>
      <w:r w:rsidRPr="00D914B7">
        <w:rPr>
          <w:sz w:val="22"/>
          <w:rtl/>
        </w:rPr>
        <w:t>است</w:t>
      </w:r>
      <w:r>
        <w:rPr>
          <w:rFonts w:hint="cs"/>
          <w:sz w:val="22"/>
          <w:rtl/>
        </w:rPr>
        <w:t>:</w:t>
      </w:r>
      <w:r w:rsidRPr="00D914B7">
        <w:rPr>
          <w:sz w:val="22"/>
        </w:rPr>
        <w:t xml:space="preserve"> </w:t>
      </w:r>
      <w:r w:rsidRPr="00D914B7">
        <w:rPr>
          <w:sz w:val="22"/>
          <w:rtl/>
        </w:rPr>
        <w:t>چه</w:t>
      </w:r>
      <w:r w:rsidRPr="00D914B7">
        <w:rPr>
          <w:sz w:val="22"/>
        </w:rPr>
        <w:t xml:space="preserve"> </w:t>
      </w:r>
      <w:r w:rsidRPr="00D914B7">
        <w:rPr>
          <w:sz w:val="22"/>
          <w:rtl/>
        </w:rPr>
        <w:t>هنگام</w:t>
      </w:r>
      <w:r w:rsidRPr="00D914B7">
        <w:rPr>
          <w:sz w:val="22"/>
        </w:rPr>
        <w:t xml:space="preserve"> </w:t>
      </w:r>
      <w:r w:rsidRPr="00D914B7">
        <w:rPr>
          <w:sz w:val="22"/>
          <w:rtl/>
        </w:rPr>
        <w:t>عقل</w:t>
      </w:r>
      <w:r w:rsidRPr="00D914B7">
        <w:rPr>
          <w:sz w:val="22"/>
        </w:rPr>
        <w:t xml:space="preserve"> </w:t>
      </w:r>
      <w:r w:rsidRPr="00D914B7">
        <w:rPr>
          <w:sz w:val="22"/>
          <w:rtl/>
        </w:rPr>
        <w:t>اداری</w:t>
      </w:r>
      <w:r w:rsidRPr="00D914B7">
        <w:rPr>
          <w:sz w:val="22"/>
        </w:rPr>
        <w:t xml:space="preserve"> </w:t>
      </w:r>
      <w:r w:rsidRPr="00D914B7">
        <w:rPr>
          <w:sz w:val="22"/>
          <w:rtl/>
        </w:rPr>
        <w:t>توانسته</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شخصی</w:t>
      </w:r>
      <w:r w:rsidRPr="00D914B7">
        <w:rPr>
          <w:sz w:val="22"/>
        </w:rPr>
        <w:t xml:space="preserve"> </w:t>
      </w:r>
      <w:r w:rsidRPr="00D914B7">
        <w:rPr>
          <w:sz w:val="22"/>
          <w:rtl/>
        </w:rPr>
        <w:t>یا</w:t>
      </w:r>
      <w:r w:rsidRPr="00D914B7">
        <w:rPr>
          <w:sz w:val="22"/>
        </w:rPr>
        <w:t xml:space="preserve"> </w:t>
      </w:r>
      <w:r w:rsidRPr="00D914B7">
        <w:rPr>
          <w:sz w:val="22"/>
          <w:rtl/>
        </w:rPr>
        <w:t>فرمان</w:t>
      </w:r>
      <w:r w:rsidRPr="00D914B7">
        <w:rPr>
          <w:sz w:val="22"/>
        </w:rPr>
        <w:t xml:space="preserve"> </w:t>
      </w:r>
      <w:r w:rsidRPr="00D914B7">
        <w:rPr>
          <w:sz w:val="22"/>
          <w:rtl/>
        </w:rPr>
        <w:t>قدسی</w:t>
      </w:r>
      <w:r w:rsidRPr="00D914B7">
        <w:rPr>
          <w:sz w:val="22"/>
        </w:rPr>
        <w:t xml:space="preserve"> </w:t>
      </w:r>
      <w:r w:rsidRPr="00D914B7">
        <w:rPr>
          <w:sz w:val="22"/>
          <w:rtl/>
        </w:rPr>
        <w:t>را</w:t>
      </w:r>
      <w:r w:rsidRPr="00D914B7">
        <w:rPr>
          <w:sz w:val="22"/>
        </w:rPr>
        <w:t xml:space="preserve"> </w:t>
      </w:r>
      <w:r w:rsidRPr="00D914B7">
        <w:rPr>
          <w:sz w:val="22"/>
          <w:rtl/>
        </w:rPr>
        <w:t>محدود</w:t>
      </w:r>
      <w:r w:rsidRPr="00D914B7">
        <w:rPr>
          <w:sz w:val="22"/>
        </w:rPr>
        <w:t xml:space="preserve"> </w:t>
      </w:r>
      <w:r w:rsidRPr="00D914B7">
        <w:rPr>
          <w:sz w:val="22"/>
          <w:rtl/>
        </w:rPr>
        <w:t>کند؛</w:t>
      </w:r>
      <w:r w:rsidRPr="00D914B7">
        <w:rPr>
          <w:sz w:val="22"/>
        </w:rPr>
        <w:t xml:space="preserve"> </w:t>
      </w:r>
      <w:r w:rsidRPr="00D914B7">
        <w:rPr>
          <w:sz w:val="22"/>
          <w:rtl/>
        </w:rPr>
        <w:t>چه</w:t>
      </w:r>
      <w:r w:rsidRPr="00D914B7">
        <w:rPr>
          <w:sz w:val="22"/>
        </w:rPr>
        <w:t xml:space="preserve"> </w:t>
      </w:r>
      <w:r w:rsidRPr="00D914B7">
        <w:rPr>
          <w:sz w:val="22"/>
          <w:rtl/>
        </w:rPr>
        <w:t>هنگام</w:t>
      </w:r>
      <w:r w:rsidRPr="00D914B7">
        <w:rPr>
          <w:sz w:val="22"/>
        </w:rPr>
        <w:t xml:space="preserve"> </w:t>
      </w:r>
      <w:r w:rsidRPr="00D914B7">
        <w:rPr>
          <w:sz w:val="22"/>
          <w:rtl/>
        </w:rPr>
        <w:t>خود</w:t>
      </w:r>
      <w:r w:rsidRPr="00D914B7">
        <w:rPr>
          <w:sz w:val="22"/>
        </w:rPr>
        <w:t xml:space="preserve"> </w:t>
      </w:r>
      <w:r w:rsidRPr="00D914B7">
        <w:rPr>
          <w:sz w:val="22"/>
          <w:rtl/>
        </w:rPr>
        <w:t>به</w:t>
      </w:r>
      <w:r w:rsidRPr="00D914B7">
        <w:rPr>
          <w:sz w:val="22"/>
        </w:rPr>
        <w:t xml:space="preserve"> </w:t>
      </w:r>
      <w:r w:rsidRPr="00D914B7">
        <w:rPr>
          <w:sz w:val="22"/>
          <w:rtl/>
        </w:rPr>
        <w:t>ابزار</w:t>
      </w:r>
      <w:r w:rsidRPr="00D914B7">
        <w:rPr>
          <w:sz w:val="22"/>
        </w:rPr>
        <w:t xml:space="preserve"> </w:t>
      </w:r>
      <w:r w:rsidRPr="00D914B7">
        <w:rPr>
          <w:sz w:val="22"/>
          <w:rtl/>
        </w:rPr>
        <w:t>آنها</w:t>
      </w:r>
      <w:r w:rsidRPr="00D914B7">
        <w:rPr>
          <w:sz w:val="22"/>
        </w:rPr>
        <w:t xml:space="preserve"> </w:t>
      </w:r>
      <w:r w:rsidRPr="00D914B7">
        <w:rPr>
          <w:sz w:val="22"/>
          <w:rtl/>
        </w:rPr>
        <w:t>تبدیل</w:t>
      </w:r>
      <w:r w:rsidRPr="00D914B7">
        <w:rPr>
          <w:sz w:val="22"/>
        </w:rPr>
        <w:t xml:space="preserve"> </w:t>
      </w:r>
      <w:r w:rsidRPr="00D914B7">
        <w:rPr>
          <w:sz w:val="22"/>
          <w:rtl/>
        </w:rPr>
        <w:t>شده؛</w:t>
      </w:r>
      <w:r w:rsidRPr="00D914B7">
        <w:rPr>
          <w:sz w:val="22"/>
        </w:rPr>
        <w:t xml:space="preserve"> </w:t>
      </w:r>
      <w:r w:rsidRPr="00D914B7">
        <w:rPr>
          <w:sz w:val="22"/>
          <w:rtl/>
        </w:rPr>
        <w:t>و</w:t>
      </w:r>
      <w:r w:rsidRPr="00D914B7">
        <w:rPr>
          <w:sz w:val="22"/>
        </w:rPr>
        <w:t xml:space="preserve"> </w:t>
      </w:r>
      <w:r w:rsidRPr="00D914B7">
        <w:rPr>
          <w:sz w:val="22"/>
          <w:rtl/>
        </w:rPr>
        <w:t>چه</w:t>
      </w:r>
      <w:r w:rsidRPr="00D914B7">
        <w:rPr>
          <w:sz w:val="22"/>
        </w:rPr>
        <w:t xml:space="preserve"> </w:t>
      </w:r>
      <w:r w:rsidRPr="00D914B7">
        <w:rPr>
          <w:sz w:val="22"/>
          <w:rtl/>
        </w:rPr>
        <w:t>شرایطی</w:t>
      </w:r>
      <w:r w:rsidRPr="00D914B7">
        <w:rPr>
          <w:sz w:val="22"/>
        </w:rPr>
        <w:t xml:space="preserve"> </w:t>
      </w:r>
      <w:r w:rsidRPr="00D914B7">
        <w:rPr>
          <w:sz w:val="22"/>
          <w:rtl/>
        </w:rPr>
        <w:t>لازم</w:t>
      </w:r>
      <w:r w:rsidRPr="00D914B7">
        <w:rPr>
          <w:sz w:val="22"/>
        </w:rPr>
        <w:t xml:space="preserve"> </w:t>
      </w:r>
      <w:r w:rsidRPr="00D914B7">
        <w:rPr>
          <w:sz w:val="22"/>
          <w:rtl/>
        </w:rPr>
        <w:t>بوده</w:t>
      </w:r>
      <w:r w:rsidRPr="00D914B7">
        <w:rPr>
          <w:sz w:val="22"/>
        </w:rPr>
        <w:t xml:space="preserve"> </w:t>
      </w:r>
      <w:r w:rsidRPr="00D914B7">
        <w:rPr>
          <w:sz w:val="22"/>
          <w:rtl/>
        </w:rPr>
        <w:t>است</w:t>
      </w:r>
      <w:r w:rsidRPr="00D914B7">
        <w:rPr>
          <w:sz w:val="22"/>
        </w:rPr>
        <w:t xml:space="preserve"> </w:t>
      </w:r>
      <w:r w:rsidRPr="00D914B7">
        <w:rPr>
          <w:sz w:val="22"/>
          <w:rtl/>
        </w:rPr>
        <w:t>تا</w:t>
      </w:r>
      <w:r w:rsidRPr="00D914B7">
        <w:rPr>
          <w:sz w:val="22"/>
        </w:rPr>
        <w:t xml:space="preserve"> </w:t>
      </w:r>
      <w:r w:rsidRPr="00D914B7">
        <w:rPr>
          <w:sz w:val="22"/>
          <w:rtl/>
        </w:rPr>
        <w:t>خدمت</w:t>
      </w:r>
      <w:r w:rsidRPr="00D914B7">
        <w:rPr>
          <w:sz w:val="22"/>
        </w:rPr>
        <w:t xml:space="preserve"> </w:t>
      </w:r>
      <w:r w:rsidRPr="00D914B7">
        <w:rPr>
          <w:sz w:val="22"/>
          <w:rtl/>
        </w:rPr>
        <w:t>به</w:t>
      </w:r>
      <w:r w:rsidRPr="00D914B7">
        <w:rPr>
          <w:sz w:val="22"/>
        </w:rPr>
        <w:t xml:space="preserve"> </w:t>
      </w:r>
      <w:r w:rsidRPr="00D914B7">
        <w:rPr>
          <w:sz w:val="22"/>
          <w:rtl/>
        </w:rPr>
        <w:t>فرمانروا</w:t>
      </w:r>
      <w:r w:rsidRPr="00D914B7">
        <w:rPr>
          <w:sz w:val="22"/>
        </w:rPr>
        <w:t xml:space="preserve"> </w:t>
      </w:r>
      <w:r w:rsidRPr="00D914B7">
        <w:rPr>
          <w:sz w:val="22"/>
          <w:rtl/>
        </w:rPr>
        <w:t>آرام</w:t>
      </w:r>
      <w:r w:rsidRPr="00D914B7">
        <w:rPr>
          <w:sz w:val="22"/>
        </w:rPr>
        <w:t>‌</w:t>
      </w:r>
      <w:r w:rsidRPr="00D914B7">
        <w:rPr>
          <w:sz w:val="22"/>
          <w:rtl/>
        </w:rPr>
        <w:t>آرام</w:t>
      </w:r>
      <w:r w:rsidRPr="00D914B7">
        <w:rPr>
          <w:sz w:val="22"/>
        </w:rPr>
        <w:t xml:space="preserve"> </w:t>
      </w:r>
      <w:r w:rsidRPr="00D914B7">
        <w:rPr>
          <w:sz w:val="22"/>
          <w:rtl/>
        </w:rPr>
        <w:t>به</w:t>
      </w:r>
      <w:r w:rsidRPr="00D914B7">
        <w:rPr>
          <w:sz w:val="22"/>
        </w:rPr>
        <w:t xml:space="preserve"> </w:t>
      </w:r>
      <w:r w:rsidRPr="00D914B7">
        <w:rPr>
          <w:sz w:val="22"/>
          <w:rtl/>
        </w:rPr>
        <w:t>خدمت</w:t>
      </w:r>
      <w:r w:rsidRPr="00D914B7">
        <w:rPr>
          <w:sz w:val="22"/>
        </w:rPr>
        <w:t xml:space="preserve"> </w:t>
      </w:r>
      <w:r w:rsidRPr="00D914B7">
        <w:rPr>
          <w:sz w:val="22"/>
          <w:rtl/>
        </w:rPr>
        <w:t>عمومی</w:t>
      </w:r>
      <w:r w:rsidRPr="00D914B7">
        <w:rPr>
          <w:sz w:val="22"/>
        </w:rPr>
        <w:t xml:space="preserve"> </w:t>
      </w:r>
      <w:r w:rsidRPr="00D914B7">
        <w:rPr>
          <w:sz w:val="22"/>
          <w:rtl/>
        </w:rPr>
        <w:t>و</w:t>
      </w:r>
      <w:r w:rsidRPr="00D914B7">
        <w:rPr>
          <w:sz w:val="22"/>
        </w:rPr>
        <w:t xml:space="preserve"> </w:t>
      </w:r>
      <w:r w:rsidRPr="00D914B7">
        <w:rPr>
          <w:sz w:val="22"/>
          <w:rtl/>
        </w:rPr>
        <w:t>حق</w:t>
      </w:r>
      <w:r w:rsidRPr="00D914B7">
        <w:rPr>
          <w:sz w:val="22"/>
        </w:rPr>
        <w:t xml:space="preserve"> </w:t>
      </w:r>
      <w:r w:rsidRPr="00D914B7">
        <w:rPr>
          <w:sz w:val="22"/>
          <w:rtl/>
        </w:rPr>
        <w:t>شهروندی</w:t>
      </w:r>
      <w:r w:rsidRPr="00D914B7">
        <w:rPr>
          <w:sz w:val="22"/>
        </w:rPr>
        <w:t xml:space="preserve"> </w:t>
      </w:r>
      <w:r w:rsidRPr="00D914B7">
        <w:rPr>
          <w:sz w:val="22"/>
          <w:rtl/>
        </w:rPr>
        <w:t>نزدیک</w:t>
      </w:r>
      <w:r w:rsidRPr="00D914B7">
        <w:rPr>
          <w:sz w:val="22"/>
        </w:rPr>
        <w:t xml:space="preserve"> </w:t>
      </w:r>
      <w:r w:rsidRPr="00D914B7">
        <w:rPr>
          <w:sz w:val="22"/>
          <w:rtl/>
        </w:rPr>
        <w:t>شود</w:t>
      </w:r>
      <w:r>
        <w:rPr>
          <w:sz w:val="22"/>
          <w:rtl/>
        </w:rPr>
        <w:t>.</w:t>
      </w:r>
    </w:p>
    <w:p w:rsidR="00987F03" w:rsidRPr="00D914B7" w:rsidRDefault="00987F03" w:rsidP="00987F03">
      <w:pPr>
        <w:keepNext/>
        <w:bidi/>
        <w:rPr>
          <w:sz w:val="22"/>
        </w:rPr>
      </w:pPr>
      <w:r w:rsidRPr="00D914B7">
        <w:rPr>
          <w:b/>
          <w:bCs/>
          <w:sz w:val="22"/>
          <w:rtl/>
        </w:rPr>
        <w:t>۹</w:t>
      </w:r>
      <w:r>
        <w:rPr>
          <w:b/>
          <w:sz w:val="22"/>
          <w:rtl/>
        </w:rPr>
        <w:t>.</w:t>
      </w:r>
      <w:r w:rsidRPr="00D914B7">
        <w:rPr>
          <w:b/>
          <w:sz w:val="22"/>
        </w:rPr>
        <w:t xml:space="preserve"> </w:t>
      </w:r>
      <w:r w:rsidRPr="00D914B7">
        <w:rPr>
          <w:b/>
          <w:bCs/>
          <w:sz w:val="22"/>
          <w:rtl/>
        </w:rPr>
        <w:t>روش</w:t>
      </w:r>
      <w:r w:rsidRPr="00D914B7">
        <w:rPr>
          <w:b/>
          <w:sz w:val="22"/>
        </w:rPr>
        <w:t xml:space="preserve"> </w:t>
      </w:r>
      <w:r w:rsidRPr="00D914B7">
        <w:rPr>
          <w:b/>
          <w:bCs/>
          <w:sz w:val="22"/>
          <w:rtl/>
        </w:rPr>
        <w:t>روایت</w:t>
      </w:r>
      <w:r w:rsidRPr="00D914B7">
        <w:rPr>
          <w:b/>
          <w:sz w:val="22"/>
        </w:rPr>
        <w:t xml:space="preserve"> </w:t>
      </w:r>
      <w:r w:rsidRPr="00D914B7">
        <w:rPr>
          <w:b/>
          <w:bCs/>
          <w:sz w:val="22"/>
          <w:rtl/>
        </w:rPr>
        <w:t>تاریخ</w:t>
      </w:r>
      <w:r w:rsidRPr="00D914B7">
        <w:rPr>
          <w:b/>
          <w:sz w:val="22"/>
        </w:rPr>
        <w:t xml:space="preserve"> </w:t>
      </w:r>
      <w:r w:rsidRPr="00D914B7">
        <w:rPr>
          <w:b/>
          <w:bCs/>
          <w:sz w:val="22"/>
          <w:rtl/>
        </w:rPr>
        <w:t>در</w:t>
      </w:r>
      <w:r w:rsidRPr="00D914B7">
        <w:rPr>
          <w:b/>
          <w:sz w:val="22"/>
        </w:rPr>
        <w:t xml:space="preserve"> </w:t>
      </w:r>
      <w:r w:rsidRPr="00D914B7">
        <w:rPr>
          <w:b/>
          <w:bCs/>
          <w:sz w:val="22"/>
          <w:rtl/>
        </w:rPr>
        <w:t>این</w:t>
      </w:r>
      <w:r w:rsidRPr="00D914B7">
        <w:rPr>
          <w:b/>
          <w:sz w:val="22"/>
        </w:rPr>
        <w:t xml:space="preserve"> </w:t>
      </w:r>
      <w:r w:rsidRPr="00D914B7">
        <w:rPr>
          <w:b/>
          <w:bCs/>
          <w:sz w:val="22"/>
          <w:rtl/>
        </w:rPr>
        <w:t>مجموعه</w:t>
      </w:r>
    </w:p>
    <w:p w:rsidR="00987F03" w:rsidRPr="00D914B7" w:rsidRDefault="00987F03" w:rsidP="00987F03">
      <w:pPr>
        <w:bidi/>
        <w:ind w:firstLine="720"/>
        <w:rPr>
          <w:sz w:val="22"/>
        </w:rPr>
      </w:pPr>
      <w:r w:rsidRPr="00D914B7">
        <w:rPr>
          <w:sz w:val="22"/>
          <w:rtl/>
        </w:rPr>
        <w:t>انگیزه</w:t>
      </w:r>
      <w:r>
        <w:rPr>
          <w:sz w:val="22"/>
          <w:rtl/>
        </w:rPr>
        <w:t>ء</w:t>
      </w:r>
      <w:r w:rsidRPr="00D914B7">
        <w:rPr>
          <w:sz w:val="22"/>
        </w:rPr>
        <w:t xml:space="preserve"> </w:t>
      </w:r>
      <w:r w:rsidRPr="00D914B7">
        <w:rPr>
          <w:sz w:val="22"/>
          <w:rtl/>
        </w:rPr>
        <w:t>اصلی</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نارضایتی</w:t>
      </w:r>
      <w:r w:rsidRPr="00D914B7">
        <w:rPr>
          <w:sz w:val="22"/>
        </w:rPr>
        <w:t xml:space="preserve"> </w:t>
      </w:r>
      <w:r w:rsidRPr="00D914B7">
        <w:rPr>
          <w:sz w:val="22"/>
          <w:rtl/>
        </w:rPr>
        <w:t>از</w:t>
      </w:r>
      <w:r w:rsidRPr="00D914B7">
        <w:rPr>
          <w:sz w:val="22"/>
        </w:rPr>
        <w:t xml:space="preserve"> </w:t>
      </w:r>
      <w:r w:rsidRPr="00D914B7">
        <w:rPr>
          <w:sz w:val="22"/>
          <w:rtl/>
        </w:rPr>
        <w:t>شیوه</w:t>
      </w:r>
      <w:r w:rsidRPr="00D914B7">
        <w:rPr>
          <w:sz w:val="22"/>
        </w:rPr>
        <w:t>‌</w:t>
      </w:r>
      <w:r w:rsidRPr="00D914B7">
        <w:rPr>
          <w:sz w:val="22"/>
          <w:rtl/>
        </w:rPr>
        <w:t>ای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غالباً</w:t>
      </w:r>
      <w:r w:rsidRPr="00D914B7">
        <w:rPr>
          <w:sz w:val="22"/>
        </w:rPr>
        <w:t xml:space="preserve"> </w:t>
      </w:r>
      <w:r w:rsidRPr="00D914B7">
        <w:rPr>
          <w:sz w:val="22"/>
          <w:rtl/>
        </w:rPr>
        <w:t>جامعه</w:t>
      </w:r>
      <w:r>
        <w:rPr>
          <w:sz w:val="22"/>
          <w:rtl/>
        </w:rPr>
        <w:t>ء</w:t>
      </w:r>
      <w:r w:rsidRPr="00D914B7">
        <w:rPr>
          <w:sz w:val="22"/>
        </w:rPr>
        <w:t xml:space="preserve"> </w:t>
      </w:r>
      <w:r w:rsidRPr="00D914B7">
        <w:rPr>
          <w:sz w:val="22"/>
          <w:rtl/>
        </w:rPr>
        <w:t>ایران</w:t>
      </w:r>
      <w:r w:rsidRPr="00D914B7">
        <w:rPr>
          <w:sz w:val="22"/>
        </w:rPr>
        <w:t xml:space="preserve"> </w:t>
      </w:r>
      <w:r w:rsidRPr="00D914B7">
        <w:rPr>
          <w:sz w:val="22"/>
          <w:rtl/>
        </w:rPr>
        <w:t>و</w:t>
      </w:r>
      <w:r w:rsidRPr="00D914B7">
        <w:rPr>
          <w:sz w:val="22"/>
        </w:rPr>
        <w:t xml:space="preserve"> </w:t>
      </w:r>
      <w:r w:rsidRPr="00D914B7">
        <w:rPr>
          <w:sz w:val="22"/>
          <w:rtl/>
        </w:rPr>
        <w:t>تحولات</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فهمیده</w:t>
      </w:r>
      <w:r w:rsidRPr="00D914B7">
        <w:rPr>
          <w:sz w:val="22"/>
        </w:rPr>
        <w:t>‌</w:t>
      </w:r>
      <w:r w:rsidRPr="00D914B7">
        <w:rPr>
          <w:sz w:val="22"/>
          <w:rtl/>
        </w:rPr>
        <w:t>ایم</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بیش</w:t>
      </w:r>
      <w:r w:rsidRPr="00D914B7">
        <w:rPr>
          <w:sz w:val="22"/>
        </w:rPr>
        <w:t xml:space="preserve"> </w:t>
      </w:r>
      <w:r w:rsidRPr="00D914B7">
        <w:rPr>
          <w:sz w:val="22"/>
          <w:rtl/>
        </w:rPr>
        <w:t>از</w:t>
      </w:r>
      <w:r w:rsidRPr="00D914B7">
        <w:rPr>
          <w:sz w:val="22"/>
        </w:rPr>
        <w:t xml:space="preserve"> </w:t>
      </w:r>
      <w:r w:rsidRPr="00D914B7">
        <w:rPr>
          <w:sz w:val="22"/>
          <w:rtl/>
        </w:rPr>
        <w:t>یک</w:t>
      </w:r>
      <w:r w:rsidRPr="00D914B7">
        <w:rPr>
          <w:sz w:val="22"/>
        </w:rPr>
        <w:t xml:space="preserve"> </w:t>
      </w:r>
      <w:r w:rsidRPr="00D914B7">
        <w:rPr>
          <w:sz w:val="22"/>
          <w:rtl/>
        </w:rPr>
        <w:t>قرن</w:t>
      </w:r>
      <w:r w:rsidRPr="00D914B7">
        <w:rPr>
          <w:sz w:val="22"/>
        </w:rPr>
        <w:t xml:space="preserve"> </w:t>
      </w:r>
      <w:r w:rsidRPr="00D914B7">
        <w:rPr>
          <w:sz w:val="22"/>
          <w:rtl/>
        </w:rPr>
        <w:t>گذشته،</w:t>
      </w:r>
      <w:r w:rsidRPr="00D914B7">
        <w:rPr>
          <w:sz w:val="22"/>
        </w:rPr>
        <w:t xml:space="preserve"> </w:t>
      </w:r>
      <w:r w:rsidRPr="00D914B7">
        <w:rPr>
          <w:sz w:val="22"/>
          <w:rtl/>
        </w:rPr>
        <w:t>ایرانیان</w:t>
      </w:r>
      <w:r w:rsidRPr="00D914B7">
        <w:rPr>
          <w:sz w:val="22"/>
        </w:rPr>
        <w:t xml:space="preserve"> </w:t>
      </w:r>
      <w:r w:rsidRPr="00D914B7">
        <w:rPr>
          <w:sz w:val="22"/>
          <w:rtl/>
        </w:rPr>
        <w:t>بارها</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آزادی،</w:t>
      </w:r>
      <w:r w:rsidRPr="00D914B7">
        <w:rPr>
          <w:sz w:val="22"/>
        </w:rPr>
        <w:t xml:space="preserve"> </w:t>
      </w:r>
      <w:r w:rsidRPr="00D914B7">
        <w:rPr>
          <w:sz w:val="22"/>
          <w:rtl/>
        </w:rPr>
        <w:t>قانون،</w:t>
      </w:r>
      <w:r w:rsidRPr="00D914B7">
        <w:rPr>
          <w:sz w:val="22"/>
        </w:rPr>
        <w:t xml:space="preserve"> </w:t>
      </w:r>
      <w:r w:rsidRPr="00D914B7">
        <w:rPr>
          <w:sz w:val="22"/>
          <w:rtl/>
        </w:rPr>
        <w:t>عدالت،</w:t>
      </w:r>
      <w:r w:rsidRPr="00D914B7">
        <w:rPr>
          <w:sz w:val="22"/>
        </w:rPr>
        <w:t xml:space="preserve"> </w:t>
      </w:r>
      <w:r w:rsidRPr="00D914B7">
        <w:rPr>
          <w:sz w:val="22"/>
          <w:rtl/>
        </w:rPr>
        <w:t>تجدد،</w:t>
      </w:r>
      <w:r w:rsidRPr="00D914B7">
        <w:rPr>
          <w:sz w:val="22"/>
        </w:rPr>
        <w:t xml:space="preserve"> </w:t>
      </w:r>
      <w:r w:rsidRPr="00D914B7">
        <w:rPr>
          <w:sz w:val="22"/>
          <w:rtl/>
        </w:rPr>
        <w:t>انقلاب،</w:t>
      </w:r>
      <w:r w:rsidRPr="00D914B7">
        <w:rPr>
          <w:sz w:val="22"/>
        </w:rPr>
        <w:t xml:space="preserve"> </w:t>
      </w:r>
      <w:r w:rsidRPr="00D914B7">
        <w:rPr>
          <w:sz w:val="22"/>
          <w:rtl/>
        </w:rPr>
        <w:t>حکومت</w:t>
      </w:r>
      <w:r w:rsidRPr="00D914B7">
        <w:rPr>
          <w:sz w:val="22"/>
        </w:rPr>
        <w:t xml:space="preserve"> </w:t>
      </w:r>
      <w:r w:rsidRPr="00D914B7">
        <w:rPr>
          <w:sz w:val="22"/>
          <w:rtl/>
        </w:rPr>
        <w:t>دینی،</w:t>
      </w:r>
      <w:r w:rsidRPr="00D914B7">
        <w:rPr>
          <w:sz w:val="22"/>
        </w:rPr>
        <w:t xml:space="preserve"> </w:t>
      </w:r>
      <w:r w:rsidRPr="00D914B7">
        <w:rPr>
          <w:sz w:val="22"/>
          <w:rtl/>
        </w:rPr>
        <w:t>مشروطه،</w:t>
      </w:r>
      <w:r w:rsidRPr="00D914B7">
        <w:rPr>
          <w:sz w:val="22"/>
        </w:rPr>
        <w:t xml:space="preserve"> </w:t>
      </w:r>
      <w:r w:rsidRPr="00D914B7">
        <w:rPr>
          <w:sz w:val="22"/>
          <w:rtl/>
        </w:rPr>
        <w:t>جمهوریت</w:t>
      </w:r>
      <w:r w:rsidRPr="00D914B7">
        <w:rPr>
          <w:sz w:val="22"/>
        </w:rPr>
        <w:t xml:space="preserve"> </w:t>
      </w:r>
      <w:r w:rsidRPr="00D914B7">
        <w:rPr>
          <w:sz w:val="22"/>
          <w:rtl/>
        </w:rPr>
        <w:t>و</w:t>
      </w:r>
      <w:r w:rsidRPr="00D914B7">
        <w:rPr>
          <w:sz w:val="22"/>
        </w:rPr>
        <w:t xml:space="preserve"> </w:t>
      </w:r>
      <w:r w:rsidRPr="00D914B7">
        <w:rPr>
          <w:sz w:val="22"/>
          <w:rtl/>
        </w:rPr>
        <w:t>توسعه</w:t>
      </w:r>
      <w:r w:rsidRPr="00D914B7">
        <w:rPr>
          <w:sz w:val="22"/>
        </w:rPr>
        <w:t xml:space="preserve"> </w:t>
      </w:r>
      <w:r w:rsidRPr="00D914B7">
        <w:rPr>
          <w:sz w:val="22"/>
          <w:rtl/>
        </w:rPr>
        <w:t>سخن</w:t>
      </w:r>
      <w:r w:rsidRPr="00D914B7">
        <w:rPr>
          <w:sz w:val="22"/>
        </w:rPr>
        <w:t xml:space="preserve"> </w:t>
      </w:r>
      <w:r w:rsidRPr="00D914B7">
        <w:rPr>
          <w:sz w:val="22"/>
          <w:rtl/>
        </w:rPr>
        <w:t>گفته</w:t>
      </w:r>
      <w:r w:rsidRPr="00D914B7">
        <w:rPr>
          <w:sz w:val="22"/>
        </w:rPr>
        <w:t>‌</w:t>
      </w:r>
      <w:r w:rsidRPr="00D914B7">
        <w:rPr>
          <w:sz w:val="22"/>
          <w:rtl/>
        </w:rPr>
        <w:t>اند</w:t>
      </w:r>
      <w:r>
        <w:rPr>
          <w:sz w:val="22"/>
          <w:rtl/>
        </w:rPr>
        <w:t>.</w:t>
      </w:r>
      <w:r w:rsidRPr="00D914B7">
        <w:rPr>
          <w:sz w:val="22"/>
        </w:rPr>
        <w:t xml:space="preserve"> </w:t>
      </w:r>
      <w:r w:rsidRPr="00D914B7">
        <w:rPr>
          <w:sz w:val="22"/>
          <w:rtl/>
        </w:rPr>
        <w:t>حکومت</w:t>
      </w:r>
      <w:r w:rsidRPr="00D914B7">
        <w:rPr>
          <w:sz w:val="22"/>
        </w:rPr>
        <w:t>‌</w:t>
      </w:r>
      <w:r w:rsidRPr="00D914B7">
        <w:rPr>
          <w:sz w:val="22"/>
          <w:rtl/>
        </w:rPr>
        <w:t>ها</w:t>
      </w:r>
      <w:r w:rsidRPr="00D914B7">
        <w:rPr>
          <w:sz w:val="22"/>
        </w:rPr>
        <w:t xml:space="preserve"> </w:t>
      </w:r>
      <w:r w:rsidRPr="00D914B7">
        <w:rPr>
          <w:sz w:val="22"/>
          <w:rtl/>
        </w:rPr>
        <w:t>تغییر</w:t>
      </w:r>
      <w:r w:rsidRPr="00D914B7">
        <w:rPr>
          <w:sz w:val="22"/>
        </w:rPr>
        <w:t xml:space="preserve"> </w:t>
      </w:r>
      <w:r w:rsidRPr="00D914B7">
        <w:rPr>
          <w:sz w:val="22"/>
          <w:rtl/>
        </w:rPr>
        <w:t>کرده</w:t>
      </w:r>
      <w:r w:rsidRPr="00D914B7">
        <w:rPr>
          <w:sz w:val="22"/>
        </w:rPr>
        <w:t>‌</w:t>
      </w:r>
      <w:r w:rsidRPr="00D914B7">
        <w:rPr>
          <w:sz w:val="22"/>
          <w:rtl/>
        </w:rPr>
        <w:t>اند،</w:t>
      </w:r>
      <w:r w:rsidRPr="00D914B7">
        <w:rPr>
          <w:sz w:val="22"/>
        </w:rPr>
        <w:t xml:space="preserve"> </w:t>
      </w:r>
      <w:r w:rsidRPr="00D914B7">
        <w:rPr>
          <w:sz w:val="22"/>
          <w:rtl/>
        </w:rPr>
        <w:t>انقلاب</w:t>
      </w:r>
      <w:r w:rsidRPr="00D914B7">
        <w:rPr>
          <w:sz w:val="22"/>
        </w:rPr>
        <w:t>‌</w:t>
      </w:r>
      <w:r w:rsidRPr="00D914B7">
        <w:rPr>
          <w:sz w:val="22"/>
          <w:rtl/>
        </w:rPr>
        <w:t>ها</w:t>
      </w:r>
      <w:r w:rsidRPr="00D914B7">
        <w:rPr>
          <w:sz w:val="22"/>
        </w:rPr>
        <w:t xml:space="preserve"> </w:t>
      </w:r>
      <w:r w:rsidRPr="00D914B7">
        <w:rPr>
          <w:sz w:val="22"/>
          <w:rtl/>
        </w:rPr>
        <w:t>رخ</w:t>
      </w:r>
      <w:r w:rsidRPr="00D914B7">
        <w:rPr>
          <w:sz w:val="22"/>
        </w:rPr>
        <w:t xml:space="preserve"> </w:t>
      </w:r>
      <w:r w:rsidRPr="00D914B7">
        <w:rPr>
          <w:sz w:val="22"/>
          <w:rtl/>
        </w:rPr>
        <w:t>داده</w:t>
      </w:r>
      <w:r w:rsidRPr="00D914B7">
        <w:rPr>
          <w:sz w:val="22"/>
        </w:rPr>
        <w:t>‌</w:t>
      </w:r>
      <w:r w:rsidRPr="00D914B7">
        <w:rPr>
          <w:sz w:val="22"/>
          <w:rtl/>
        </w:rPr>
        <w:t>اند،</w:t>
      </w:r>
      <w:r w:rsidRPr="00D914B7">
        <w:rPr>
          <w:sz w:val="22"/>
        </w:rPr>
        <w:t xml:space="preserve"> </w:t>
      </w:r>
      <w:r w:rsidRPr="00D914B7">
        <w:rPr>
          <w:sz w:val="22"/>
          <w:rtl/>
        </w:rPr>
        <w:t>قانون</w:t>
      </w:r>
      <w:r w:rsidRPr="00D914B7">
        <w:rPr>
          <w:sz w:val="22"/>
        </w:rPr>
        <w:t>‌</w:t>
      </w:r>
      <w:r w:rsidRPr="00D914B7">
        <w:rPr>
          <w:sz w:val="22"/>
          <w:rtl/>
        </w:rPr>
        <w:t>ها</w:t>
      </w:r>
      <w:r w:rsidRPr="00D914B7">
        <w:rPr>
          <w:sz w:val="22"/>
        </w:rPr>
        <w:t xml:space="preserve"> </w:t>
      </w:r>
      <w:r w:rsidRPr="00D914B7">
        <w:rPr>
          <w:sz w:val="22"/>
          <w:rtl/>
        </w:rPr>
        <w:t>نوشته</w:t>
      </w:r>
      <w:r w:rsidRPr="00D914B7">
        <w:rPr>
          <w:sz w:val="22"/>
        </w:rPr>
        <w:t xml:space="preserve"> </w:t>
      </w:r>
      <w:r w:rsidRPr="00D914B7">
        <w:rPr>
          <w:sz w:val="22"/>
          <w:rtl/>
        </w:rPr>
        <w:t>شده</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ایدئولوژی</w:t>
      </w:r>
      <w:r w:rsidRPr="00D914B7">
        <w:rPr>
          <w:sz w:val="22"/>
        </w:rPr>
        <w:t>‌</w:t>
      </w:r>
      <w:r w:rsidRPr="00D914B7">
        <w:rPr>
          <w:sz w:val="22"/>
          <w:rtl/>
        </w:rPr>
        <w:t>ها</w:t>
      </w:r>
      <w:r w:rsidRPr="00D914B7">
        <w:rPr>
          <w:sz w:val="22"/>
        </w:rPr>
        <w:t xml:space="preserve"> </w:t>
      </w:r>
      <w:r w:rsidRPr="00D914B7">
        <w:rPr>
          <w:sz w:val="22"/>
          <w:rtl/>
        </w:rPr>
        <w:t>قدرت</w:t>
      </w:r>
      <w:r w:rsidRPr="00D914B7">
        <w:rPr>
          <w:sz w:val="22"/>
        </w:rPr>
        <w:t xml:space="preserve"> </w:t>
      </w:r>
      <w:r w:rsidRPr="00D914B7">
        <w:rPr>
          <w:sz w:val="22"/>
          <w:rtl/>
        </w:rPr>
        <w:t>گرفته</w:t>
      </w:r>
      <w:r w:rsidRPr="00D914B7">
        <w:rPr>
          <w:sz w:val="22"/>
        </w:rPr>
        <w:t xml:space="preserve"> </w:t>
      </w:r>
      <w:r w:rsidRPr="00D914B7">
        <w:rPr>
          <w:sz w:val="22"/>
          <w:rtl/>
        </w:rPr>
        <w:t>و</w:t>
      </w:r>
      <w:r w:rsidRPr="00D914B7">
        <w:rPr>
          <w:sz w:val="22"/>
        </w:rPr>
        <w:t xml:space="preserve"> </w:t>
      </w:r>
      <w:r w:rsidRPr="00D914B7">
        <w:rPr>
          <w:sz w:val="22"/>
          <w:rtl/>
        </w:rPr>
        <w:t>فروریخته</w:t>
      </w:r>
      <w:r w:rsidRPr="00D914B7">
        <w:rPr>
          <w:sz w:val="22"/>
        </w:rPr>
        <w:t>‌</w:t>
      </w:r>
      <w:r w:rsidRPr="00D914B7">
        <w:rPr>
          <w:sz w:val="22"/>
          <w:rtl/>
        </w:rPr>
        <w:t>اند،</w:t>
      </w:r>
      <w:r w:rsidRPr="00D914B7">
        <w:rPr>
          <w:sz w:val="22"/>
        </w:rPr>
        <w:t xml:space="preserve"> </w:t>
      </w:r>
      <w:r w:rsidRPr="00D914B7">
        <w:rPr>
          <w:sz w:val="22"/>
          <w:rtl/>
        </w:rPr>
        <w:t>اما</w:t>
      </w:r>
      <w:r w:rsidRPr="00D914B7">
        <w:rPr>
          <w:sz w:val="22"/>
        </w:rPr>
        <w:t xml:space="preserve"> </w:t>
      </w:r>
      <w:r w:rsidRPr="00D914B7">
        <w:rPr>
          <w:sz w:val="22"/>
          <w:rtl/>
        </w:rPr>
        <w:t>بسیاری</w:t>
      </w:r>
      <w:r w:rsidRPr="00D914B7">
        <w:rPr>
          <w:sz w:val="22"/>
        </w:rPr>
        <w:t xml:space="preserve"> </w:t>
      </w:r>
      <w:r w:rsidRPr="00D914B7">
        <w:rPr>
          <w:sz w:val="22"/>
          <w:rtl/>
        </w:rPr>
        <w:t>از</w:t>
      </w:r>
      <w:r w:rsidRPr="00D914B7">
        <w:rPr>
          <w:sz w:val="22"/>
        </w:rPr>
        <w:t xml:space="preserve"> </w:t>
      </w:r>
      <w:r w:rsidRPr="00D914B7">
        <w:rPr>
          <w:sz w:val="22"/>
          <w:rtl/>
        </w:rPr>
        <w:t>بحران</w:t>
      </w:r>
      <w:r w:rsidRPr="00D914B7">
        <w:rPr>
          <w:sz w:val="22"/>
        </w:rPr>
        <w:t>‌</w:t>
      </w:r>
      <w:r w:rsidRPr="00D914B7">
        <w:rPr>
          <w:sz w:val="22"/>
          <w:rtl/>
        </w:rPr>
        <w:t>های</w:t>
      </w:r>
      <w:r w:rsidRPr="00D914B7">
        <w:rPr>
          <w:sz w:val="22"/>
        </w:rPr>
        <w:t xml:space="preserve"> </w:t>
      </w:r>
      <w:r w:rsidRPr="00D914B7">
        <w:rPr>
          <w:sz w:val="22"/>
          <w:rtl/>
        </w:rPr>
        <w:t>اصلی</w:t>
      </w:r>
      <w:r w:rsidRPr="00D914B7">
        <w:rPr>
          <w:sz w:val="22"/>
        </w:rPr>
        <w:t xml:space="preserve"> </w:t>
      </w:r>
      <w:r w:rsidRPr="00D914B7">
        <w:rPr>
          <w:sz w:val="22"/>
          <w:rtl/>
        </w:rPr>
        <w:t>همچنان</w:t>
      </w:r>
      <w:r w:rsidRPr="00D914B7">
        <w:rPr>
          <w:sz w:val="22"/>
        </w:rPr>
        <w:t xml:space="preserve"> </w:t>
      </w:r>
      <w:r w:rsidRPr="00D914B7">
        <w:rPr>
          <w:sz w:val="22"/>
          <w:rtl/>
        </w:rPr>
        <w:t>باقی</w:t>
      </w:r>
      <w:r w:rsidRPr="00D914B7">
        <w:rPr>
          <w:sz w:val="22"/>
        </w:rPr>
        <w:t xml:space="preserve"> </w:t>
      </w:r>
      <w:r w:rsidRPr="00D914B7">
        <w:rPr>
          <w:sz w:val="22"/>
          <w:rtl/>
        </w:rPr>
        <w:t>مانده</w:t>
      </w:r>
      <w:r w:rsidRPr="00D914B7">
        <w:rPr>
          <w:sz w:val="22"/>
        </w:rPr>
        <w:t>‌</w:t>
      </w:r>
      <w:r w:rsidRPr="00D914B7">
        <w:rPr>
          <w:sz w:val="22"/>
          <w:rtl/>
        </w:rPr>
        <w:t>اند</w:t>
      </w:r>
      <w:r>
        <w:rPr>
          <w:sz w:val="22"/>
          <w:rtl/>
        </w:rPr>
        <w:t>.</w:t>
      </w:r>
    </w:p>
    <w:p w:rsidR="00987F03" w:rsidRPr="00D914B7" w:rsidRDefault="00987F03" w:rsidP="00987F03">
      <w:pPr>
        <w:bidi/>
        <w:ind w:firstLine="720"/>
        <w:rPr>
          <w:sz w:val="22"/>
        </w:rPr>
      </w:pPr>
      <w:r w:rsidRPr="00D914B7">
        <w:rPr>
          <w:sz w:val="22"/>
          <w:rtl/>
        </w:rPr>
        <w:t>گاه</w:t>
      </w:r>
      <w:r w:rsidRPr="00D914B7">
        <w:rPr>
          <w:sz w:val="22"/>
        </w:rPr>
        <w:t xml:space="preserve"> </w:t>
      </w:r>
      <w:r w:rsidRPr="00D914B7">
        <w:rPr>
          <w:sz w:val="22"/>
          <w:rtl/>
        </w:rPr>
        <w:t>همه</w:t>
      </w:r>
      <w:r w:rsidRPr="00D914B7">
        <w:rPr>
          <w:sz w:val="22"/>
        </w:rPr>
        <w:t>‌</w:t>
      </w:r>
      <w:r w:rsidRPr="00D914B7">
        <w:rPr>
          <w:sz w:val="22"/>
          <w:rtl/>
        </w:rPr>
        <w:t>چیز</w:t>
      </w:r>
      <w:r w:rsidRPr="00D914B7">
        <w:rPr>
          <w:sz w:val="22"/>
        </w:rPr>
        <w:t xml:space="preserve"> </w:t>
      </w:r>
      <w:r w:rsidRPr="00D914B7">
        <w:rPr>
          <w:sz w:val="22"/>
          <w:rtl/>
        </w:rPr>
        <w:t>به</w:t>
      </w:r>
      <w:r w:rsidRPr="00D914B7">
        <w:rPr>
          <w:sz w:val="22"/>
        </w:rPr>
        <w:t xml:space="preserve"> </w:t>
      </w:r>
      <w:r w:rsidRPr="00D914B7">
        <w:rPr>
          <w:sz w:val="22"/>
          <w:rtl/>
        </w:rPr>
        <w:t>شخصیت</w:t>
      </w:r>
      <w:r w:rsidRPr="00D914B7">
        <w:rPr>
          <w:sz w:val="22"/>
        </w:rPr>
        <w:t xml:space="preserve"> </w:t>
      </w:r>
      <w:r w:rsidRPr="00D914B7">
        <w:rPr>
          <w:sz w:val="22"/>
          <w:rtl/>
        </w:rPr>
        <w:t>شاهان</w:t>
      </w:r>
      <w:r w:rsidRPr="00D914B7">
        <w:rPr>
          <w:sz w:val="22"/>
        </w:rPr>
        <w:t xml:space="preserve"> </w:t>
      </w:r>
      <w:r w:rsidRPr="00D914B7">
        <w:rPr>
          <w:sz w:val="22"/>
          <w:rtl/>
        </w:rPr>
        <w:t>و</w:t>
      </w:r>
      <w:r w:rsidRPr="00D914B7">
        <w:rPr>
          <w:sz w:val="22"/>
        </w:rPr>
        <w:t xml:space="preserve"> </w:t>
      </w:r>
      <w:r w:rsidRPr="00D914B7">
        <w:rPr>
          <w:sz w:val="22"/>
          <w:rtl/>
        </w:rPr>
        <w:t>رهبران،</w:t>
      </w:r>
      <w:r w:rsidRPr="00D914B7">
        <w:rPr>
          <w:sz w:val="22"/>
        </w:rPr>
        <w:t xml:space="preserve"> </w:t>
      </w:r>
      <w:r w:rsidRPr="00D914B7">
        <w:rPr>
          <w:sz w:val="22"/>
          <w:rtl/>
        </w:rPr>
        <w:t>توطئه</w:t>
      </w:r>
      <w:r w:rsidRPr="00D914B7">
        <w:rPr>
          <w:sz w:val="22"/>
        </w:rPr>
        <w:t>‌</w:t>
      </w:r>
      <w:r w:rsidRPr="00D914B7">
        <w:rPr>
          <w:sz w:val="22"/>
          <w:rtl/>
        </w:rPr>
        <w:t>ها،</w:t>
      </w:r>
      <w:r w:rsidRPr="00D914B7">
        <w:rPr>
          <w:sz w:val="22"/>
        </w:rPr>
        <w:t xml:space="preserve"> </w:t>
      </w:r>
      <w:r w:rsidRPr="00D914B7">
        <w:rPr>
          <w:sz w:val="22"/>
          <w:rtl/>
        </w:rPr>
        <w:t>دخالت</w:t>
      </w:r>
      <w:r w:rsidRPr="00D914B7">
        <w:rPr>
          <w:sz w:val="22"/>
        </w:rPr>
        <w:t xml:space="preserve"> </w:t>
      </w:r>
      <w:r w:rsidRPr="00D914B7">
        <w:rPr>
          <w:sz w:val="22"/>
          <w:rtl/>
        </w:rPr>
        <w:t>خارجی</w:t>
      </w:r>
      <w:r w:rsidRPr="00D914B7">
        <w:rPr>
          <w:sz w:val="22"/>
        </w:rPr>
        <w:t xml:space="preserve"> </w:t>
      </w:r>
      <w:r w:rsidRPr="00D914B7">
        <w:rPr>
          <w:sz w:val="22"/>
          <w:rtl/>
        </w:rPr>
        <w:t>یا</w:t>
      </w:r>
      <w:r w:rsidRPr="00D914B7">
        <w:rPr>
          <w:sz w:val="22"/>
        </w:rPr>
        <w:t xml:space="preserve"> </w:t>
      </w:r>
      <w:r w:rsidRPr="00D914B7">
        <w:rPr>
          <w:sz w:val="22"/>
          <w:rtl/>
        </w:rPr>
        <w:t>انفجار</w:t>
      </w:r>
      <w:r w:rsidRPr="00D914B7">
        <w:rPr>
          <w:sz w:val="22"/>
        </w:rPr>
        <w:t xml:space="preserve"> </w:t>
      </w:r>
      <w:r w:rsidRPr="00D914B7">
        <w:rPr>
          <w:sz w:val="22"/>
          <w:rtl/>
        </w:rPr>
        <w:t>ناگهانی</w:t>
      </w:r>
      <w:r w:rsidRPr="00D914B7">
        <w:rPr>
          <w:sz w:val="22"/>
        </w:rPr>
        <w:t xml:space="preserve"> </w:t>
      </w:r>
      <w:r w:rsidRPr="00D914B7">
        <w:rPr>
          <w:sz w:val="22"/>
          <w:rtl/>
        </w:rPr>
        <w:t>انقلاب</w:t>
      </w:r>
      <w:r w:rsidRPr="00D914B7">
        <w:rPr>
          <w:sz w:val="22"/>
        </w:rPr>
        <w:t xml:space="preserve"> </w:t>
      </w:r>
      <w:r w:rsidRPr="00D914B7">
        <w:rPr>
          <w:sz w:val="22"/>
          <w:rtl/>
        </w:rPr>
        <w:t>فروکاسته</w:t>
      </w:r>
      <w:r w:rsidRPr="00D914B7">
        <w:rPr>
          <w:sz w:val="22"/>
        </w:rPr>
        <w:t xml:space="preserve"> </w:t>
      </w:r>
      <w:r w:rsidRPr="00D914B7">
        <w:rPr>
          <w:sz w:val="22"/>
          <w:rtl/>
        </w:rPr>
        <w:t>شده</w:t>
      </w:r>
      <w:r w:rsidRPr="00D914B7">
        <w:rPr>
          <w:sz w:val="22"/>
        </w:rPr>
        <w:t xml:space="preserve"> </w:t>
      </w:r>
      <w:r w:rsidRPr="00D914B7">
        <w:rPr>
          <w:sz w:val="22"/>
          <w:rtl/>
        </w:rPr>
        <w:t>است</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عوامل</w:t>
      </w:r>
      <w:r w:rsidRPr="00D914B7">
        <w:rPr>
          <w:sz w:val="22"/>
        </w:rPr>
        <w:t xml:space="preserve"> </w:t>
      </w:r>
      <w:r w:rsidRPr="00D914B7">
        <w:rPr>
          <w:sz w:val="22"/>
          <w:rtl/>
        </w:rPr>
        <w:t>واقعی</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نمی</w:t>
      </w:r>
      <w:r w:rsidRPr="00D914B7">
        <w:rPr>
          <w:sz w:val="22"/>
        </w:rPr>
        <w:t>‌</w:t>
      </w:r>
      <w:r w:rsidRPr="00D914B7">
        <w:rPr>
          <w:sz w:val="22"/>
          <w:rtl/>
        </w:rPr>
        <w:t>توان</w:t>
      </w:r>
      <w:r w:rsidRPr="00D914B7">
        <w:rPr>
          <w:sz w:val="22"/>
        </w:rPr>
        <w:t xml:space="preserve"> </w:t>
      </w:r>
      <w:r w:rsidRPr="00D914B7">
        <w:rPr>
          <w:sz w:val="22"/>
          <w:rtl/>
        </w:rPr>
        <w:t>آنها</w:t>
      </w:r>
      <w:r w:rsidRPr="00D914B7">
        <w:rPr>
          <w:sz w:val="22"/>
        </w:rPr>
        <w:t xml:space="preserve"> </w:t>
      </w:r>
      <w:r w:rsidRPr="00D914B7">
        <w:rPr>
          <w:sz w:val="22"/>
          <w:rtl/>
        </w:rPr>
        <w:t>را</w:t>
      </w:r>
      <w:r w:rsidRPr="00D914B7">
        <w:rPr>
          <w:sz w:val="22"/>
        </w:rPr>
        <w:t xml:space="preserve"> </w:t>
      </w:r>
      <w:r w:rsidRPr="00D914B7">
        <w:rPr>
          <w:sz w:val="22"/>
          <w:rtl/>
        </w:rPr>
        <w:t>حذف</w:t>
      </w:r>
      <w:r w:rsidRPr="00D914B7">
        <w:rPr>
          <w:sz w:val="22"/>
        </w:rPr>
        <w:t xml:space="preserve"> </w:t>
      </w:r>
      <w:r w:rsidRPr="00D914B7">
        <w:rPr>
          <w:sz w:val="22"/>
          <w:rtl/>
        </w:rPr>
        <w:t>کرد،</w:t>
      </w:r>
      <w:r w:rsidRPr="00D914B7">
        <w:rPr>
          <w:sz w:val="22"/>
        </w:rPr>
        <w:t xml:space="preserve"> </w:t>
      </w:r>
      <w:r w:rsidRPr="00D914B7">
        <w:rPr>
          <w:sz w:val="22"/>
          <w:rtl/>
        </w:rPr>
        <w:t>اما</w:t>
      </w:r>
      <w:r w:rsidRPr="00D914B7">
        <w:rPr>
          <w:sz w:val="22"/>
        </w:rPr>
        <w:t xml:space="preserve"> </w:t>
      </w:r>
      <w:r w:rsidRPr="00D914B7">
        <w:rPr>
          <w:sz w:val="22"/>
          <w:rtl/>
        </w:rPr>
        <w:t>در</w:t>
      </w:r>
      <w:r w:rsidRPr="00D914B7">
        <w:rPr>
          <w:sz w:val="22"/>
        </w:rPr>
        <w:t xml:space="preserve"> </w:t>
      </w:r>
      <w:r w:rsidRPr="00D914B7">
        <w:rPr>
          <w:sz w:val="22"/>
          <w:rtl/>
        </w:rPr>
        <w:t>زیر</w:t>
      </w:r>
      <w:r w:rsidRPr="00D914B7">
        <w:rPr>
          <w:sz w:val="22"/>
        </w:rPr>
        <w:t xml:space="preserve"> </w:t>
      </w:r>
      <w:r w:rsidRPr="00D914B7">
        <w:rPr>
          <w:sz w:val="22"/>
          <w:rtl/>
        </w:rPr>
        <w:t>حوادث</w:t>
      </w:r>
      <w:r w:rsidRPr="00D914B7">
        <w:rPr>
          <w:sz w:val="22"/>
        </w:rPr>
        <w:t xml:space="preserve"> </w:t>
      </w:r>
      <w:r w:rsidRPr="00D914B7">
        <w:rPr>
          <w:sz w:val="22"/>
          <w:rtl/>
        </w:rPr>
        <w:t>روزمره</w:t>
      </w:r>
      <w:r w:rsidRPr="00D914B7">
        <w:rPr>
          <w:sz w:val="22"/>
        </w:rPr>
        <w:t xml:space="preserve"> </w:t>
      </w:r>
      <w:r w:rsidRPr="00D914B7">
        <w:rPr>
          <w:sz w:val="22"/>
          <w:rtl/>
        </w:rPr>
        <w:t>نیروهایی</w:t>
      </w:r>
      <w:r w:rsidRPr="00D914B7">
        <w:rPr>
          <w:sz w:val="22"/>
        </w:rPr>
        <w:t xml:space="preserve"> </w:t>
      </w:r>
      <w:r w:rsidRPr="00D914B7">
        <w:rPr>
          <w:sz w:val="22"/>
          <w:rtl/>
        </w:rPr>
        <w:t>ماندگارتر</w:t>
      </w:r>
      <w:r w:rsidRPr="00D914B7">
        <w:rPr>
          <w:sz w:val="22"/>
        </w:rPr>
        <w:t xml:space="preserve"> </w:t>
      </w:r>
      <w:r w:rsidRPr="00D914B7">
        <w:rPr>
          <w:sz w:val="22"/>
          <w:rtl/>
        </w:rPr>
        <w:t>عمل</w:t>
      </w:r>
      <w:r w:rsidRPr="00D914B7">
        <w:rPr>
          <w:sz w:val="22"/>
        </w:rPr>
        <w:t xml:space="preserve"> </w:t>
      </w:r>
      <w:r w:rsidRPr="00D914B7">
        <w:rPr>
          <w:sz w:val="22"/>
          <w:rtl/>
        </w:rPr>
        <w:t>می</w:t>
      </w:r>
      <w:r w:rsidRPr="00D914B7">
        <w:rPr>
          <w:sz w:val="22"/>
        </w:rPr>
        <w:t>‌</w:t>
      </w:r>
      <w:r w:rsidRPr="00D914B7">
        <w:rPr>
          <w:sz w:val="22"/>
          <w:rtl/>
        </w:rPr>
        <w:t>کنند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می</w:t>
      </w:r>
      <w:r w:rsidRPr="00D914B7">
        <w:rPr>
          <w:sz w:val="22"/>
        </w:rPr>
        <w:t>‌</w:t>
      </w:r>
      <w:r w:rsidRPr="00D914B7">
        <w:rPr>
          <w:sz w:val="22"/>
          <w:rtl/>
        </w:rPr>
        <w:t>کوشد</w:t>
      </w:r>
      <w:r w:rsidRPr="00D914B7">
        <w:rPr>
          <w:sz w:val="22"/>
        </w:rPr>
        <w:t xml:space="preserve"> </w:t>
      </w:r>
      <w:r w:rsidRPr="00D914B7">
        <w:rPr>
          <w:sz w:val="22"/>
          <w:rtl/>
        </w:rPr>
        <w:t>تاریخ</w:t>
      </w:r>
      <w:r w:rsidRPr="00D914B7">
        <w:rPr>
          <w:sz w:val="22"/>
        </w:rPr>
        <w:t xml:space="preserve"> </w:t>
      </w:r>
      <w:r w:rsidRPr="00D914B7">
        <w:rPr>
          <w:sz w:val="22"/>
          <w:rtl/>
        </w:rPr>
        <w:t>را</w:t>
      </w:r>
      <w:r w:rsidRPr="00D914B7">
        <w:rPr>
          <w:sz w:val="22"/>
        </w:rPr>
        <w:t xml:space="preserve"> </w:t>
      </w:r>
      <w:r w:rsidRPr="00D914B7">
        <w:rPr>
          <w:sz w:val="22"/>
          <w:rtl/>
        </w:rPr>
        <w:t>نه</w:t>
      </w:r>
      <w:r w:rsidRPr="00D914B7">
        <w:rPr>
          <w:sz w:val="22"/>
        </w:rPr>
        <w:t xml:space="preserve"> </w:t>
      </w:r>
      <w:r w:rsidRPr="00D914B7">
        <w:rPr>
          <w:sz w:val="22"/>
          <w:rtl/>
        </w:rPr>
        <w:t>فقط</w:t>
      </w:r>
      <w:r w:rsidRPr="00D914B7">
        <w:rPr>
          <w:sz w:val="22"/>
        </w:rPr>
        <w:t xml:space="preserve"> </w:t>
      </w:r>
      <w:r w:rsidRPr="00D914B7">
        <w:rPr>
          <w:sz w:val="22"/>
          <w:rtl/>
        </w:rPr>
        <w:t>از</w:t>
      </w:r>
      <w:r w:rsidRPr="00D914B7">
        <w:rPr>
          <w:sz w:val="22"/>
        </w:rPr>
        <w:t xml:space="preserve"> </w:t>
      </w:r>
      <w:r w:rsidRPr="00D914B7">
        <w:rPr>
          <w:sz w:val="22"/>
          <w:rtl/>
        </w:rPr>
        <w:t>منظر</w:t>
      </w:r>
      <w:r w:rsidRPr="00D914B7">
        <w:rPr>
          <w:sz w:val="22"/>
        </w:rPr>
        <w:t xml:space="preserve"> </w:t>
      </w:r>
      <w:r w:rsidRPr="00D914B7">
        <w:rPr>
          <w:sz w:val="22"/>
          <w:rtl/>
        </w:rPr>
        <w:t>کسانی</w:t>
      </w:r>
      <w:r w:rsidRPr="00D914B7">
        <w:rPr>
          <w:sz w:val="22"/>
        </w:rPr>
        <w:t xml:space="preserve"> </w:t>
      </w:r>
      <w:r w:rsidRPr="00D914B7">
        <w:rPr>
          <w:sz w:val="22"/>
          <w:rtl/>
        </w:rPr>
        <w:t>که</w:t>
      </w:r>
      <w:r w:rsidRPr="00D914B7">
        <w:rPr>
          <w:sz w:val="22"/>
        </w:rPr>
        <w:t xml:space="preserve"> </w:t>
      </w:r>
      <w:r w:rsidRPr="00D914B7">
        <w:rPr>
          <w:sz w:val="22"/>
          <w:rtl/>
        </w:rPr>
        <w:t>فرمان</w:t>
      </w:r>
      <w:r w:rsidRPr="00D914B7">
        <w:rPr>
          <w:sz w:val="22"/>
        </w:rPr>
        <w:t xml:space="preserve"> </w:t>
      </w:r>
      <w:r w:rsidRPr="00D914B7">
        <w:rPr>
          <w:sz w:val="22"/>
          <w:rtl/>
        </w:rPr>
        <w:t>داده</w:t>
      </w:r>
      <w:r w:rsidRPr="00D914B7">
        <w:rPr>
          <w:sz w:val="22"/>
        </w:rPr>
        <w:t>‌</w:t>
      </w:r>
      <w:r w:rsidRPr="00D914B7">
        <w:rPr>
          <w:sz w:val="22"/>
          <w:rtl/>
        </w:rPr>
        <w:t>اند،</w:t>
      </w:r>
      <w:r w:rsidRPr="00D914B7">
        <w:rPr>
          <w:sz w:val="22"/>
        </w:rPr>
        <w:t xml:space="preserve"> </w:t>
      </w:r>
      <w:r w:rsidRPr="00D914B7">
        <w:rPr>
          <w:sz w:val="22"/>
          <w:rtl/>
        </w:rPr>
        <w:t>بلکه</w:t>
      </w:r>
      <w:r w:rsidRPr="00D914B7">
        <w:rPr>
          <w:sz w:val="22"/>
        </w:rPr>
        <w:t xml:space="preserve"> </w:t>
      </w:r>
      <w:r w:rsidRPr="00D914B7">
        <w:rPr>
          <w:sz w:val="22"/>
          <w:rtl/>
        </w:rPr>
        <w:t>از</w:t>
      </w:r>
      <w:r w:rsidRPr="00D914B7">
        <w:rPr>
          <w:sz w:val="22"/>
        </w:rPr>
        <w:t xml:space="preserve"> </w:t>
      </w:r>
      <w:r w:rsidRPr="00D914B7">
        <w:rPr>
          <w:sz w:val="22"/>
          <w:rtl/>
        </w:rPr>
        <w:t>منظر</w:t>
      </w:r>
      <w:r w:rsidRPr="00D914B7">
        <w:rPr>
          <w:sz w:val="22"/>
        </w:rPr>
        <w:t xml:space="preserve"> </w:t>
      </w:r>
      <w:r w:rsidRPr="00D914B7">
        <w:rPr>
          <w:sz w:val="22"/>
          <w:rtl/>
        </w:rPr>
        <w:t>سازوکارهایی</w:t>
      </w:r>
      <w:r w:rsidRPr="00D914B7">
        <w:rPr>
          <w:sz w:val="22"/>
        </w:rPr>
        <w:t xml:space="preserve"> </w:t>
      </w:r>
      <w:r w:rsidRPr="00D914B7">
        <w:rPr>
          <w:sz w:val="22"/>
          <w:rtl/>
        </w:rPr>
        <w:t>بخواند</w:t>
      </w:r>
      <w:r w:rsidRPr="00D914B7">
        <w:rPr>
          <w:sz w:val="22"/>
        </w:rPr>
        <w:t xml:space="preserve"> </w:t>
      </w:r>
      <w:r w:rsidRPr="00D914B7">
        <w:rPr>
          <w:sz w:val="22"/>
          <w:rtl/>
        </w:rPr>
        <w:t>که</w:t>
      </w:r>
      <w:r w:rsidRPr="00D914B7">
        <w:rPr>
          <w:sz w:val="22"/>
        </w:rPr>
        <w:t xml:space="preserve"> </w:t>
      </w:r>
      <w:r w:rsidRPr="00D914B7">
        <w:rPr>
          <w:sz w:val="22"/>
          <w:rtl/>
        </w:rPr>
        <w:t>فرمان</w:t>
      </w:r>
      <w:r w:rsidRPr="00D914B7">
        <w:rPr>
          <w:sz w:val="22"/>
        </w:rPr>
        <w:t xml:space="preserve"> </w:t>
      </w:r>
      <w:r w:rsidRPr="00D914B7">
        <w:rPr>
          <w:sz w:val="22"/>
          <w:rtl/>
        </w:rPr>
        <w:t>را</w:t>
      </w:r>
      <w:r w:rsidRPr="00D914B7">
        <w:rPr>
          <w:sz w:val="22"/>
        </w:rPr>
        <w:t xml:space="preserve"> </w:t>
      </w:r>
      <w:r w:rsidRPr="00D914B7">
        <w:rPr>
          <w:sz w:val="22"/>
          <w:rtl/>
        </w:rPr>
        <w:t>ممکن،</w:t>
      </w:r>
      <w:r w:rsidRPr="00D914B7">
        <w:rPr>
          <w:sz w:val="22"/>
        </w:rPr>
        <w:t xml:space="preserve"> </w:t>
      </w:r>
      <w:r w:rsidRPr="00D914B7">
        <w:rPr>
          <w:sz w:val="22"/>
          <w:rtl/>
        </w:rPr>
        <w:t>ناممکن</w:t>
      </w:r>
      <w:r w:rsidRPr="00D914B7">
        <w:rPr>
          <w:sz w:val="22"/>
        </w:rPr>
        <w:t xml:space="preserve"> </w:t>
      </w:r>
      <w:r w:rsidRPr="00D914B7">
        <w:rPr>
          <w:sz w:val="22"/>
          <w:rtl/>
        </w:rPr>
        <w:t>یا</w:t>
      </w:r>
      <w:r w:rsidRPr="00D914B7">
        <w:rPr>
          <w:sz w:val="22"/>
        </w:rPr>
        <w:t xml:space="preserve"> </w:t>
      </w:r>
      <w:r w:rsidRPr="00D914B7">
        <w:rPr>
          <w:sz w:val="22"/>
          <w:rtl/>
        </w:rPr>
        <w:t>دگرگون</w:t>
      </w:r>
      <w:r w:rsidRPr="00D914B7">
        <w:rPr>
          <w:sz w:val="22"/>
        </w:rPr>
        <w:t xml:space="preserve"> </w:t>
      </w:r>
      <w:r w:rsidRPr="00D914B7">
        <w:rPr>
          <w:sz w:val="22"/>
          <w:rtl/>
        </w:rPr>
        <w:t>کرده</w:t>
      </w:r>
      <w:r w:rsidRPr="00D914B7">
        <w:rPr>
          <w:sz w:val="22"/>
        </w:rPr>
        <w:t>‌</w:t>
      </w:r>
      <w:r w:rsidRPr="00D914B7">
        <w:rPr>
          <w:sz w:val="22"/>
          <w:rtl/>
        </w:rPr>
        <w:t>اند</w:t>
      </w:r>
      <w:r>
        <w:rPr>
          <w:sz w:val="22"/>
          <w:rtl/>
        </w:rPr>
        <w:t>.</w:t>
      </w:r>
      <w:r w:rsidRPr="00D914B7">
        <w:rPr>
          <w:sz w:val="22"/>
        </w:rPr>
        <w:t xml:space="preserve"> </w:t>
      </w:r>
      <w:r w:rsidRPr="00D914B7">
        <w:rPr>
          <w:sz w:val="22"/>
          <w:rtl/>
        </w:rPr>
        <w:t>پرسش</w:t>
      </w:r>
      <w:r w:rsidRPr="00D914B7">
        <w:rPr>
          <w:sz w:val="22"/>
        </w:rPr>
        <w:t xml:space="preserve"> </w:t>
      </w:r>
      <w:r w:rsidRPr="00D914B7">
        <w:rPr>
          <w:sz w:val="22"/>
          <w:rtl/>
        </w:rPr>
        <w:t>فقط</w:t>
      </w:r>
      <w:r w:rsidRPr="00D914B7">
        <w:rPr>
          <w:sz w:val="22"/>
        </w:rPr>
        <w:t xml:space="preserve"> </w:t>
      </w:r>
      <w:r w:rsidRPr="00D914B7">
        <w:rPr>
          <w:sz w:val="22"/>
          <w:rtl/>
        </w:rPr>
        <w:t>این</w:t>
      </w:r>
      <w:r w:rsidRPr="00D914B7">
        <w:rPr>
          <w:sz w:val="22"/>
        </w:rPr>
        <w:t xml:space="preserve"> </w:t>
      </w:r>
      <w:r w:rsidRPr="00D914B7">
        <w:rPr>
          <w:sz w:val="22"/>
          <w:rtl/>
        </w:rPr>
        <w:t>نیست</w:t>
      </w:r>
      <w:r w:rsidRPr="00D914B7">
        <w:rPr>
          <w:sz w:val="22"/>
        </w:rPr>
        <w:t xml:space="preserve"> </w:t>
      </w:r>
      <w:r w:rsidRPr="00D914B7">
        <w:rPr>
          <w:sz w:val="22"/>
          <w:rtl/>
        </w:rPr>
        <w:t>که</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حکومت</w:t>
      </w:r>
      <w:r w:rsidRPr="00D914B7">
        <w:rPr>
          <w:sz w:val="22"/>
        </w:rPr>
        <w:t xml:space="preserve"> </w:t>
      </w:r>
      <w:r w:rsidRPr="00D914B7">
        <w:rPr>
          <w:sz w:val="22"/>
          <w:rtl/>
        </w:rPr>
        <w:t>می</w:t>
      </w:r>
      <w:r w:rsidRPr="00D914B7">
        <w:rPr>
          <w:sz w:val="22"/>
        </w:rPr>
        <w:t>‌</w:t>
      </w:r>
      <w:r w:rsidRPr="00D914B7">
        <w:rPr>
          <w:sz w:val="22"/>
          <w:rtl/>
        </w:rPr>
        <w:t>کرد؛</w:t>
      </w:r>
      <w:r w:rsidRPr="00D914B7">
        <w:rPr>
          <w:sz w:val="22"/>
        </w:rPr>
        <w:t xml:space="preserve"> </w:t>
      </w:r>
      <w:r w:rsidRPr="00D914B7">
        <w:rPr>
          <w:sz w:val="22"/>
          <w:rtl/>
        </w:rPr>
        <w:t>باید</w:t>
      </w:r>
      <w:r w:rsidRPr="00D914B7">
        <w:rPr>
          <w:sz w:val="22"/>
        </w:rPr>
        <w:t xml:space="preserve"> </w:t>
      </w:r>
      <w:r w:rsidRPr="00D914B7">
        <w:rPr>
          <w:sz w:val="22"/>
          <w:rtl/>
        </w:rPr>
        <w:t>دید</w:t>
      </w:r>
      <w:r w:rsidRPr="00D914B7">
        <w:rPr>
          <w:sz w:val="22"/>
        </w:rPr>
        <w:t xml:space="preserve"> </w:t>
      </w:r>
      <w:r w:rsidRPr="00D914B7">
        <w:rPr>
          <w:sz w:val="22"/>
          <w:rtl/>
        </w:rPr>
        <w:t>قدرت</w:t>
      </w:r>
      <w:r w:rsidRPr="00D914B7">
        <w:rPr>
          <w:sz w:val="22"/>
        </w:rPr>
        <w:t xml:space="preserve"> </w:t>
      </w:r>
      <w:r w:rsidRPr="00D914B7">
        <w:rPr>
          <w:sz w:val="22"/>
          <w:rtl/>
        </w:rPr>
        <w:t>واقعی</w:t>
      </w:r>
      <w:r w:rsidRPr="00D914B7">
        <w:rPr>
          <w:sz w:val="22"/>
        </w:rPr>
        <w:t xml:space="preserve"> </w:t>
      </w:r>
      <w:r w:rsidRPr="00D914B7">
        <w:rPr>
          <w:sz w:val="22"/>
          <w:rtl/>
        </w:rPr>
        <w:t>در</w:t>
      </w:r>
      <w:r w:rsidRPr="00D914B7">
        <w:rPr>
          <w:sz w:val="22"/>
        </w:rPr>
        <w:t xml:space="preserve"> </w:t>
      </w:r>
      <w:r w:rsidRPr="00D914B7">
        <w:rPr>
          <w:sz w:val="22"/>
          <w:rtl/>
        </w:rPr>
        <w:t>دست</w:t>
      </w:r>
      <w:r w:rsidRPr="00D914B7">
        <w:rPr>
          <w:sz w:val="22"/>
        </w:rPr>
        <w:t xml:space="preserve"> </w:t>
      </w:r>
      <w:r w:rsidRPr="00D914B7">
        <w:rPr>
          <w:sz w:val="22"/>
          <w:rtl/>
        </w:rPr>
        <w:t>کدام</w:t>
      </w:r>
      <w:r w:rsidRPr="00D914B7">
        <w:rPr>
          <w:sz w:val="22"/>
        </w:rPr>
        <w:t xml:space="preserve"> </w:t>
      </w:r>
      <w:r w:rsidRPr="00D914B7">
        <w:rPr>
          <w:sz w:val="22"/>
          <w:rtl/>
        </w:rPr>
        <w:t>شبکه</w:t>
      </w:r>
      <w:r w:rsidRPr="00D914B7">
        <w:rPr>
          <w:sz w:val="22"/>
        </w:rPr>
        <w:t xml:space="preserve"> </w:t>
      </w:r>
      <w:r w:rsidRPr="00D914B7">
        <w:rPr>
          <w:sz w:val="22"/>
          <w:rtl/>
        </w:rPr>
        <w:t>قرار</w:t>
      </w:r>
      <w:r w:rsidRPr="00D914B7">
        <w:rPr>
          <w:sz w:val="22"/>
        </w:rPr>
        <w:t xml:space="preserve"> </w:t>
      </w:r>
      <w:r w:rsidRPr="00D914B7">
        <w:rPr>
          <w:sz w:val="22"/>
          <w:rtl/>
        </w:rPr>
        <w:t>داشت،</w:t>
      </w:r>
      <w:r w:rsidRPr="00D914B7">
        <w:rPr>
          <w:sz w:val="22"/>
        </w:rPr>
        <w:t xml:space="preserve"> </w:t>
      </w:r>
      <w:r w:rsidRPr="00D914B7">
        <w:rPr>
          <w:sz w:val="22"/>
          <w:rtl/>
        </w:rPr>
        <w:t>هزینه</w:t>
      </w:r>
      <w:r>
        <w:rPr>
          <w:sz w:val="22"/>
          <w:rtl/>
        </w:rPr>
        <w:t>ء</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می</w:t>
      </w:r>
      <w:r w:rsidRPr="00D914B7">
        <w:rPr>
          <w:sz w:val="22"/>
        </w:rPr>
        <w:t>‌</w:t>
      </w:r>
      <w:r w:rsidRPr="00D914B7">
        <w:rPr>
          <w:sz w:val="22"/>
          <w:rtl/>
        </w:rPr>
        <w:t>پرداخت</w:t>
      </w:r>
      <w:r w:rsidRPr="00D914B7">
        <w:rPr>
          <w:sz w:val="22"/>
        </w:rPr>
        <w:t xml:space="preserve"> </w:t>
      </w:r>
      <w:r w:rsidRPr="00D914B7">
        <w:rPr>
          <w:sz w:val="22"/>
          <w:rtl/>
        </w:rPr>
        <w:t>و</w:t>
      </w:r>
      <w:r w:rsidRPr="00D914B7">
        <w:rPr>
          <w:sz w:val="22"/>
        </w:rPr>
        <w:t xml:space="preserve"> </w:t>
      </w:r>
      <w:r w:rsidRPr="00D914B7">
        <w:rPr>
          <w:sz w:val="22"/>
          <w:rtl/>
        </w:rPr>
        <w:t>کدام</w:t>
      </w:r>
      <w:r w:rsidRPr="00D914B7">
        <w:rPr>
          <w:sz w:val="22"/>
        </w:rPr>
        <w:t xml:space="preserve"> </w:t>
      </w:r>
      <w:r w:rsidRPr="00D914B7">
        <w:rPr>
          <w:sz w:val="22"/>
          <w:rtl/>
        </w:rPr>
        <w:t>نهاد</w:t>
      </w:r>
      <w:r w:rsidRPr="00D914B7">
        <w:rPr>
          <w:sz w:val="22"/>
        </w:rPr>
        <w:t xml:space="preserve"> </w:t>
      </w:r>
      <w:r w:rsidRPr="00D914B7">
        <w:rPr>
          <w:sz w:val="22"/>
          <w:rtl/>
        </w:rPr>
        <w:t>توانست</w:t>
      </w:r>
      <w:r w:rsidRPr="00D914B7">
        <w:rPr>
          <w:sz w:val="22"/>
        </w:rPr>
        <w:t xml:space="preserve"> </w:t>
      </w:r>
      <w:r w:rsidRPr="00D914B7">
        <w:rPr>
          <w:sz w:val="22"/>
          <w:rtl/>
        </w:rPr>
        <w:t>پس</w:t>
      </w:r>
      <w:r w:rsidRPr="00D914B7">
        <w:rPr>
          <w:sz w:val="22"/>
        </w:rPr>
        <w:t xml:space="preserve"> </w:t>
      </w:r>
      <w:r w:rsidRPr="00D914B7">
        <w:rPr>
          <w:sz w:val="22"/>
          <w:rtl/>
        </w:rPr>
        <w:t>از</w:t>
      </w:r>
      <w:r w:rsidRPr="00D914B7">
        <w:rPr>
          <w:sz w:val="22"/>
        </w:rPr>
        <w:t xml:space="preserve"> </w:t>
      </w:r>
      <w:r w:rsidRPr="00D914B7">
        <w:rPr>
          <w:sz w:val="22"/>
          <w:rtl/>
        </w:rPr>
        <w:t>رفتن</w:t>
      </w:r>
      <w:r w:rsidRPr="00D914B7">
        <w:rPr>
          <w:sz w:val="22"/>
        </w:rPr>
        <w:t xml:space="preserve"> </w:t>
      </w:r>
      <w:r w:rsidRPr="00D914B7">
        <w:rPr>
          <w:sz w:val="22"/>
          <w:rtl/>
        </w:rPr>
        <w:t>فرمانروا</w:t>
      </w:r>
      <w:r w:rsidRPr="00D914B7">
        <w:rPr>
          <w:sz w:val="22"/>
        </w:rPr>
        <w:t xml:space="preserve"> </w:t>
      </w:r>
      <w:r w:rsidRPr="00D914B7">
        <w:rPr>
          <w:sz w:val="22"/>
          <w:rtl/>
        </w:rPr>
        <w:t>باقی</w:t>
      </w:r>
      <w:r w:rsidRPr="00D914B7">
        <w:rPr>
          <w:sz w:val="22"/>
        </w:rPr>
        <w:t xml:space="preserve"> </w:t>
      </w:r>
      <w:r w:rsidRPr="00D914B7">
        <w:rPr>
          <w:sz w:val="22"/>
          <w:rtl/>
        </w:rPr>
        <w:t>بماند</w:t>
      </w:r>
      <w:r>
        <w:rPr>
          <w:sz w:val="22"/>
          <w:rtl/>
        </w:rPr>
        <w:t>.</w:t>
      </w:r>
    </w:p>
    <w:p w:rsidR="00987F03" w:rsidRPr="00D914B7" w:rsidRDefault="00987F03" w:rsidP="00987F03">
      <w:pPr>
        <w:bidi/>
        <w:ind w:firstLine="720"/>
        <w:rPr>
          <w:sz w:val="22"/>
        </w:rPr>
      </w:pPr>
      <w:r w:rsidRPr="00D914B7">
        <w:rPr>
          <w:sz w:val="22"/>
          <w:rtl/>
        </w:rPr>
        <w:t>ازاین</w:t>
      </w:r>
      <w:r w:rsidRPr="00D914B7">
        <w:rPr>
          <w:sz w:val="22"/>
        </w:rPr>
        <w:t>‌</w:t>
      </w:r>
      <w:r w:rsidRPr="00D914B7">
        <w:rPr>
          <w:sz w:val="22"/>
          <w:rtl/>
        </w:rPr>
        <w:t>رو،</w:t>
      </w:r>
      <w:r w:rsidRPr="00D914B7">
        <w:rPr>
          <w:sz w:val="22"/>
        </w:rPr>
        <w:t xml:space="preserve"> </w:t>
      </w:r>
      <w:r w:rsidRPr="00D914B7">
        <w:rPr>
          <w:sz w:val="22"/>
          <w:rtl/>
        </w:rPr>
        <w:t>سلسله</w:t>
      </w:r>
      <w:r w:rsidRPr="00D914B7">
        <w:rPr>
          <w:sz w:val="22"/>
        </w:rPr>
        <w:t>‌</w:t>
      </w:r>
      <w:r w:rsidRPr="00D914B7">
        <w:rPr>
          <w:sz w:val="22"/>
          <w:rtl/>
        </w:rPr>
        <w:t>ها،</w:t>
      </w:r>
      <w:r w:rsidRPr="00D914B7">
        <w:rPr>
          <w:sz w:val="22"/>
        </w:rPr>
        <w:t xml:space="preserve"> </w:t>
      </w:r>
      <w:r w:rsidRPr="00D914B7">
        <w:rPr>
          <w:sz w:val="22"/>
          <w:rtl/>
        </w:rPr>
        <w:t>جنگ</w:t>
      </w:r>
      <w:r w:rsidRPr="00D914B7">
        <w:rPr>
          <w:sz w:val="22"/>
        </w:rPr>
        <w:t>‌</w:t>
      </w:r>
      <w:r w:rsidRPr="00D914B7">
        <w:rPr>
          <w:sz w:val="22"/>
          <w:rtl/>
        </w:rPr>
        <w:t>ها،</w:t>
      </w:r>
      <w:r w:rsidRPr="00D914B7">
        <w:rPr>
          <w:sz w:val="22"/>
        </w:rPr>
        <w:t xml:space="preserve"> </w:t>
      </w:r>
      <w:r w:rsidRPr="00D914B7">
        <w:rPr>
          <w:sz w:val="22"/>
          <w:rtl/>
        </w:rPr>
        <w:t>آیین</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زندگی</w:t>
      </w:r>
      <w:r w:rsidRPr="00D914B7">
        <w:rPr>
          <w:sz w:val="22"/>
        </w:rPr>
        <w:t xml:space="preserve"> </w:t>
      </w:r>
      <w:r w:rsidRPr="00D914B7">
        <w:rPr>
          <w:sz w:val="22"/>
          <w:rtl/>
        </w:rPr>
        <w:t>فرمانروایان</w:t>
      </w:r>
      <w:r w:rsidRPr="00D914B7">
        <w:rPr>
          <w:sz w:val="22"/>
        </w:rPr>
        <w:t xml:space="preserve"> </w:t>
      </w:r>
      <w:r w:rsidRPr="00D914B7">
        <w:rPr>
          <w:sz w:val="22"/>
          <w:rtl/>
        </w:rPr>
        <w:t>در</w:t>
      </w:r>
      <w:r w:rsidRPr="00D914B7">
        <w:rPr>
          <w:sz w:val="22"/>
        </w:rPr>
        <w:t xml:space="preserve"> </w:t>
      </w:r>
      <w:r w:rsidRPr="00D914B7">
        <w:rPr>
          <w:sz w:val="22"/>
          <w:rtl/>
        </w:rPr>
        <w:t>کتاب</w:t>
      </w:r>
      <w:r w:rsidRPr="00D914B7">
        <w:rPr>
          <w:sz w:val="22"/>
        </w:rPr>
        <w:t xml:space="preserve"> </w:t>
      </w:r>
      <w:r w:rsidRPr="00D914B7">
        <w:rPr>
          <w:sz w:val="22"/>
          <w:rtl/>
        </w:rPr>
        <w:t>حضور</w:t>
      </w:r>
      <w:r w:rsidRPr="00D914B7">
        <w:rPr>
          <w:sz w:val="22"/>
        </w:rPr>
        <w:t xml:space="preserve"> </w:t>
      </w:r>
      <w:r w:rsidRPr="00D914B7">
        <w:rPr>
          <w:sz w:val="22"/>
          <w:rtl/>
        </w:rPr>
        <w:t>دارند،</w:t>
      </w:r>
      <w:r w:rsidRPr="00D914B7">
        <w:rPr>
          <w:sz w:val="22"/>
        </w:rPr>
        <w:t xml:space="preserve"> </w:t>
      </w:r>
      <w:r w:rsidRPr="00D914B7">
        <w:rPr>
          <w:sz w:val="22"/>
          <w:rtl/>
        </w:rPr>
        <w:t>اما</w:t>
      </w:r>
      <w:r w:rsidRPr="00D914B7">
        <w:rPr>
          <w:sz w:val="22"/>
        </w:rPr>
        <w:t xml:space="preserve"> </w:t>
      </w:r>
      <w:r w:rsidRPr="00D914B7">
        <w:rPr>
          <w:sz w:val="22"/>
          <w:rtl/>
        </w:rPr>
        <w:t>نه</w:t>
      </w:r>
      <w:r w:rsidRPr="00D914B7">
        <w:rPr>
          <w:sz w:val="22"/>
        </w:rPr>
        <w:t xml:space="preserve"> </w:t>
      </w:r>
      <w:r w:rsidRPr="00D914B7">
        <w:rPr>
          <w:sz w:val="22"/>
          <w:rtl/>
        </w:rPr>
        <w:t>به</w:t>
      </w:r>
      <w:r w:rsidRPr="00D914B7">
        <w:rPr>
          <w:sz w:val="22"/>
        </w:rPr>
        <w:t>‌</w:t>
      </w:r>
      <w:r w:rsidRPr="00D914B7">
        <w:rPr>
          <w:sz w:val="22"/>
          <w:rtl/>
        </w:rPr>
        <w:t>عنوان</w:t>
      </w:r>
      <w:r w:rsidRPr="00D914B7">
        <w:rPr>
          <w:sz w:val="22"/>
        </w:rPr>
        <w:t xml:space="preserve"> </w:t>
      </w:r>
      <w:r w:rsidRPr="00D914B7">
        <w:rPr>
          <w:sz w:val="22"/>
          <w:rtl/>
        </w:rPr>
        <w:t>موضوع</w:t>
      </w:r>
      <w:r w:rsidRPr="00D914B7">
        <w:rPr>
          <w:sz w:val="22"/>
        </w:rPr>
        <w:t xml:space="preserve"> </w:t>
      </w:r>
      <w:r w:rsidRPr="00D914B7">
        <w:rPr>
          <w:sz w:val="22"/>
          <w:rtl/>
        </w:rPr>
        <w:t>نهایی</w:t>
      </w:r>
      <w:r>
        <w:rPr>
          <w:sz w:val="22"/>
          <w:rtl/>
        </w:rPr>
        <w:t>.</w:t>
      </w:r>
      <w:r w:rsidRPr="00D914B7">
        <w:rPr>
          <w:sz w:val="22"/>
        </w:rPr>
        <w:t xml:space="preserve"> </w:t>
      </w:r>
      <w:r w:rsidRPr="00D914B7">
        <w:rPr>
          <w:sz w:val="22"/>
          <w:rtl/>
        </w:rPr>
        <w:t>یک</w:t>
      </w:r>
      <w:r w:rsidRPr="00D914B7">
        <w:rPr>
          <w:sz w:val="22"/>
        </w:rPr>
        <w:t xml:space="preserve"> </w:t>
      </w:r>
      <w:r w:rsidRPr="00D914B7">
        <w:rPr>
          <w:sz w:val="22"/>
          <w:rtl/>
        </w:rPr>
        <w:t>جنگ</w:t>
      </w:r>
      <w:r w:rsidRPr="00D914B7">
        <w:rPr>
          <w:sz w:val="22"/>
        </w:rPr>
        <w:t xml:space="preserve"> </w:t>
      </w:r>
      <w:r w:rsidRPr="00D914B7">
        <w:rPr>
          <w:sz w:val="22"/>
          <w:rtl/>
        </w:rPr>
        <w:t>هنگامی</w:t>
      </w:r>
      <w:r w:rsidRPr="00D914B7">
        <w:rPr>
          <w:sz w:val="22"/>
        </w:rPr>
        <w:t xml:space="preserve"> </w:t>
      </w:r>
      <w:r w:rsidRPr="00D914B7">
        <w:rPr>
          <w:sz w:val="22"/>
          <w:rtl/>
        </w:rPr>
        <w:t>اهمیت</w:t>
      </w:r>
      <w:r w:rsidRPr="00D914B7">
        <w:rPr>
          <w:sz w:val="22"/>
        </w:rPr>
        <w:t xml:space="preserve"> </w:t>
      </w:r>
      <w:r w:rsidRPr="00D914B7">
        <w:rPr>
          <w:sz w:val="22"/>
          <w:rtl/>
        </w:rPr>
        <w:t>می</w:t>
      </w:r>
      <w:r w:rsidRPr="00D914B7">
        <w:rPr>
          <w:sz w:val="22"/>
        </w:rPr>
        <w:t>‌</w:t>
      </w:r>
      <w:r w:rsidRPr="00D914B7">
        <w:rPr>
          <w:sz w:val="22"/>
          <w:rtl/>
        </w:rPr>
        <w:t>یابد</w:t>
      </w:r>
      <w:r w:rsidRPr="00D914B7">
        <w:rPr>
          <w:sz w:val="22"/>
        </w:rPr>
        <w:t xml:space="preserve"> </w:t>
      </w:r>
      <w:r w:rsidRPr="00D914B7">
        <w:rPr>
          <w:sz w:val="22"/>
          <w:rtl/>
        </w:rPr>
        <w:t>که</w:t>
      </w:r>
      <w:r w:rsidRPr="00D914B7">
        <w:rPr>
          <w:sz w:val="22"/>
        </w:rPr>
        <w:t xml:space="preserve"> </w:t>
      </w:r>
      <w:r w:rsidRPr="00D914B7">
        <w:rPr>
          <w:sz w:val="22"/>
          <w:rtl/>
        </w:rPr>
        <w:t>آرایش</w:t>
      </w:r>
      <w:r w:rsidRPr="00D914B7">
        <w:rPr>
          <w:sz w:val="22"/>
        </w:rPr>
        <w:t xml:space="preserve"> </w:t>
      </w:r>
      <w:r w:rsidRPr="00D914B7">
        <w:rPr>
          <w:sz w:val="22"/>
          <w:rtl/>
        </w:rPr>
        <w:t>قشون</w:t>
      </w:r>
      <w:r w:rsidRPr="00D914B7">
        <w:rPr>
          <w:sz w:val="22"/>
        </w:rPr>
        <w:t xml:space="preserve"> </w:t>
      </w:r>
      <w:r w:rsidRPr="00D914B7">
        <w:rPr>
          <w:sz w:val="22"/>
          <w:rtl/>
        </w:rPr>
        <w:t>و</w:t>
      </w:r>
      <w:r w:rsidRPr="00D914B7">
        <w:rPr>
          <w:sz w:val="22"/>
        </w:rPr>
        <w:t xml:space="preserve"> </w:t>
      </w:r>
      <w:r w:rsidRPr="00D914B7">
        <w:rPr>
          <w:sz w:val="22"/>
          <w:rtl/>
        </w:rPr>
        <w:t>دیوان،</w:t>
      </w:r>
      <w:r w:rsidRPr="00D914B7">
        <w:rPr>
          <w:sz w:val="22"/>
        </w:rPr>
        <w:t xml:space="preserve"> </w:t>
      </w:r>
      <w:r w:rsidRPr="00D914B7">
        <w:rPr>
          <w:sz w:val="22"/>
          <w:rtl/>
        </w:rPr>
        <w:t>منبع</w:t>
      </w:r>
      <w:r w:rsidRPr="00D914B7">
        <w:rPr>
          <w:sz w:val="22"/>
        </w:rPr>
        <w:t xml:space="preserve"> </w:t>
      </w:r>
      <w:r w:rsidRPr="00D914B7">
        <w:rPr>
          <w:sz w:val="22"/>
          <w:rtl/>
        </w:rPr>
        <w:t>درآمد،</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مرکز</w:t>
      </w:r>
      <w:r w:rsidRPr="00D914B7">
        <w:rPr>
          <w:sz w:val="22"/>
        </w:rPr>
        <w:t xml:space="preserve"> </w:t>
      </w:r>
      <w:r w:rsidRPr="00D914B7">
        <w:rPr>
          <w:sz w:val="22"/>
          <w:rtl/>
        </w:rPr>
        <w:t>و</w:t>
      </w:r>
      <w:r w:rsidRPr="00D914B7">
        <w:rPr>
          <w:sz w:val="22"/>
        </w:rPr>
        <w:t xml:space="preserve"> </w:t>
      </w:r>
      <w:r w:rsidRPr="00D914B7">
        <w:rPr>
          <w:sz w:val="22"/>
          <w:rtl/>
        </w:rPr>
        <w:t>ولایت</w:t>
      </w:r>
      <w:r w:rsidRPr="00D914B7">
        <w:rPr>
          <w:sz w:val="22"/>
        </w:rPr>
        <w:t xml:space="preserve"> </w:t>
      </w:r>
      <w:r w:rsidRPr="00D914B7">
        <w:rPr>
          <w:sz w:val="22"/>
          <w:rtl/>
        </w:rPr>
        <w:t>یا</w:t>
      </w:r>
      <w:r w:rsidRPr="00D914B7">
        <w:rPr>
          <w:sz w:val="22"/>
        </w:rPr>
        <w:t xml:space="preserve"> </w:t>
      </w:r>
      <w:r w:rsidRPr="00D914B7">
        <w:rPr>
          <w:sz w:val="22"/>
          <w:rtl/>
        </w:rPr>
        <w:t>تصور</w:t>
      </w:r>
      <w:r w:rsidRPr="00D914B7">
        <w:rPr>
          <w:sz w:val="22"/>
        </w:rPr>
        <w:t xml:space="preserve"> </w:t>
      </w:r>
      <w:r w:rsidRPr="00D914B7">
        <w:rPr>
          <w:sz w:val="22"/>
          <w:rtl/>
        </w:rPr>
        <w:t>حقانیت</w:t>
      </w:r>
      <w:r w:rsidRPr="00D914B7">
        <w:rPr>
          <w:sz w:val="22"/>
        </w:rPr>
        <w:t xml:space="preserve"> </w:t>
      </w:r>
      <w:r w:rsidRPr="00D914B7">
        <w:rPr>
          <w:sz w:val="22"/>
          <w:rtl/>
        </w:rPr>
        <w:t>حکمرانی</w:t>
      </w:r>
      <w:r w:rsidRPr="00D914B7">
        <w:rPr>
          <w:sz w:val="22"/>
        </w:rPr>
        <w:t xml:space="preserve"> </w:t>
      </w:r>
      <w:r w:rsidRPr="00D914B7">
        <w:rPr>
          <w:sz w:val="22"/>
          <w:rtl/>
        </w:rPr>
        <w:t>را</w:t>
      </w:r>
      <w:r w:rsidRPr="00D914B7">
        <w:rPr>
          <w:sz w:val="22"/>
        </w:rPr>
        <w:t xml:space="preserve"> </w:t>
      </w:r>
      <w:r w:rsidRPr="00D914B7">
        <w:rPr>
          <w:sz w:val="22"/>
          <w:rtl/>
        </w:rPr>
        <w:t>تغییر</w:t>
      </w:r>
      <w:r w:rsidRPr="00D914B7">
        <w:rPr>
          <w:sz w:val="22"/>
        </w:rPr>
        <w:t xml:space="preserve"> </w:t>
      </w:r>
      <w:r w:rsidRPr="00D914B7">
        <w:rPr>
          <w:sz w:val="22"/>
          <w:rtl/>
        </w:rPr>
        <w:t>دهد</w:t>
      </w:r>
      <w:r>
        <w:rPr>
          <w:sz w:val="22"/>
          <w:rtl/>
        </w:rPr>
        <w:t>.</w:t>
      </w:r>
      <w:r w:rsidRPr="00D914B7">
        <w:rPr>
          <w:sz w:val="22"/>
        </w:rPr>
        <w:t xml:space="preserve"> </w:t>
      </w:r>
      <w:r w:rsidRPr="00D914B7">
        <w:rPr>
          <w:sz w:val="22"/>
          <w:rtl/>
        </w:rPr>
        <w:t>یک</w:t>
      </w:r>
      <w:r w:rsidRPr="00D914B7">
        <w:rPr>
          <w:sz w:val="22"/>
        </w:rPr>
        <w:t xml:space="preserve"> </w:t>
      </w:r>
      <w:r w:rsidRPr="00D914B7">
        <w:rPr>
          <w:sz w:val="22"/>
          <w:rtl/>
        </w:rPr>
        <w:t>دین</w:t>
      </w:r>
      <w:r w:rsidRPr="00D914B7">
        <w:rPr>
          <w:sz w:val="22"/>
        </w:rPr>
        <w:t xml:space="preserve"> </w:t>
      </w:r>
      <w:r w:rsidRPr="00D914B7">
        <w:rPr>
          <w:sz w:val="22"/>
          <w:rtl/>
        </w:rPr>
        <w:t>یا</w:t>
      </w:r>
      <w:r w:rsidRPr="00D914B7">
        <w:rPr>
          <w:sz w:val="22"/>
        </w:rPr>
        <w:t xml:space="preserve"> </w:t>
      </w:r>
      <w:r w:rsidRPr="00D914B7">
        <w:rPr>
          <w:sz w:val="22"/>
          <w:rtl/>
        </w:rPr>
        <w:t>مذهب</w:t>
      </w:r>
      <w:r w:rsidRPr="00D914B7">
        <w:rPr>
          <w:sz w:val="22"/>
        </w:rPr>
        <w:t xml:space="preserve"> </w:t>
      </w:r>
      <w:r w:rsidRPr="00D914B7">
        <w:rPr>
          <w:sz w:val="22"/>
          <w:rtl/>
        </w:rPr>
        <w:t>هنگامی</w:t>
      </w:r>
      <w:r w:rsidRPr="00D914B7">
        <w:rPr>
          <w:sz w:val="22"/>
        </w:rPr>
        <w:t xml:space="preserve"> </w:t>
      </w:r>
      <w:r w:rsidRPr="00D914B7">
        <w:rPr>
          <w:sz w:val="22"/>
          <w:rtl/>
        </w:rPr>
        <w:t>وارد</w:t>
      </w:r>
      <w:r w:rsidRPr="00D914B7">
        <w:rPr>
          <w:sz w:val="22"/>
        </w:rPr>
        <w:t xml:space="preserve"> </w:t>
      </w:r>
      <w:r w:rsidRPr="00D914B7">
        <w:rPr>
          <w:sz w:val="22"/>
          <w:rtl/>
        </w:rPr>
        <w:t>تحلیل</w:t>
      </w:r>
      <w:r w:rsidRPr="00D914B7">
        <w:rPr>
          <w:sz w:val="22"/>
        </w:rPr>
        <w:t xml:space="preserve"> </w:t>
      </w:r>
      <w:r w:rsidRPr="00D914B7">
        <w:rPr>
          <w:sz w:val="22"/>
          <w:rtl/>
        </w:rPr>
        <w:t>سیاسی</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که</w:t>
      </w:r>
      <w:r w:rsidRPr="00D914B7">
        <w:rPr>
          <w:sz w:val="22"/>
        </w:rPr>
        <w:t xml:space="preserve"> </w:t>
      </w:r>
      <w:r w:rsidRPr="00D914B7">
        <w:rPr>
          <w:sz w:val="22"/>
          <w:rtl/>
        </w:rPr>
        <w:t>دینکاران</w:t>
      </w:r>
      <w:r w:rsidRPr="00D914B7">
        <w:rPr>
          <w:sz w:val="22"/>
        </w:rPr>
        <w:t xml:space="preserve"> </w:t>
      </w:r>
      <w:r w:rsidRPr="00D914B7">
        <w:rPr>
          <w:sz w:val="22"/>
          <w:rtl/>
        </w:rPr>
        <w:t>آن</w:t>
      </w:r>
      <w:r w:rsidRPr="00D914B7">
        <w:rPr>
          <w:sz w:val="22"/>
        </w:rPr>
        <w:t xml:space="preserve"> </w:t>
      </w:r>
      <w:r w:rsidRPr="00D914B7">
        <w:rPr>
          <w:sz w:val="22"/>
          <w:rtl/>
        </w:rPr>
        <w:t>به</w:t>
      </w:r>
      <w:r w:rsidRPr="00D914B7">
        <w:rPr>
          <w:sz w:val="22"/>
        </w:rPr>
        <w:t xml:space="preserve"> </w:t>
      </w:r>
      <w:r w:rsidRPr="00D914B7">
        <w:rPr>
          <w:sz w:val="22"/>
          <w:rtl/>
        </w:rPr>
        <w:t>نهادی</w:t>
      </w:r>
      <w:r w:rsidRPr="00D914B7">
        <w:rPr>
          <w:sz w:val="22"/>
        </w:rPr>
        <w:t xml:space="preserve"> </w:t>
      </w:r>
      <w:r w:rsidRPr="00D914B7">
        <w:rPr>
          <w:sz w:val="22"/>
          <w:rtl/>
        </w:rPr>
        <w:t>برای</w:t>
      </w:r>
      <w:r w:rsidRPr="00D914B7">
        <w:rPr>
          <w:sz w:val="22"/>
        </w:rPr>
        <w:t xml:space="preserve"> </w:t>
      </w:r>
      <w:r w:rsidRPr="00D914B7">
        <w:rPr>
          <w:sz w:val="22"/>
          <w:rtl/>
        </w:rPr>
        <w:t>تولید</w:t>
      </w:r>
      <w:r w:rsidRPr="00D914B7">
        <w:rPr>
          <w:sz w:val="22"/>
        </w:rPr>
        <w:t xml:space="preserve"> </w:t>
      </w:r>
      <w:r w:rsidRPr="00D914B7">
        <w:rPr>
          <w:sz w:val="22"/>
          <w:rtl/>
        </w:rPr>
        <w:t>قانون،</w:t>
      </w:r>
      <w:r w:rsidRPr="00D914B7">
        <w:rPr>
          <w:sz w:val="22"/>
        </w:rPr>
        <w:t xml:space="preserve"> </w:t>
      </w:r>
      <w:r w:rsidRPr="00D914B7">
        <w:rPr>
          <w:sz w:val="22"/>
          <w:rtl/>
        </w:rPr>
        <w:t>داوری،</w:t>
      </w:r>
      <w:r w:rsidRPr="00D914B7">
        <w:rPr>
          <w:sz w:val="22"/>
        </w:rPr>
        <w:t xml:space="preserve"> </w:t>
      </w:r>
      <w:r w:rsidRPr="00D914B7">
        <w:rPr>
          <w:sz w:val="22"/>
          <w:rtl/>
        </w:rPr>
        <w:t>آموزش،</w:t>
      </w:r>
      <w:r w:rsidRPr="00D914B7">
        <w:rPr>
          <w:sz w:val="22"/>
        </w:rPr>
        <w:t xml:space="preserve"> </w:t>
      </w:r>
      <w:r w:rsidRPr="00D914B7">
        <w:rPr>
          <w:sz w:val="22"/>
          <w:rtl/>
        </w:rPr>
        <w:t>مالیات</w:t>
      </w:r>
      <w:r w:rsidRPr="00D914B7">
        <w:rPr>
          <w:sz w:val="22"/>
        </w:rPr>
        <w:t xml:space="preserve"> </w:t>
      </w:r>
      <w:r w:rsidRPr="00D914B7">
        <w:rPr>
          <w:sz w:val="22"/>
          <w:rtl/>
        </w:rPr>
        <w:t>یا</w:t>
      </w:r>
      <w:r w:rsidRPr="00D914B7">
        <w:rPr>
          <w:sz w:val="22"/>
        </w:rPr>
        <w:t xml:space="preserve"> </w:t>
      </w:r>
      <w:r w:rsidRPr="00D914B7">
        <w:rPr>
          <w:sz w:val="22"/>
          <w:rtl/>
        </w:rPr>
        <w:t>بسیج</w:t>
      </w:r>
      <w:r w:rsidRPr="00D914B7">
        <w:rPr>
          <w:sz w:val="22"/>
        </w:rPr>
        <w:t xml:space="preserve"> </w:t>
      </w:r>
      <w:r w:rsidRPr="00D914B7">
        <w:rPr>
          <w:sz w:val="22"/>
          <w:rtl/>
        </w:rPr>
        <w:t>اجتماعی</w:t>
      </w:r>
      <w:r w:rsidRPr="00D914B7">
        <w:rPr>
          <w:sz w:val="22"/>
        </w:rPr>
        <w:t xml:space="preserve"> </w:t>
      </w:r>
      <w:r w:rsidRPr="00D914B7">
        <w:rPr>
          <w:sz w:val="22"/>
          <w:rtl/>
        </w:rPr>
        <w:t>تبدیل</w:t>
      </w:r>
      <w:r w:rsidRPr="00D914B7">
        <w:rPr>
          <w:sz w:val="22"/>
        </w:rPr>
        <w:t xml:space="preserve"> </w:t>
      </w:r>
      <w:r w:rsidRPr="00D914B7">
        <w:rPr>
          <w:sz w:val="22"/>
          <w:rtl/>
        </w:rPr>
        <w:t>شوند</w:t>
      </w:r>
      <w:r>
        <w:rPr>
          <w:sz w:val="22"/>
          <w:rtl/>
        </w:rPr>
        <w:t>.</w:t>
      </w:r>
      <w:r w:rsidRPr="00D914B7">
        <w:rPr>
          <w:sz w:val="22"/>
        </w:rPr>
        <w:t xml:space="preserve"> </w:t>
      </w:r>
      <w:r w:rsidRPr="00D914B7">
        <w:rPr>
          <w:sz w:val="22"/>
          <w:rtl/>
        </w:rPr>
        <w:t>یک</w:t>
      </w:r>
      <w:r w:rsidRPr="00D914B7">
        <w:rPr>
          <w:sz w:val="22"/>
        </w:rPr>
        <w:t xml:space="preserve"> </w:t>
      </w:r>
      <w:r w:rsidRPr="00D914B7">
        <w:rPr>
          <w:sz w:val="22"/>
          <w:rtl/>
        </w:rPr>
        <w:t>وزیر</w:t>
      </w:r>
      <w:r w:rsidRPr="00D914B7">
        <w:rPr>
          <w:sz w:val="22"/>
        </w:rPr>
        <w:t xml:space="preserve"> </w:t>
      </w:r>
      <w:r w:rsidRPr="00D914B7">
        <w:rPr>
          <w:sz w:val="22"/>
          <w:rtl/>
        </w:rPr>
        <w:t>فقط</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نزدیکی</w:t>
      </w:r>
      <w:r w:rsidRPr="00D914B7">
        <w:rPr>
          <w:sz w:val="22"/>
        </w:rPr>
        <w:t xml:space="preserve"> </w:t>
      </w:r>
      <w:r w:rsidRPr="00D914B7">
        <w:rPr>
          <w:sz w:val="22"/>
          <w:rtl/>
        </w:rPr>
        <w:t>به</w:t>
      </w:r>
      <w:r w:rsidRPr="00D914B7">
        <w:rPr>
          <w:sz w:val="22"/>
        </w:rPr>
        <w:t xml:space="preserve"> </w:t>
      </w:r>
      <w:r w:rsidRPr="00D914B7">
        <w:rPr>
          <w:sz w:val="22"/>
          <w:rtl/>
        </w:rPr>
        <w:t>شاه</w:t>
      </w:r>
      <w:r w:rsidRPr="00D914B7">
        <w:rPr>
          <w:sz w:val="22"/>
        </w:rPr>
        <w:t xml:space="preserve"> </w:t>
      </w:r>
      <w:r w:rsidRPr="00D914B7">
        <w:rPr>
          <w:sz w:val="22"/>
          <w:rtl/>
        </w:rPr>
        <w:t>مهم</w:t>
      </w:r>
      <w:r w:rsidRPr="00D914B7">
        <w:rPr>
          <w:sz w:val="22"/>
        </w:rPr>
        <w:t xml:space="preserve"> </w:t>
      </w:r>
      <w:r w:rsidRPr="00D914B7">
        <w:rPr>
          <w:sz w:val="22"/>
          <w:rtl/>
        </w:rPr>
        <w:t>نیست؛</w:t>
      </w:r>
      <w:r w:rsidRPr="00D914B7">
        <w:rPr>
          <w:sz w:val="22"/>
        </w:rPr>
        <w:t xml:space="preserve"> </w:t>
      </w:r>
      <w:r w:rsidRPr="00D914B7">
        <w:rPr>
          <w:sz w:val="22"/>
          <w:rtl/>
        </w:rPr>
        <w:t>اهمیت</w:t>
      </w:r>
      <w:r w:rsidRPr="00D914B7">
        <w:rPr>
          <w:sz w:val="22"/>
        </w:rPr>
        <w:t xml:space="preserve"> </w:t>
      </w:r>
      <w:r w:rsidRPr="00D914B7">
        <w:rPr>
          <w:sz w:val="22"/>
          <w:rtl/>
        </w:rPr>
        <w:t>او</w:t>
      </w:r>
      <w:r w:rsidRPr="00D914B7">
        <w:rPr>
          <w:sz w:val="22"/>
        </w:rPr>
        <w:t xml:space="preserve"> </w:t>
      </w:r>
      <w:r w:rsidRPr="00D914B7">
        <w:rPr>
          <w:sz w:val="22"/>
          <w:rtl/>
        </w:rPr>
        <w:t>در</w:t>
      </w:r>
      <w:r w:rsidRPr="00D914B7">
        <w:rPr>
          <w:sz w:val="22"/>
        </w:rPr>
        <w:t xml:space="preserve"> </w:t>
      </w:r>
      <w:r w:rsidRPr="00D914B7">
        <w:rPr>
          <w:sz w:val="22"/>
          <w:rtl/>
        </w:rPr>
        <w:t>نقشی</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تبدیل</w:t>
      </w:r>
      <w:r w:rsidRPr="00D914B7">
        <w:rPr>
          <w:sz w:val="22"/>
        </w:rPr>
        <w:t xml:space="preserve"> </w:t>
      </w:r>
      <w:r w:rsidRPr="00D914B7">
        <w:rPr>
          <w:sz w:val="22"/>
          <w:rtl/>
        </w:rPr>
        <w:t>اراده</w:t>
      </w:r>
      <w:r>
        <w:rPr>
          <w:sz w:val="22"/>
          <w:rtl/>
        </w:rPr>
        <w:t>ء</w:t>
      </w:r>
      <w:r w:rsidRPr="00D914B7">
        <w:rPr>
          <w:sz w:val="22"/>
        </w:rPr>
        <w:t xml:space="preserve"> </w:t>
      </w:r>
      <w:r w:rsidRPr="00D914B7">
        <w:rPr>
          <w:sz w:val="22"/>
          <w:rtl/>
        </w:rPr>
        <w:t>شاه</w:t>
      </w:r>
      <w:r w:rsidRPr="00D914B7">
        <w:rPr>
          <w:sz w:val="22"/>
        </w:rPr>
        <w:t xml:space="preserve"> </w:t>
      </w:r>
      <w:r w:rsidRPr="00D914B7">
        <w:rPr>
          <w:sz w:val="22"/>
          <w:rtl/>
        </w:rPr>
        <w:t>به</w:t>
      </w:r>
      <w:r w:rsidRPr="00D914B7">
        <w:rPr>
          <w:sz w:val="22"/>
        </w:rPr>
        <w:t xml:space="preserve"> </w:t>
      </w:r>
      <w:r w:rsidRPr="00D914B7">
        <w:rPr>
          <w:sz w:val="22"/>
          <w:rtl/>
        </w:rPr>
        <w:t>دستگاه</w:t>
      </w:r>
      <w:r w:rsidRPr="00D914B7">
        <w:rPr>
          <w:sz w:val="22"/>
        </w:rPr>
        <w:t xml:space="preserve"> </w:t>
      </w:r>
      <w:r w:rsidRPr="00D914B7">
        <w:rPr>
          <w:sz w:val="22"/>
          <w:rtl/>
        </w:rPr>
        <w:t>پایدار</w:t>
      </w:r>
      <w:r w:rsidRPr="00D914B7">
        <w:rPr>
          <w:sz w:val="22"/>
        </w:rPr>
        <w:t xml:space="preserve"> </w:t>
      </w:r>
      <w:r w:rsidRPr="00D914B7">
        <w:rPr>
          <w:sz w:val="22"/>
          <w:rtl/>
        </w:rPr>
        <w:t>یا</w:t>
      </w:r>
      <w:r w:rsidRPr="00D914B7">
        <w:rPr>
          <w:sz w:val="22"/>
        </w:rPr>
        <w:t xml:space="preserve"> </w:t>
      </w:r>
      <w:r w:rsidRPr="00D914B7">
        <w:rPr>
          <w:sz w:val="22"/>
          <w:rtl/>
        </w:rPr>
        <w:t>در</w:t>
      </w:r>
      <w:r w:rsidRPr="00D914B7">
        <w:rPr>
          <w:sz w:val="22"/>
        </w:rPr>
        <w:t xml:space="preserve"> </w:t>
      </w:r>
      <w:r w:rsidRPr="00D914B7">
        <w:rPr>
          <w:sz w:val="22"/>
          <w:rtl/>
        </w:rPr>
        <w:t>محدودکردن</w:t>
      </w:r>
      <w:r w:rsidRPr="00D914B7">
        <w:rPr>
          <w:sz w:val="22"/>
        </w:rPr>
        <w:t xml:space="preserve"> </w:t>
      </w:r>
      <w:r w:rsidRPr="00D914B7">
        <w:rPr>
          <w:sz w:val="22"/>
          <w:rtl/>
        </w:rPr>
        <w:t>آن</w:t>
      </w:r>
      <w:r w:rsidRPr="00D914B7">
        <w:rPr>
          <w:sz w:val="22"/>
        </w:rPr>
        <w:t xml:space="preserve"> </w:t>
      </w:r>
      <w:r w:rsidRPr="00D914B7">
        <w:rPr>
          <w:sz w:val="22"/>
          <w:rtl/>
        </w:rPr>
        <w:t>ایفا</w:t>
      </w:r>
      <w:r w:rsidRPr="00D914B7">
        <w:rPr>
          <w:sz w:val="22"/>
        </w:rPr>
        <w:t xml:space="preserve"> </w:t>
      </w:r>
      <w:r w:rsidRPr="00D914B7">
        <w:rPr>
          <w:sz w:val="22"/>
          <w:rtl/>
        </w:rPr>
        <w:t>می</w:t>
      </w:r>
      <w:r w:rsidRPr="00D914B7">
        <w:rPr>
          <w:sz w:val="22"/>
        </w:rPr>
        <w:t>‌</w:t>
      </w:r>
      <w:r w:rsidRPr="00D914B7">
        <w:rPr>
          <w:sz w:val="22"/>
          <w:rtl/>
        </w:rPr>
        <w:t>کند</w:t>
      </w:r>
      <w:r>
        <w:rPr>
          <w:sz w:val="22"/>
          <w:rtl/>
        </w:rPr>
        <w:t>.</w:t>
      </w:r>
    </w:p>
    <w:p w:rsidR="00987F03" w:rsidRPr="00D914B7" w:rsidRDefault="00987F03" w:rsidP="00987F03">
      <w:pPr>
        <w:bidi/>
        <w:ind w:firstLine="720"/>
        <w:rPr>
          <w:sz w:val="22"/>
        </w:rPr>
      </w:pPr>
      <w:r w:rsidRPr="00D914B7">
        <w:rPr>
          <w:sz w:val="22"/>
          <w:rtl/>
        </w:rPr>
        <w:t>این</w:t>
      </w:r>
      <w:r w:rsidRPr="00D914B7">
        <w:rPr>
          <w:sz w:val="22"/>
        </w:rPr>
        <w:t xml:space="preserve"> </w:t>
      </w:r>
      <w:r w:rsidRPr="00D914B7">
        <w:rPr>
          <w:sz w:val="22"/>
          <w:rtl/>
        </w:rPr>
        <w:t>روایت</w:t>
      </w:r>
      <w:r w:rsidRPr="00D914B7">
        <w:rPr>
          <w:sz w:val="22"/>
        </w:rPr>
        <w:t xml:space="preserve"> </w:t>
      </w:r>
      <w:r w:rsidRPr="00D914B7">
        <w:rPr>
          <w:sz w:val="22"/>
          <w:rtl/>
        </w:rPr>
        <w:t>همچنین</w:t>
      </w:r>
      <w:r w:rsidRPr="00D914B7">
        <w:rPr>
          <w:sz w:val="22"/>
        </w:rPr>
        <w:t xml:space="preserve"> </w:t>
      </w:r>
      <w:r w:rsidRPr="00D914B7">
        <w:rPr>
          <w:sz w:val="22"/>
          <w:rtl/>
        </w:rPr>
        <w:t>میان</w:t>
      </w:r>
      <w:r w:rsidRPr="00D914B7">
        <w:rPr>
          <w:sz w:val="22"/>
        </w:rPr>
        <w:t xml:space="preserve"> </w:t>
      </w:r>
      <w:r w:rsidRPr="00D914B7">
        <w:rPr>
          <w:sz w:val="22"/>
          <w:rtl/>
        </w:rPr>
        <w:t>شکست</w:t>
      </w:r>
      <w:r w:rsidRPr="00D914B7">
        <w:rPr>
          <w:sz w:val="22"/>
        </w:rPr>
        <w:t xml:space="preserve"> </w:t>
      </w:r>
      <w:r w:rsidRPr="00D914B7">
        <w:rPr>
          <w:sz w:val="22"/>
          <w:rtl/>
        </w:rPr>
        <w:t>قشون،</w:t>
      </w:r>
      <w:r w:rsidRPr="00D914B7">
        <w:rPr>
          <w:sz w:val="22"/>
        </w:rPr>
        <w:t xml:space="preserve"> </w:t>
      </w:r>
      <w:r w:rsidRPr="00D914B7">
        <w:rPr>
          <w:sz w:val="22"/>
          <w:rtl/>
        </w:rPr>
        <w:t>سقوط</w:t>
      </w:r>
      <w:r w:rsidRPr="00D914B7">
        <w:rPr>
          <w:sz w:val="22"/>
        </w:rPr>
        <w:t xml:space="preserve"> </w:t>
      </w:r>
      <w:r w:rsidRPr="00D914B7">
        <w:rPr>
          <w:sz w:val="22"/>
          <w:rtl/>
        </w:rPr>
        <w:t>حکومت</w:t>
      </w:r>
      <w:r w:rsidRPr="00D914B7">
        <w:rPr>
          <w:sz w:val="22"/>
        </w:rPr>
        <w:t xml:space="preserve"> </w:t>
      </w:r>
      <w:r w:rsidRPr="00D914B7">
        <w:rPr>
          <w:sz w:val="22"/>
          <w:rtl/>
        </w:rPr>
        <w:t>و</w:t>
      </w:r>
      <w:r w:rsidRPr="00D914B7">
        <w:rPr>
          <w:sz w:val="22"/>
        </w:rPr>
        <w:t xml:space="preserve"> </w:t>
      </w:r>
      <w:r w:rsidRPr="00D914B7">
        <w:rPr>
          <w:sz w:val="22"/>
          <w:rtl/>
        </w:rPr>
        <w:t>نابودی</w:t>
      </w:r>
      <w:r w:rsidRPr="00D914B7">
        <w:rPr>
          <w:sz w:val="22"/>
        </w:rPr>
        <w:t xml:space="preserve"> </w:t>
      </w:r>
      <w:r w:rsidRPr="00D914B7">
        <w:rPr>
          <w:sz w:val="22"/>
          <w:rtl/>
        </w:rPr>
        <w:t>کشور</w:t>
      </w:r>
      <w:r w:rsidRPr="00D914B7">
        <w:rPr>
          <w:sz w:val="22"/>
        </w:rPr>
        <w:t xml:space="preserve"> </w:t>
      </w:r>
      <w:r w:rsidRPr="00D914B7">
        <w:rPr>
          <w:sz w:val="22"/>
          <w:rtl/>
        </w:rPr>
        <w:t>تمایز</w:t>
      </w:r>
      <w:r w:rsidRPr="00D914B7">
        <w:rPr>
          <w:sz w:val="22"/>
        </w:rPr>
        <w:t xml:space="preserve"> </w:t>
      </w:r>
      <w:r w:rsidRPr="00D914B7">
        <w:rPr>
          <w:sz w:val="22"/>
          <w:rtl/>
        </w:rPr>
        <w:t>می</w:t>
      </w:r>
      <w:r w:rsidRPr="00D914B7">
        <w:rPr>
          <w:sz w:val="22"/>
        </w:rPr>
        <w:t>‌</w:t>
      </w:r>
      <w:r w:rsidRPr="00D914B7">
        <w:rPr>
          <w:sz w:val="22"/>
          <w:rtl/>
        </w:rPr>
        <w:t>گذارد</w:t>
      </w:r>
      <w:r>
        <w:rPr>
          <w:sz w:val="22"/>
          <w:rtl/>
        </w:rPr>
        <w:t>.</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قشونی</w:t>
      </w:r>
      <w:r w:rsidRPr="00D914B7">
        <w:rPr>
          <w:sz w:val="22"/>
        </w:rPr>
        <w:t xml:space="preserve"> </w:t>
      </w:r>
      <w:r w:rsidRPr="00D914B7">
        <w:rPr>
          <w:sz w:val="22"/>
          <w:rtl/>
        </w:rPr>
        <w:t>شکست</w:t>
      </w:r>
      <w:r w:rsidRPr="00D914B7">
        <w:rPr>
          <w:sz w:val="22"/>
        </w:rPr>
        <w:t xml:space="preserve"> </w:t>
      </w:r>
      <w:r w:rsidRPr="00D914B7">
        <w:rPr>
          <w:sz w:val="22"/>
          <w:rtl/>
        </w:rPr>
        <w:t>بخورد</w:t>
      </w:r>
      <w:r w:rsidRPr="00D914B7">
        <w:rPr>
          <w:sz w:val="22"/>
        </w:rPr>
        <w:t xml:space="preserve"> </w:t>
      </w:r>
      <w:r w:rsidRPr="00D914B7">
        <w:rPr>
          <w:sz w:val="22"/>
          <w:rtl/>
        </w:rPr>
        <w:t>و</w:t>
      </w:r>
      <w:r w:rsidRPr="00D914B7">
        <w:rPr>
          <w:sz w:val="22"/>
        </w:rPr>
        <w:t xml:space="preserve"> </w:t>
      </w:r>
      <w:r w:rsidRPr="00D914B7">
        <w:rPr>
          <w:sz w:val="22"/>
          <w:rtl/>
        </w:rPr>
        <w:t>حکومت</w:t>
      </w:r>
      <w:r w:rsidRPr="00D914B7">
        <w:rPr>
          <w:sz w:val="22"/>
        </w:rPr>
        <w:t xml:space="preserve"> </w:t>
      </w:r>
      <w:r w:rsidRPr="00D914B7">
        <w:rPr>
          <w:sz w:val="22"/>
          <w:rtl/>
        </w:rPr>
        <w:t>باقی</w:t>
      </w:r>
      <w:r w:rsidRPr="00D914B7">
        <w:rPr>
          <w:sz w:val="22"/>
        </w:rPr>
        <w:t xml:space="preserve"> </w:t>
      </w:r>
      <w:r w:rsidRPr="00D914B7">
        <w:rPr>
          <w:sz w:val="22"/>
          <w:rtl/>
        </w:rPr>
        <w:t>بماند؛</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سقوط</w:t>
      </w:r>
      <w:r w:rsidRPr="00D914B7">
        <w:rPr>
          <w:sz w:val="22"/>
        </w:rPr>
        <w:t xml:space="preserve"> </w:t>
      </w:r>
      <w:r w:rsidRPr="00D914B7">
        <w:rPr>
          <w:sz w:val="22"/>
          <w:rtl/>
        </w:rPr>
        <w:t>کند</w:t>
      </w:r>
      <w:r w:rsidRPr="00D914B7">
        <w:rPr>
          <w:sz w:val="22"/>
        </w:rPr>
        <w:t xml:space="preserve"> </w:t>
      </w:r>
      <w:r w:rsidRPr="00D914B7">
        <w:rPr>
          <w:sz w:val="22"/>
          <w:rtl/>
        </w:rPr>
        <w:t>و</w:t>
      </w:r>
      <w:r w:rsidRPr="00D914B7">
        <w:rPr>
          <w:sz w:val="22"/>
        </w:rPr>
        <w:t xml:space="preserve"> </w:t>
      </w:r>
      <w:r w:rsidRPr="00D914B7">
        <w:rPr>
          <w:sz w:val="22"/>
          <w:rtl/>
        </w:rPr>
        <w:t>کشور</w:t>
      </w:r>
      <w:r w:rsidRPr="00D914B7">
        <w:rPr>
          <w:sz w:val="22"/>
        </w:rPr>
        <w:t xml:space="preserve"> </w:t>
      </w:r>
      <w:r w:rsidRPr="00D914B7">
        <w:rPr>
          <w:sz w:val="22"/>
          <w:rtl/>
        </w:rPr>
        <w:t>با</w:t>
      </w:r>
      <w:r w:rsidRPr="00D914B7">
        <w:rPr>
          <w:sz w:val="22"/>
        </w:rPr>
        <w:t xml:space="preserve"> </w:t>
      </w:r>
      <w:r w:rsidRPr="00D914B7">
        <w:rPr>
          <w:sz w:val="22"/>
          <w:rtl/>
        </w:rPr>
        <w:t>مردم،</w:t>
      </w:r>
      <w:r w:rsidRPr="00D914B7">
        <w:rPr>
          <w:sz w:val="22"/>
        </w:rPr>
        <w:t xml:space="preserve"> </w:t>
      </w:r>
      <w:r w:rsidRPr="00D914B7">
        <w:rPr>
          <w:sz w:val="22"/>
          <w:rtl/>
        </w:rPr>
        <w:t>راه</w:t>
      </w:r>
      <w:r w:rsidRPr="00D914B7">
        <w:rPr>
          <w:sz w:val="22"/>
        </w:rPr>
        <w:t>‌</w:t>
      </w:r>
      <w:r w:rsidRPr="00D914B7">
        <w:rPr>
          <w:sz w:val="22"/>
          <w:rtl/>
        </w:rPr>
        <w:t>ها،</w:t>
      </w:r>
      <w:r w:rsidRPr="00D914B7">
        <w:rPr>
          <w:sz w:val="22"/>
        </w:rPr>
        <w:t xml:space="preserve"> </w:t>
      </w:r>
      <w:r w:rsidRPr="00D914B7">
        <w:rPr>
          <w:sz w:val="22"/>
          <w:rtl/>
        </w:rPr>
        <w:t>حافظه</w:t>
      </w:r>
      <w:r w:rsidRPr="00D914B7">
        <w:rPr>
          <w:sz w:val="22"/>
        </w:rPr>
        <w:t xml:space="preserve"> </w:t>
      </w:r>
      <w:r w:rsidRPr="00D914B7">
        <w:rPr>
          <w:sz w:val="22"/>
          <w:rtl/>
        </w:rPr>
        <w:t>و</w:t>
      </w:r>
      <w:r w:rsidRPr="00D914B7">
        <w:rPr>
          <w:sz w:val="22"/>
        </w:rPr>
        <w:t xml:space="preserve"> </w:t>
      </w:r>
      <w:r w:rsidRPr="00D914B7">
        <w:rPr>
          <w:sz w:val="22"/>
          <w:rtl/>
        </w:rPr>
        <w:t>نهادهایش</w:t>
      </w:r>
      <w:r w:rsidRPr="00D914B7">
        <w:rPr>
          <w:sz w:val="22"/>
        </w:rPr>
        <w:t xml:space="preserve"> </w:t>
      </w:r>
      <w:r w:rsidRPr="00D914B7">
        <w:rPr>
          <w:sz w:val="22"/>
          <w:rtl/>
        </w:rPr>
        <w:t>ادامه</w:t>
      </w:r>
      <w:r w:rsidRPr="00D914B7">
        <w:rPr>
          <w:sz w:val="22"/>
        </w:rPr>
        <w:t xml:space="preserve"> </w:t>
      </w:r>
      <w:r w:rsidRPr="00D914B7">
        <w:rPr>
          <w:sz w:val="22"/>
          <w:rtl/>
        </w:rPr>
        <w:t>یابد؛</w:t>
      </w:r>
      <w:r w:rsidRPr="00D914B7">
        <w:rPr>
          <w:sz w:val="22"/>
        </w:rPr>
        <w:t xml:space="preserve"> </w:t>
      </w:r>
      <w:r w:rsidRPr="00D914B7">
        <w:rPr>
          <w:sz w:val="22"/>
          <w:rtl/>
        </w:rPr>
        <w:t>و</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حکومتی</w:t>
      </w:r>
      <w:r w:rsidRPr="00D914B7">
        <w:rPr>
          <w:sz w:val="22"/>
        </w:rPr>
        <w:t xml:space="preserve"> </w:t>
      </w:r>
      <w:r w:rsidRPr="00D914B7">
        <w:rPr>
          <w:sz w:val="22"/>
          <w:rtl/>
        </w:rPr>
        <w:t>ظاهراً</w:t>
      </w:r>
      <w:r w:rsidRPr="00D914B7">
        <w:rPr>
          <w:sz w:val="22"/>
        </w:rPr>
        <w:t xml:space="preserve"> </w:t>
      </w:r>
      <w:r w:rsidRPr="00D914B7">
        <w:rPr>
          <w:sz w:val="22"/>
          <w:rtl/>
        </w:rPr>
        <w:t>نیرومند</w:t>
      </w:r>
      <w:r w:rsidRPr="00D914B7">
        <w:rPr>
          <w:sz w:val="22"/>
        </w:rPr>
        <w:t xml:space="preserve"> </w:t>
      </w:r>
      <w:r w:rsidRPr="00D914B7">
        <w:rPr>
          <w:sz w:val="22"/>
          <w:rtl/>
        </w:rPr>
        <w:t>باشد</w:t>
      </w:r>
      <w:r w:rsidRPr="00D914B7">
        <w:rPr>
          <w:sz w:val="22"/>
        </w:rPr>
        <w:t xml:space="preserve"> </w:t>
      </w:r>
      <w:r w:rsidRPr="00D914B7">
        <w:rPr>
          <w:sz w:val="22"/>
          <w:rtl/>
        </w:rPr>
        <w:t>اما</w:t>
      </w:r>
      <w:r w:rsidRPr="00D914B7">
        <w:rPr>
          <w:sz w:val="22"/>
        </w:rPr>
        <w:t xml:space="preserve"> </w:t>
      </w:r>
      <w:r w:rsidRPr="00D914B7">
        <w:rPr>
          <w:sz w:val="22"/>
          <w:rtl/>
        </w:rPr>
        <w:t>با</w:t>
      </w:r>
      <w:r w:rsidRPr="00D914B7">
        <w:rPr>
          <w:sz w:val="22"/>
        </w:rPr>
        <w:t xml:space="preserve"> </w:t>
      </w:r>
      <w:r w:rsidRPr="00D914B7">
        <w:rPr>
          <w:sz w:val="22"/>
          <w:rtl/>
        </w:rPr>
        <w:t>فرسودن</w:t>
      </w:r>
      <w:r w:rsidRPr="00D914B7">
        <w:rPr>
          <w:sz w:val="22"/>
        </w:rPr>
        <w:t xml:space="preserve"> </w:t>
      </w:r>
      <w:r w:rsidRPr="00D914B7">
        <w:rPr>
          <w:sz w:val="22"/>
          <w:rtl/>
        </w:rPr>
        <w:t>منابع</w:t>
      </w:r>
      <w:r w:rsidRPr="00D914B7">
        <w:rPr>
          <w:sz w:val="22"/>
        </w:rPr>
        <w:t xml:space="preserve"> </w:t>
      </w:r>
      <w:r w:rsidRPr="00D914B7">
        <w:rPr>
          <w:sz w:val="22"/>
          <w:rtl/>
        </w:rPr>
        <w:t>و</w:t>
      </w:r>
      <w:r w:rsidRPr="00D914B7">
        <w:rPr>
          <w:sz w:val="22"/>
        </w:rPr>
        <w:t xml:space="preserve"> </w:t>
      </w:r>
      <w:r w:rsidRPr="00D914B7">
        <w:rPr>
          <w:sz w:val="22"/>
          <w:rtl/>
        </w:rPr>
        <w:t>پیوندهای</w:t>
      </w:r>
      <w:r w:rsidRPr="00D914B7">
        <w:rPr>
          <w:sz w:val="22"/>
        </w:rPr>
        <w:t xml:space="preserve"> </w:t>
      </w:r>
      <w:r w:rsidRPr="00D914B7">
        <w:rPr>
          <w:sz w:val="22"/>
          <w:rtl/>
        </w:rPr>
        <w:t>اجتماعی،</w:t>
      </w:r>
      <w:r w:rsidRPr="00D914B7">
        <w:rPr>
          <w:sz w:val="22"/>
        </w:rPr>
        <w:t xml:space="preserve"> </w:t>
      </w:r>
      <w:r w:rsidRPr="00D914B7">
        <w:rPr>
          <w:sz w:val="22"/>
          <w:rtl/>
        </w:rPr>
        <w:t>کشور</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سوی</w:t>
      </w:r>
      <w:r w:rsidRPr="00D914B7">
        <w:rPr>
          <w:sz w:val="22"/>
        </w:rPr>
        <w:t xml:space="preserve"> </w:t>
      </w:r>
      <w:r w:rsidRPr="00D914B7">
        <w:rPr>
          <w:sz w:val="22"/>
          <w:rtl/>
        </w:rPr>
        <w:t>نابودی</w:t>
      </w:r>
      <w:r w:rsidRPr="00D914B7">
        <w:rPr>
          <w:sz w:val="22"/>
        </w:rPr>
        <w:t xml:space="preserve"> </w:t>
      </w:r>
      <w:r w:rsidRPr="00D914B7">
        <w:rPr>
          <w:sz w:val="22"/>
          <w:rtl/>
        </w:rPr>
        <w:t>ببرد</w:t>
      </w:r>
      <w:r>
        <w:rPr>
          <w:sz w:val="22"/>
          <w:rtl/>
        </w:rPr>
        <w:t>.</w:t>
      </w:r>
      <w:r w:rsidRPr="00D914B7">
        <w:rPr>
          <w:sz w:val="22"/>
        </w:rPr>
        <w:t xml:space="preserve"> </w:t>
      </w:r>
      <w:r w:rsidRPr="00D914B7">
        <w:rPr>
          <w:sz w:val="22"/>
          <w:rtl/>
        </w:rPr>
        <w:t>همین</w:t>
      </w:r>
      <w:r w:rsidRPr="00D914B7">
        <w:rPr>
          <w:sz w:val="22"/>
        </w:rPr>
        <w:t xml:space="preserve"> </w:t>
      </w:r>
      <w:r w:rsidRPr="00D914B7">
        <w:rPr>
          <w:sz w:val="22"/>
          <w:rtl/>
        </w:rPr>
        <w:t>تمایز</w:t>
      </w:r>
      <w:r w:rsidRPr="00D914B7">
        <w:rPr>
          <w:sz w:val="22"/>
        </w:rPr>
        <w:t xml:space="preserve"> </w:t>
      </w:r>
      <w:r w:rsidRPr="00D914B7">
        <w:rPr>
          <w:sz w:val="22"/>
          <w:rtl/>
        </w:rPr>
        <w:t>اجازه</w:t>
      </w:r>
      <w:r w:rsidRPr="00D914B7">
        <w:rPr>
          <w:sz w:val="22"/>
        </w:rPr>
        <w:t xml:space="preserve"> </w:t>
      </w:r>
      <w:r w:rsidRPr="00D914B7">
        <w:rPr>
          <w:sz w:val="22"/>
          <w:rtl/>
        </w:rPr>
        <w:t>می</w:t>
      </w:r>
      <w:r w:rsidRPr="00D914B7">
        <w:rPr>
          <w:sz w:val="22"/>
        </w:rPr>
        <w:t>‌</w:t>
      </w:r>
      <w:r w:rsidRPr="00D914B7">
        <w:rPr>
          <w:sz w:val="22"/>
          <w:rtl/>
        </w:rPr>
        <w:t>دهد</w:t>
      </w:r>
      <w:r w:rsidRPr="00D914B7">
        <w:rPr>
          <w:sz w:val="22"/>
        </w:rPr>
        <w:t xml:space="preserve"> </w:t>
      </w:r>
      <w:r w:rsidRPr="00D914B7">
        <w:rPr>
          <w:sz w:val="22"/>
          <w:rtl/>
        </w:rPr>
        <w:t>تداوم</w:t>
      </w:r>
      <w:r w:rsidRPr="00D914B7">
        <w:rPr>
          <w:sz w:val="22"/>
        </w:rPr>
        <w:t xml:space="preserve"> </w:t>
      </w:r>
      <w:r w:rsidRPr="00D914B7">
        <w:rPr>
          <w:sz w:val="22"/>
          <w:rtl/>
        </w:rPr>
        <w:t>ایران</w:t>
      </w:r>
      <w:r w:rsidRPr="00D914B7">
        <w:rPr>
          <w:sz w:val="22"/>
        </w:rPr>
        <w:t xml:space="preserve"> </w:t>
      </w:r>
      <w:r w:rsidRPr="00D914B7">
        <w:rPr>
          <w:sz w:val="22"/>
          <w:rtl/>
        </w:rPr>
        <w:t>را</w:t>
      </w:r>
      <w:r w:rsidRPr="00D914B7">
        <w:rPr>
          <w:sz w:val="22"/>
        </w:rPr>
        <w:t xml:space="preserve"> </w:t>
      </w:r>
      <w:r w:rsidRPr="00D914B7">
        <w:rPr>
          <w:sz w:val="22"/>
          <w:rtl/>
        </w:rPr>
        <w:t>در</w:t>
      </w:r>
      <w:r w:rsidRPr="00D914B7">
        <w:rPr>
          <w:sz w:val="22"/>
        </w:rPr>
        <w:t xml:space="preserve"> </w:t>
      </w:r>
      <w:r w:rsidRPr="00D914B7">
        <w:rPr>
          <w:sz w:val="22"/>
          <w:rtl/>
        </w:rPr>
        <w:t>پس</w:t>
      </w:r>
      <w:r w:rsidRPr="00D914B7">
        <w:rPr>
          <w:sz w:val="22"/>
        </w:rPr>
        <w:t xml:space="preserve"> </w:t>
      </w:r>
      <w:r w:rsidRPr="00D914B7">
        <w:rPr>
          <w:sz w:val="22"/>
          <w:rtl/>
        </w:rPr>
        <w:t>تغییر</w:t>
      </w:r>
      <w:r w:rsidRPr="00D914B7">
        <w:rPr>
          <w:sz w:val="22"/>
        </w:rPr>
        <w:t xml:space="preserve"> </w:t>
      </w:r>
      <w:r w:rsidRPr="00D914B7">
        <w:rPr>
          <w:sz w:val="22"/>
          <w:rtl/>
        </w:rPr>
        <w:t>مکرر</w:t>
      </w:r>
      <w:r w:rsidRPr="00D914B7">
        <w:rPr>
          <w:sz w:val="22"/>
        </w:rPr>
        <w:t xml:space="preserve"> </w:t>
      </w:r>
      <w:r w:rsidRPr="00D914B7">
        <w:rPr>
          <w:sz w:val="22"/>
          <w:rtl/>
        </w:rPr>
        <w:t>فرمانروایان</w:t>
      </w:r>
      <w:r w:rsidRPr="00D914B7">
        <w:rPr>
          <w:sz w:val="22"/>
        </w:rPr>
        <w:t xml:space="preserve"> </w:t>
      </w:r>
      <w:r w:rsidRPr="00D914B7">
        <w:rPr>
          <w:sz w:val="22"/>
          <w:rtl/>
        </w:rPr>
        <w:t>ببینیم،</w:t>
      </w:r>
      <w:r w:rsidRPr="00D914B7">
        <w:rPr>
          <w:sz w:val="22"/>
        </w:rPr>
        <w:t xml:space="preserve"> </w:t>
      </w:r>
      <w:r w:rsidRPr="00D914B7">
        <w:rPr>
          <w:sz w:val="22"/>
          <w:rtl/>
        </w:rPr>
        <w:t>بی</w:t>
      </w:r>
      <w:r w:rsidRPr="00D914B7">
        <w:rPr>
          <w:sz w:val="22"/>
        </w:rPr>
        <w:t>‌</w:t>
      </w:r>
      <w:r w:rsidRPr="00D914B7">
        <w:rPr>
          <w:sz w:val="22"/>
          <w:rtl/>
        </w:rPr>
        <w:t>آنکه</w:t>
      </w:r>
      <w:r w:rsidRPr="00D914B7">
        <w:rPr>
          <w:sz w:val="22"/>
        </w:rPr>
        <w:t xml:space="preserve"> </w:t>
      </w:r>
      <w:r w:rsidRPr="00D914B7">
        <w:rPr>
          <w:sz w:val="22"/>
          <w:rtl/>
        </w:rPr>
        <w:t>ویرانی</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گسست</w:t>
      </w:r>
      <w:r w:rsidRPr="00D914B7">
        <w:rPr>
          <w:sz w:val="22"/>
        </w:rPr>
        <w:t>‌</w:t>
      </w:r>
      <w:r w:rsidRPr="00D914B7">
        <w:rPr>
          <w:sz w:val="22"/>
          <w:rtl/>
        </w:rPr>
        <w:t>های</w:t>
      </w:r>
      <w:r w:rsidRPr="00D914B7">
        <w:rPr>
          <w:sz w:val="22"/>
        </w:rPr>
        <w:t xml:space="preserve"> </w:t>
      </w:r>
      <w:r w:rsidRPr="00D914B7">
        <w:rPr>
          <w:sz w:val="22"/>
          <w:rtl/>
        </w:rPr>
        <w:t>واقعی</w:t>
      </w:r>
      <w:r w:rsidRPr="00D914B7">
        <w:rPr>
          <w:sz w:val="22"/>
        </w:rPr>
        <w:t xml:space="preserve"> </w:t>
      </w:r>
      <w:r w:rsidRPr="00D914B7">
        <w:rPr>
          <w:sz w:val="22"/>
          <w:rtl/>
        </w:rPr>
        <w:t>را</w:t>
      </w:r>
      <w:r w:rsidRPr="00D914B7">
        <w:rPr>
          <w:sz w:val="22"/>
        </w:rPr>
        <w:t xml:space="preserve"> </w:t>
      </w:r>
      <w:r w:rsidRPr="00D914B7">
        <w:rPr>
          <w:sz w:val="22"/>
          <w:rtl/>
        </w:rPr>
        <w:t>انکار</w:t>
      </w:r>
      <w:r w:rsidRPr="00D914B7">
        <w:rPr>
          <w:sz w:val="22"/>
        </w:rPr>
        <w:t xml:space="preserve"> </w:t>
      </w:r>
      <w:r w:rsidRPr="00D914B7">
        <w:rPr>
          <w:sz w:val="22"/>
          <w:rtl/>
        </w:rPr>
        <w:t>کنیم</w:t>
      </w:r>
      <w:r>
        <w:rPr>
          <w:sz w:val="22"/>
          <w:rtl/>
        </w:rPr>
        <w:t>.</w:t>
      </w:r>
    </w:p>
    <w:p w:rsidR="00987F03" w:rsidRPr="00D914B7" w:rsidRDefault="00987F03" w:rsidP="00987F03">
      <w:pPr>
        <w:bidi/>
        <w:ind w:firstLine="720"/>
        <w:rPr>
          <w:sz w:val="22"/>
        </w:rPr>
      </w:pPr>
      <w:r w:rsidRPr="00D914B7">
        <w:rPr>
          <w:sz w:val="22"/>
          <w:rtl/>
        </w:rPr>
        <w:t>من</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میان</w:t>
      </w:r>
      <w:r w:rsidRPr="00D914B7">
        <w:rPr>
          <w:sz w:val="22"/>
        </w:rPr>
        <w:t xml:space="preserve"> </w:t>
      </w:r>
      <w:r w:rsidRPr="00D914B7">
        <w:rPr>
          <w:sz w:val="22"/>
          <w:rtl/>
        </w:rPr>
        <w:t>گزارش</w:t>
      </w:r>
      <w:r w:rsidRPr="00D914B7">
        <w:rPr>
          <w:sz w:val="22"/>
        </w:rPr>
        <w:t xml:space="preserve"> </w:t>
      </w:r>
      <w:r w:rsidRPr="00D914B7">
        <w:rPr>
          <w:sz w:val="22"/>
          <w:rtl/>
        </w:rPr>
        <w:t>قطعی،</w:t>
      </w:r>
      <w:r w:rsidRPr="00D914B7">
        <w:rPr>
          <w:sz w:val="22"/>
        </w:rPr>
        <w:t xml:space="preserve"> </w:t>
      </w:r>
      <w:r w:rsidRPr="00D914B7">
        <w:rPr>
          <w:sz w:val="22"/>
          <w:rtl/>
        </w:rPr>
        <w:t>روایت</w:t>
      </w:r>
      <w:r w:rsidRPr="00D914B7">
        <w:rPr>
          <w:sz w:val="22"/>
        </w:rPr>
        <w:t xml:space="preserve"> </w:t>
      </w:r>
      <w:r w:rsidRPr="00D914B7">
        <w:rPr>
          <w:sz w:val="22"/>
          <w:rtl/>
        </w:rPr>
        <w:t>مشهور</w:t>
      </w:r>
      <w:r w:rsidRPr="00D914B7">
        <w:rPr>
          <w:sz w:val="22"/>
        </w:rPr>
        <w:t xml:space="preserve"> </w:t>
      </w:r>
      <w:r w:rsidRPr="00D914B7">
        <w:rPr>
          <w:sz w:val="22"/>
          <w:rtl/>
        </w:rPr>
        <w:t>و</w:t>
      </w:r>
      <w:r w:rsidRPr="00D914B7">
        <w:rPr>
          <w:sz w:val="22"/>
        </w:rPr>
        <w:t xml:space="preserve"> </w:t>
      </w:r>
      <w:r w:rsidRPr="00D914B7">
        <w:rPr>
          <w:sz w:val="22"/>
          <w:rtl/>
        </w:rPr>
        <w:t>تفسیر</w:t>
      </w:r>
      <w:r w:rsidRPr="00D914B7">
        <w:rPr>
          <w:sz w:val="22"/>
        </w:rPr>
        <w:t xml:space="preserve"> </w:t>
      </w:r>
      <w:r w:rsidRPr="00D914B7">
        <w:rPr>
          <w:sz w:val="22"/>
          <w:rtl/>
        </w:rPr>
        <w:t>نویسنده</w:t>
      </w:r>
      <w:r w:rsidRPr="00D914B7">
        <w:rPr>
          <w:sz w:val="22"/>
        </w:rPr>
        <w:t xml:space="preserve"> </w:t>
      </w:r>
      <w:r w:rsidRPr="00D914B7">
        <w:rPr>
          <w:sz w:val="22"/>
          <w:rtl/>
        </w:rPr>
        <w:t>تفاوت</w:t>
      </w:r>
      <w:r w:rsidRPr="00D914B7">
        <w:rPr>
          <w:sz w:val="22"/>
        </w:rPr>
        <w:t xml:space="preserve"> </w:t>
      </w:r>
      <w:r w:rsidRPr="00D914B7">
        <w:rPr>
          <w:sz w:val="22"/>
          <w:rtl/>
        </w:rPr>
        <w:t>می</w:t>
      </w:r>
      <w:r w:rsidRPr="00D914B7">
        <w:rPr>
          <w:sz w:val="22"/>
        </w:rPr>
        <w:t>‌</w:t>
      </w:r>
      <w:r w:rsidRPr="00D914B7">
        <w:rPr>
          <w:sz w:val="22"/>
          <w:rtl/>
        </w:rPr>
        <w:t>گذارم،</w:t>
      </w:r>
      <w:r w:rsidRPr="00D914B7">
        <w:rPr>
          <w:sz w:val="22"/>
        </w:rPr>
        <w:t xml:space="preserve"> </w:t>
      </w:r>
      <w:r w:rsidRPr="00D914B7">
        <w:rPr>
          <w:sz w:val="22"/>
          <w:rtl/>
        </w:rPr>
        <w:t>اما</w:t>
      </w:r>
      <w:r w:rsidRPr="00D914B7">
        <w:rPr>
          <w:sz w:val="22"/>
        </w:rPr>
        <w:t xml:space="preserve"> </w:t>
      </w:r>
      <w:r w:rsidRPr="00D914B7">
        <w:rPr>
          <w:sz w:val="22"/>
          <w:rtl/>
        </w:rPr>
        <w:t>مدعی</w:t>
      </w:r>
      <w:r w:rsidRPr="00D914B7">
        <w:rPr>
          <w:sz w:val="22"/>
        </w:rPr>
        <w:t xml:space="preserve"> </w:t>
      </w:r>
      <w:r w:rsidRPr="00D914B7">
        <w:rPr>
          <w:sz w:val="22"/>
          <w:rtl/>
        </w:rPr>
        <w:t>نیستم</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همه</w:t>
      </w:r>
      <w:r w:rsidRPr="00D914B7">
        <w:rPr>
          <w:sz w:val="22"/>
        </w:rPr>
        <w:t>‌</w:t>
      </w:r>
      <w:r w:rsidRPr="00D914B7">
        <w:rPr>
          <w:sz w:val="22"/>
          <w:rtl/>
        </w:rPr>
        <w:t>جا</w:t>
      </w:r>
      <w:r w:rsidRPr="00D914B7">
        <w:rPr>
          <w:sz w:val="22"/>
        </w:rPr>
        <w:t xml:space="preserve"> </w:t>
      </w:r>
      <w:r w:rsidRPr="00D914B7">
        <w:rPr>
          <w:sz w:val="22"/>
          <w:rtl/>
        </w:rPr>
        <w:t>داوری</w:t>
      </w:r>
      <w:r w:rsidRPr="00D914B7">
        <w:rPr>
          <w:sz w:val="22"/>
        </w:rPr>
        <w:t xml:space="preserve"> </w:t>
      </w:r>
      <w:r w:rsidRPr="00D914B7">
        <w:rPr>
          <w:sz w:val="22"/>
          <w:rtl/>
        </w:rPr>
        <w:t>نهایی</w:t>
      </w:r>
      <w:r w:rsidRPr="00D914B7">
        <w:rPr>
          <w:sz w:val="22"/>
        </w:rPr>
        <w:t xml:space="preserve"> </w:t>
      </w:r>
      <w:r w:rsidRPr="00D914B7">
        <w:rPr>
          <w:sz w:val="22"/>
          <w:rtl/>
        </w:rPr>
        <w:t>تاریخ</w:t>
      </w:r>
      <w:r w:rsidRPr="00D914B7">
        <w:rPr>
          <w:sz w:val="22"/>
        </w:rPr>
        <w:t xml:space="preserve"> </w:t>
      </w:r>
      <w:r w:rsidRPr="00D914B7">
        <w:rPr>
          <w:sz w:val="22"/>
          <w:rtl/>
        </w:rPr>
        <w:t>را</w:t>
      </w:r>
      <w:r w:rsidRPr="00D914B7">
        <w:rPr>
          <w:sz w:val="22"/>
        </w:rPr>
        <w:t xml:space="preserve"> </w:t>
      </w:r>
      <w:r w:rsidRPr="00D914B7">
        <w:rPr>
          <w:sz w:val="22"/>
          <w:rtl/>
        </w:rPr>
        <w:t>عرضه</w:t>
      </w:r>
      <w:r w:rsidRPr="00D914B7">
        <w:rPr>
          <w:sz w:val="22"/>
        </w:rPr>
        <w:t xml:space="preserve"> </w:t>
      </w:r>
      <w:r w:rsidRPr="00D914B7">
        <w:rPr>
          <w:sz w:val="22"/>
          <w:rtl/>
        </w:rPr>
        <w:t>کرده</w:t>
      </w:r>
      <w:r w:rsidRPr="00D914B7">
        <w:rPr>
          <w:sz w:val="22"/>
        </w:rPr>
        <w:t>‌</w:t>
      </w:r>
      <w:r w:rsidRPr="00D914B7">
        <w:rPr>
          <w:sz w:val="22"/>
          <w:rtl/>
        </w:rPr>
        <w:t>ام</w:t>
      </w:r>
      <w:r>
        <w:rPr>
          <w:sz w:val="22"/>
          <w:rtl/>
        </w:rPr>
        <w:t>.</w:t>
      </w:r>
      <w:r w:rsidRPr="00D914B7">
        <w:rPr>
          <w:sz w:val="22"/>
        </w:rPr>
        <w:t xml:space="preserve"> </w:t>
      </w:r>
      <w:r w:rsidRPr="00D914B7">
        <w:rPr>
          <w:sz w:val="22"/>
          <w:rtl/>
        </w:rPr>
        <w:t>منابع</w:t>
      </w:r>
      <w:r w:rsidRPr="00D914B7">
        <w:rPr>
          <w:sz w:val="22"/>
        </w:rPr>
        <w:t xml:space="preserve"> </w:t>
      </w:r>
      <w:r w:rsidRPr="00D914B7">
        <w:rPr>
          <w:sz w:val="22"/>
          <w:rtl/>
        </w:rPr>
        <w:t>تاریخی</w:t>
      </w:r>
      <w:r w:rsidRPr="00D914B7">
        <w:rPr>
          <w:sz w:val="22"/>
        </w:rPr>
        <w:t xml:space="preserve"> </w:t>
      </w:r>
      <w:r w:rsidRPr="00D914B7">
        <w:rPr>
          <w:sz w:val="22"/>
          <w:rtl/>
        </w:rPr>
        <w:t>اغلب</w:t>
      </w:r>
      <w:r w:rsidRPr="00D914B7">
        <w:rPr>
          <w:sz w:val="22"/>
        </w:rPr>
        <w:t xml:space="preserve"> </w:t>
      </w:r>
      <w:r w:rsidRPr="00D914B7">
        <w:rPr>
          <w:sz w:val="22"/>
          <w:rtl/>
        </w:rPr>
        <w:t>به</w:t>
      </w:r>
      <w:r w:rsidRPr="00D914B7">
        <w:rPr>
          <w:sz w:val="22"/>
        </w:rPr>
        <w:t xml:space="preserve"> </w:t>
      </w:r>
      <w:r w:rsidRPr="00D914B7">
        <w:rPr>
          <w:sz w:val="22"/>
          <w:rtl/>
        </w:rPr>
        <w:t>دست</w:t>
      </w:r>
      <w:r w:rsidRPr="00D914B7">
        <w:rPr>
          <w:sz w:val="22"/>
        </w:rPr>
        <w:t xml:space="preserve"> </w:t>
      </w:r>
      <w:r w:rsidRPr="00D914B7">
        <w:rPr>
          <w:sz w:val="22"/>
          <w:rtl/>
        </w:rPr>
        <w:t>وابستگان</w:t>
      </w:r>
      <w:r w:rsidRPr="00D914B7">
        <w:rPr>
          <w:sz w:val="22"/>
        </w:rPr>
        <w:t xml:space="preserve"> </w:t>
      </w:r>
      <w:r w:rsidRPr="00D914B7">
        <w:rPr>
          <w:sz w:val="22"/>
          <w:rtl/>
        </w:rPr>
        <w:t>دربار،</w:t>
      </w:r>
      <w:r w:rsidRPr="00D914B7">
        <w:rPr>
          <w:sz w:val="22"/>
        </w:rPr>
        <w:t xml:space="preserve"> </w:t>
      </w:r>
      <w:r w:rsidRPr="00D914B7">
        <w:rPr>
          <w:sz w:val="22"/>
          <w:rtl/>
        </w:rPr>
        <w:t>دینکاران،</w:t>
      </w:r>
      <w:r w:rsidRPr="00D914B7">
        <w:rPr>
          <w:sz w:val="22"/>
        </w:rPr>
        <w:t xml:space="preserve"> </w:t>
      </w:r>
      <w:r w:rsidRPr="00D914B7">
        <w:rPr>
          <w:sz w:val="22"/>
          <w:rtl/>
        </w:rPr>
        <w:t>پیروان</w:t>
      </w:r>
      <w:r w:rsidRPr="00D914B7">
        <w:rPr>
          <w:sz w:val="22"/>
        </w:rPr>
        <w:t xml:space="preserve"> </w:t>
      </w:r>
      <w:r w:rsidRPr="00D914B7">
        <w:rPr>
          <w:sz w:val="22"/>
          <w:rtl/>
        </w:rPr>
        <w:t>فاتحان</w:t>
      </w:r>
      <w:r w:rsidRPr="00D914B7">
        <w:rPr>
          <w:sz w:val="22"/>
        </w:rPr>
        <w:t xml:space="preserve"> </w:t>
      </w:r>
      <w:r w:rsidRPr="00D914B7">
        <w:rPr>
          <w:sz w:val="22"/>
          <w:rtl/>
        </w:rPr>
        <w:t>یا</w:t>
      </w:r>
      <w:r w:rsidRPr="00D914B7">
        <w:rPr>
          <w:sz w:val="22"/>
        </w:rPr>
        <w:t xml:space="preserve"> </w:t>
      </w:r>
      <w:r w:rsidRPr="00D914B7">
        <w:rPr>
          <w:sz w:val="22"/>
          <w:rtl/>
        </w:rPr>
        <w:t>دشمنان</w:t>
      </w:r>
      <w:r w:rsidRPr="00D914B7">
        <w:rPr>
          <w:sz w:val="22"/>
        </w:rPr>
        <w:t xml:space="preserve"> </w:t>
      </w:r>
      <w:r w:rsidRPr="00D914B7">
        <w:rPr>
          <w:sz w:val="22"/>
          <w:rtl/>
        </w:rPr>
        <w:t>آنان</w:t>
      </w:r>
      <w:r w:rsidRPr="00D914B7">
        <w:rPr>
          <w:sz w:val="22"/>
        </w:rPr>
        <w:t xml:space="preserve"> </w:t>
      </w:r>
      <w:r w:rsidRPr="00D914B7">
        <w:rPr>
          <w:sz w:val="22"/>
          <w:rtl/>
        </w:rPr>
        <w:t>نوشته</w:t>
      </w:r>
      <w:r w:rsidRPr="00D914B7">
        <w:rPr>
          <w:sz w:val="22"/>
        </w:rPr>
        <w:t xml:space="preserve"> </w:t>
      </w:r>
      <w:r w:rsidRPr="00D914B7">
        <w:rPr>
          <w:sz w:val="22"/>
          <w:rtl/>
        </w:rPr>
        <w:t>شده</w:t>
      </w:r>
      <w:r w:rsidRPr="00D914B7">
        <w:rPr>
          <w:sz w:val="22"/>
        </w:rPr>
        <w:t>‌</w:t>
      </w:r>
      <w:r w:rsidRPr="00D914B7">
        <w:rPr>
          <w:sz w:val="22"/>
          <w:rtl/>
        </w:rPr>
        <w:t>اند</w:t>
      </w:r>
      <w:r>
        <w:rPr>
          <w:sz w:val="22"/>
          <w:rtl/>
        </w:rPr>
        <w:t>.</w:t>
      </w:r>
      <w:r w:rsidRPr="00D914B7">
        <w:rPr>
          <w:sz w:val="22"/>
        </w:rPr>
        <w:t xml:space="preserve"> </w:t>
      </w:r>
      <w:r w:rsidRPr="00D914B7">
        <w:rPr>
          <w:sz w:val="22"/>
          <w:rtl/>
        </w:rPr>
        <w:t>ارقام</w:t>
      </w:r>
      <w:r w:rsidRPr="00D914B7">
        <w:rPr>
          <w:sz w:val="22"/>
        </w:rPr>
        <w:t xml:space="preserve"> </w:t>
      </w:r>
      <w:r w:rsidRPr="00D914B7">
        <w:rPr>
          <w:sz w:val="22"/>
          <w:rtl/>
        </w:rPr>
        <w:t>کشتار،</w:t>
      </w:r>
      <w:r w:rsidRPr="00D914B7">
        <w:rPr>
          <w:sz w:val="22"/>
        </w:rPr>
        <w:t xml:space="preserve"> </w:t>
      </w:r>
      <w:r w:rsidRPr="00D914B7">
        <w:rPr>
          <w:sz w:val="22"/>
          <w:rtl/>
        </w:rPr>
        <w:t>انگیزه</w:t>
      </w:r>
      <w:r>
        <w:rPr>
          <w:sz w:val="22"/>
          <w:rtl/>
        </w:rPr>
        <w:t>ء</w:t>
      </w:r>
      <w:r w:rsidRPr="00D914B7">
        <w:rPr>
          <w:sz w:val="22"/>
        </w:rPr>
        <w:t xml:space="preserve"> </w:t>
      </w:r>
      <w:r w:rsidRPr="00D914B7">
        <w:rPr>
          <w:sz w:val="22"/>
          <w:rtl/>
        </w:rPr>
        <w:t>اشخاص</w:t>
      </w:r>
      <w:r w:rsidRPr="00D914B7">
        <w:rPr>
          <w:sz w:val="22"/>
        </w:rPr>
        <w:t xml:space="preserve"> </w:t>
      </w:r>
      <w:r w:rsidRPr="00D914B7">
        <w:rPr>
          <w:sz w:val="22"/>
          <w:rtl/>
        </w:rPr>
        <w:t>و</w:t>
      </w:r>
      <w:r w:rsidRPr="00D914B7">
        <w:rPr>
          <w:sz w:val="22"/>
        </w:rPr>
        <w:t xml:space="preserve"> </w:t>
      </w:r>
      <w:r w:rsidRPr="00D914B7">
        <w:rPr>
          <w:sz w:val="22"/>
          <w:rtl/>
        </w:rPr>
        <w:t>گفت</w:t>
      </w:r>
      <w:r w:rsidRPr="00D914B7">
        <w:rPr>
          <w:sz w:val="22"/>
        </w:rPr>
        <w:t>‌</w:t>
      </w:r>
      <w:r w:rsidRPr="00D914B7">
        <w:rPr>
          <w:sz w:val="22"/>
          <w:rtl/>
        </w:rPr>
        <w:t>وگوهای</w:t>
      </w:r>
      <w:r w:rsidRPr="00D914B7">
        <w:rPr>
          <w:sz w:val="22"/>
        </w:rPr>
        <w:t xml:space="preserve"> </w:t>
      </w:r>
      <w:r w:rsidRPr="00D914B7">
        <w:rPr>
          <w:sz w:val="22"/>
          <w:rtl/>
        </w:rPr>
        <w:t>خصوصی</w:t>
      </w:r>
      <w:r w:rsidRPr="00D914B7">
        <w:rPr>
          <w:sz w:val="22"/>
        </w:rPr>
        <w:t xml:space="preserve"> </w:t>
      </w:r>
      <w:r w:rsidRPr="00D914B7">
        <w:rPr>
          <w:sz w:val="22"/>
          <w:rtl/>
        </w:rPr>
        <w:t>گاه</w:t>
      </w:r>
      <w:r w:rsidRPr="00D914B7">
        <w:rPr>
          <w:sz w:val="22"/>
        </w:rPr>
        <w:t xml:space="preserve"> </w:t>
      </w:r>
      <w:r w:rsidRPr="00D914B7">
        <w:rPr>
          <w:sz w:val="22"/>
          <w:rtl/>
        </w:rPr>
        <w:t>با</w:t>
      </w:r>
      <w:r w:rsidRPr="00D914B7">
        <w:rPr>
          <w:sz w:val="22"/>
        </w:rPr>
        <w:t xml:space="preserve"> </w:t>
      </w:r>
      <w:r w:rsidRPr="00D914B7">
        <w:rPr>
          <w:sz w:val="22"/>
          <w:rtl/>
        </w:rPr>
        <w:t>افسانه</w:t>
      </w:r>
      <w:r w:rsidRPr="00D914B7">
        <w:rPr>
          <w:sz w:val="22"/>
        </w:rPr>
        <w:t xml:space="preserve"> </w:t>
      </w:r>
      <w:r w:rsidRPr="00D914B7">
        <w:rPr>
          <w:sz w:val="22"/>
          <w:rtl/>
        </w:rPr>
        <w:t>و</w:t>
      </w:r>
      <w:r w:rsidRPr="00D914B7">
        <w:rPr>
          <w:sz w:val="22"/>
        </w:rPr>
        <w:t xml:space="preserve"> </w:t>
      </w:r>
      <w:r w:rsidRPr="00D914B7">
        <w:rPr>
          <w:sz w:val="22"/>
          <w:rtl/>
        </w:rPr>
        <w:t>تبلیغ</w:t>
      </w:r>
      <w:r w:rsidRPr="00D914B7">
        <w:rPr>
          <w:sz w:val="22"/>
        </w:rPr>
        <w:t xml:space="preserve"> </w:t>
      </w:r>
      <w:r w:rsidRPr="00D914B7">
        <w:rPr>
          <w:sz w:val="22"/>
          <w:rtl/>
        </w:rPr>
        <w:t>آمیخته</w:t>
      </w:r>
      <w:r w:rsidRPr="00D914B7">
        <w:rPr>
          <w:sz w:val="22"/>
        </w:rPr>
        <w:t>‌</w:t>
      </w:r>
      <w:r w:rsidRPr="00D914B7">
        <w:rPr>
          <w:sz w:val="22"/>
          <w:rtl/>
        </w:rPr>
        <w:t>اند</w:t>
      </w:r>
      <w:r>
        <w:rPr>
          <w:sz w:val="22"/>
          <w:rtl/>
        </w:rPr>
        <w:t>.</w:t>
      </w:r>
      <w:r w:rsidRPr="00D914B7">
        <w:rPr>
          <w:sz w:val="22"/>
        </w:rPr>
        <w:t xml:space="preserve"> </w:t>
      </w:r>
      <w:r w:rsidRPr="00D914B7">
        <w:rPr>
          <w:sz w:val="22"/>
          <w:rtl/>
        </w:rPr>
        <w:t>هرجا</w:t>
      </w:r>
      <w:r w:rsidRPr="00D914B7">
        <w:rPr>
          <w:sz w:val="22"/>
        </w:rPr>
        <w:t xml:space="preserve"> </w:t>
      </w:r>
      <w:r w:rsidRPr="00D914B7">
        <w:rPr>
          <w:sz w:val="22"/>
          <w:rtl/>
        </w:rPr>
        <w:t>قطعیت</w:t>
      </w:r>
      <w:r w:rsidRPr="00D914B7">
        <w:rPr>
          <w:sz w:val="22"/>
        </w:rPr>
        <w:t xml:space="preserve"> </w:t>
      </w:r>
      <w:r w:rsidRPr="00D914B7">
        <w:rPr>
          <w:sz w:val="22"/>
          <w:rtl/>
        </w:rPr>
        <w:t>ممکن</w:t>
      </w:r>
      <w:r w:rsidRPr="00D914B7">
        <w:rPr>
          <w:sz w:val="22"/>
        </w:rPr>
        <w:t xml:space="preserve"> </w:t>
      </w:r>
      <w:r w:rsidRPr="00D914B7">
        <w:rPr>
          <w:sz w:val="22"/>
          <w:rtl/>
        </w:rPr>
        <w:t>نباشد</w:t>
      </w:r>
      <w:r w:rsidRPr="00D914B7">
        <w:rPr>
          <w:sz w:val="22"/>
        </w:rPr>
        <w:t xml:space="preserve"> </w:t>
      </w:r>
      <w:r w:rsidRPr="00D914B7">
        <w:rPr>
          <w:sz w:val="22"/>
          <w:rtl/>
        </w:rPr>
        <w:t>باید</w:t>
      </w:r>
      <w:r w:rsidRPr="00D914B7">
        <w:rPr>
          <w:sz w:val="22"/>
        </w:rPr>
        <w:t xml:space="preserve"> </w:t>
      </w:r>
      <w:r w:rsidRPr="00D914B7">
        <w:rPr>
          <w:sz w:val="22"/>
          <w:rtl/>
        </w:rPr>
        <w:t>حدود</w:t>
      </w:r>
      <w:r w:rsidRPr="00D914B7">
        <w:rPr>
          <w:sz w:val="22"/>
        </w:rPr>
        <w:t xml:space="preserve"> </w:t>
      </w:r>
      <w:r w:rsidRPr="00D914B7">
        <w:rPr>
          <w:sz w:val="22"/>
          <w:rtl/>
        </w:rPr>
        <w:t>دانسته</w:t>
      </w:r>
      <w:r w:rsidRPr="00D914B7">
        <w:rPr>
          <w:sz w:val="22"/>
        </w:rPr>
        <w:t>‌</w:t>
      </w:r>
      <w:r w:rsidRPr="00D914B7">
        <w:rPr>
          <w:sz w:val="22"/>
          <w:rtl/>
        </w:rPr>
        <w:t>ها</w:t>
      </w:r>
      <w:r w:rsidRPr="00D914B7">
        <w:rPr>
          <w:sz w:val="22"/>
        </w:rPr>
        <w:t xml:space="preserve"> </w:t>
      </w:r>
      <w:r w:rsidRPr="00D914B7">
        <w:rPr>
          <w:sz w:val="22"/>
          <w:rtl/>
        </w:rPr>
        <w:t>را</w:t>
      </w:r>
      <w:r w:rsidRPr="00D914B7">
        <w:rPr>
          <w:sz w:val="22"/>
        </w:rPr>
        <w:t xml:space="preserve"> </w:t>
      </w:r>
      <w:r w:rsidRPr="00D914B7">
        <w:rPr>
          <w:sz w:val="22"/>
          <w:rtl/>
        </w:rPr>
        <w:t>نشان</w:t>
      </w:r>
      <w:r w:rsidRPr="00D914B7">
        <w:rPr>
          <w:sz w:val="22"/>
        </w:rPr>
        <w:t xml:space="preserve"> </w:t>
      </w:r>
      <w:r w:rsidRPr="00D914B7">
        <w:rPr>
          <w:sz w:val="22"/>
          <w:rtl/>
        </w:rPr>
        <w:t>داد</w:t>
      </w:r>
      <w:r>
        <w:rPr>
          <w:sz w:val="22"/>
          <w:rtl/>
        </w:rPr>
        <w:t>.</w:t>
      </w:r>
      <w:r w:rsidRPr="00D914B7">
        <w:rPr>
          <w:sz w:val="22"/>
        </w:rPr>
        <w:t xml:space="preserve"> </w:t>
      </w: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تردید</w:t>
      </w:r>
      <w:r w:rsidRPr="00D914B7">
        <w:rPr>
          <w:sz w:val="22"/>
        </w:rPr>
        <w:t xml:space="preserve"> </w:t>
      </w:r>
      <w:r w:rsidRPr="00D914B7">
        <w:rPr>
          <w:sz w:val="22"/>
          <w:rtl/>
        </w:rPr>
        <w:t>علمی</w:t>
      </w:r>
      <w:r w:rsidRPr="00D914B7">
        <w:rPr>
          <w:sz w:val="22"/>
        </w:rPr>
        <w:t xml:space="preserve"> </w:t>
      </w:r>
      <w:r w:rsidRPr="00D914B7">
        <w:rPr>
          <w:sz w:val="22"/>
          <w:rtl/>
        </w:rPr>
        <w:t>نباید</w:t>
      </w:r>
      <w:r w:rsidRPr="00D914B7">
        <w:rPr>
          <w:sz w:val="22"/>
        </w:rPr>
        <w:t xml:space="preserve"> </w:t>
      </w:r>
      <w:r w:rsidRPr="00D914B7">
        <w:rPr>
          <w:sz w:val="22"/>
          <w:rtl/>
        </w:rPr>
        <w:t>ما</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تحلیل</w:t>
      </w:r>
      <w:r w:rsidRPr="00D914B7">
        <w:rPr>
          <w:sz w:val="22"/>
        </w:rPr>
        <w:t xml:space="preserve"> </w:t>
      </w:r>
      <w:r w:rsidRPr="00D914B7">
        <w:rPr>
          <w:sz w:val="22"/>
          <w:rtl/>
        </w:rPr>
        <w:t>رابطه</w:t>
      </w:r>
      <w:r>
        <w:rPr>
          <w:sz w:val="22"/>
          <w:rtl/>
        </w:rPr>
        <w:t>ء</w:t>
      </w:r>
      <w:r w:rsidRPr="00D914B7">
        <w:rPr>
          <w:sz w:val="22"/>
        </w:rPr>
        <w:t xml:space="preserve"> </w:t>
      </w:r>
      <w:r w:rsidRPr="00D914B7">
        <w:rPr>
          <w:sz w:val="22"/>
          <w:rtl/>
        </w:rPr>
        <w:t>نیروها</w:t>
      </w:r>
      <w:r w:rsidRPr="00D914B7">
        <w:rPr>
          <w:sz w:val="22"/>
        </w:rPr>
        <w:t xml:space="preserve"> </w:t>
      </w:r>
      <w:r w:rsidRPr="00D914B7">
        <w:rPr>
          <w:sz w:val="22"/>
          <w:rtl/>
        </w:rPr>
        <w:t>و</w:t>
      </w:r>
      <w:r w:rsidRPr="00D914B7">
        <w:rPr>
          <w:sz w:val="22"/>
        </w:rPr>
        <w:t xml:space="preserve"> </w:t>
      </w:r>
      <w:r w:rsidRPr="00D914B7">
        <w:rPr>
          <w:sz w:val="22"/>
          <w:rtl/>
        </w:rPr>
        <w:t>پیامدهای</w:t>
      </w:r>
      <w:r w:rsidRPr="00D914B7">
        <w:rPr>
          <w:sz w:val="22"/>
        </w:rPr>
        <w:t xml:space="preserve"> </w:t>
      </w:r>
      <w:r w:rsidRPr="00D914B7">
        <w:rPr>
          <w:sz w:val="22"/>
          <w:rtl/>
        </w:rPr>
        <w:t>قابل</w:t>
      </w:r>
      <w:r w:rsidRPr="00D914B7">
        <w:rPr>
          <w:sz w:val="22"/>
        </w:rPr>
        <w:t xml:space="preserve"> </w:t>
      </w:r>
      <w:r w:rsidRPr="00D914B7">
        <w:rPr>
          <w:sz w:val="22"/>
          <w:rtl/>
        </w:rPr>
        <w:t>مشاهده</w:t>
      </w:r>
      <w:r w:rsidRPr="00D914B7">
        <w:rPr>
          <w:sz w:val="22"/>
        </w:rPr>
        <w:t xml:space="preserve"> </w:t>
      </w:r>
      <w:r w:rsidRPr="00D914B7">
        <w:rPr>
          <w:sz w:val="22"/>
          <w:rtl/>
        </w:rPr>
        <w:t>بازدارد</w:t>
      </w:r>
      <w:r>
        <w:rPr>
          <w:sz w:val="22"/>
          <w:rtl/>
        </w:rPr>
        <w:t>.</w:t>
      </w:r>
    </w:p>
    <w:p w:rsidR="00987F03" w:rsidRPr="00D914B7" w:rsidRDefault="00987F03" w:rsidP="00987F03">
      <w:pPr>
        <w:bidi/>
        <w:ind w:firstLine="720"/>
        <w:rPr>
          <w:sz w:val="22"/>
        </w:rPr>
      </w:pPr>
      <w:r w:rsidRPr="00D914B7">
        <w:rPr>
          <w:sz w:val="22"/>
          <w:rtl/>
        </w:rPr>
        <w:t>خواننده</w:t>
      </w:r>
      <w:r w:rsidRPr="00D914B7">
        <w:rPr>
          <w:sz w:val="22"/>
        </w:rPr>
        <w:t xml:space="preserve"> </w:t>
      </w:r>
      <w:r w:rsidRPr="00D914B7">
        <w:rPr>
          <w:sz w:val="22"/>
          <w:rtl/>
        </w:rPr>
        <w:t>در</w:t>
      </w:r>
      <w:r w:rsidRPr="00D914B7">
        <w:rPr>
          <w:sz w:val="22"/>
        </w:rPr>
        <w:t xml:space="preserve"> </w:t>
      </w:r>
      <w:r w:rsidRPr="00D914B7">
        <w:rPr>
          <w:sz w:val="22"/>
          <w:rtl/>
        </w:rPr>
        <w:t>هر</w:t>
      </w:r>
      <w:r w:rsidRPr="00D914B7">
        <w:rPr>
          <w:sz w:val="22"/>
        </w:rPr>
        <w:t xml:space="preserve"> </w:t>
      </w:r>
      <w:r w:rsidRPr="00D914B7">
        <w:rPr>
          <w:sz w:val="22"/>
          <w:rtl/>
        </w:rPr>
        <w:t>جلد</w:t>
      </w:r>
      <w:r w:rsidRPr="00D914B7">
        <w:rPr>
          <w:sz w:val="22"/>
        </w:rPr>
        <w:t xml:space="preserve"> </w:t>
      </w:r>
      <w:r w:rsidRPr="00D914B7">
        <w:rPr>
          <w:sz w:val="22"/>
          <w:rtl/>
        </w:rPr>
        <w:t>با</w:t>
      </w:r>
      <w:r w:rsidRPr="00D914B7">
        <w:rPr>
          <w:sz w:val="22"/>
        </w:rPr>
        <w:t xml:space="preserve"> </w:t>
      </w:r>
      <w:r w:rsidRPr="00D914B7">
        <w:rPr>
          <w:sz w:val="22"/>
          <w:rtl/>
        </w:rPr>
        <w:t>دوره</w:t>
      </w:r>
      <w:r w:rsidRPr="00D914B7">
        <w:rPr>
          <w:sz w:val="22"/>
        </w:rPr>
        <w:t>‌</w:t>
      </w:r>
      <w:r w:rsidRPr="00D914B7">
        <w:rPr>
          <w:sz w:val="22"/>
          <w:rtl/>
        </w:rPr>
        <w:t>ای</w:t>
      </w:r>
      <w:r w:rsidRPr="00D914B7">
        <w:rPr>
          <w:sz w:val="22"/>
        </w:rPr>
        <w:t xml:space="preserve"> </w:t>
      </w:r>
      <w:r w:rsidRPr="00D914B7">
        <w:rPr>
          <w:sz w:val="22"/>
          <w:rtl/>
        </w:rPr>
        <w:t>مستقل</w:t>
      </w:r>
      <w:r w:rsidRPr="00D914B7">
        <w:rPr>
          <w:sz w:val="22"/>
        </w:rPr>
        <w:t xml:space="preserve"> </w:t>
      </w:r>
      <w:r w:rsidRPr="00D914B7">
        <w:rPr>
          <w:sz w:val="22"/>
          <w:rtl/>
        </w:rPr>
        <w:t>روبه</w:t>
      </w:r>
      <w:r w:rsidRPr="00D914B7">
        <w:rPr>
          <w:sz w:val="22"/>
        </w:rPr>
        <w:t>‌</w:t>
      </w:r>
      <w:r w:rsidRPr="00D914B7">
        <w:rPr>
          <w:sz w:val="22"/>
          <w:rtl/>
        </w:rPr>
        <w:t>رو</w:t>
      </w:r>
      <w:r w:rsidRPr="00D914B7">
        <w:rPr>
          <w:sz w:val="22"/>
        </w:rPr>
        <w:t xml:space="preserve"> </w:t>
      </w:r>
      <w:r w:rsidRPr="00D914B7">
        <w:rPr>
          <w:sz w:val="22"/>
          <w:rtl/>
        </w:rPr>
        <w:t>می</w:t>
      </w:r>
      <w:r w:rsidRPr="00D914B7">
        <w:rPr>
          <w:sz w:val="22"/>
        </w:rPr>
        <w:t>‌</w:t>
      </w:r>
      <w:r w:rsidRPr="00D914B7">
        <w:rPr>
          <w:sz w:val="22"/>
          <w:rtl/>
        </w:rPr>
        <w:t>شود،</w:t>
      </w:r>
      <w:r w:rsidRPr="00D914B7">
        <w:rPr>
          <w:sz w:val="22"/>
        </w:rPr>
        <w:t xml:space="preserve"> </w:t>
      </w:r>
      <w:r w:rsidRPr="00D914B7">
        <w:rPr>
          <w:sz w:val="22"/>
          <w:rtl/>
        </w:rPr>
        <w:t>اما</w:t>
      </w:r>
      <w:r w:rsidRPr="00D914B7">
        <w:rPr>
          <w:sz w:val="22"/>
        </w:rPr>
        <w:t xml:space="preserve"> </w:t>
      </w:r>
      <w:r w:rsidRPr="00D914B7">
        <w:rPr>
          <w:sz w:val="22"/>
          <w:rtl/>
        </w:rPr>
        <w:t>واژگان</w:t>
      </w:r>
      <w:r w:rsidRPr="00D914B7">
        <w:rPr>
          <w:sz w:val="22"/>
        </w:rPr>
        <w:t xml:space="preserve"> </w:t>
      </w:r>
      <w:r w:rsidRPr="00D914B7">
        <w:rPr>
          <w:sz w:val="22"/>
          <w:rtl/>
        </w:rPr>
        <w:t>و</w:t>
      </w:r>
      <w:r w:rsidRPr="00D914B7">
        <w:rPr>
          <w:sz w:val="22"/>
        </w:rPr>
        <w:t xml:space="preserve"> </w:t>
      </w:r>
      <w:r w:rsidRPr="00D914B7">
        <w:rPr>
          <w:sz w:val="22"/>
          <w:rtl/>
        </w:rPr>
        <w:t>پرسش</w:t>
      </w:r>
      <w:r w:rsidRPr="00D914B7">
        <w:rPr>
          <w:sz w:val="22"/>
        </w:rPr>
        <w:t>‌</w:t>
      </w:r>
      <w:r w:rsidRPr="00D914B7">
        <w:rPr>
          <w:sz w:val="22"/>
          <w:rtl/>
        </w:rPr>
        <w:t>های</w:t>
      </w:r>
      <w:r w:rsidRPr="00D914B7">
        <w:rPr>
          <w:sz w:val="22"/>
        </w:rPr>
        <w:t xml:space="preserve"> </w:t>
      </w:r>
      <w:r w:rsidRPr="00D914B7">
        <w:rPr>
          <w:sz w:val="22"/>
          <w:rtl/>
        </w:rPr>
        <w:t>ثابت</w:t>
      </w:r>
      <w:r w:rsidRPr="00D914B7">
        <w:rPr>
          <w:sz w:val="22"/>
        </w:rPr>
        <w:t xml:space="preserve"> </w:t>
      </w:r>
      <w:r w:rsidRPr="00D914B7">
        <w:rPr>
          <w:sz w:val="22"/>
          <w:rtl/>
        </w:rPr>
        <w:t>مجموعه</w:t>
      </w:r>
      <w:r w:rsidRPr="00D914B7">
        <w:rPr>
          <w:sz w:val="22"/>
        </w:rPr>
        <w:t xml:space="preserve"> </w:t>
      </w:r>
      <w:r w:rsidRPr="00D914B7">
        <w:rPr>
          <w:sz w:val="22"/>
          <w:rtl/>
        </w:rPr>
        <w:t>را</w:t>
      </w:r>
      <w:r w:rsidRPr="00D914B7">
        <w:rPr>
          <w:sz w:val="22"/>
        </w:rPr>
        <w:t xml:space="preserve"> </w:t>
      </w:r>
      <w:r w:rsidRPr="00D914B7">
        <w:rPr>
          <w:sz w:val="22"/>
          <w:rtl/>
        </w:rPr>
        <w:t>نیز</w:t>
      </w:r>
      <w:r w:rsidRPr="00D914B7">
        <w:rPr>
          <w:sz w:val="22"/>
        </w:rPr>
        <w:t xml:space="preserve"> </w:t>
      </w:r>
      <w:r w:rsidRPr="00D914B7">
        <w:rPr>
          <w:sz w:val="22"/>
          <w:rtl/>
        </w:rPr>
        <w:t>بازمی</w:t>
      </w:r>
      <w:r w:rsidRPr="00D914B7">
        <w:rPr>
          <w:sz w:val="22"/>
        </w:rPr>
        <w:t>‌</w:t>
      </w:r>
      <w:r w:rsidRPr="00D914B7">
        <w:rPr>
          <w:sz w:val="22"/>
          <w:rtl/>
        </w:rPr>
        <w:t>یابد</w:t>
      </w:r>
      <w:r>
        <w:rPr>
          <w:rFonts w:hint="cs"/>
          <w:sz w:val="22"/>
          <w:rtl/>
        </w:rPr>
        <w:t>:</w:t>
      </w:r>
      <w:r w:rsidRPr="00D914B7">
        <w:rPr>
          <w:sz w:val="22"/>
        </w:rPr>
        <w:t xml:space="preserve"> </w:t>
      </w:r>
      <w:r w:rsidRPr="00D914B7">
        <w:rPr>
          <w:sz w:val="22"/>
          <w:rtl/>
        </w:rPr>
        <w:t>کشور</w:t>
      </w:r>
      <w:r w:rsidRPr="00D914B7">
        <w:rPr>
          <w:sz w:val="22"/>
        </w:rPr>
        <w:t xml:space="preserve"> </w:t>
      </w:r>
      <w:r w:rsidRPr="00D914B7">
        <w:rPr>
          <w:sz w:val="22"/>
          <w:rtl/>
        </w:rPr>
        <w:t>چگونه</w:t>
      </w:r>
      <w:r w:rsidRPr="00D914B7">
        <w:rPr>
          <w:sz w:val="22"/>
        </w:rPr>
        <w:t xml:space="preserve"> </w:t>
      </w:r>
      <w:r w:rsidRPr="00D914B7">
        <w:rPr>
          <w:sz w:val="22"/>
          <w:rtl/>
        </w:rPr>
        <w:t>باقی</w:t>
      </w:r>
      <w:r w:rsidRPr="00D914B7">
        <w:rPr>
          <w:sz w:val="22"/>
        </w:rPr>
        <w:t xml:space="preserve"> </w:t>
      </w:r>
      <w:r w:rsidRPr="00D914B7">
        <w:rPr>
          <w:sz w:val="22"/>
          <w:rtl/>
        </w:rPr>
        <w:t>ماند؟</w:t>
      </w:r>
      <w:r w:rsidRPr="00D914B7">
        <w:rPr>
          <w:sz w:val="22"/>
        </w:rPr>
        <w:t xml:space="preserve"> </w:t>
      </w:r>
      <w:r w:rsidRPr="00D914B7">
        <w:rPr>
          <w:sz w:val="22"/>
          <w:rtl/>
        </w:rPr>
        <w:t>درآمد</w:t>
      </w:r>
      <w:r w:rsidRPr="00D914B7">
        <w:rPr>
          <w:sz w:val="22"/>
        </w:rPr>
        <w:t xml:space="preserve"> </w:t>
      </w:r>
      <w:r w:rsidRPr="00D914B7">
        <w:rPr>
          <w:sz w:val="22"/>
          <w:rtl/>
        </w:rPr>
        <w:t>چگونه</w:t>
      </w:r>
      <w:r w:rsidRPr="00D914B7">
        <w:rPr>
          <w:sz w:val="22"/>
        </w:rPr>
        <w:t xml:space="preserve"> </w:t>
      </w:r>
      <w:r w:rsidRPr="00D914B7">
        <w:rPr>
          <w:sz w:val="22"/>
          <w:rtl/>
        </w:rPr>
        <w:t>گرد</w:t>
      </w:r>
      <w:r w:rsidRPr="00D914B7">
        <w:rPr>
          <w:sz w:val="22"/>
        </w:rPr>
        <w:t xml:space="preserve"> </w:t>
      </w:r>
      <w:r w:rsidRPr="00D914B7">
        <w:rPr>
          <w:sz w:val="22"/>
          <w:rtl/>
        </w:rPr>
        <w:t>آمد؟</w:t>
      </w:r>
      <w:r w:rsidRPr="00D914B7">
        <w:rPr>
          <w:sz w:val="22"/>
        </w:rPr>
        <w:t xml:space="preserve"> </w:t>
      </w:r>
      <w:r w:rsidRPr="00D914B7">
        <w:rPr>
          <w:sz w:val="22"/>
          <w:rtl/>
        </w:rPr>
        <w:t>قشون</w:t>
      </w:r>
      <w:r w:rsidRPr="00D914B7">
        <w:rPr>
          <w:sz w:val="22"/>
        </w:rPr>
        <w:t xml:space="preserve"> </w:t>
      </w:r>
      <w:r w:rsidRPr="00D914B7">
        <w:rPr>
          <w:sz w:val="22"/>
          <w:rtl/>
        </w:rPr>
        <w:t>از</w:t>
      </w:r>
      <w:r w:rsidRPr="00D914B7">
        <w:rPr>
          <w:sz w:val="22"/>
        </w:rPr>
        <w:t xml:space="preserve"> </w:t>
      </w:r>
      <w:r w:rsidRPr="00D914B7">
        <w:rPr>
          <w:sz w:val="22"/>
          <w:rtl/>
        </w:rPr>
        <w:t>چه</w:t>
      </w:r>
      <w:r w:rsidRPr="00D914B7">
        <w:rPr>
          <w:sz w:val="22"/>
        </w:rPr>
        <w:t xml:space="preserve"> </w:t>
      </w:r>
      <w:r w:rsidRPr="00D914B7">
        <w:rPr>
          <w:sz w:val="22"/>
          <w:rtl/>
        </w:rPr>
        <w:t>کسی</w:t>
      </w:r>
      <w:r w:rsidRPr="00D914B7">
        <w:rPr>
          <w:sz w:val="22"/>
        </w:rPr>
        <w:t xml:space="preserve"> </w:t>
      </w:r>
      <w:r w:rsidRPr="00D914B7">
        <w:rPr>
          <w:sz w:val="22"/>
          <w:rtl/>
        </w:rPr>
        <w:t>فرمان</w:t>
      </w:r>
      <w:r w:rsidRPr="00D914B7">
        <w:rPr>
          <w:sz w:val="22"/>
        </w:rPr>
        <w:t xml:space="preserve"> </w:t>
      </w:r>
      <w:r w:rsidRPr="00D914B7">
        <w:rPr>
          <w:sz w:val="22"/>
          <w:rtl/>
        </w:rPr>
        <w:t>برد؟</w:t>
      </w:r>
      <w:r w:rsidRPr="00D914B7">
        <w:rPr>
          <w:sz w:val="22"/>
        </w:rPr>
        <w:t xml:space="preserve"> </w:t>
      </w:r>
      <w:r w:rsidRPr="00D914B7">
        <w:rPr>
          <w:sz w:val="22"/>
          <w:rtl/>
        </w:rPr>
        <w:t>دینکاران</w:t>
      </w:r>
      <w:r w:rsidRPr="00D914B7">
        <w:rPr>
          <w:sz w:val="22"/>
        </w:rPr>
        <w:t xml:space="preserve"> </w:t>
      </w:r>
      <w:r w:rsidRPr="00D914B7">
        <w:rPr>
          <w:sz w:val="22"/>
          <w:rtl/>
        </w:rPr>
        <w:t>از</w:t>
      </w:r>
      <w:r w:rsidRPr="00D914B7">
        <w:rPr>
          <w:sz w:val="22"/>
        </w:rPr>
        <w:t xml:space="preserve"> </w:t>
      </w:r>
      <w:r w:rsidRPr="00D914B7">
        <w:rPr>
          <w:sz w:val="22"/>
          <w:rtl/>
        </w:rPr>
        <w:t>کجا</w:t>
      </w:r>
      <w:r w:rsidRPr="00D914B7">
        <w:rPr>
          <w:sz w:val="22"/>
        </w:rPr>
        <w:t xml:space="preserve"> </w:t>
      </w:r>
      <w:r w:rsidRPr="00D914B7">
        <w:rPr>
          <w:sz w:val="22"/>
          <w:rtl/>
        </w:rPr>
        <w:t>قدرت</w:t>
      </w:r>
      <w:r w:rsidRPr="00D914B7">
        <w:rPr>
          <w:sz w:val="22"/>
        </w:rPr>
        <w:t xml:space="preserve"> </w:t>
      </w:r>
      <w:r w:rsidRPr="00D914B7">
        <w:rPr>
          <w:sz w:val="22"/>
          <w:rtl/>
        </w:rPr>
        <w:t>گرفتند؟</w:t>
      </w:r>
      <w:r w:rsidRPr="00D914B7">
        <w:rPr>
          <w:sz w:val="22"/>
        </w:rPr>
        <w:t xml:space="preserve"> </w:t>
      </w:r>
      <w:r w:rsidRPr="00D914B7">
        <w:rPr>
          <w:sz w:val="22"/>
          <w:rtl/>
        </w:rPr>
        <w:t>دیوان</w:t>
      </w:r>
      <w:r w:rsidRPr="00D914B7">
        <w:rPr>
          <w:sz w:val="22"/>
        </w:rPr>
        <w:t xml:space="preserve"> </w:t>
      </w:r>
      <w:r w:rsidRPr="00D914B7">
        <w:rPr>
          <w:sz w:val="22"/>
          <w:rtl/>
        </w:rPr>
        <w:t>چگونه</w:t>
      </w:r>
      <w:r w:rsidRPr="00D914B7">
        <w:rPr>
          <w:sz w:val="22"/>
        </w:rPr>
        <w:t xml:space="preserve"> </w:t>
      </w:r>
      <w:r w:rsidRPr="00D914B7">
        <w:rPr>
          <w:sz w:val="22"/>
          <w:rtl/>
        </w:rPr>
        <w:t>فرمان</w:t>
      </w:r>
      <w:r w:rsidRPr="00D914B7">
        <w:rPr>
          <w:sz w:val="22"/>
        </w:rPr>
        <w:t xml:space="preserve"> </w:t>
      </w:r>
      <w:r w:rsidRPr="00D914B7">
        <w:rPr>
          <w:sz w:val="22"/>
          <w:rtl/>
        </w:rPr>
        <w:t>را</w:t>
      </w:r>
      <w:r w:rsidRPr="00D914B7">
        <w:rPr>
          <w:sz w:val="22"/>
        </w:rPr>
        <w:t xml:space="preserve"> </w:t>
      </w:r>
      <w:r w:rsidRPr="00D914B7">
        <w:rPr>
          <w:sz w:val="22"/>
          <w:rtl/>
        </w:rPr>
        <w:t>اجرا</w:t>
      </w:r>
      <w:r w:rsidRPr="00D914B7">
        <w:rPr>
          <w:sz w:val="22"/>
        </w:rPr>
        <w:t xml:space="preserve"> </w:t>
      </w:r>
      <w:r w:rsidRPr="00D914B7">
        <w:rPr>
          <w:sz w:val="22"/>
          <w:rtl/>
        </w:rPr>
        <w:t>یا</w:t>
      </w:r>
      <w:r w:rsidRPr="00D914B7">
        <w:rPr>
          <w:sz w:val="22"/>
        </w:rPr>
        <w:t xml:space="preserve"> </w:t>
      </w:r>
      <w:r w:rsidRPr="00D914B7">
        <w:rPr>
          <w:sz w:val="22"/>
          <w:rtl/>
        </w:rPr>
        <w:t>تعدیل</w:t>
      </w:r>
      <w:r w:rsidRPr="00D914B7">
        <w:rPr>
          <w:sz w:val="22"/>
        </w:rPr>
        <w:t xml:space="preserve"> </w:t>
      </w:r>
      <w:r w:rsidRPr="00D914B7">
        <w:rPr>
          <w:sz w:val="22"/>
          <w:rtl/>
        </w:rPr>
        <w:t>کرد؟</w:t>
      </w:r>
      <w:r w:rsidRPr="00D914B7">
        <w:rPr>
          <w:sz w:val="22"/>
        </w:rPr>
        <w:t xml:space="preserve"> </w:t>
      </w:r>
      <w:r w:rsidRPr="00D914B7">
        <w:rPr>
          <w:sz w:val="22"/>
          <w:rtl/>
        </w:rPr>
        <w:t>جانشینی</w:t>
      </w:r>
      <w:r w:rsidRPr="00D914B7">
        <w:rPr>
          <w:sz w:val="22"/>
        </w:rPr>
        <w:t xml:space="preserve"> </w:t>
      </w:r>
      <w:r w:rsidRPr="00D914B7">
        <w:rPr>
          <w:sz w:val="22"/>
          <w:rtl/>
        </w:rPr>
        <w:t>چگونه</w:t>
      </w:r>
      <w:r w:rsidRPr="00D914B7">
        <w:rPr>
          <w:sz w:val="22"/>
        </w:rPr>
        <w:t xml:space="preserve"> </w:t>
      </w:r>
      <w:r w:rsidRPr="00D914B7">
        <w:rPr>
          <w:sz w:val="22"/>
          <w:rtl/>
        </w:rPr>
        <w:t>حل</w:t>
      </w:r>
      <w:r w:rsidRPr="00D914B7">
        <w:rPr>
          <w:sz w:val="22"/>
        </w:rPr>
        <w:t xml:space="preserve"> </w:t>
      </w:r>
      <w:r w:rsidRPr="00D914B7">
        <w:rPr>
          <w:sz w:val="22"/>
          <w:rtl/>
        </w:rPr>
        <w:t>شد؟</w:t>
      </w:r>
      <w:r w:rsidRPr="00D914B7">
        <w:rPr>
          <w:sz w:val="22"/>
        </w:rPr>
        <w:t xml:space="preserve"> </w:t>
      </w:r>
      <w:r w:rsidRPr="00D914B7">
        <w:rPr>
          <w:sz w:val="22"/>
          <w:rtl/>
        </w:rPr>
        <w:t>و</w:t>
      </w:r>
      <w:r w:rsidRPr="00D914B7">
        <w:rPr>
          <w:sz w:val="22"/>
        </w:rPr>
        <w:t xml:space="preserve"> </w:t>
      </w:r>
      <w:r w:rsidRPr="00D914B7">
        <w:rPr>
          <w:sz w:val="22"/>
          <w:rtl/>
        </w:rPr>
        <w:t>مردم</w:t>
      </w:r>
      <w:r w:rsidRPr="00D914B7">
        <w:rPr>
          <w:sz w:val="22"/>
        </w:rPr>
        <w:t xml:space="preserve"> </w:t>
      </w:r>
      <w:r w:rsidRPr="00D914B7">
        <w:rPr>
          <w:sz w:val="22"/>
          <w:rtl/>
        </w:rPr>
        <w:t>در</w:t>
      </w:r>
      <w:r w:rsidRPr="00D914B7">
        <w:rPr>
          <w:sz w:val="22"/>
        </w:rPr>
        <w:t xml:space="preserve"> </w:t>
      </w:r>
      <w:r w:rsidRPr="00D914B7">
        <w:rPr>
          <w:sz w:val="22"/>
          <w:rtl/>
        </w:rPr>
        <w:t>این</w:t>
      </w:r>
      <w:r w:rsidRPr="00D914B7">
        <w:rPr>
          <w:sz w:val="22"/>
        </w:rPr>
        <w:t xml:space="preserve"> </w:t>
      </w:r>
      <w:r w:rsidRPr="00D914B7">
        <w:rPr>
          <w:sz w:val="22"/>
          <w:rtl/>
        </w:rPr>
        <w:t>میان</w:t>
      </w:r>
      <w:r w:rsidRPr="00D914B7">
        <w:rPr>
          <w:sz w:val="22"/>
        </w:rPr>
        <w:t xml:space="preserve"> </w:t>
      </w:r>
      <w:r w:rsidRPr="00D914B7">
        <w:rPr>
          <w:sz w:val="22"/>
          <w:rtl/>
        </w:rPr>
        <w:t>رعیت،</w:t>
      </w:r>
      <w:r w:rsidRPr="00D914B7">
        <w:rPr>
          <w:sz w:val="22"/>
        </w:rPr>
        <w:t xml:space="preserve"> </w:t>
      </w:r>
      <w:r w:rsidRPr="00D914B7">
        <w:rPr>
          <w:sz w:val="22"/>
          <w:rtl/>
        </w:rPr>
        <w:t>مؤمن،</w:t>
      </w:r>
      <w:r w:rsidRPr="00D914B7">
        <w:rPr>
          <w:sz w:val="22"/>
        </w:rPr>
        <w:t xml:space="preserve"> </w:t>
      </w:r>
      <w:r w:rsidRPr="00D914B7">
        <w:rPr>
          <w:sz w:val="22"/>
          <w:rtl/>
        </w:rPr>
        <w:t>مالیات</w:t>
      </w:r>
      <w:r w:rsidRPr="00D914B7">
        <w:rPr>
          <w:sz w:val="22"/>
        </w:rPr>
        <w:t>‌</w:t>
      </w:r>
      <w:r w:rsidRPr="00D914B7">
        <w:rPr>
          <w:sz w:val="22"/>
          <w:rtl/>
        </w:rPr>
        <w:t>دهنده،</w:t>
      </w:r>
      <w:r w:rsidRPr="00D914B7">
        <w:rPr>
          <w:sz w:val="22"/>
        </w:rPr>
        <w:t xml:space="preserve"> </w:t>
      </w:r>
      <w:r w:rsidRPr="00D914B7">
        <w:rPr>
          <w:sz w:val="22"/>
          <w:rtl/>
        </w:rPr>
        <w:t>سرباز</w:t>
      </w:r>
      <w:r w:rsidRPr="00D914B7">
        <w:rPr>
          <w:sz w:val="22"/>
        </w:rPr>
        <w:t xml:space="preserve"> </w:t>
      </w:r>
      <w:r w:rsidRPr="00D914B7">
        <w:rPr>
          <w:sz w:val="22"/>
          <w:rtl/>
        </w:rPr>
        <w:t>یا</w:t>
      </w:r>
      <w:r w:rsidRPr="00D914B7">
        <w:rPr>
          <w:sz w:val="22"/>
        </w:rPr>
        <w:t xml:space="preserve"> </w:t>
      </w:r>
      <w:r w:rsidRPr="00D914B7">
        <w:rPr>
          <w:sz w:val="22"/>
          <w:rtl/>
        </w:rPr>
        <w:t>شهروند</w:t>
      </w:r>
      <w:r w:rsidRPr="00D914B7">
        <w:rPr>
          <w:sz w:val="22"/>
        </w:rPr>
        <w:t xml:space="preserve"> </w:t>
      </w:r>
      <w:r w:rsidRPr="00D914B7">
        <w:rPr>
          <w:sz w:val="22"/>
          <w:rtl/>
        </w:rPr>
        <w:t>شمرده</w:t>
      </w:r>
      <w:r w:rsidRPr="00D914B7">
        <w:rPr>
          <w:sz w:val="22"/>
        </w:rPr>
        <w:t xml:space="preserve"> </w:t>
      </w:r>
      <w:r w:rsidRPr="00D914B7">
        <w:rPr>
          <w:sz w:val="22"/>
          <w:rtl/>
        </w:rPr>
        <w:t>شدند؟</w:t>
      </w:r>
      <w:r w:rsidRPr="00D914B7">
        <w:rPr>
          <w:sz w:val="22"/>
        </w:rPr>
        <w:t xml:space="preserve"> </w:t>
      </w:r>
      <w:r w:rsidRPr="00D914B7">
        <w:rPr>
          <w:sz w:val="22"/>
          <w:rtl/>
        </w:rPr>
        <w:t>پاسخ</w:t>
      </w:r>
      <w:r w:rsidRPr="00D914B7">
        <w:rPr>
          <w:sz w:val="22"/>
        </w:rPr>
        <w:t xml:space="preserve"> </w:t>
      </w:r>
      <w:r w:rsidRPr="00D914B7">
        <w:rPr>
          <w:sz w:val="22"/>
          <w:rtl/>
        </w:rPr>
        <w:t>هر</w:t>
      </w:r>
      <w:r w:rsidRPr="00D914B7">
        <w:rPr>
          <w:sz w:val="22"/>
        </w:rPr>
        <w:t xml:space="preserve"> </w:t>
      </w:r>
      <w:r w:rsidRPr="00D914B7">
        <w:rPr>
          <w:sz w:val="22"/>
          <w:rtl/>
        </w:rPr>
        <w:t>دوره</w:t>
      </w:r>
      <w:r w:rsidRPr="00D914B7">
        <w:rPr>
          <w:sz w:val="22"/>
        </w:rPr>
        <w:t xml:space="preserve"> </w:t>
      </w:r>
      <w:r w:rsidRPr="00D914B7">
        <w:rPr>
          <w:sz w:val="22"/>
          <w:rtl/>
        </w:rPr>
        <w:t>متفاوت</w:t>
      </w:r>
      <w:r w:rsidRPr="00D914B7">
        <w:rPr>
          <w:sz w:val="22"/>
        </w:rPr>
        <w:t xml:space="preserve"> </w:t>
      </w:r>
      <w:r w:rsidRPr="00D914B7">
        <w:rPr>
          <w:sz w:val="22"/>
          <w:rtl/>
        </w:rPr>
        <w:t>است،</w:t>
      </w:r>
      <w:r w:rsidRPr="00D914B7">
        <w:rPr>
          <w:sz w:val="22"/>
        </w:rPr>
        <w:t xml:space="preserve"> </w:t>
      </w:r>
      <w:r w:rsidRPr="00D914B7">
        <w:rPr>
          <w:sz w:val="22"/>
          <w:rtl/>
        </w:rPr>
        <w:t>اما</w:t>
      </w:r>
      <w:r w:rsidRPr="00D914B7">
        <w:rPr>
          <w:sz w:val="22"/>
        </w:rPr>
        <w:t xml:space="preserve"> </w:t>
      </w:r>
      <w:r w:rsidRPr="00D914B7">
        <w:rPr>
          <w:sz w:val="22"/>
          <w:rtl/>
        </w:rPr>
        <w:t>تکرار</w:t>
      </w:r>
      <w:r w:rsidRPr="00D914B7">
        <w:rPr>
          <w:sz w:val="22"/>
        </w:rPr>
        <w:t xml:space="preserve"> </w:t>
      </w:r>
      <w:r w:rsidRPr="00D914B7">
        <w:rPr>
          <w:sz w:val="22"/>
          <w:rtl/>
        </w:rPr>
        <w:t>این</w:t>
      </w:r>
      <w:r w:rsidRPr="00D914B7">
        <w:rPr>
          <w:sz w:val="22"/>
        </w:rPr>
        <w:t xml:space="preserve"> </w:t>
      </w:r>
      <w:r w:rsidRPr="00D914B7">
        <w:rPr>
          <w:sz w:val="22"/>
          <w:rtl/>
        </w:rPr>
        <w:t>پرسش</w:t>
      </w:r>
      <w:r w:rsidRPr="00D914B7">
        <w:rPr>
          <w:sz w:val="22"/>
        </w:rPr>
        <w:t>‌</w:t>
      </w:r>
      <w:r w:rsidRPr="00D914B7">
        <w:rPr>
          <w:sz w:val="22"/>
          <w:rtl/>
        </w:rPr>
        <w:t>ها</w:t>
      </w:r>
      <w:r w:rsidRPr="00D914B7">
        <w:rPr>
          <w:sz w:val="22"/>
        </w:rPr>
        <w:t xml:space="preserve"> </w:t>
      </w:r>
      <w:r w:rsidRPr="00D914B7">
        <w:rPr>
          <w:sz w:val="22"/>
          <w:rtl/>
        </w:rPr>
        <w:t>امکان</w:t>
      </w:r>
      <w:r w:rsidRPr="00D914B7">
        <w:rPr>
          <w:sz w:val="22"/>
        </w:rPr>
        <w:t xml:space="preserve"> </w:t>
      </w:r>
      <w:r w:rsidRPr="00D914B7">
        <w:rPr>
          <w:sz w:val="22"/>
          <w:rtl/>
        </w:rPr>
        <w:t>مقایسه</w:t>
      </w:r>
      <w:r>
        <w:rPr>
          <w:sz w:val="22"/>
          <w:rtl/>
        </w:rPr>
        <w:t>ء</w:t>
      </w:r>
      <w:r w:rsidRPr="00D914B7">
        <w:rPr>
          <w:sz w:val="22"/>
        </w:rPr>
        <w:t xml:space="preserve"> </w:t>
      </w:r>
      <w:r w:rsidRPr="00D914B7">
        <w:rPr>
          <w:sz w:val="22"/>
          <w:rtl/>
        </w:rPr>
        <w:t>تاریخی</w:t>
      </w:r>
      <w:r w:rsidRPr="00D914B7">
        <w:rPr>
          <w:sz w:val="22"/>
        </w:rPr>
        <w:t xml:space="preserve"> </w:t>
      </w:r>
      <w:r w:rsidRPr="00D914B7">
        <w:rPr>
          <w:sz w:val="22"/>
          <w:rtl/>
        </w:rPr>
        <w:t>را</w:t>
      </w:r>
      <w:r w:rsidRPr="00D914B7">
        <w:rPr>
          <w:sz w:val="22"/>
        </w:rPr>
        <w:t xml:space="preserve"> </w:t>
      </w:r>
      <w:r w:rsidRPr="00D914B7">
        <w:rPr>
          <w:sz w:val="22"/>
          <w:rtl/>
        </w:rPr>
        <w:t>فراهم</w:t>
      </w:r>
      <w:r w:rsidRPr="00D914B7">
        <w:rPr>
          <w:sz w:val="22"/>
        </w:rPr>
        <w:t xml:space="preserve"> </w:t>
      </w:r>
      <w:r w:rsidRPr="00D914B7">
        <w:rPr>
          <w:sz w:val="22"/>
          <w:rtl/>
        </w:rPr>
        <w:t>می</w:t>
      </w:r>
      <w:r w:rsidRPr="00D914B7">
        <w:rPr>
          <w:sz w:val="22"/>
        </w:rPr>
        <w:t>‌</w:t>
      </w:r>
      <w:r w:rsidRPr="00D914B7">
        <w:rPr>
          <w:sz w:val="22"/>
          <w:rtl/>
        </w:rPr>
        <w:t>کند</w:t>
      </w:r>
      <w:r>
        <w:rPr>
          <w:sz w:val="22"/>
          <w:rtl/>
        </w:rPr>
        <w:t>.</w:t>
      </w:r>
    </w:p>
    <w:p w:rsidR="00987F03" w:rsidRPr="00D914B7" w:rsidRDefault="00987F03" w:rsidP="00987F03">
      <w:pPr>
        <w:keepNext/>
        <w:bidi/>
        <w:rPr>
          <w:sz w:val="22"/>
        </w:rPr>
      </w:pPr>
      <w:r w:rsidRPr="00D914B7">
        <w:rPr>
          <w:b/>
          <w:bCs/>
          <w:sz w:val="22"/>
          <w:rtl/>
        </w:rPr>
        <w:t>۱۰</w:t>
      </w:r>
      <w:r>
        <w:rPr>
          <w:b/>
          <w:sz w:val="22"/>
          <w:rtl/>
        </w:rPr>
        <w:t>.</w:t>
      </w:r>
      <w:r w:rsidRPr="00D914B7">
        <w:rPr>
          <w:b/>
          <w:sz w:val="22"/>
        </w:rPr>
        <w:t xml:space="preserve"> </w:t>
      </w:r>
      <w:r w:rsidRPr="00D914B7">
        <w:rPr>
          <w:b/>
          <w:bCs/>
          <w:sz w:val="22"/>
          <w:rtl/>
        </w:rPr>
        <w:t>مقصد</w:t>
      </w:r>
      <w:r w:rsidRPr="00D914B7">
        <w:rPr>
          <w:b/>
          <w:sz w:val="22"/>
        </w:rPr>
        <w:t xml:space="preserve"> </w:t>
      </w:r>
      <w:r w:rsidRPr="00D914B7">
        <w:rPr>
          <w:b/>
          <w:bCs/>
          <w:sz w:val="22"/>
          <w:rtl/>
        </w:rPr>
        <w:t>این</w:t>
      </w:r>
      <w:r w:rsidRPr="00D914B7">
        <w:rPr>
          <w:b/>
          <w:sz w:val="22"/>
        </w:rPr>
        <w:t xml:space="preserve"> </w:t>
      </w:r>
      <w:r w:rsidRPr="00D914B7">
        <w:rPr>
          <w:b/>
          <w:bCs/>
          <w:sz w:val="22"/>
          <w:rtl/>
        </w:rPr>
        <w:t>روایت</w:t>
      </w:r>
    </w:p>
    <w:p w:rsidR="00987F03" w:rsidRPr="00D914B7" w:rsidRDefault="00987F03" w:rsidP="00987F03">
      <w:pPr>
        <w:bidi/>
        <w:ind w:firstLine="720"/>
        <w:rPr>
          <w:sz w:val="22"/>
        </w:rPr>
      </w:pP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ستایش</w:t>
      </w:r>
      <w:r w:rsidRPr="00D914B7">
        <w:rPr>
          <w:sz w:val="22"/>
        </w:rPr>
        <w:t xml:space="preserve"> </w:t>
      </w:r>
      <w:r w:rsidRPr="00D914B7">
        <w:rPr>
          <w:sz w:val="22"/>
          <w:rtl/>
        </w:rPr>
        <w:t>دیوانیان</w:t>
      </w:r>
      <w:r w:rsidRPr="00D914B7">
        <w:rPr>
          <w:sz w:val="22"/>
        </w:rPr>
        <w:t xml:space="preserve"> </w:t>
      </w:r>
      <w:r w:rsidRPr="00D914B7">
        <w:rPr>
          <w:sz w:val="22"/>
          <w:rtl/>
        </w:rPr>
        <w:t>نیست؛</w:t>
      </w:r>
      <w:r w:rsidRPr="00D914B7">
        <w:rPr>
          <w:sz w:val="22"/>
        </w:rPr>
        <w:t xml:space="preserve"> </w:t>
      </w:r>
      <w:r w:rsidRPr="00D914B7">
        <w:rPr>
          <w:sz w:val="22"/>
          <w:rtl/>
        </w:rPr>
        <w:t>همان</w:t>
      </w:r>
      <w:r w:rsidRPr="00D914B7">
        <w:rPr>
          <w:sz w:val="22"/>
        </w:rPr>
        <w:t>‌</w:t>
      </w:r>
      <w:r w:rsidRPr="00D914B7">
        <w:rPr>
          <w:sz w:val="22"/>
          <w:rtl/>
        </w:rPr>
        <w:t>گونه</w:t>
      </w:r>
      <w:r w:rsidRPr="00D914B7">
        <w:rPr>
          <w:sz w:val="22"/>
        </w:rPr>
        <w:t xml:space="preserve"> </w:t>
      </w:r>
      <w:r w:rsidRPr="00D914B7">
        <w:rPr>
          <w:sz w:val="22"/>
          <w:rtl/>
        </w:rPr>
        <w:t>که</w:t>
      </w:r>
      <w:r w:rsidRPr="00D914B7">
        <w:rPr>
          <w:sz w:val="22"/>
        </w:rPr>
        <w:t xml:space="preserve"> </w:t>
      </w:r>
      <w:r w:rsidRPr="00D914B7">
        <w:rPr>
          <w:sz w:val="22"/>
          <w:rtl/>
        </w:rPr>
        <w:t>تاریخ</w:t>
      </w:r>
      <w:r w:rsidRPr="00D914B7">
        <w:rPr>
          <w:sz w:val="22"/>
        </w:rPr>
        <w:t xml:space="preserve"> </w:t>
      </w:r>
      <w:r w:rsidRPr="00D914B7">
        <w:rPr>
          <w:sz w:val="22"/>
          <w:rtl/>
        </w:rPr>
        <w:t>محکوم</w:t>
      </w:r>
      <w:r w:rsidRPr="00D914B7">
        <w:rPr>
          <w:sz w:val="22"/>
        </w:rPr>
        <w:t>‌</w:t>
      </w:r>
      <w:r w:rsidRPr="00D914B7">
        <w:rPr>
          <w:sz w:val="22"/>
          <w:rtl/>
        </w:rPr>
        <w:t>کردن</w:t>
      </w:r>
      <w:r w:rsidRPr="00D914B7">
        <w:rPr>
          <w:sz w:val="22"/>
        </w:rPr>
        <w:t xml:space="preserve"> </w:t>
      </w:r>
      <w:r w:rsidRPr="00D914B7">
        <w:rPr>
          <w:sz w:val="22"/>
          <w:rtl/>
        </w:rPr>
        <w:t>یکسره</w:t>
      </w:r>
      <w:r>
        <w:rPr>
          <w:sz w:val="22"/>
          <w:rtl/>
        </w:rPr>
        <w:t>ء</w:t>
      </w:r>
      <w:r w:rsidRPr="00D914B7">
        <w:rPr>
          <w:sz w:val="22"/>
        </w:rPr>
        <w:t xml:space="preserve"> </w:t>
      </w:r>
      <w:r w:rsidRPr="00D914B7">
        <w:rPr>
          <w:sz w:val="22"/>
          <w:rtl/>
        </w:rPr>
        <w:t>شاهان،</w:t>
      </w:r>
      <w:r w:rsidRPr="00D914B7">
        <w:rPr>
          <w:sz w:val="22"/>
        </w:rPr>
        <w:t xml:space="preserve"> </w:t>
      </w:r>
      <w:r w:rsidRPr="00D914B7">
        <w:rPr>
          <w:sz w:val="22"/>
          <w:rtl/>
        </w:rPr>
        <w:t>نظامیان</w:t>
      </w:r>
      <w:r w:rsidRPr="00D914B7">
        <w:rPr>
          <w:sz w:val="22"/>
        </w:rPr>
        <w:t xml:space="preserve"> </w:t>
      </w:r>
      <w:r w:rsidRPr="00D914B7">
        <w:rPr>
          <w:sz w:val="22"/>
          <w:rtl/>
        </w:rPr>
        <w:t>یا</w:t>
      </w:r>
      <w:r w:rsidRPr="00D914B7">
        <w:rPr>
          <w:sz w:val="22"/>
        </w:rPr>
        <w:t xml:space="preserve"> </w:t>
      </w:r>
      <w:r w:rsidRPr="00D914B7">
        <w:rPr>
          <w:sz w:val="22"/>
          <w:rtl/>
        </w:rPr>
        <w:t>دینکاران</w:t>
      </w:r>
      <w:r w:rsidRPr="00D914B7">
        <w:rPr>
          <w:sz w:val="22"/>
        </w:rPr>
        <w:t xml:space="preserve"> </w:t>
      </w:r>
      <w:r w:rsidRPr="00D914B7">
        <w:rPr>
          <w:sz w:val="22"/>
          <w:rtl/>
        </w:rPr>
        <w:t>نیز</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هر</w:t>
      </w:r>
      <w:r w:rsidRPr="00D914B7">
        <w:rPr>
          <w:sz w:val="22"/>
        </w:rPr>
        <w:t xml:space="preserve"> </w:t>
      </w:r>
      <w:r w:rsidRPr="00D914B7">
        <w:rPr>
          <w:sz w:val="22"/>
          <w:rtl/>
        </w:rPr>
        <w:t>چهار</w:t>
      </w:r>
      <w:r w:rsidRPr="00D914B7">
        <w:rPr>
          <w:sz w:val="22"/>
        </w:rPr>
        <w:t xml:space="preserve"> </w:t>
      </w:r>
      <w:r w:rsidRPr="00D914B7">
        <w:rPr>
          <w:sz w:val="22"/>
          <w:rtl/>
        </w:rPr>
        <w:t>نهاد</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هایی</w:t>
      </w:r>
      <w:r w:rsidRPr="00D914B7">
        <w:rPr>
          <w:sz w:val="22"/>
        </w:rPr>
        <w:t xml:space="preserve"> </w:t>
      </w:r>
      <w:r w:rsidRPr="00D914B7">
        <w:rPr>
          <w:sz w:val="22"/>
          <w:rtl/>
        </w:rPr>
        <w:t>به</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کشور</w:t>
      </w:r>
      <w:r w:rsidRPr="00D914B7">
        <w:rPr>
          <w:sz w:val="22"/>
        </w:rPr>
        <w:t xml:space="preserve"> </w:t>
      </w:r>
      <w:r w:rsidRPr="00D914B7">
        <w:rPr>
          <w:sz w:val="22"/>
          <w:rtl/>
        </w:rPr>
        <w:t>کمک</w:t>
      </w:r>
      <w:r w:rsidRPr="00D914B7">
        <w:rPr>
          <w:sz w:val="22"/>
        </w:rPr>
        <w:t xml:space="preserve"> </w:t>
      </w:r>
      <w:r w:rsidRPr="00D914B7">
        <w:rPr>
          <w:sz w:val="22"/>
          <w:rtl/>
        </w:rPr>
        <w:t>کرده</w:t>
      </w:r>
      <w:r w:rsidRPr="00D914B7">
        <w:rPr>
          <w:sz w:val="22"/>
        </w:rPr>
        <w:t>‌</w:t>
      </w:r>
      <w:r w:rsidRPr="00D914B7">
        <w:rPr>
          <w:sz w:val="22"/>
          <w:rtl/>
        </w:rPr>
        <w:t>اند</w:t>
      </w:r>
      <w:r w:rsidRPr="00D914B7">
        <w:rPr>
          <w:sz w:val="22"/>
        </w:rPr>
        <w:t xml:space="preserve"> </w:t>
      </w:r>
      <w:r w:rsidRPr="00D914B7">
        <w:rPr>
          <w:sz w:val="22"/>
          <w:rtl/>
        </w:rPr>
        <w:t>و</w:t>
      </w:r>
      <w:r w:rsidRPr="00D914B7">
        <w:rPr>
          <w:sz w:val="22"/>
        </w:rPr>
        <w:t xml:space="preserve"> </w:t>
      </w:r>
      <w:r w:rsidRPr="00D914B7">
        <w:rPr>
          <w:sz w:val="22"/>
          <w:rtl/>
        </w:rPr>
        <w:t>در</w:t>
      </w:r>
      <w:r w:rsidRPr="00D914B7">
        <w:rPr>
          <w:sz w:val="22"/>
        </w:rPr>
        <w:t xml:space="preserve"> </w:t>
      </w:r>
      <w:r w:rsidRPr="00D914B7">
        <w:rPr>
          <w:sz w:val="22"/>
          <w:rtl/>
        </w:rPr>
        <w:t>دوره</w:t>
      </w:r>
      <w:r w:rsidRPr="00D914B7">
        <w:rPr>
          <w:sz w:val="22"/>
        </w:rPr>
        <w:t>‌</w:t>
      </w:r>
      <w:r w:rsidRPr="00D914B7">
        <w:rPr>
          <w:sz w:val="22"/>
          <w:rtl/>
        </w:rPr>
        <w:t>هایی</w:t>
      </w:r>
      <w:r w:rsidRPr="00D914B7">
        <w:rPr>
          <w:sz w:val="22"/>
        </w:rPr>
        <w:t xml:space="preserve"> </w:t>
      </w:r>
      <w:r w:rsidRPr="00D914B7">
        <w:rPr>
          <w:sz w:val="22"/>
          <w:rtl/>
        </w:rPr>
        <w:t>آن</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خطر</w:t>
      </w:r>
      <w:r w:rsidRPr="00D914B7">
        <w:rPr>
          <w:sz w:val="22"/>
        </w:rPr>
        <w:t xml:space="preserve"> </w:t>
      </w:r>
      <w:r w:rsidRPr="00D914B7">
        <w:rPr>
          <w:sz w:val="22"/>
          <w:rtl/>
        </w:rPr>
        <w:t>انداخته</w:t>
      </w:r>
      <w:r w:rsidRPr="00D914B7">
        <w:rPr>
          <w:sz w:val="22"/>
        </w:rPr>
        <w:t>‌</w:t>
      </w:r>
      <w:r w:rsidRPr="00D914B7">
        <w:rPr>
          <w:sz w:val="22"/>
          <w:rtl/>
        </w:rPr>
        <w:t>اند</w:t>
      </w:r>
      <w:r>
        <w:rPr>
          <w:sz w:val="22"/>
          <w:rtl/>
        </w:rPr>
        <w:t>.</w:t>
      </w:r>
      <w:r w:rsidRPr="00D914B7">
        <w:rPr>
          <w:sz w:val="22"/>
        </w:rPr>
        <w:t xml:space="preserve"> </w:t>
      </w:r>
      <w:r w:rsidRPr="00D914B7">
        <w:rPr>
          <w:sz w:val="22"/>
          <w:rtl/>
        </w:rPr>
        <w:t>مسئله</w:t>
      </w:r>
      <w:r w:rsidRPr="00D914B7">
        <w:rPr>
          <w:sz w:val="22"/>
        </w:rPr>
        <w:t xml:space="preserve"> </w:t>
      </w:r>
      <w:r w:rsidRPr="00D914B7">
        <w:rPr>
          <w:sz w:val="22"/>
          <w:rtl/>
        </w:rPr>
        <w:t>این</w:t>
      </w:r>
      <w:r w:rsidRPr="00D914B7">
        <w:rPr>
          <w:sz w:val="22"/>
        </w:rPr>
        <w:t xml:space="preserve"> </w:t>
      </w:r>
      <w:r w:rsidRPr="00D914B7">
        <w:rPr>
          <w:sz w:val="22"/>
          <w:rtl/>
        </w:rPr>
        <w:t>است</w:t>
      </w:r>
      <w:r w:rsidRPr="00D914B7">
        <w:rPr>
          <w:sz w:val="22"/>
        </w:rPr>
        <w:t xml:space="preserve"> </w:t>
      </w:r>
      <w:r w:rsidRPr="00D914B7">
        <w:rPr>
          <w:sz w:val="22"/>
          <w:rtl/>
        </w:rPr>
        <w:t>که</w:t>
      </w:r>
      <w:r w:rsidRPr="00D914B7">
        <w:rPr>
          <w:sz w:val="22"/>
        </w:rPr>
        <w:t xml:space="preserve"> </w:t>
      </w:r>
      <w:r w:rsidRPr="00D914B7">
        <w:rPr>
          <w:sz w:val="22"/>
          <w:rtl/>
        </w:rPr>
        <w:t>چه</w:t>
      </w:r>
      <w:r w:rsidRPr="00D914B7">
        <w:rPr>
          <w:sz w:val="22"/>
        </w:rPr>
        <w:t xml:space="preserve"> </w:t>
      </w:r>
      <w:r w:rsidRPr="00D914B7">
        <w:rPr>
          <w:sz w:val="22"/>
          <w:rtl/>
        </w:rPr>
        <w:t>آرایشی</w:t>
      </w:r>
      <w:r w:rsidRPr="00D914B7">
        <w:rPr>
          <w:sz w:val="22"/>
        </w:rPr>
        <w:t xml:space="preserve"> </w:t>
      </w:r>
      <w:r w:rsidRPr="00D914B7">
        <w:rPr>
          <w:sz w:val="22"/>
          <w:rtl/>
        </w:rPr>
        <w:t>از</w:t>
      </w:r>
      <w:r w:rsidRPr="00D914B7">
        <w:rPr>
          <w:sz w:val="22"/>
        </w:rPr>
        <w:t xml:space="preserve"> </w:t>
      </w:r>
      <w:r w:rsidRPr="00D914B7">
        <w:rPr>
          <w:sz w:val="22"/>
          <w:rtl/>
        </w:rPr>
        <w:t>قدرت،</w:t>
      </w:r>
      <w:r w:rsidRPr="00D914B7">
        <w:rPr>
          <w:sz w:val="22"/>
        </w:rPr>
        <w:t xml:space="preserve"> </w:t>
      </w:r>
      <w:r w:rsidRPr="00D914B7">
        <w:rPr>
          <w:sz w:val="22"/>
          <w:rtl/>
        </w:rPr>
        <w:t>خدمت</w:t>
      </w:r>
      <w:r w:rsidRPr="00D914B7">
        <w:rPr>
          <w:sz w:val="22"/>
        </w:rPr>
        <w:t xml:space="preserve"> </w:t>
      </w:r>
      <w:r w:rsidRPr="00D914B7">
        <w:rPr>
          <w:sz w:val="22"/>
          <w:rtl/>
        </w:rPr>
        <w:t>به</w:t>
      </w:r>
      <w:r w:rsidRPr="00D914B7">
        <w:rPr>
          <w:sz w:val="22"/>
        </w:rPr>
        <w:t xml:space="preserve"> </w:t>
      </w:r>
      <w:r w:rsidRPr="00D914B7">
        <w:rPr>
          <w:sz w:val="22"/>
          <w:rtl/>
        </w:rPr>
        <w:t>کشور</w:t>
      </w:r>
      <w:r w:rsidRPr="00D914B7">
        <w:rPr>
          <w:sz w:val="22"/>
        </w:rPr>
        <w:t xml:space="preserve"> </w:t>
      </w:r>
      <w:r w:rsidRPr="00D914B7">
        <w:rPr>
          <w:sz w:val="22"/>
          <w:rtl/>
        </w:rPr>
        <w:t>و</w:t>
      </w:r>
      <w:r w:rsidRPr="00D914B7">
        <w:rPr>
          <w:sz w:val="22"/>
        </w:rPr>
        <w:t xml:space="preserve"> </w:t>
      </w:r>
      <w:r w:rsidRPr="00D914B7">
        <w:rPr>
          <w:sz w:val="22"/>
          <w:rtl/>
        </w:rPr>
        <w:t>ملت</w:t>
      </w:r>
      <w:r w:rsidRPr="00D914B7">
        <w:rPr>
          <w:sz w:val="22"/>
        </w:rPr>
        <w:t xml:space="preserve"> </w:t>
      </w:r>
      <w:r w:rsidRPr="00D914B7">
        <w:rPr>
          <w:sz w:val="22"/>
          <w:rtl/>
        </w:rPr>
        <w:t>را</w:t>
      </w:r>
      <w:r w:rsidRPr="00D914B7">
        <w:rPr>
          <w:sz w:val="22"/>
        </w:rPr>
        <w:t xml:space="preserve"> </w:t>
      </w:r>
      <w:r w:rsidRPr="00D914B7">
        <w:rPr>
          <w:sz w:val="22"/>
          <w:rtl/>
        </w:rPr>
        <w:t>ممکن</w:t>
      </w:r>
      <w:r w:rsidRPr="00D914B7">
        <w:rPr>
          <w:sz w:val="22"/>
        </w:rPr>
        <w:t xml:space="preserve"> </w:t>
      </w:r>
      <w:r w:rsidRPr="00D914B7">
        <w:rPr>
          <w:sz w:val="22"/>
          <w:rtl/>
        </w:rPr>
        <w:t>کرده</w:t>
      </w:r>
      <w:r w:rsidRPr="00D914B7">
        <w:rPr>
          <w:sz w:val="22"/>
        </w:rPr>
        <w:t xml:space="preserve"> </w:t>
      </w:r>
      <w:r w:rsidRPr="00D914B7">
        <w:rPr>
          <w:sz w:val="22"/>
          <w:rtl/>
        </w:rPr>
        <w:t>و</w:t>
      </w:r>
      <w:r w:rsidRPr="00D914B7">
        <w:rPr>
          <w:sz w:val="22"/>
        </w:rPr>
        <w:t xml:space="preserve"> </w:t>
      </w:r>
      <w:r w:rsidRPr="00D914B7">
        <w:rPr>
          <w:sz w:val="22"/>
          <w:rtl/>
        </w:rPr>
        <w:t>چه</w:t>
      </w:r>
      <w:r w:rsidRPr="00D914B7">
        <w:rPr>
          <w:sz w:val="22"/>
        </w:rPr>
        <w:t xml:space="preserve"> </w:t>
      </w:r>
      <w:r w:rsidRPr="00D914B7">
        <w:rPr>
          <w:sz w:val="22"/>
          <w:rtl/>
        </w:rPr>
        <w:t>آرایشی</w:t>
      </w:r>
      <w:r w:rsidRPr="00D914B7">
        <w:rPr>
          <w:sz w:val="22"/>
        </w:rPr>
        <w:t xml:space="preserve"> </w:t>
      </w:r>
      <w:r w:rsidRPr="00D914B7">
        <w:rPr>
          <w:sz w:val="22"/>
          <w:rtl/>
        </w:rPr>
        <w:t>نهادها</w:t>
      </w:r>
      <w:r w:rsidRPr="00D914B7">
        <w:rPr>
          <w:sz w:val="22"/>
        </w:rPr>
        <w:t xml:space="preserve"> </w:t>
      </w:r>
      <w:r w:rsidRPr="00D914B7">
        <w:rPr>
          <w:sz w:val="22"/>
          <w:rtl/>
        </w:rPr>
        <w:t>را</w:t>
      </w:r>
      <w:r w:rsidRPr="00D914B7">
        <w:rPr>
          <w:sz w:val="22"/>
        </w:rPr>
        <w:t xml:space="preserve"> </w:t>
      </w:r>
      <w:r w:rsidRPr="00D914B7">
        <w:rPr>
          <w:sz w:val="22"/>
          <w:rtl/>
        </w:rPr>
        <w:t>به</w:t>
      </w:r>
      <w:r w:rsidRPr="00D914B7">
        <w:rPr>
          <w:sz w:val="22"/>
        </w:rPr>
        <w:t xml:space="preserve"> </w:t>
      </w:r>
      <w:r w:rsidRPr="00D914B7">
        <w:rPr>
          <w:sz w:val="22"/>
          <w:rtl/>
        </w:rPr>
        <w:t>ابزار</w:t>
      </w:r>
      <w:r w:rsidRPr="00D914B7">
        <w:rPr>
          <w:sz w:val="22"/>
        </w:rPr>
        <w:t xml:space="preserve"> </w:t>
      </w:r>
      <w:r w:rsidRPr="00D914B7">
        <w:rPr>
          <w:sz w:val="22"/>
          <w:rtl/>
        </w:rPr>
        <w:t>حفظ</w:t>
      </w:r>
      <w:r w:rsidRPr="00D914B7">
        <w:rPr>
          <w:sz w:val="22"/>
        </w:rPr>
        <w:t xml:space="preserve"> </w:t>
      </w:r>
      <w:r w:rsidRPr="00D914B7">
        <w:rPr>
          <w:sz w:val="22"/>
          <w:rtl/>
        </w:rPr>
        <w:t>خود</w:t>
      </w:r>
      <w:r w:rsidRPr="00D914B7">
        <w:rPr>
          <w:sz w:val="22"/>
        </w:rPr>
        <w:t xml:space="preserve"> </w:t>
      </w:r>
      <w:r w:rsidRPr="00D914B7">
        <w:rPr>
          <w:sz w:val="22"/>
          <w:rtl/>
        </w:rPr>
        <w:t>تبدیل</w:t>
      </w:r>
      <w:r w:rsidRPr="00D914B7">
        <w:rPr>
          <w:sz w:val="22"/>
        </w:rPr>
        <w:t xml:space="preserve"> </w:t>
      </w:r>
      <w:r w:rsidRPr="00D914B7">
        <w:rPr>
          <w:sz w:val="22"/>
          <w:rtl/>
        </w:rPr>
        <w:t>نموده</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اگر</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ارزشی</w:t>
      </w:r>
      <w:r w:rsidRPr="00D914B7">
        <w:rPr>
          <w:sz w:val="22"/>
        </w:rPr>
        <w:t xml:space="preserve"> </w:t>
      </w:r>
      <w:r w:rsidRPr="00D914B7">
        <w:rPr>
          <w:sz w:val="22"/>
          <w:rtl/>
        </w:rPr>
        <w:t>داشته</w:t>
      </w:r>
      <w:r w:rsidRPr="00D914B7">
        <w:rPr>
          <w:sz w:val="22"/>
        </w:rPr>
        <w:t xml:space="preserve"> </w:t>
      </w:r>
      <w:r w:rsidRPr="00D914B7">
        <w:rPr>
          <w:sz w:val="22"/>
          <w:rtl/>
        </w:rPr>
        <w:t>باشد،</w:t>
      </w:r>
      <w:r w:rsidRPr="00D914B7">
        <w:rPr>
          <w:sz w:val="22"/>
        </w:rPr>
        <w:t xml:space="preserve"> </w:t>
      </w:r>
      <w:r w:rsidRPr="00D914B7">
        <w:rPr>
          <w:sz w:val="22"/>
          <w:rtl/>
        </w:rPr>
        <w:t>شاید</w:t>
      </w:r>
      <w:r w:rsidRPr="00D914B7">
        <w:rPr>
          <w:sz w:val="22"/>
        </w:rPr>
        <w:t xml:space="preserve"> </w:t>
      </w:r>
      <w:r w:rsidRPr="00D914B7">
        <w:rPr>
          <w:sz w:val="22"/>
          <w:rtl/>
        </w:rPr>
        <w:t>در</w:t>
      </w:r>
      <w:r w:rsidRPr="00D914B7">
        <w:rPr>
          <w:sz w:val="22"/>
        </w:rPr>
        <w:t xml:space="preserve"> </w:t>
      </w:r>
      <w:r w:rsidRPr="00D914B7">
        <w:rPr>
          <w:sz w:val="22"/>
          <w:rtl/>
        </w:rPr>
        <w:t>آن</w:t>
      </w:r>
      <w:r w:rsidRPr="00D914B7">
        <w:rPr>
          <w:sz w:val="22"/>
        </w:rPr>
        <w:t xml:space="preserve"> </w:t>
      </w:r>
      <w:r w:rsidRPr="00D914B7">
        <w:rPr>
          <w:sz w:val="22"/>
          <w:rtl/>
        </w:rPr>
        <w:t>باشد</w:t>
      </w:r>
      <w:r w:rsidRPr="00D914B7">
        <w:rPr>
          <w:sz w:val="22"/>
        </w:rPr>
        <w:t xml:space="preserve"> </w:t>
      </w:r>
      <w:r w:rsidRPr="00D914B7">
        <w:rPr>
          <w:sz w:val="22"/>
          <w:rtl/>
        </w:rPr>
        <w:t>که</w:t>
      </w:r>
      <w:r w:rsidRPr="00D914B7">
        <w:rPr>
          <w:sz w:val="22"/>
        </w:rPr>
        <w:t xml:space="preserve"> </w:t>
      </w:r>
      <w:r w:rsidRPr="00D914B7">
        <w:rPr>
          <w:sz w:val="22"/>
          <w:rtl/>
        </w:rPr>
        <w:t>تاریخ</w:t>
      </w:r>
      <w:r w:rsidRPr="00D914B7">
        <w:rPr>
          <w:sz w:val="22"/>
        </w:rPr>
        <w:t xml:space="preserve"> </w:t>
      </w:r>
      <w:r w:rsidRPr="00D914B7">
        <w:rPr>
          <w:sz w:val="22"/>
          <w:rtl/>
        </w:rPr>
        <w:t>ایران</w:t>
      </w:r>
      <w:r w:rsidRPr="00D914B7">
        <w:rPr>
          <w:sz w:val="22"/>
        </w:rPr>
        <w:t xml:space="preserve"> </w:t>
      </w:r>
      <w:r w:rsidRPr="00D914B7">
        <w:rPr>
          <w:sz w:val="22"/>
          <w:rtl/>
        </w:rPr>
        <w:t>را</w:t>
      </w:r>
      <w:r w:rsidRPr="00D914B7">
        <w:rPr>
          <w:sz w:val="22"/>
        </w:rPr>
        <w:t xml:space="preserve"> </w:t>
      </w:r>
      <w:r w:rsidRPr="00D914B7">
        <w:rPr>
          <w:sz w:val="22"/>
          <w:rtl/>
        </w:rPr>
        <w:t>از</w:t>
      </w:r>
      <w:r w:rsidRPr="00D914B7">
        <w:rPr>
          <w:sz w:val="22"/>
        </w:rPr>
        <w:t xml:space="preserve"> </w:t>
      </w:r>
      <w:r w:rsidRPr="00D914B7">
        <w:rPr>
          <w:sz w:val="22"/>
          <w:rtl/>
        </w:rPr>
        <w:t>زاویه</w:t>
      </w:r>
      <w:r w:rsidRPr="00D914B7">
        <w:rPr>
          <w:sz w:val="22"/>
        </w:rPr>
        <w:t>‌</w:t>
      </w:r>
      <w:r w:rsidRPr="00D914B7">
        <w:rPr>
          <w:sz w:val="22"/>
          <w:rtl/>
        </w:rPr>
        <w:t>ای</w:t>
      </w:r>
      <w:r w:rsidRPr="00D914B7">
        <w:rPr>
          <w:sz w:val="22"/>
        </w:rPr>
        <w:t xml:space="preserve"> </w:t>
      </w:r>
      <w:r w:rsidRPr="00D914B7">
        <w:rPr>
          <w:sz w:val="22"/>
          <w:rtl/>
        </w:rPr>
        <w:t>کمتر</w:t>
      </w:r>
      <w:r w:rsidRPr="00D914B7">
        <w:rPr>
          <w:sz w:val="22"/>
        </w:rPr>
        <w:t xml:space="preserve"> </w:t>
      </w:r>
      <w:r w:rsidRPr="00D914B7">
        <w:rPr>
          <w:sz w:val="22"/>
          <w:rtl/>
        </w:rPr>
        <w:t>دیده</w:t>
      </w:r>
      <w:r w:rsidRPr="00D914B7">
        <w:rPr>
          <w:sz w:val="22"/>
        </w:rPr>
        <w:t>‌</w:t>
      </w:r>
      <w:r w:rsidRPr="00D914B7">
        <w:rPr>
          <w:sz w:val="22"/>
          <w:rtl/>
        </w:rPr>
        <w:t>شده</w:t>
      </w:r>
      <w:r w:rsidRPr="00D914B7">
        <w:rPr>
          <w:sz w:val="22"/>
        </w:rPr>
        <w:t xml:space="preserve"> </w:t>
      </w:r>
      <w:r w:rsidRPr="00D914B7">
        <w:rPr>
          <w:sz w:val="22"/>
          <w:rtl/>
        </w:rPr>
        <w:t>روایت</w:t>
      </w:r>
      <w:r w:rsidRPr="00D914B7">
        <w:rPr>
          <w:sz w:val="22"/>
        </w:rPr>
        <w:t xml:space="preserve"> </w:t>
      </w:r>
      <w:r w:rsidRPr="00D914B7">
        <w:rPr>
          <w:sz w:val="22"/>
          <w:rtl/>
        </w:rPr>
        <w:t>کند</w:t>
      </w:r>
      <w:r>
        <w:rPr>
          <w:rFonts w:hint="cs"/>
          <w:sz w:val="22"/>
          <w:rtl/>
        </w:rPr>
        <w:t xml:space="preserve">: </w:t>
      </w:r>
      <w:r w:rsidRPr="00D914B7">
        <w:rPr>
          <w:sz w:val="22"/>
          <w:rtl/>
        </w:rPr>
        <w:t>از</w:t>
      </w:r>
      <w:r w:rsidRPr="00D914B7">
        <w:rPr>
          <w:sz w:val="22"/>
        </w:rPr>
        <w:t xml:space="preserve"> </w:t>
      </w:r>
      <w:r w:rsidRPr="00D914B7">
        <w:rPr>
          <w:sz w:val="22"/>
          <w:rtl/>
        </w:rPr>
        <w:t>زاویه</w:t>
      </w:r>
      <w:r>
        <w:rPr>
          <w:sz w:val="22"/>
          <w:rtl/>
        </w:rPr>
        <w:t>ء</w:t>
      </w:r>
      <w:r w:rsidRPr="00D914B7">
        <w:rPr>
          <w:sz w:val="22"/>
        </w:rPr>
        <w:t xml:space="preserve"> </w:t>
      </w:r>
      <w:r w:rsidRPr="00D914B7">
        <w:rPr>
          <w:sz w:val="22"/>
          <w:rtl/>
        </w:rPr>
        <w:t>کشورداری</w:t>
      </w:r>
      <w:r w:rsidRPr="00D914B7">
        <w:rPr>
          <w:sz w:val="22"/>
        </w:rPr>
        <w:t xml:space="preserve"> </w:t>
      </w:r>
      <w:r w:rsidRPr="00D914B7">
        <w:rPr>
          <w:sz w:val="22"/>
          <w:rtl/>
        </w:rPr>
        <w:t>و</w:t>
      </w:r>
      <w:r w:rsidRPr="00D914B7">
        <w:rPr>
          <w:sz w:val="22"/>
        </w:rPr>
        <w:t xml:space="preserve"> </w:t>
      </w:r>
      <w:r w:rsidRPr="00D914B7">
        <w:rPr>
          <w:sz w:val="22"/>
          <w:rtl/>
        </w:rPr>
        <w:t>نیروهایی</w:t>
      </w:r>
      <w:r w:rsidRPr="00D914B7">
        <w:rPr>
          <w:sz w:val="22"/>
        </w:rPr>
        <w:t xml:space="preserve"> </w:t>
      </w:r>
      <w:r w:rsidRPr="00D914B7">
        <w:rPr>
          <w:sz w:val="22"/>
          <w:rtl/>
        </w:rPr>
        <w:t>که،</w:t>
      </w:r>
      <w:r w:rsidRPr="00D914B7">
        <w:rPr>
          <w:sz w:val="22"/>
        </w:rPr>
        <w:t xml:space="preserve"> </w:t>
      </w:r>
      <w:r w:rsidRPr="00D914B7">
        <w:rPr>
          <w:sz w:val="22"/>
          <w:rtl/>
        </w:rPr>
        <w:t>فارغ</w:t>
      </w:r>
      <w:r w:rsidRPr="00D914B7">
        <w:rPr>
          <w:sz w:val="22"/>
        </w:rPr>
        <w:t xml:space="preserve"> </w:t>
      </w:r>
      <w:r w:rsidRPr="00D914B7">
        <w:rPr>
          <w:sz w:val="22"/>
          <w:rtl/>
        </w:rPr>
        <w:t>از</w:t>
      </w:r>
      <w:r w:rsidRPr="00D914B7">
        <w:rPr>
          <w:sz w:val="22"/>
        </w:rPr>
        <w:t xml:space="preserve"> </w:t>
      </w:r>
      <w:r w:rsidRPr="00D914B7">
        <w:rPr>
          <w:sz w:val="22"/>
          <w:rtl/>
        </w:rPr>
        <w:t>نام</w:t>
      </w:r>
      <w:r w:rsidRPr="00D914B7">
        <w:rPr>
          <w:sz w:val="22"/>
        </w:rPr>
        <w:t xml:space="preserve"> </w:t>
      </w:r>
      <w:r w:rsidRPr="00D914B7">
        <w:rPr>
          <w:sz w:val="22"/>
          <w:rtl/>
        </w:rPr>
        <w:t>حکومت</w:t>
      </w:r>
      <w:r w:rsidRPr="00D914B7">
        <w:rPr>
          <w:sz w:val="22"/>
        </w:rPr>
        <w:t>‌</w:t>
      </w:r>
      <w:r w:rsidRPr="00D914B7">
        <w:rPr>
          <w:sz w:val="22"/>
          <w:rtl/>
        </w:rPr>
        <w:t>ها</w:t>
      </w:r>
      <w:r w:rsidRPr="00D914B7">
        <w:rPr>
          <w:sz w:val="22"/>
        </w:rPr>
        <w:t xml:space="preserve"> </w:t>
      </w:r>
      <w:r w:rsidRPr="00D914B7">
        <w:rPr>
          <w:sz w:val="22"/>
          <w:rtl/>
        </w:rPr>
        <w:t>و</w:t>
      </w:r>
      <w:r w:rsidRPr="00D914B7">
        <w:rPr>
          <w:sz w:val="22"/>
        </w:rPr>
        <w:t xml:space="preserve"> </w:t>
      </w:r>
      <w:r w:rsidRPr="00D914B7">
        <w:rPr>
          <w:sz w:val="22"/>
          <w:rtl/>
        </w:rPr>
        <w:t>فرمانروایان،</w:t>
      </w:r>
      <w:r w:rsidRPr="00D914B7">
        <w:rPr>
          <w:sz w:val="22"/>
        </w:rPr>
        <w:t xml:space="preserve"> </w:t>
      </w:r>
      <w:r w:rsidRPr="00D914B7">
        <w:rPr>
          <w:sz w:val="22"/>
          <w:rtl/>
        </w:rPr>
        <w:t>امکان</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را</w:t>
      </w:r>
      <w:r w:rsidRPr="00D914B7">
        <w:rPr>
          <w:sz w:val="22"/>
        </w:rPr>
        <w:t xml:space="preserve"> </w:t>
      </w:r>
      <w:r w:rsidRPr="00D914B7">
        <w:rPr>
          <w:sz w:val="22"/>
          <w:rtl/>
        </w:rPr>
        <w:t>فراهم</w:t>
      </w:r>
      <w:r w:rsidRPr="00D914B7">
        <w:rPr>
          <w:sz w:val="22"/>
        </w:rPr>
        <w:t xml:space="preserve"> </w:t>
      </w:r>
      <w:r w:rsidRPr="00D914B7">
        <w:rPr>
          <w:sz w:val="22"/>
          <w:rtl/>
        </w:rPr>
        <w:t>آورده</w:t>
      </w:r>
      <w:r w:rsidRPr="00D914B7">
        <w:rPr>
          <w:sz w:val="22"/>
        </w:rPr>
        <w:t>‌</w:t>
      </w:r>
      <w:r w:rsidRPr="00D914B7">
        <w:rPr>
          <w:sz w:val="22"/>
          <w:rtl/>
        </w:rPr>
        <w:t>اند</w:t>
      </w:r>
      <w:r>
        <w:rPr>
          <w:sz w:val="22"/>
          <w:rtl/>
        </w:rPr>
        <w:t>.</w:t>
      </w:r>
      <w:r w:rsidRPr="00D914B7">
        <w:rPr>
          <w:sz w:val="22"/>
        </w:rPr>
        <w:t xml:space="preserve"> </w:t>
      </w:r>
      <w:r w:rsidRPr="00D914B7">
        <w:rPr>
          <w:sz w:val="22"/>
          <w:rtl/>
        </w:rPr>
        <w:t>این</w:t>
      </w:r>
      <w:r w:rsidRPr="00D914B7">
        <w:rPr>
          <w:sz w:val="22"/>
        </w:rPr>
        <w:t xml:space="preserve"> </w:t>
      </w:r>
      <w:r w:rsidRPr="00D914B7">
        <w:rPr>
          <w:sz w:val="22"/>
          <w:rtl/>
        </w:rPr>
        <w:t>نگاه</w:t>
      </w:r>
      <w:r w:rsidRPr="00D914B7">
        <w:rPr>
          <w:sz w:val="22"/>
        </w:rPr>
        <w:t xml:space="preserve"> </w:t>
      </w:r>
      <w:r w:rsidRPr="00D914B7">
        <w:rPr>
          <w:sz w:val="22"/>
          <w:rtl/>
        </w:rPr>
        <w:t>می</w:t>
      </w:r>
      <w:r w:rsidRPr="00D914B7">
        <w:rPr>
          <w:sz w:val="22"/>
        </w:rPr>
        <w:t>‌</w:t>
      </w:r>
      <w:r w:rsidRPr="00D914B7">
        <w:rPr>
          <w:sz w:val="22"/>
          <w:rtl/>
        </w:rPr>
        <w:t>کوشد</w:t>
      </w:r>
      <w:r w:rsidRPr="00D914B7">
        <w:rPr>
          <w:sz w:val="22"/>
        </w:rPr>
        <w:t xml:space="preserve"> </w:t>
      </w:r>
      <w:r w:rsidRPr="00D914B7">
        <w:rPr>
          <w:sz w:val="22"/>
          <w:rtl/>
        </w:rPr>
        <w:t>نشان</w:t>
      </w:r>
      <w:r w:rsidRPr="00D914B7">
        <w:rPr>
          <w:sz w:val="22"/>
        </w:rPr>
        <w:t xml:space="preserve"> </w:t>
      </w:r>
      <w:r w:rsidRPr="00D914B7">
        <w:rPr>
          <w:sz w:val="22"/>
          <w:rtl/>
        </w:rPr>
        <w:t>دهد</w:t>
      </w:r>
      <w:r w:rsidRPr="00D914B7">
        <w:rPr>
          <w:sz w:val="22"/>
        </w:rPr>
        <w:t xml:space="preserve"> </w:t>
      </w:r>
      <w:r w:rsidRPr="00D914B7">
        <w:rPr>
          <w:sz w:val="22"/>
          <w:rtl/>
        </w:rPr>
        <w:t>ایران</w:t>
      </w:r>
      <w:r w:rsidRPr="00D914B7">
        <w:rPr>
          <w:sz w:val="22"/>
        </w:rPr>
        <w:t xml:space="preserve"> </w:t>
      </w:r>
      <w:r w:rsidRPr="00D914B7">
        <w:rPr>
          <w:sz w:val="22"/>
          <w:rtl/>
        </w:rPr>
        <w:t>فقط</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قهرمانی</w:t>
      </w:r>
      <w:r w:rsidRPr="00D914B7">
        <w:rPr>
          <w:sz w:val="22"/>
        </w:rPr>
        <w:t xml:space="preserve"> </w:t>
      </w:r>
      <w:r w:rsidRPr="00D914B7">
        <w:rPr>
          <w:sz w:val="22"/>
          <w:rtl/>
        </w:rPr>
        <w:t>شاهان</w:t>
      </w:r>
      <w:r w:rsidRPr="00D914B7">
        <w:rPr>
          <w:sz w:val="22"/>
        </w:rPr>
        <w:t xml:space="preserve"> </w:t>
      </w:r>
      <w:r w:rsidRPr="00D914B7">
        <w:rPr>
          <w:sz w:val="22"/>
          <w:rtl/>
        </w:rPr>
        <w:t>یا</w:t>
      </w:r>
      <w:r w:rsidRPr="00D914B7">
        <w:rPr>
          <w:sz w:val="22"/>
        </w:rPr>
        <w:t xml:space="preserve"> </w:t>
      </w:r>
      <w:r w:rsidRPr="00D914B7">
        <w:rPr>
          <w:sz w:val="22"/>
          <w:rtl/>
        </w:rPr>
        <w:t>مقاومت</w:t>
      </w:r>
      <w:r w:rsidRPr="00D914B7">
        <w:rPr>
          <w:sz w:val="22"/>
        </w:rPr>
        <w:t xml:space="preserve"> </w:t>
      </w:r>
      <w:r w:rsidRPr="00D914B7">
        <w:rPr>
          <w:sz w:val="22"/>
          <w:rtl/>
        </w:rPr>
        <w:t>قشون</w:t>
      </w:r>
      <w:r w:rsidRPr="00D914B7">
        <w:rPr>
          <w:sz w:val="22"/>
        </w:rPr>
        <w:t>‌</w:t>
      </w:r>
      <w:r w:rsidRPr="00D914B7">
        <w:rPr>
          <w:sz w:val="22"/>
          <w:rtl/>
        </w:rPr>
        <w:t>ها</w:t>
      </w:r>
      <w:r w:rsidRPr="00D914B7">
        <w:rPr>
          <w:sz w:val="22"/>
        </w:rPr>
        <w:t xml:space="preserve"> </w:t>
      </w:r>
      <w:r w:rsidRPr="00D914B7">
        <w:rPr>
          <w:sz w:val="22"/>
          <w:rtl/>
        </w:rPr>
        <w:t>باقی</w:t>
      </w:r>
      <w:r w:rsidRPr="00D914B7">
        <w:rPr>
          <w:sz w:val="22"/>
        </w:rPr>
        <w:t xml:space="preserve"> </w:t>
      </w:r>
      <w:r w:rsidRPr="00D914B7">
        <w:rPr>
          <w:sz w:val="22"/>
          <w:rtl/>
        </w:rPr>
        <w:t>نمانده</w:t>
      </w:r>
      <w:r w:rsidRPr="00D914B7">
        <w:rPr>
          <w:sz w:val="22"/>
        </w:rPr>
        <w:t xml:space="preserve"> </w:t>
      </w:r>
      <w:r w:rsidRPr="00D914B7">
        <w:rPr>
          <w:sz w:val="22"/>
          <w:rtl/>
        </w:rPr>
        <w:t>است؛</w:t>
      </w:r>
      <w:r w:rsidRPr="00D914B7">
        <w:rPr>
          <w:sz w:val="22"/>
        </w:rPr>
        <w:t xml:space="preserve"> </w:t>
      </w:r>
      <w:r w:rsidRPr="00D914B7">
        <w:rPr>
          <w:sz w:val="22"/>
          <w:rtl/>
        </w:rPr>
        <w:t>به</w:t>
      </w:r>
      <w:r w:rsidRPr="00D914B7">
        <w:rPr>
          <w:sz w:val="22"/>
        </w:rPr>
        <w:t xml:space="preserve"> </w:t>
      </w:r>
      <w:r w:rsidRPr="00D914B7">
        <w:rPr>
          <w:sz w:val="22"/>
          <w:rtl/>
        </w:rPr>
        <w:t>سبب</w:t>
      </w:r>
      <w:r w:rsidRPr="00D914B7">
        <w:rPr>
          <w:sz w:val="22"/>
        </w:rPr>
        <w:t xml:space="preserve"> </w:t>
      </w:r>
      <w:r w:rsidRPr="00D914B7">
        <w:rPr>
          <w:sz w:val="22"/>
          <w:rtl/>
        </w:rPr>
        <w:t>کار</w:t>
      </w:r>
      <w:r w:rsidRPr="00D914B7">
        <w:rPr>
          <w:sz w:val="22"/>
        </w:rPr>
        <w:t xml:space="preserve"> </w:t>
      </w:r>
      <w:r w:rsidRPr="00D914B7">
        <w:rPr>
          <w:sz w:val="22"/>
          <w:rtl/>
        </w:rPr>
        <w:t>مداوم</w:t>
      </w:r>
      <w:r w:rsidRPr="00D914B7">
        <w:rPr>
          <w:sz w:val="22"/>
        </w:rPr>
        <w:t xml:space="preserve"> </w:t>
      </w:r>
      <w:r w:rsidRPr="00D914B7">
        <w:rPr>
          <w:sz w:val="22"/>
          <w:rtl/>
        </w:rPr>
        <w:t>و</w:t>
      </w:r>
      <w:r w:rsidRPr="00D914B7">
        <w:rPr>
          <w:sz w:val="22"/>
        </w:rPr>
        <w:t xml:space="preserve"> </w:t>
      </w:r>
      <w:r w:rsidRPr="00D914B7">
        <w:rPr>
          <w:sz w:val="22"/>
          <w:rtl/>
        </w:rPr>
        <w:t>غالباً</w:t>
      </w:r>
      <w:r w:rsidRPr="00D914B7">
        <w:rPr>
          <w:sz w:val="22"/>
        </w:rPr>
        <w:t xml:space="preserve"> </w:t>
      </w:r>
      <w:r w:rsidRPr="00D914B7">
        <w:rPr>
          <w:sz w:val="22"/>
          <w:rtl/>
        </w:rPr>
        <w:t>بی</w:t>
      </w:r>
      <w:r w:rsidRPr="00D914B7">
        <w:rPr>
          <w:sz w:val="22"/>
        </w:rPr>
        <w:t>‌</w:t>
      </w:r>
      <w:r w:rsidRPr="00D914B7">
        <w:rPr>
          <w:sz w:val="22"/>
          <w:rtl/>
        </w:rPr>
        <w:t>نام</w:t>
      </w:r>
      <w:r w:rsidRPr="00D914B7">
        <w:rPr>
          <w:sz w:val="22"/>
        </w:rPr>
        <w:t xml:space="preserve"> </w:t>
      </w:r>
      <w:r w:rsidRPr="00D914B7">
        <w:rPr>
          <w:sz w:val="22"/>
          <w:rtl/>
        </w:rPr>
        <w:t>کسانی</w:t>
      </w:r>
      <w:r w:rsidRPr="00D914B7">
        <w:rPr>
          <w:sz w:val="22"/>
        </w:rPr>
        <w:t xml:space="preserve"> </w:t>
      </w:r>
      <w:r w:rsidRPr="00D914B7">
        <w:rPr>
          <w:sz w:val="22"/>
          <w:rtl/>
        </w:rPr>
        <w:t>نیز</w:t>
      </w:r>
      <w:r w:rsidRPr="00D914B7">
        <w:rPr>
          <w:sz w:val="22"/>
        </w:rPr>
        <w:t xml:space="preserve"> </w:t>
      </w:r>
      <w:r w:rsidRPr="00D914B7">
        <w:rPr>
          <w:sz w:val="22"/>
          <w:rtl/>
        </w:rPr>
        <w:t>باقی</w:t>
      </w:r>
      <w:r w:rsidRPr="00D914B7">
        <w:rPr>
          <w:sz w:val="22"/>
        </w:rPr>
        <w:t xml:space="preserve"> </w:t>
      </w:r>
      <w:r w:rsidRPr="00D914B7">
        <w:rPr>
          <w:sz w:val="22"/>
          <w:rtl/>
        </w:rPr>
        <w:t>مانده</w:t>
      </w:r>
      <w:r w:rsidRPr="00D914B7">
        <w:rPr>
          <w:sz w:val="22"/>
        </w:rPr>
        <w:t xml:space="preserve"> </w:t>
      </w:r>
      <w:r w:rsidRPr="00D914B7">
        <w:rPr>
          <w:sz w:val="22"/>
          <w:rtl/>
        </w:rPr>
        <w:t>که</w:t>
      </w:r>
      <w:r w:rsidRPr="00D914B7">
        <w:rPr>
          <w:sz w:val="22"/>
        </w:rPr>
        <w:t xml:space="preserve"> </w:t>
      </w:r>
      <w:r w:rsidRPr="00D914B7">
        <w:rPr>
          <w:sz w:val="22"/>
          <w:rtl/>
        </w:rPr>
        <w:t>آب</w:t>
      </w:r>
      <w:r w:rsidRPr="00D914B7">
        <w:rPr>
          <w:sz w:val="22"/>
        </w:rPr>
        <w:t xml:space="preserve"> </w:t>
      </w:r>
      <w:r w:rsidRPr="00D914B7">
        <w:rPr>
          <w:sz w:val="22"/>
          <w:rtl/>
        </w:rPr>
        <w:t>و</w:t>
      </w:r>
      <w:r w:rsidRPr="00D914B7">
        <w:rPr>
          <w:sz w:val="22"/>
        </w:rPr>
        <w:t xml:space="preserve"> </w:t>
      </w:r>
      <w:r w:rsidRPr="00D914B7">
        <w:rPr>
          <w:sz w:val="22"/>
          <w:rtl/>
        </w:rPr>
        <w:t>مالیات</w:t>
      </w:r>
      <w:r w:rsidRPr="00D914B7">
        <w:rPr>
          <w:sz w:val="22"/>
        </w:rPr>
        <w:t xml:space="preserve"> </w:t>
      </w:r>
      <w:r w:rsidRPr="00D914B7">
        <w:rPr>
          <w:sz w:val="22"/>
          <w:rtl/>
        </w:rPr>
        <w:t>و</w:t>
      </w:r>
      <w:r w:rsidRPr="00D914B7">
        <w:rPr>
          <w:sz w:val="22"/>
        </w:rPr>
        <w:t xml:space="preserve"> </w:t>
      </w:r>
      <w:r w:rsidRPr="00D914B7">
        <w:rPr>
          <w:sz w:val="22"/>
          <w:rtl/>
        </w:rPr>
        <w:t>راه</w:t>
      </w:r>
      <w:r w:rsidRPr="00D914B7">
        <w:rPr>
          <w:sz w:val="22"/>
        </w:rPr>
        <w:t xml:space="preserve"> </w:t>
      </w:r>
      <w:r w:rsidRPr="00D914B7">
        <w:rPr>
          <w:sz w:val="22"/>
          <w:rtl/>
        </w:rPr>
        <w:t>و</w:t>
      </w:r>
      <w:r w:rsidRPr="00D914B7">
        <w:rPr>
          <w:sz w:val="22"/>
        </w:rPr>
        <w:t xml:space="preserve"> </w:t>
      </w:r>
      <w:r w:rsidRPr="00D914B7">
        <w:rPr>
          <w:sz w:val="22"/>
          <w:rtl/>
        </w:rPr>
        <w:t>سند</w:t>
      </w:r>
      <w:r w:rsidRPr="00D914B7">
        <w:rPr>
          <w:sz w:val="22"/>
        </w:rPr>
        <w:t xml:space="preserve"> </w:t>
      </w:r>
      <w:r w:rsidRPr="00D914B7">
        <w:rPr>
          <w:sz w:val="22"/>
          <w:rtl/>
        </w:rPr>
        <w:t>و</w:t>
      </w:r>
      <w:r w:rsidRPr="00D914B7">
        <w:rPr>
          <w:sz w:val="22"/>
        </w:rPr>
        <w:t xml:space="preserve"> </w:t>
      </w:r>
      <w:r w:rsidRPr="00D914B7">
        <w:rPr>
          <w:sz w:val="22"/>
          <w:rtl/>
        </w:rPr>
        <w:t>آموزش</w:t>
      </w:r>
      <w:r w:rsidRPr="00D914B7">
        <w:rPr>
          <w:sz w:val="22"/>
        </w:rPr>
        <w:t xml:space="preserve"> </w:t>
      </w:r>
      <w:r w:rsidRPr="00D914B7">
        <w:rPr>
          <w:sz w:val="22"/>
          <w:rtl/>
        </w:rPr>
        <w:t>و</w:t>
      </w:r>
      <w:r w:rsidRPr="00D914B7">
        <w:rPr>
          <w:sz w:val="22"/>
        </w:rPr>
        <w:t xml:space="preserve"> </w:t>
      </w:r>
      <w:r w:rsidRPr="00D914B7">
        <w:rPr>
          <w:sz w:val="22"/>
          <w:rtl/>
        </w:rPr>
        <w:t>امنیت</w:t>
      </w:r>
      <w:r w:rsidRPr="00D914B7">
        <w:rPr>
          <w:sz w:val="22"/>
        </w:rPr>
        <w:t xml:space="preserve"> </w:t>
      </w:r>
      <w:r w:rsidRPr="00D914B7">
        <w:rPr>
          <w:sz w:val="22"/>
          <w:rtl/>
        </w:rPr>
        <w:t>را</w:t>
      </w:r>
      <w:r w:rsidRPr="00D914B7">
        <w:rPr>
          <w:sz w:val="22"/>
        </w:rPr>
        <w:t xml:space="preserve"> </w:t>
      </w:r>
      <w:r w:rsidRPr="00D914B7">
        <w:rPr>
          <w:sz w:val="22"/>
          <w:rtl/>
        </w:rPr>
        <w:t>سامان</w:t>
      </w:r>
      <w:r w:rsidRPr="00D914B7">
        <w:rPr>
          <w:sz w:val="22"/>
        </w:rPr>
        <w:t xml:space="preserve"> </w:t>
      </w:r>
      <w:r w:rsidRPr="00D914B7">
        <w:rPr>
          <w:sz w:val="22"/>
          <w:rtl/>
        </w:rPr>
        <w:t>داده</w:t>
      </w:r>
      <w:r w:rsidRPr="00D914B7">
        <w:rPr>
          <w:sz w:val="22"/>
        </w:rPr>
        <w:t>‌</w:t>
      </w:r>
      <w:r w:rsidRPr="00D914B7">
        <w:rPr>
          <w:sz w:val="22"/>
          <w:rtl/>
        </w:rPr>
        <w:t>اند</w:t>
      </w:r>
      <w:r>
        <w:rPr>
          <w:sz w:val="22"/>
          <w:rtl/>
        </w:rPr>
        <w:t>.</w:t>
      </w:r>
    </w:p>
    <w:p w:rsidR="00987F03" w:rsidRPr="00D914B7" w:rsidRDefault="00987F03" w:rsidP="00987F03">
      <w:pPr>
        <w:bidi/>
        <w:ind w:firstLine="720"/>
        <w:rPr>
          <w:sz w:val="22"/>
        </w:rPr>
      </w:pPr>
      <w:r w:rsidRPr="00D914B7">
        <w:rPr>
          <w:sz w:val="22"/>
          <w:rtl/>
        </w:rPr>
        <w:t>در</w:t>
      </w:r>
      <w:r w:rsidRPr="00D914B7">
        <w:rPr>
          <w:sz w:val="22"/>
        </w:rPr>
        <w:t xml:space="preserve"> </w:t>
      </w:r>
      <w:r w:rsidRPr="00D914B7">
        <w:rPr>
          <w:sz w:val="22"/>
          <w:rtl/>
        </w:rPr>
        <w:t>همان</w:t>
      </w:r>
      <w:r w:rsidRPr="00D914B7">
        <w:rPr>
          <w:sz w:val="22"/>
        </w:rPr>
        <w:t xml:space="preserve"> </w:t>
      </w:r>
      <w:r w:rsidRPr="00D914B7">
        <w:rPr>
          <w:sz w:val="22"/>
          <w:rtl/>
        </w:rPr>
        <w:t>حال،</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به</w:t>
      </w:r>
      <w:r w:rsidRPr="00D914B7">
        <w:rPr>
          <w:sz w:val="22"/>
        </w:rPr>
        <w:t xml:space="preserve"> </w:t>
      </w:r>
      <w:r w:rsidRPr="00D914B7">
        <w:rPr>
          <w:sz w:val="22"/>
          <w:rtl/>
        </w:rPr>
        <w:t>تنهایی</w:t>
      </w:r>
      <w:r w:rsidRPr="00D914B7">
        <w:rPr>
          <w:sz w:val="22"/>
        </w:rPr>
        <w:t xml:space="preserve"> </w:t>
      </w:r>
      <w:r w:rsidRPr="00D914B7">
        <w:rPr>
          <w:sz w:val="22"/>
          <w:rtl/>
        </w:rPr>
        <w:t>کافی</w:t>
      </w:r>
      <w:r w:rsidRPr="00D914B7">
        <w:rPr>
          <w:sz w:val="22"/>
        </w:rPr>
        <w:t xml:space="preserve"> </w:t>
      </w:r>
      <w:r w:rsidRPr="00D914B7">
        <w:rPr>
          <w:sz w:val="22"/>
          <w:rtl/>
        </w:rPr>
        <w:t>نیست</w:t>
      </w:r>
      <w:r>
        <w:rPr>
          <w:sz w:val="22"/>
          <w:rtl/>
        </w:rPr>
        <w:t>.</w:t>
      </w:r>
      <w:r w:rsidRPr="00D914B7">
        <w:rPr>
          <w:sz w:val="22"/>
        </w:rPr>
        <w:t xml:space="preserve"> </w:t>
      </w:r>
      <w:r w:rsidRPr="00D914B7">
        <w:rPr>
          <w:sz w:val="22"/>
          <w:rtl/>
        </w:rPr>
        <w:t>کشوری</w:t>
      </w:r>
      <w:r w:rsidRPr="00D914B7">
        <w:rPr>
          <w:sz w:val="22"/>
        </w:rPr>
        <w:t xml:space="preserve"> </w:t>
      </w:r>
      <w:r w:rsidRPr="00D914B7">
        <w:rPr>
          <w:sz w:val="22"/>
          <w:rtl/>
        </w:rPr>
        <w:t>ممکن</w:t>
      </w:r>
      <w:r w:rsidRPr="00D914B7">
        <w:rPr>
          <w:sz w:val="22"/>
        </w:rPr>
        <w:t xml:space="preserve"> </w:t>
      </w:r>
      <w:r w:rsidRPr="00D914B7">
        <w:rPr>
          <w:sz w:val="22"/>
          <w:rtl/>
        </w:rPr>
        <w:t>است</w:t>
      </w:r>
      <w:r w:rsidRPr="00D914B7">
        <w:rPr>
          <w:sz w:val="22"/>
        </w:rPr>
        <w:t xml:space="preserve"> </w:t>
      </w:r>
      <w:r w:rsidRPr="00D914B7">
        <w:rPr>
          <w:sz w:val="22"/>
          <w:rtl/>
        </w:rPr>
        <w:t>قرن</w:t>
      </w:r>
      <w:r w:rsidRPr="00D914B7">
        <w:rPr>
          <w:sz w:val="22"/>
        </w:rPr>
        <w:t>‌</w:t>
      </w:r>
      <w:r w:rsidRPr="00D914B7">
        <w:rPr>
          <w:sz w:val="22"/>
          <w:rtl/>
        </w:rPr>
        <w:t>ها</w:t>
      </w:r>
      <w:r w:rsidRPr="00D914B7">
        <w:rPr>
          <w:sz w:val="22"/>
        </w:rPr>
        <w:t xml:space="preserve"> </w:t>
      </w:r>
      <w:r w:rsidRPr="00D914B7">
        <w:rPr>
          <w:sz w:val="22"/>
          <w:rtl/>
        </w:rPr>
        <w:t>باقی</w:t>
      </w:r>
      <w:r w:rsidRPr="00D914B7">
        <w:rPr>
          <w:sz w:val="22"/>
        </w:rPr>
        <w:t xml:space="preserve"> </w:t>
      </w:r>
      <w:r w:rsidRPr="00D914B7">
        <w:rPr>
          <w:sz w:val="22"/>
          <w:rtl/>
        </w:rPr>
        <w:t>بماند</w:t>
      </w:r>
      <w:r w:rsidRPr="00D914B7">
        <w:rPr>
          <w:sz w:val="22"/>
        </w:rPr>
        <w:t xml:space="preserve"> </w:t>
      </w:r>
      <w:r w:rsidRPr="00D914B7">
        <w:rPr>
          <w:sz w:val="22"/>
          <w:rtl/>
        </w:rPr>
        <w:t>و</w:t>
      </w:r>
      <w:r w:rsidRPr="00D914B7">
        <w:rPr>
          <w:sz w:val="22"/>
        </w:rPr>
        <w:t xml:space="preserve"> </w:t>
      </w:r>
      <w:r w:rsidRPr="00D914B7">
        <w:rPr>
          <w:sz w:val="22"/>
          <w:rtl/>
        </w:rPr>
        <w:t>مردمش</w:t>
      </w:r>
      <w:r w:rsidRPr="00D914B7">
        <w:rPr>
          <w:sz w:val="22"/>
        </w:rPr>
        <w:t xml:space="preserve"> </w:t>
      </w:r>
      <w:r w:rsidRPr="00D914B7">
        <w:rPr>
          <w:sz w:val="22"/>
          <w:rtl/>
        </w:rPr>
        <w:t>همچنان</w:t>
      </w:r>
      <w:r w:rsidRPr="00D914B7">
        <w:rPr>
          <w:sz w:val="22"/>
        </w:rPr>
        <w:t xml:space="preserve"> </w:t>
      </w:r>
      <w:r w:rsidRPr="00D914B7">
        <w:rPr>
          <w:sz w:val="22"/>
          <w:rtl/>
        </w:rPr>
        <w:t>از</w:t>
      </w:r>
      <w:r w:rsidRPr="00D914B7">
        <w:rPr>
          <w:sz w:val="22"/>
        </w:rPr>
        <w:t xml:space="preserve"> </w:t>
      </w:r>
      <w:r w:rsidRPr="00D914B7">
        <w:rPr>
          <w:sz w:val="22"/>
          <w:rtl/>
        </w:rPr>
        <w:t>حق</w:t>
      </w:r>
      <w:r w:rsidRPr="00D914B7">
        <w:rPr>
          <w:sz w:val="22"/>
        </w:rPr>
        <w:t xml:space="preserve"> </w:t>
      </w:r>
      <w:r w:rsidRPr="00D914B7">
        <w:rPr>
          <w:sz w:val="22"/>
          <w:rtl/>
        </w:rPr>
        <w:t>تصمیم</w:t>
      </w:r>
      <w:r w:rsidRPr="00D914B7">
        <w:rPr>
          <w:sz w:val="22"/>
        </w:rPr>
        <w:t>‌</w:t>
      </w:r>
      <w:r w:rsidRPr="00D914B7">
        <w:rPr>
          <w:sz w:val="22"/>
          <w:rtl/>
        </w:rPr>
        <w:t>گیری</w:t>
      </w:r>
      <w:r w:rsidRPr="00D914B7">
        <w:rPr>
          <w:sz w:val="22"/>
        </w:rPr>
        <w:t xml:space="preserve"> </w:t>
      </w:r>
      <w:r w:rsidRPr="00D914B7">
        <w:rPr>
          <w:sz w:val="22"/>
          <w:rtl/>
        </w:rPr>
        <w:t>درباره</w:t>
      </w:r>
      <w:r>
        <w:rPr>
          <w:sz w:val="22"/>
          <w:rtl/>
        </w:rPr>
        <w:t>ء</w:t>
      </w:r>
      <w:r w:rsidRPr="00D914B7">
        <w:rPr>
          <w:sz w:val="22"/>
        </w:rPr>
        <w:t xml:space="preserve"> </w:t>
      </w:r>
      <w:r w:rsidRPr="00D914B7">
        <w:rPr>
          <w:sz w:val="22"/>
          <w:rtl/>
        </w:rPr>
        <w:t>سرنوشت</w:t>
      </w:r>
      <w:r w:rsidRPr="00D914B7">
        <w:rPr>
          <w:sz w:val="22"/>
        </w:rPr>
        <w:t xml:space="preserve"> </w:t>
      </w:r>
      <w:r w:rsidRPr="00D914B7">
        <w:rPr>
          <w:sz w:val="22"/>
          <w:rtl/>
        </w:rPr>
        <w:t>خود</w:t>
      </w:r>
      <w:r w:rsidRPr="00D914B7">
        <w:rPr>
          <w:sz w:val="22"/>
        </w:rPr>
        <w:t xml:space="preserve"> </w:t>
      </w:r>
      <w:r w:rsidRPr="00D914B7">
        <w:rPr>
          <w:sz w:val="22"/>
          <w:rtl/>
        </w:rPr>
        <w:t>محروم</w:t>
      </w:r>
      <w:r w:rsidRPr="00D914B7">
        <w:rPr>
          <w:sz w:val="22"/>
        </w:rPr>
        <w:t xml:space="preserve"> </w:t>
      </w:r>
      <w:r w:rsidRPr="00D914B7">
        <w:rPr>
          <w:sz w:val="22"/>
          <w:rtl/>
        </w:rPr>
        <w:t>باشند</w:t>
      </w:r>
      <w:r>
        <w:rPr>
          <w:sz w:val="22"/>
          <w:rtl/>
        </w:rPr>
        <w:t>.</w:t>
      </w:r>
      <w:r w:rsidRPr="00D914B7">
        <w:rPr>
          <w:sz w:val="22"/>
        </w:rPr>
        <w:t xml:space="preserve"> </w:t>
      </w:r>
      <w:r w:rsidRPr="00D914B7">
        <w:rPr>
          <w:sz w:val="22"/>
          <w:rtl/>
        </w:rPr>
        <w:t>مقصد</w:t>
      </w:r>
      <w:r w:rsidRPr="00D914B7">
        <w:rPr>
          <w:sz w:val="22"/>
        </w:rPr>
        <w:t xml:space="preserve"> </w:t>
      </w:r>
      <w:r w:rsidRPr="00D914B7">
        <w:rPr>
          <w:sz w:val="22"/>
          <w:rtl/>
        </w:rPr>
        <w:t>نهایی</w:t>
      </w:r>
      <w:r w:rsidRPr="00D914B7">
        <w:rPr>
          <w:sz w:val="22"/>
        </w:rPr>
        <w:t xml:space="preserve"> </w:t>
      </w:r>
      <w:r w:rsidRPr="00D914B7">
        <w:rPr>
          <w:sz w:val="22"/>
          <w:rtl/>
        </w:rPr>
        <w:t>کشورداری</w:t>
      </w:r>
      <w:r w:rsidRPr="00D914B7">
        <w:rPr>
          <w:sz w:val="22"/>
        </w:rPr>
        <w:t xml:space="preserve"> </w:t>
      </w:r>
      <w:r w:rsidRPr="00D914B7">
        <w:rPr>
          <w:sz w:val="22"/>
          <w:rtl/>
        </w:rPr>
        <w:t>باید</w:t>
      </w:r>
      <w:r w:rsidRPr="00D914B7">
        <w:rPr>
          <w:sz w:val="22"/>
        </w:rPr>
        <w:t xml:space="preserve"> </w:t>
      </w:r>
      <w:r w:rsidRPr="00D914B7">
        <w:rPr>
          <w:sz w:val="22"/>
          <w:rtl/>
        </w:rPr>
        <w:t>حفظ</w:t>
      </w:r>
      <w:r w:rsidRPr="00D914B7">
        <w:rPr>
          <w:sz w:val="22"/>
        </w:rPr>
        <w:t xml:space="preserve"> </w:t>
      </w:r>
      <w:r w:rsidRPr="00D914B7">
        <w:rPr>
          <w:sz w:val="22"/>
          <w:rtl/>
        </w:rPr>
        <w:t>کشور</w:t>
      </w:r>
      <w:r w:rsidRPr="00D914B7">
        <w:rPr>
          <w:sz w:val="22"/>
        </w:rPr>
        <w:t xml:space="preserve"> </w:t>
      </w:r>
      <w:r w:rsidRPr="00D914B7">
        <w:rPr>
          <w:sz w:val="22"/>
          <w:rtl/>
        </w:rPr>
        <w:t>برای</w:t>
      </w:r>
      <w:r w:rsidRPr="00D914B7">
        <w:rPr>
          <w:sz w:val="22"/>
        </w:rPr>
        <w:t xml:space="preserve"> </w:t>
      </w:r>
      <w:r w:rsidRPr="00D914B7">
        <w:rPr>
          <w:sz w:val="22"/>
          <w:rtl/>
        </w:rPr>
        <w:t>زندگی</w:t>
      </w:r>
      <w:r w:rsidRPr="00D914B7">
        <w:rPr>
          <w:sz w:val="22"/>
        </w:rPr>
        <w:t xml:space="preserve"> </w:t>
      </w:r>
      <w:r w:rsidRPr="00D914B7">
        <w:rPr>
          <w:sz w:val="22"/>
          <w:rtl/>
        </w:rPr>
        <w:t>آزاد،</w:t>
      </w:r>
      <w:r w:rsidRPr="00D914B7">
        <w:rPr>
          <w:sz w:val="22"/>
        </w:rPr>
        <w:t xml:space="preserve"> </w:t>
      </w:r>
      <w:r w:rsidRPr="00D914B7">
        <w:rPr>
          <w:sz w:val="22"/>
          <w:rtl/>
        </w:rPr>
        <w:t>امن</w:t>
      </w:r>
      <w:r w:rsidRPr="00D914B7">
        <w:rPr>
          <w:sz w:val="22"/>
        </w:rPr>
        <w:t xml:space="preserve"> </w:t>
      </w:r>
      <w:r w:rsidRPr="00D914B7">
        <w:rPr>
          <w:sz w:val="22"/>
          <w:rtl/>
        </w:rPr>
        <w:t>و</w:t>
      </w:r>
      <w:r w:rsidRPr="00D914B7">
        <w:rPr>
          <w:sz w:val="22"/>
        </w:rPr>
        <w:t xml:space="preserve"> </w:t>
      </w:r>
      <w:r w:rsidRPr="00D914B7">
        <w:rPr>
          <w:sz w:val="22"/>
          <w:rtl/>
        </w:rPr>
        <w:t>شایسته</w:t>
      </w:r>
      <w:r>
        <w:rPr>
          <w:sz w:val="22"/>
          <w:rtl/>
        </w:rPr>
        <w:t>ء</w:t>
      </w:r>
      <w:r w:rsidRPr="00D914B7">
        <w:rPr>
          <w:sz w:val="22"/>
        </w:rPr>
        <w:t xml:space="preserve"> </w:t>
      </w:r>
      <w:r w:rsidRPr="00D914B7">
        <w:rPr>
          <w:sz w:val="22"/>
          <w:rtl/>
        </w:rPr>
        <w:t>ملت</w:t>
      </w:r>
      <w:r w:rsidRPr="00D914B7">
        <w:rPr>
          <w:sz w:val="22"/>
        </w:rPr>
        <w:t xml:space="preserve"> </w:t>
      </w:r>
      <w:r w:rsidRPr="00D914B7">
        <w:rPr>
          <w:sz w:val="22"/>
          <w:rtl/>
        </w:rPr>
        <w:t>باشد،</w:t>
      </w:r>
      <w:r w:rsidRPr="00D914B7">
        <w:rPr>
          <w:sz w:val="22"/>
        </w:rPr>
        <w:t xml:space="preserve"> </w:t>
      </w:r>
      <w:r w:rsidRPr="00D914B7">
        <w:rPr>
          <w:sz w:val="22"/>
          <w:rtl/>
        </w:rPr>
        <w:t>نه</w:t>
      </w:r>
      <w:r w:rsidRPr="00D914B7">
        <w:rPr>
          <w:sz w:val="22"/>
        </w:rPr>
        <w:t xml:space="preserve"> </w:t>
      </w:r>
      <w:r w:rsidRPr="00D914B7">
        <w:rPr>
          <w:sz w:val="22"/>
          <w:rtl/>
        </w:rPr>
        <w:t>حفظ</w:t>
      </w:r>
      <w:r w:rsidRPr="00D914B7">
        <w:rPr>
          <w:sz w:val="22"/>
        </w:rPr>
        <w:t xml:space="preserve"> </w:t>
      </w:r>
      <w:r w:rsidRPr="00D914B7">
        <w:rPr>
          <w:sz w:val="22"/>
          <w:rtl/>
        </w:rPr>
        <w:t>دستگاه</w:t>
      </w:r>
      <w:r w:rsidRPr="00D914B7">
        <w:rPr>
          <w:sz w:val="22"/>
        </w:rPr>
        <w:t xml:space="preserve"> </w:t>
      </w:r>
      <w:r w:rsidRPr="00D914B7">
        <w:rPr>
          <w:sz w:val="22"/>
          <w:rtl/>
        </w:rPr>
        <w:t>قدرت</w:t>
      </w:r>
      <w:r w:rsidRPr="00D914B7">
        <w:rPr>
          <w:sz w:val="22"/>
        </w:rPr>
        <w:t xml:space="preserve"> </w:t>
      </w:r>
      <w:r w:rsidRPr="00D914B7">
        <w:rPr>
          <w:sz w:val="22"/>
          <w:rtl/>
        </w:rPr>
        <w:t>به</w:t>
      </w:r>
      <w:r w:rsidRPr="00D914B7">
        <w:rPr>
          <w:sz w:val="22"/>
        </w:rPr>
        <w:t xml:space="preserve"> </w:t>
      </w:r>
      <w:r w:rsidRPr="00D914B7">
        <w:rPr>
          <w:sz w:val="22"/>
          <w:rtl/>
        </w:rPr>
        <w:t>بهای</w:t>
      </w:r>
      <w:r w:rsidRPr="00D914B7">
        <w:rPr>
          <w:sz w:val="22"/>
        </w:rPr>
        <w:t xml:space="preserve"> </w:t>
      </w:r>
      <w:r w:rsidRPr="00D914B7">
        <w:rPr>
          <w:sz w:val="22"/>
          <w:rtl/>
        </w:rPr>
        <w:t>مردم</w:t>
      </w:r>
      <w:r>
        <w:rPr>
          <w:sz w:val="22"/>
          <w:rtl/>
        </w:rPr>
        <w:t>.</w:t>
      </w:r>
      <w:r w:rsidRPr="00D914B7">
        <w:rPr>
          <w:sz w:val="22"/>
        </w:rPr>
        <w:t xml:space="preserve"> </w:t>
      </w:r>
      <w:r w:rsidRPr="00D914B7">
        <w:rPr>
          <w:sz w:val="22"/>
          <w:rtl/>
        </w:rPr>
        <w:t>از</w:t>
      </w:r>
      <w:r w:rsidRPr="00D914B7">
        <w:rPr>
          <w:sz w:val="22"/>
        </w:rPr>
        <w:t xml:space="preserve"> </w:t>
      </w:r>
      <w:r w:rsidRPr="00D914B7">
        <w:rPr>
          <w:sz w:val="22"/>
          <w:rtl/>
        </w:rPr>
        <w:t>همین</w:t>
      </w:r>
      <w:r w:rsidRPr="00D914B7">
        <w:rPr>
          <w:sz w:val="22"/>
        </w:rPr>
        <w:t xml:space="preserve"> </w:t>
      </w:r>
      <w:r w:rsidRPr="00D914B7">
        <w:rPr>
          <w:sz w:val="22"/>
          <w:rtl/>
        </w:rPr>
        <w:t>رو،</w:t>
      </w:r>
      <w:r w:rsidRPr="00D914B7">
        <w:rPr>
          <w:sz w:val="22"/>
        </w:rPr>
        <w:t xml:space="preserve"> </w:t>
      </w:r>
      <w:r w:rsidRPr="00D914B7">
        <w:rPr>
          <w:sz w:val="22"/>
          <w:rtl/>
        </w:rPr>
        <w:t>آرزوی</w:t>
      </w:r>
      <w:r w:rsidRPr="00D914B7">
        <w:rPr>
          <w:sz w:val="22"/>
        </w:rPr>
        <w:t xml:space="preserve"> </w:t>
      </w:r>
      <w:r w:rsidRPr="00D914B7">
        <w:rPr>
          <w:sz w:val="22"/>
          <w:rtl/>
        </w:rPr>
        <w:t>این</w:t>
      </w:r>
      <w:r w:rsidRPr="00D914B7">
        <w:rPr>
          <w:sz w:val="22"/>
        </w:rPr>
        <w:t xml:space="preserve"> </w:t>
      </w:r>
      <w:r w:rsidRPr="00D914B7">
        <w:rPr>
          <w:sz w:val="22"/>
          <w:rtl/>
        </w:rPr>
        <w:t>مجموعه</w:t>
      </w:r>
      <w:r w:rsidRPr="00D914B7">
        <w:rPr>
          <w:sz w:val="22"/>
        </w:rPr>
        <w:t xml:space="preserve"> </w:t>
      </w:r>
      <w:r w:rsidRPr="00D914B7">
        <w:rPr>
          <w:sz w:val="22"/>
          <w:rtl/>
        </w:rPr>
        <w:t>تنها</w:t>
      </w:r>
      <w:r w:rsidRPr="00D914B7">
        <w:rPr>
          <w:sz w:val="22"/>
        </w:rPr>
        <w:t xml:space="preserve"> </w:t>
      </w:r>
      <w:r w:rsidRPr="00D914B7">
        <w:rPr>
          <w:sz w:val="22"/>
          <w:rtl/>
        </w:rPr>
        <w:t>ساختن</w:t>
      </w:r>
      <w:r w:rsidRPr="00D914B7">
        <w:rPr>
          <w:sz w:val="22"/>
        </w:rPr>
        <w:t xml:space="preserve"> </w:t>
      </w:r>
      <w:r w:rsidRPr="00D914B7">
        <w:rPr>
          <w:sz w:val="22"/>
          <w:rtl/>
        </w:rPr>
        <w:t>حکومتی</w:t>
      </w:r>
      <w:r w:rsidRPr="00D914B7">
        <w:rPr>
          <w:sz w:val="22"/>
        </w:rPr>
        <w:t xml:space="preserve"> </w:t>
      </w:r>
      <w:r w:rsidRPr="00D914B7">
        <w:rPr>
          <w:sz w:val="22"/>
          <w:rtl/>
        </w:rPr>
        <w:t>کارآمد</w:t>
      </w:r>
      <w:r w:rsidRPr="00D914B7">
        <w:rPr>
          <w:sz w:val="22"/>
        </w:rPr>
        <w:t xml:space="preserve"> </w:t>
      </w:r>
      <w:r w:rsidRPr="00D914B7">
        <w:rPr>
          <w:sz w:val="22"/>
          <w:rtl/>
        </w:rPr>
        <w:t>نیست؛</w:t>
      </w:r>
      <w:r w:rsidRPr="00D914B7">
        <w:rPr>
          <w:sz w:val="22"/>
        </w:rPr>
        <w:t xml:space="preserve"> </w:t>
      </w:r>
      <w:r w:rsidRPr="00D914B7">
        <w:rPr>
          <w:sz w:val="22"/>
          <w:rtl/>
        </w:rPr>
        <w:t>پیوندزدن</w:t>
      </w:r>
      <w:r w:rsidRPr="00D914B7">
        <w:rPr>
          <w:sz w:val="22"/>
        </w:rPr>
        <w:t xml:space="preserve"> </w:t>
      </w:r>
      <w:r w:rsidRPr="00D914B7">
        <w:rPr>
          <w:sz w:val="22"/>
          <w:rtl/>
        </w:rPr>
        <w:t>توانایی</w:t>
      </w:r>
      <w:r w:rsidRPr="00D914B7">
        <w:rPr>
          <w:sz w:val="22"/>
        </w:rPr>
        <w:t xml:space="preserve"> </w:t>
      </w:r>
      <w:r w:rsidRPr="00D914B7">
        <w:rPr>
          <w:sz w:val="22"/>
          <w:rtl/>
        </w:rPr>
        <w:t>کشورداری</w:t>
      </w:r>
      <w:r w:rsidRPr="00D914B7">
        <w:rPr>
          <w:sz w:val="22"/>
        </w:rPr>
        <w:t xml:space="preserve"> </w:t>
      </w:r>
      <w:r w:rsidRPr="00D914B7">
        <w:rPr>
          <w:sz w:val="22"/>
          <w:rtl/>
        </w:rPr>
        <w:t>با</w:t>
      </w:r>
      <w:r w:rsidRPr="00D914B7">
        <w:rPr>
          <w:sz w:val="22"/>
        </w:rPr>
        <w:t xml:space="preserve"> </w:t>
      </w:r>
      <w:r w:rsidRPr="00D914B7">
        <w:rPr>
          <w:sz w:val="22"/>
          <w:rtl/>
        </w:rPr>
        <w:t>سکولار</w:t>
      </w:r>
      <w:r w:rsidRPr="00D914B7">
        <w:rPr>
          <w:sz w:val="22"/>
        </w:rPr>
        <w:t xml:space="preserve"> </w:t>
      </w:r>
      <w:r w:rsidRPr="00D914B7">
        <w:rPr>
          <w:sz w:val="22"/>
          <w:rtl/>
        </w:rPr>
        <w:t>دموکراسی،</w:t>
      </w:r>
      <w:r w:rsidRPr="00D914B7">
        <w:rPr>
          <w:sz w:val="22"/>
        </w:rPr>
        <w:t xml:space="preserve"> </w:t>
      </w:r>
      <w:r w:rsidRPr="00D914B7">
        <w:rPr>
          <w:sz w:val="22"/>
          <w:rtl/>
        </w:rPr>
        <w:t>تکثرگرایی،</w:t>
      </w:r>
      <w:r w:rsidRPr="00D914B7">
        <w:rPr>
          <w:sz w:val="22"/>
        </w:rPr>
        <w:t xml:space="preserve"> </w:t>
      </w:r>
      <w:r w:rsidRPr="00D914B7">
        <w:rPr>
          <w:sz w:val="22"/>
          <w:rtl/>
        </w:rPr>
        <w:t>حکومت</w:t>
      </w:r>
      <w:r w:rsidRPr="00D914B7">
        <w:rPr>
          <w:sz w:val="22"/>
        </w:rPr>
        <w:t xml:space="preserve"> </w:t>
      </w:r>
      <w:r w:rsidRPr="00D914B7">
        <w:rPr>
          <w:sz w:val="22"/>
          <w:rtl/>
        </w:rPr>
        <w:t>قانون</w:t>
      </w:r>
      <w:r w:rsidRPr="00D914B7">
        <w:rPr>
          <w:sz w:val="22"/>
        </w:rPr>
        <w:t xml:space="preserve"> </w:t>
      </w:r>
      <w:r w:rsidRPr="00D914B7">
        <w:rPr>
          <w:sz w:val="22"/>
          <w:rtl/>
        </w:rPr>
        <w:t>و</w:t>
      </w:r>
      <w:r w:rsidRPr="00D914B7">
        <w:rPr>
          <w:sz w:val="22"/>
        </w:rPr>
        <w:t xml:space="preserve"> </w:t>
      </w:r>
      <w:r w:rsidRPr="00D914B7">
        <w:rPr>
          <w:sz w:val="22"/>
          <w:rtl/>
        </w:rPr>
        <w:t>حاکمیت</w:t>
      </w:r>
      <w:r w:rsidRPr="00D914B7">
        <w:rPr>
          <w:sz w:val="22"/>
        </w:rPr>
        <w:t xml:space="preserve"> </w:t>
      </w:r>
      <w:r w:rsidRPr="00D914B7">
        <w:rPr>
          <w:sz w:val="22"/>
          <w:rtl/>
        </w:rPr>
        <w:t>ملت</w:t>
      </w:r>
      <w:r w:rsidRPr="00D914B7">
        <w:rPr>
          <w:sz w:val="22"/>
        </w:rPr>
        <w:t xml:space="preserve"> </w:t>
      </w:r>
      <w:r w:rsidRPr="00D914B7">
        <w:rPr>
          <w:sz w:val="22"/>
          <w:rtl/>
        </w:rPr>
        <w:t>است</w:t>
      </w:r>
      <w:r>
        <w:rPr>
          <w:sz w:val="22"/>
          <w:rtl/>
        </w:rPr>
        <w:t>.</w:t>
      </w:r>
    </w:p>
    <w:p w:rsidR="00987F03" w:rsidRPr="00D914B7" w:rsidRDefault="00987F03" w:rsidP="00987F03">
      <w:pPr>
        <w:bidi/>
        <w:ind w:firstLine="720"/>
        <w:rPr>
          <w:sz w:val="22"/>
        </w:rPr>
      </w:pPr>
      <w:r w:rsidRPr="00D914B7">
        <w:rPr>
          <w:sz w:val="22"/>
          <w:rtl/>
        </w:rPr>
        <w:t>این</w:t>
      </w:r>
      <w:r w:rsidRPr="00D914B7">
        <w:rPr>
          <w:sz w:val="22"/>
        </w:rPr>
        <w:t xml:space="preserve"> </w:t>
      </w:r>
      <w:r>
        <w:rPr>
          <w:rFonts w:hint="cs"/>
          <w:sz w:val="22"/>
          <w:rtl/>
        </w:rPr>
        <w:t>محموعه</w:t>
      </w:r>
      <w:r w:rsidRPr="00D914B7">
        <w:rPr>
          <w:sz w:val="22"/>
        </w:rPr>
        <w:t xml:space="preserve"> </w:t>
      </w:r>
      <w:r w:rsidRPr="00D914B7">
        <w:rPr>
          <w:sz w:val="22"/>
          <w:rtl/>
        </w:rPr>
        <w:t>با</w:t>
      </w:r>
      <w:r w:rsidRPr="00D914B7">
        <w:rPr>
          <w:sz w:val="22"/>
        </w:rPr>
        <w:t xml:space="preserve"> </w:t>
      </w:r>
      <w:r w:rsidRPr="00D914B7">
        <w:rPr>
          <w:sz w:val="22"/>
          <w:rtl/>
        </w:rPr>
        <w:t>چنین</w:t>
      </w:r>
      <w:r w:rsidRPr="00D914B7">
        <w:rPr>
          <w:sz w:val="22"/>
        </w:rPr>
        <w:t xml:space="preserve"> </w:t>
      </w:r>
      <w:r w:rsidRPr="00D914B7">
        <w:rPr>
          <w:sz w:val="22"/>
          <w:rtl/>
        </w:rPr>
        <w:t>امیدی</w:t>
      </w:r>
      <w:r w:rsidRPr="00D914B7">
        <w:rPr>
          <w:sz w:val="22"/>
        </w:rPr>
        <w:t xml:space="preserve"> </w:t>
      </w:r>
      <w:r w:rsidRPr="00D914B7">
        <w:rPr>
          <w:sz w:val="22"/>
          <w:rtl/>
        </w:rPr>
        <w:t>نوشته</w:t>
      </w:r>
      <w:r w:rsidRPr="00D914B7">
        <w:rPr>
          <w:sz w:val="22"/>
        </w:rPr>
        <w:t xml:space="preserve"> </w:t>
      </w:r>
      <w:r w:rsidRPr="00D914B7">
        <w:rPr>
          <w:sz w:val="22"/>
          <w:rtl/>
        </w:rPr>
        <w:t>شده</w:t>
      </w:r>
      <w:r>
        <w:rPr>
          <w:rFonts w:hint="cs"/>
          <w:sz w:val="22"/>
          <w:rtl/>
        </w:rPr>
        <w:t xml:space="preserve"> </w:t>
      </w:r>
      <w:r w:rsidRPr="00D914B7">
        <w:rPr>
          <w:sz w:val="22"/>
        </w:rPr>
        <w:t>‌</w:t>
      </w:r>
      <w:r>
        <w:rPr>
          <w:sz w:val="22"/>
          <w:rtl/>
        </w:rPr>
        <w:t>ا</w:t>
      </w:r>
      <w:r>
        <w:rPr>
          <w:rFonts w:hint="cs"/>
          <w:sz w:val="22"/>
          <w:rtl/>
        </w:rPr>
        <w:t xml:space="preserve">ست: </w:t>
      </w:r>
      <w:r w:rsidRPr="00D914B7">
        <w:rPr>
          <w:sz w:val="22"/>
          <w:rtl/>
        </w:rPr>
        <w:t>امید</w:t>
      </w:r>
      <w:r w:rsidRPr="00D914B7">
        <w:rPr>
          <w:sz w:val="22"/>
        </w:rPr>
        <w:t xml:space="preserve"> </w:t>
      </w:r>
      <w:r w:rsidRPr="00D914B7">
        <w:rPr>
          <w:sz w:val="22"/>
          <w:rtl/>
        </w:rPr>
        <w:t>به</w:t>
      </w:r>
      <w:r w:rsidRPr="00D914B7">
        <w:rPr>
          <w:sz w:val="22"/>
        </w:rPr>
        <w:t xml:space="preserve"> </w:t>
      </w:r>
      <w:r w:rsidRPr="00D914B7">
        <w:rPr>
          <w:sz w:val="22"/>
          <w:rtl/>
        </w:rPr>
        <w:t>اینکه</w:t>
      </w:r>
      <w:r w:rsidRPr="00D914B7">
        <w:rPr>
          <w:sz w:val="22"/>
        </w:rPr>
        <w:t xml:space="preserve"> </w:t>
      </w:r>
      <w:r w:rsidRPr="00D914B7">
        <w:rPr>
          <w:sz w:val="22"/>
          <w:rtl/>
        </w:rPr>
        <w:t>نسل</w:t>
      </w:r>
      <w:r w:rsidRPr="00D914B7">
        <w:rPr>
          <w:sz w:val="22"/>
        </w:rPr>
        <w:t>‌</w:t>
      </w:r>
      <w:r w:rsidRPr="00D914B7">
        <w:rPr>
          <w:sz w:val="22"/>
          <w:rtl/>
        </w:rPr>
        <w:t>های</w:t>
      </w:r>
      <w:r w:rsidRPr="00D914B7">
        <w:rPr>
          <w:sz w:val="22"/>
        </w:rPr>
        <w:t xml:space="preserve"> </w:t>
      </w:r>
      <w:r w:rsidRPr="00D914B7">
        <w:rPr>
          <w:sz w:val="22"/>
          <w:rtl/>
        </w:rPr>
        <w:t>آینده</w:t>
      </w:r>
      <w:r>
        <w:rPr>
          <w:sz w:val="22"/>
          <w:rtl/>
        </w:rPr>
        <w:t>ء</w:t>
      </w:r>
      <w:r w:rsidRPr="00D914B7">
        <w:rPr>
          <w:sz w:val="22"/>
        </w:rPr>
        <w:t xml:space="preserve"> </w:t>
      </w:r>
      <w:r w:rsidRPr="00D914B7">
        <w:rPr>
          <w:sz w:val="22"/>
          <w:rtl/>
        </w:rPr>
        <w:t>ایران</w:t>
      </w:r>
      <w:r w:rsidRPr="00D914B7">
        <w:rPr>
          <w:sz w:val="22"/>
        </w:rPr>
        <w:t xml:space="preserve"> </w:t>
      </w:r>
      <w:r w:rsidRPr="00D914B7">
        <w:rPr>
          <w:sz w:val="22"/>
          <w:rtl/>
        </w:rPr>
        <w:t>بتوانند</w:t>
      </w:r>
      <w:r w:rsidRPr="00D914B7">
        <w:rPr>
          <w:sz w:val="22"/>
        </w:rPr>
        <w:t xml:space="preserve"> </w:t>
      </w:r>
      <w:r w:rsidRPr="00D914B7">
        <w:rPr>
          <w:sz w:val="22"/>
          <w:rtl/>
        </w:rPr>
        <w:t>تجربه</w:t>
      </w:r>
      <w:r>
        <w:rPr>
          <w:sz w:val="22"/>
          <w:rtl/>
        </w:rPr>
        <w:t>ء</w:t>
      </w:r>
      <w:r w:rsidRPr="00D914B7">
        <w:rPr>
          <w:sz w:val="22"/>
        </w:rPr>
        <w:t xml:space="preserve"> </w:t>
      </w:r>
      <w:r w:rsidRPr="00D914B7">
        <w:rPr>
          <w:sz w:val="22"/>
          <w:rtl/>
        </w:rPr>
        <w:t>طولانی</w:t>
      </w:r>
      <w:r w:rsidRPr="00D914B7">
        <w:rPr>
          <w:sz w:val="22"/>
        </w:rPr>
        <w:t xml:space="preserve"> </w:t>
      </w:r>
      <w:r w:rsidRPr="00D914B7">
        <w:rPr>
          <w:sz w:val="22"/>
          <w:rtl/>
        </w:rPr>
        <w:t>این</w:t>
      </w:r>
      <w:r w:rsidRPr="00D914B7">
        <w:rPr>
          <w:sz w:val="22"/>
        </w:rPr>
        <w:t xml:space="preserve"> </w:t>
      </w:r>
      <w:r w:rsidRPr="00D914B7">
        <w:rPr>
          <w:sz w:val="22"/>
          <w:rtl/>
        </w:rPr>
        <w:t>سرزمین</w:t>
      </w:r>
      <w:r w:rsidRPr="00D914B7">
        <w:rPr>
          <w:sz w:val="22"/>
        </w:rPr>
        <w:t xml:space="preserve"> </w:t>
      </w:r>
      <w:r w:rsidRPr="00D914B7">
        <w:rPr>
          <w:sz w:val="22"/>
          <w:rtl/>
        </w:rPr>
        <w:t>را</w:t>
      </w:r>
      <w:r w:rsidRPr="00D914B7">
        <w:rPr>
          <w:sz w:val="22"/>
        </w:rPr>
        <w:t xml:space="preserve"> </w:t>
      </w:r>
      <w:r w:rsidRPr="00D914B7">
        <w:rPr>
          <w:sz w:val="22"/>
          <w:rtl/>
        </w:rPr>
        <w:t>نه</w:t>
      </w:r>
      <w:r w:rsidRPr="00D914B7">
        <w:rPr>
          <w:sz w:val="22"/>
        </w:rPr>
        <w:t xml:space="preserve"> </w:t>
      </w:r>
      <w:r w:rsidRPr="00D914B7">
        <w:rPr>
          <w:sz w:val="22"/>
          <w:rtl/>
        </w:rPr>
        <w:t>چون</w:t>
      </w:r>
      <w:r w:rsidRPr="00D914B7">
        <w:rPr>
          <w:sz w:val="22"/>
        </w:rPr>
        <w:t xml:space="preserve"> </w:t>
      </w:r>
      <w:r w:rsidRPr="00D914B7">
        <w:rPr>
          <w:sz w:val="22"/>
          <w:rtl/>
        </w:rPr>
        <w:t>باری</w:t>
      </w:r>
      <w:r w:rsidRPr="00D914B7">
        <w:rPr>
          <w:sz w:val="22"/>
        </w:rPr>
        <w:t xml:space="preserve"> </w:t>
      </w:r>
      <w:r w:rsidRPr="00D914B7">
        <w:rPr>
          <w:sz w:val="22"/>
          <w:rtl/>
        </w:rPr>
        <w:t>از</w:t>
      </w:r>
      <w:r w:rsidRPr="00D914B7">
        <w:rPr>
          <w:sz w:val="22"/>
        </w:rPr>
        <w:t xml:space="preserve"> </w:t>
      </w:r>
      <w:r w:rsidRPr="00D914B7">
        <w:rPr>
          <w:sz w:val="22"/>
          <w:rtl/>
        </w:rPr>
        <w:t>افتخار</w:t>
      </w:r>
      <w:r w:rsidRPr="00D914B7">
        <w:rPr>
          <w:sz w:val="22"/>
        </w:rPr>
        <w:t xml:space="preserve"> </w:t>
      </w:r>
      <w:r w:rsidRPr="00D914B7">
        <w:rPr>
          <w:sz w:val="22"/>
          <w:rtl/>
        </w:rPr>
        <w:t>و</w:t>
      </w:r>
      <w:r w:rsidRPr="00D914B7">
        <w:rPr>
          <w:sz w:val="22"/>
        </w:rPr>
        <w:t xml:space="preserve"> </w:t>
      </w:r>
      <w:r w:rsidRPr="00D914B7">
        <w:rPr>
          <w:sz w:val="22"/>
          <w:rtl/>
        </w:rPr>
        <w:t>مصیبت،</w:t>
      </w:r>
      <w:r w:rsidRPr="00D914B7">
        <w:rPr>
          <w:sz w:val="22"/>
        </w:rPr>
        <w:t xml:space="preserve"> </w:t>
      </w:r>
      <w:r w:rsidRPr="00D914B7">
        <w:rPr>
          <w:sz w:val="22"/>
          <w:rtl/>
        </w:rPr>
        <w:t>بلکه</w:t>
      </w:r>
      <w:r w:rsidRPr="00D914B7">
        <w:rPr>
          <w:sz w:val="22"/>
        </w:rPr>
        <w:t xml:space="preserve"> </w:t>
      </w:r>
      <w:r w:rsidRPr="00D914B7">
        <w:rPr>
          <w:sz w:val="22"/>
          <w:rtl/>
        </w:rPr>
        <w:t>چون</w:t>
      </w:r>
      <w:r w:rsidRPr="00D914B7">
        <w:rPr>
          <w:sz w:val="22"/>
        </w:rPr>
        <w:t xml:space="preserve"> </w:t>
      </w:r>
      <w:r w:rsidRPr="00D914B7">
        <w:rPr>
          <w:sz w:val="22"/>
          <w:rtl/>
        </w:rPr>
        <w:t>دانشی</w:t>
      </w:r>
      <w:r w:rsidRPr="00D914B7">
        <w:rPr>
          <w:sz w:val="22"/>
        </w:rPr>
        <w:t xml:space="preserve"> </w:t>
      </w:r>
      <w:r w:rsidRPr="00D914B7">
        <w:rPr>
          <w:sz w:val="22"/>
          <w:rtl/>
        </w:rPr>
        <w:t>برای</w:t>
      </w:r>
      <w:r w:rsidRPr="00D914B7">
        <w:rPr>
          <w:sz w:val="22"/>
        </w:rPr>
        <w:t xml:space="preserve"> </w:t>
      </w:r>
      <w:r w:rsidRPr="00D914B7">
        <w:rPr>
          <w:sz w:val="22"/>
          <w:rtl/>
        </w:rPr>
        <w:t>ساختن</w:t>
      </w:r>
      <w:r w:rsidRPr="00D914B7">
        <w:rPr>
          <w:sz w:val="22"/>
        </w:rPr>
        <w:t xml:space="preserve"> </w:t>
      </w:r>
      <w:r w:rsidRPr="00D914B7">
        <w:rPr>
          <w:sz w:val="22"/>
          <w:rtl/>
        </w:rPr>
        <w:t>آینده</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گیرند؛</w:t>
      </w:r>
      <w:r w:rsidRPr="00D914B7">
        <w:rPr>
          <w:sz w:val="22"/>
        </w:rPr>
        <w:t xml:space="preserve"> </w:t>
      </w:r>
      <w:r w:rsidRPr="00D914B7">
        <w:rPr>
          <w:sz w:val="22"/>
          <w:rtl/>
        </w:rPr>
        <w:t>کشوری</w:t>
      </w:r>
      <w:r w:rsidRPr="00D914B7">
        <w:rPr>
          <w:sz w:val="22"/>
        </w:rPr>
        <w:t xml:space="preserve"> </w:t>
      </w:r>
      <w:r w:rsidRPr="00D914B7">
        <w:rPr>
          <w:sz w:val="22"/>
          <w:rtl/>
        </w:rPr>
        <w:t>که</w:t>
      </w:r>
      <w:r w:rsidRPr="00D914B7">
        <w:rPr>
          <w:sz w:val="22"/>
        </w:rPr>
        <w:t xml:space="preserve"> </w:t>
      </w:r>
      <w:r w:rsidRPr="00D914B7">
        <w:rPr>
          <w:sz w:val="22"/>
          <w:rtl/>
        </w:rPr>
        <w:t>در</w:t>
      </w:r>
      <w:r w:rsidRPr="00D914B7">
        <w:rPr>
          <w:sz w:val="22"/>
        </w:rPr>
        <w:t xml:space="preserve"> </w:t>
      </w:r>
      <w:r w:rsidRPr="00D914B7">
        <w:rPr>
          <w:sz w:val="22"/>
          <w:rtl/>
        </w:rPr>
        <w:t>آن</w:t>
      </w:r>
      <w:r w:rsidRPr="00D914B7">
        <w:rPr>
          <w:sz w:val="22"/>
        </w:rPr>
        <w:t xml:space="preserve"> </w:t>
      </w:r>
      <w:r w:rsidRPr="00D914B7">
        <w:rPr>
          <w:sz w:val="22"/>
          <w:rtl/>
        </w:rPr>
        <w:t>هیچ</w:t>
      </w:r>
      <w:r w:rsidRPr="00D914B7">
        <w:rPr>
          <w:sz w:val="22"/>
        </w:rPr>
        <w:t xml:space="preserve"> </w:t>
      </w:r>
      <w:r w:rsidRPr="00D914B7">
        <w:rPr>
          <w:sz w:val="22"/>
          <w:rtl/>
        </w:rPr>
        <w:t>فرمانروا،</w:t>
      </w:r>
      <w:r w:rsidRPr="00D914B7">
        <w:rPr>
          <w:sz w:val="22"/>
        </w:rPr>
        <w:t xml:space="preserve"> </w:t>
      </w:r>
      <w:r w:rsidRPr="00D914B7">
        <w:rPr>
          <w:sz w:val="22"/>
          <w:rtl/>
        </w:rPr>
        <w:t>قشون،</w:t>
      </w:r>
      <w:r w:rsidRPr="00D914B7">
        <w:rPr>
          <w:sz w:val="22"/>
        </w:rPr>
        <w:t xml:space="preserve"> </w:t>
      </w:r>
      <w:r w:rsidRPr="00D914B7">
        <w:rPr>
          <w:sz w:val="22"/>
          <w:rtl/>
        </w:rPr>
        <w:t>دین</w:t>
      </w:r>
      <w:r w:rsidRPr="00D914B7">
        <w:rPr>
          <w:sz w:val="22"/>
        </w:rPr>
        <w:t xml:space="preserve"> </w:t>
      </w:r>
      <w:r w:rsidRPr="00D914B7">
        <w:rPr>
          <w:sz w:val="22"/>
          <w:rtl/>
        </w:rPr>
        <w:t>یا</w:t>
      </w:r>
      <w:r w:rsidRPr="00D914B7">
        <w:rPr>
          <w:sz w:val="22"/>
        </w:rPr>
        <w:t xml:space="preserve"> </w:t>
      </w:r>
      <w:r w:rsidRPr="00D914B7">
        <w:rPr>
          <w:sz w:val="22"/>
          <w:rtl/>
        </w:rPr>
        <w:t>دیوانی</w:t>
      </w:r>
      <w:r w:rsidRPr="00D914B7">
        <w:rPr>
          <w:sz w:val="22"/>
        </w:rPr>
        <w:t xml:space="preserve"> </w:t>
      </w:r>
      <w:r w:rsidRPr="00D914B7">
        <w:rPr>
          <w:sz w:val="22"/>
          <w:rtl/>
        </w:rPr>
        <w:t>بالاتر</w:t>
      </w:r>
      <w:r w:rsidRPr="00D914B7">
        <w:rPr>
          <w:sz w:val="22"/>
        </w:rPr>
        <w:t xml:space="preserve"> </w:t>
      </w:r>
      <w:r w:rsidRPr="00D914B7">
        <w:rPr>
          <w:sz w:val="22"/>
          <w:rtl/>
        </w:rPr>
        <w:t>از</w:t>
      </w:r>
      <w:r w:rsidRPr="00D914B7">
        <w:rPr>
          <w:sz w:val="22"/>
        </w:rPr>
        <w:t xml:space="preserve"> </w:t>
      </w:r>
      <w:r w:rsidRPr="00D914B7">
        <w:rPr>
          <w:sz w:val="22"/>
          <w:rtl/>
        </w:rPr>
        <w:t>ملت</w:t>
      </w:r>
      <w:r w:rsidRPr="00D914B7">
        <w:rPr>
          <w:sz w:val="22"/>
        </w:rPr>
        <w:t xml:space="preserve"> </w:t>
      </w:r>
      <w:r w:rsidRPr="00D914B7">
        <w:rPr>
          <w:sz w:val="22"/>
          <w:rtl/>
        </w:rPr>
        <w:t>و</w:t>
      </w:r>
      <w:r w:rsidRPr="00D914B7">
        <w:rPr>
          <w:sz w:val="22"/>
        </w:rPr>
        <w:t xml:space="preserve"> </w:t>
      </w:r>
      <w:r w:rsidRPr="00D914B7">
        <w:rPr>
          <w:sz w:val="22"/>
          <w:rtl/>
        </w:rPr>
        <w:t>قانون</w:t>
      </w:r>
      <w:r w:rsidRPr="00D914B7">
        <w:rPr>
          <w:sz w:val="22"/>
        </w:rPr>
        <w:t xml:space="preserve"> </w:t>
      </w:r>
      <w:r w:rsidRPr="00D914B7">
        <w:rPr>
          <w:sz w:val="22"/>
          <w:rtl/>
        </w:rPr>
        <w:t>قرار</w:t>
      </w:r>
      <w:r w:rsidRPr="00D914B7">
        <w:rPr>
          <w:sz w:val="22"/>
        </w:rPr>
        <w:t xml:space="preserve"> </w:t>
      </w:r>
      <w:r w:rsidRPr="00D914B7">
        <w:rPr>
          <w:sz w:val="22"/>
          <w:rtl/>
        </w:rPr>
        <w:t>نگیرد</w:t>
      </w:r>
      <w:r w:rsidRPr="00D914B7">
        <w:rPr>
          <w:sz w:val="22"/>
        </w:rPr>
        <w:t xml:space="preserve"> </w:t>
      </w:r>
      <w:r w:rsidRPr="00D914B7">
        <w:rPr>
          <w:sz w:val="22"/>
          <w:rtl/>
        </w:rPr>
        <w:t>و</w:t>
      </w:r>
      <w:r w:rsidRPr="00D914B7">
        <w:rPr>
          <w:sz w:val="22"/>
        </w:rPr>
        <w:t xml:space="preserve"> </w:t>
      </w:r>
      <w:r w:rsidRPr="00D914B7">
        <w:rPr>
          <w:sz w:val="22"/>
          <w:rtl/>
        </w:rPr>
        <w:t>همه</w:t>
      </w:r>
      <w:r>
        <w:rPr>
          <w:sz w:val="22"/>
          <w:rtl/>
        </w:rPr>
        <w:t>ء</w:t>
      </w:r>
      <w:r w:rsidRPr="00D914B7">
        <w:rPr>
          <w:sz w:val="22"/>
        </w:rPr>
        <w:t xml:space="preserve"> </w:t>
      </w:r>
      <w:r w:rsidRPr="00D914B7">
        <w:rPr>
          <w:sz w:val="22"/>
          <w:rtl/>
        </w:rPr>
        <w:t>نهادهای</w:t>
      </w:r>
      <w:r w:rsidRPr="00D914B7">
        <w:rPr>
          <w:sz w:val="22"/>
        </w:rPr>
        <w:t xml:space="preserve"> </w:t>
      </w:r>
      <w:r w:rsidRPr="00D914B7">
        <w:rPr>
          <w:sz w:val="22"/>
          <w:rtl/>
        </w:rPr>
        <w:t>قدرت</w:t>
      </w:r>
      <w:r w:rsidRPr="00D914B7">
        <w:rPr>
          <w:sz w:val="22"/>
        </w:rPr>
        <w:t xml:space="preserve"> </w:t>
      </w:r>
      <w:r w:rsidRPr="00D914B7">
        <w:rPr>
          <w:sz w:val="22"/>
          <w:rtl/>
        </w:rPr>
        <w:t>برای</w:t>
      </w:r>
      <w:r w:rsidRPr="00D914B7">
        <w:rPr>
          <w:sz w:val="22"/>
        </w:rPr>
        <w:t xml:space="preserve"> </w:t>
      </w:r>
      <w:r w:rsidRPr="00D914B7">
        <w:rPr>
          <w:sz w:val="22"/>
          <w:rtl/>
        </w:rPr>
        <w:t>همان</w:t>
      </w:r>
      <w:r w:rsidRPr="00D914B7">
        <w:rPr>
          <w:sz w:val="22"/>
        </w:rPr>
        <w:t xml:space="preserve"> </w:t>
      </w:r>
      <w:r w:rsidRPr="00D914B7">
        <w:rPr>
          <w:sz w:val="22"/>
          <w:rtl/>
        </w:rPr>
        <w:t>مقصدی</w:t>
      </w:r>
      <w:r w:rsidRPr="00D914B7">
        <w:rPr>
          <w:sz w:val="22"/>
        </w:rPr>
        <w:t xml:space="preserve"> </w:t>
      </w:r>
      <w:r w:rsidRPr="00D914B7">
        <w:rPr>
          <w:sz w:val="22"/>
          <w:rtl/>
        </w:rPr>
        <w:t>به</w:t>
      </w:r>
      <w:r w:rsidRPr="00D914B7">
        <w:rPr>
          <w:sz w:val="22"/>
        </w:rPr>
        <w:t xml:space="preserve"> </w:t>
      </w:r>
      <w:r w:rsidRPr="00D914B7">
        <w:rPr>
          <w:sz w:val="22"/>
          <w:rtl/>
        </w:rPr>
        <w:t>کار</w:t>
      </w:r>
      <w:r w:rsidRPr="00D914B7">
        <w:rPr>
          <w:sz w:val="22"/>
        </w:rPr>
        <w:t xml:space="preserve"> </w:t>
      </w:r>
      <w:r w:rsidRPr="00D914B7">
        <w:rPr>
          <w:sz w:val="22"/>
          <w:rtl/>
        </w:rPr>
        <w:t>افتند</w:t>
      </w:r>
      <w:r w:rsidRPr="00D914B7">
        <w:rPr>
          <w:sz w:val="22"/>
        </w:rPr>
        <w:t xml:space="preserve"> </w:t>
      </w:r>
      <w:r w:rsidRPr="00D914B7">
        <w:rPr>
          <w:sz w:val="22"/>
          <w:rtl/>
        </w:rPr>
        <w:t>که</w:t>
      </w:r>
      <w:r w:rsidRPr="00D914B7">
        <w:rPr>
          <w:sz w:val="22"/>
        </w:rPr>
        <w:t xml:space="preserve"> </w:t>
      </w:r>
      <w:r w:rsidRPr="00D914B7">
        <w:rPr>
          <w:sz w:val="22"/>
          <w:rtl/>
        </w:rPr>
        <w:t>کشورداری</w:t>
      </w:r>
      <w:r w:rsidRPr="00D914B7">
        <w:rPr>
          <w:sz w:val="22"/>
        </w:rPr>
        <w:t xml:space="preserve"> </w:t>
      </w:r>
      <w:r w:rsidRPr="00D914B7">
        <w:rPr>
          <w:sz w:val="22"/>
          <w:rtl/>
        </w:rPr>
        <w:t>از</w:t>
      </w:r>
      <w:r w:rsidRPr="00D914B7">
        <w:rPr>
          <w:sz w:val="22"/>
        </w:rPr>
        <w:t xml:space="preserve"> </w:t>
      </w:r>
      <w:r w:rsidRPr="00D914B7">
        <w:rPr>
          <w:sz w:val="22"/>
          <w:rtl/>
        </w:rPr>
        <w:t>آغاز</w:t>
      </w:r>
      <w:r w:rsidRPr="00D914B7">
        <w:rPr>
          <w:sz w:val="22"/>
        </w:rPr>
        <w:t xml:space="preserve"> </w:t>
      </w:r>
      <w:r w:rsidRPr="00D914B7">
        <w:rPr>
          <w:sz w:val="22"/>
          <w:rtl/>
        </w:rPr>
        <w:t>در</w:t>
      </w:r>
      <w:r w:rsidRPr="00D914B7">
        <w:rPr>
          <w:sz w:val="22"/>
        </w:rPr>
        <w:t xml:space="preserve"> </w:t>
      </w:r>
      <w:r w:rsidRPr="00D914B7">
        <w:rPr>
          <w:sz w:val="22"/>
          <w:rtl/>
        </w:rPr>
        <w:t>پاسخ</w:t>
      </w:r>
      <w:r w:rsidRPr="00D914B7">
        <w:rPr>
          <w:sz w:val="22"/>
        </w:rPr>
        <w:t xml:space="preserve"> </w:t>
      </w:r>
      <w:r w:rsidRPr="00D914B7">
        <w:rPr>
          <w:sz w:val="22"/>
          <w:rtl/>
        </w:rPr>
        <w:t>به</w:t>
      </w:r>
      <w:r w:rsidRPr="00D914B7">
        <w:rPr>
          <w:sz w:val="22"/>
        </w:rPr>
        <w:t xml:space="preserve"> </w:t>
      </w:r>
      <w:r w:rsidRPr="00D914B7">
        <w:rPr>
          <w:sz w:val="22"/>
          <w:rtl/>
        </w:rPr>
        <w:t>آن</w:t>
      </w:r>
      <w:r w:rsidRPr="00D914B7">
        <w:rPr>
          <w:sz w:val="22"/>
        </w:rPr>
        <w:t xml:space="preserve"> </w:t>
      </w:r>
      <w:r w:rsidRPr="00D914B7">
        <w:rPr>
          <w:sz w:val="22"/>
          <w:rtl/>
        </w:rPr>
        <w:t>پدید</w:t>
      </w:r>
      <w:r w:rsidRPr="00D914B7">
        <w:rPr>
          <w:sz w:val="22"/>
        </w:rPr>
        <w:t xml:space="preserve"> </w:t>
      </w:r>
      <w:r w:rsidRPr="00D914B7">
        <w:rPr>
          <w:sz w:val="22"/>
          <w:rtl/>
        </w:rPr>
        <w:t>آمد</w:t>
      </w:r>
      <w:r>
        <w:rPr>
          <w:rFonts w:hint="cs"/>
          <w:sz w:val="22"/>
          <w:rtl/>
        </w:rPr>
        <w:t>:</w:t>
      </w:r>
      <w:r w:rsidRPr="00D914B7">
        <w:rPr>
          <w:sz w:val="22"/>
        </w:rPr>
        <w:t xml:space="preserve"> </w:t>
      </w:r>
      <w:r w:rsidRPr="00D914B7">
        <w:rPr>
          <w:sz w:val="22"/>
          <w:rtl/>
        </w:rPr>
        <w:t>ادامه</w:t>
      </w:r>
      <w:r>
        <w:rPr>
          <w:sz w:val="22"/>
          <w:rtl/>
        </w:rPr>
        <w:t>ء</w:t>
      </w:r>
      <w:r w:rsidRPr="00D914B7">
        <w:rPr>
          <w:sz w:val="22"/>
        </w:rPr>
        <w:t xml:space="preserve"> </w:t>
      </w:r>
      <w:r w:rsidRPr="00D914B7">
        <w:rPr>
          <w:sz w:val="22"/>
          <w:rtl/>
        </w:rPr>
        <w:t>زندگی</w:t>
      </w:r>
      <w:r w:rsidRPr="00D914B7">
        <w:rPr>
          <w:sz w:val="22"/>
        </w:rPr>
        <w:t xml:space="preserve"> </w:t>
      </w:r>
      <w:r w:rsidRPr="00D914B7">
        <w:rPr>
          <w:sz w:val="22"/>
          <w:rtl/>
        </w:rPr>
        <w:t>جمعی</w:t>
      </w:r>
      <w:r w:rsidRPr="00D914B7">
        <w:rPr>
          <w:sz w:val="22"/>
        </w:rPr>
        <w:t xml:space="preserve"> </w:t>
      </w:r>
      <w:r w:rsidRPr="00D914B7">
        <w:rPr>
          <w:sz w:val="22"/>
          <w:rtl/>
        </w:rPr>
        <w:t>و</w:t>
      </w:r>
      <w:r w:rsidRPr="00D914B7">
        <w:rPr>
          <w:sz w:val="22"/>
        </w:rPr>
        <w:t xml:space="preserve"> </w:t>
      </w:r>
      <w:r w:rsidRPr="00D914B7">
        <w:rPr>
          <w:sz w:val="22"/>
          <w:rtl/>
        </w:rPr>
        <w:t>فراهم</w:t>
      </w:r>
      <w:r w:rsidRPr="00D914B7">
        <w:rPr>
          <w:sz w:val="22"/>
        </w:rPr>
        <w:t>‌</w:t>
      </w:r>
      <w:r w:rsidRPr="00D914B7">
        <w:rPr>
          <w:sz w:val="22"/>
          <w:rtl/>
        </w:rPr>
        <w:t>کردن</w:t>
      </w:r>
      <w:r w:rsidRPr="00D914B7">
        <w:rPr>
          <w:sz w:val="22"/>
        </w:rPr>
        <w:t xml:space="preserve"> </w:t>
      </w:r>
      <w:r w:rsidRPr="00D914B7">
        <w:rPr>
          <w:sz w:val="22"/>
          <w:rtl/>
        </w:rPr>
        <w:t>آینده</w:t>
      </w:r>
      <w:r w:rsidRPr="00D914B7">
        <w:rPr>
          <w:sz w:val="22"/>
        </w:rPr>
        <w:t>‌</w:t>
      </w:r>
      <w:r w:rsidRPr="00D914B7">
        <w:rPr>
          <w:sz w:val="22"/>
          <w:rtl/>
        </w:rPr>
        <w:t>ای</w:t>
      </w:r>
      <w:r w:rsidRPr="00D914B7">
        <w:rPr>
          <w:sz w:val="22"/>
        </w:rPr>
        <w:t xml:space="preserve"> </w:t>
      </w:r>
      <w:r w:rsidRPr="00D914B7">
        <w:rPr>
          <w:sz w:val="22"/>
          <w:rtl/>
        </w:rPr>
        <w:t>ممکن</w:t>
      </w:r>
      <w:r w:rsidRPr="00D914B7">
        <w:rPr>
          <w:sz w:val="22"/>
        </w:rPr>
        <w:t xml:space="preserve"> </w:t>
      </w:r>
      <w:r w:rsidRPr="00D914B7">
        <w:rPr>
          <w:sz w:val="22"/>
          <w:rtl/>
        </w:rPr>
        <w:t>برای</w:t>
      </w:r>
      <w:r w:rsidRPr="00D914B7">
        <w:rPr>
          <w:sz w:val="22"/>
        </w:rPr>
        <w:t xml:space="preserve"> </w:t>
      </w:r>
      <w:r w:rsidRPr="00D914B7">
        <w:rPr>
          <w:sz w:val="22"/>
          <w:rtl/>
        </w:rPr>
        <w:t>انسان</w:t>
      </w:r>
      <w:r w:rsidRPr="00D914B7">
        <w:rPr>
          <w:sz w:val="22"/>
        </w:rPr>
        <w:t xml:space="preserve"> </w:t>
      </w:r>
      <w:r w:rsidRPr="00D914B7">
        <w:rPr>
          <w:sz w:val="22"/>
          <w:rtl/>
        </w:rPr>
        <w:t>ایرانی</w:t>
      </w:r>
      <w:r>
        <w:rPr>
          <w:sz w:val="22"/>
          <w:rtl/>
        </w:rPr>
        <w:t>.</w:t>
      </w:r>
    </w:p>
    <w:p w:rsidR="00987F03" w:rsidRDefault="00987F03" w:rsidP="00987F03">
      <w:pPr>
        <w:bidi/>
        <w:ind w:firstLine="720"/>
        <w:jc w:val="both"/>
        <w:rPr>
          <w:rFonts w:eastAsia="Tahoma" w:hint="cs"/>
          <w:szCs w:val="24"/>
          <w:rtl/>
        </w:rPr>
      </w:pPr>
    </w:p>
    <w:p w:rsidR="00987F03" w:rsidRDefault="00987F03" w:rsidP="00987F03">
      <w:pPr>
        <w:rPr>
          <w:rFonts w:eastAsia="Tahoma" w:hint="cs"/>
          <w:szCs w:val="24"/>
          <w:rtl/>
        </w:rPr>
      </w:pPr>
      <w:r>
        <w:rPr>
          <w:rFonts w:eastAsia="Tahoma"/>
          <w:szCs w:val="24"/>
          <w:rtl/>
        </w:rPr>
        <w:br w:type="page"/>
      </w:r>
    </w:p>
    <w:p w:rsidR="00987F03" w:rsidRDefault="00987F03" w:rsidP="00987F03">
      <w:pPr>
        <w:bidi/>
        <w:spacing w:line="276" w:lineRule="auto"/>
        <w:jc w:val="center"/>
        <w:rPr>
          <w:rFonts w:asciiTheme="majorBidi" w:eastAsia="Tahoma" w:hAnsiTheme="majorBidi" w:cstheme="majorBidi" w:hint="cs"/>
          <w:b/>
          <w:bCs/>
          <w:sz w:val="36"/>
          <w:szCs w:val="36"/>
          <w:rtl/>
        </w:rPr>
      </w:pPr>
      <w:bookmarkStart w:id="2" w:name="Vol7Preface"/>
      <w:bookmarkEnd w:id="2"/>
      <w:r w:rsidRPr="00987F03">
        <w:rPr>
          <w:rFonts w:asciiTheme="majorBidi" w:eastAsia="Tahoma" w:hAnsiTheme="majorBidi" w:cstheme="majorBidi"/>
          <w:b/>
          <w:bCs/>
          <w:sz w:val="36"/>
          <w:szCs w:val="36"/>
          <w:rtl/>
        </w:rPr>
        <w:t>سرآغاز</w:t>
      </w:r>
    </w:p>
    <w:p w:rsidR="00987F03" w:rsidRPr="00F30A0B" w:rsidRDefault="00987F03" w:rsidP="00987F03">
      <w:pPr>
        <w:bidi/>
        <w:ind w:firstLine="720"/>
        <w:rPr>
          <w:sz w:val="22"/>
        </w:rPr>
      </w:pPr>
      <w:r w:rsidRPr="00F30A0B">
        <w:rPr>
          <w:sz w:val="22"/>
          <w:rtl/>
        </w:rPr>
        <w:t>این</w:t>
      </w:r>
      <w:r w:rsidRPr="00F30A0B">
        <w:rPr>
          <w:sz w:val="22"/>
        </w:rPr>
        <w:t xml:space="preserve"> </w:t>
      </w:r>
      <w:r w:rsidRPr="00F30A0B">
        <w:rPr>
          <w:sz w:val="22"/>
          <w:rtl/>
        </w:rPr>
        <w:t>جلد</w:t>
      </w:r>
      <w:r w:rsidRPr="00F30A0B">
        <w:rPr>
          <w:sz w:val="22"/>
        </w:rPr>
        <w:t xml:space="preserve"> </w:t>
      </w:r>
      <w:r w:rsidRPr="00F30A0B">
        <w:rPr>
          <w:sz w:val="22"/>
          <w:rtl/>
        </w:rPr>
        <w:t>به</w:t>
      </w:r>
      <w:r w:rsidRPr="00F30A0B">
        <w:rPr>
          <w:sz w:val="22"/>
        </w:rPr>
        <w:t xml:space="preserve"> </w:t>
      </w:r>
      <w:r w:rsidRPr="00F30A0B">
        <w:rPr>
          <w:sz w:val="22"/>
          <w:rtl/>
        </w:rPr>
        <w:t>دوره</w:t>
      </w:r>
      <w:r w:rsidRPr="00F30A0B">
        <w:rPr>
          <w:sz w:val="22"/>
        </w:rPr>
        <w:t>‌</w:t>
      </w:r>
      <w:r w:rsidRPr="00F30A0B">
        <w:rPr>
          <w:sz w:val="22"/>
          <w:rtl/>
        </w:rPr>
        <w:t>ای</w:t>
      </w:r>
      <w:r w:rsidRPr="00F30A0B">
        <w:rPr>
          <w:sz w:val="22"/>
        </w:rPr>
        <w:t xml:space="preserve"> </w:t>
      </w:r>
      <w:r w:rsidRPr="00F30A0B">
        <w:rPr>
          <w:sz w:val="22"/>
          <w:rtl/>
        </w:rPr>
        <w:t>می</w:t>
      </w:r>
      <w:r w:rsidRPr="00F30A0B">
        <w:rPr>
          <w:sz w:val="22"/>
        </w:rPr>
        <w:t>‌</w:t>
      </w:r>
      <w:r w:rsidRPr="00F30A0B">
        <w:rPr>
          <w:sz w:val="22"/>
          <w:rtl/>
        </w:rPr>
        <w:t>پردازد</w:t>
      </w:r>
      <w:r w:rsidRPr="00F30A0B">
        <w:rPr>
          <w:sz w:val="22"/>
        </w:rPr>
        <w:t xml:space="preserve"> </w:t>
      </w:r>
      <w:r w:rsidRPr="00F30A0B">
        <w:rPr>
          <w:sz w:val="22"/>
          <w:rtl/>
        </w:rPr>
        <w:t>که</w:t>
      </w:r>
      <w:r w:rsidRPr="00F30A0B">
        <w:rPr>
          <w:sz w:val="22"/>
        </w:rPr>
        <w:t xml:space="preserve"> </w:t>
      </w:r>
      <w:r w:rsidRPr="00F30A0B">
        <w:rPr>
          <w:sz w:val="22"/>
          <w:rtl/>
        </w:rPr>
        <w:t>از</w:t>
      </w:r>
      <w:r w:rsidRPr="00F30A0B">
        <w:rPr>
          <w:sz w:val="22"/>
        </w:rPr>
        <w:t xml:space="preserve"> </w:t>
      </w:r>
      <w:r w:rsidRPr="00F30A0B">
        <w:rPr>
          <w:sz w:val="22"/>
          <w:rtl/>
        </w:rPr>
        <w:t>استقرار</w:t>
      </w:r>
      <w:r w:rsidRPr="00F30A0B">
        <w:rPr>
          <w:sz w:val="22"/>
        </w:rPr>
        <w:t xml:space="preserve"> </w:t>
      </w:r>
      <w:r w:rsidRPr="00F30A0B">
        <w:rPr>
          <w:sz w:val="22"/>
          <w:rtl/>
        </w:rPr>
        <w:t>تدریجی</w:t>
      </w:r>
      <w:r w:rsidRPr="00F30A0B">
        <w:rPr>
          <w:sz w:val="22"/>
        </w:rPr>
        <w:t xml:space="preserve"> </w:t>
      </w:r>
      <w:r w:rsidRPr="00F30A0B">
        <w:rPr>
          <w:sz w:val="22"/>
          <w:rtl/>
        </w:rPr>
        <w:t>فرمانروایی</w:t>
      </w:r>
      <w:r w:rsidRPr="00F30A0B">
        <w:rPr>
          <w:sz w:val="22"/>
        </w:rPr>
        <w:t xml:space="preserve"> </w:t>
      </w:r>
      <w:r w:rsidRPr="00F30A0B">
        <w:rPr>
          <w:sz w:val="22"/>
          <w:rtl/>
        </w:rPr>
        <w:t>مسلمانان</w:t>
      </w:r>
      <w:r w:rsidRPr="00F30A0B">
        <w:rPr>
          <w:sz w:val="22"/>
        </w:rPr>
        <w:t xml:space="preserve"> </w:t>
      </w:r>
      <w:r w:rsidRPr="00F30A0B">
        <w:rPr>
          <w:sz w:val="22"/>
          <w:rtl/>
        </w:rPr>
        <w:t>در</w:t>
      </w:r>
      <w:r w:rsidRPr="00F30A0B">
        <w:rPr>
          <w:sz w:val="22"/>
        </w:rPr>
        <w:t xml:space="preserve"> </w:t>
      </w:r>
      <w:r w:rsidRPr="00F30A0B">
        <w:rPr>
          <w:sz w:val="22"/>
          <w:rtl/>
        </w:rPr>
        <w:t>ایران</w:t>
      </w:r>
      <w:r w:rsidRPr="00F30A0B">
        <w:rPr>
          <w:sz w:val="22"/>
        </w:rPr>
        <w:t xml:space="preserve"> </w:t>
      </w:r>
      <w:r w:rsidRPr="00F30A0B">
        <w:rPr>
          <w:sz w:val="22"/>
          <w:rtl/>
        </w:rPr>
        <w:t>آغاز</w:t>
      </w:r>
      <w:r w:rsidRPr="00F30A0B">
        <w:rPr>
          <w:sz w:val="22"/>
        </w:rPr>
        <w:t xml:space="preserve"> </w:t>
      </w:r>
      <w:r w:rsidRPr="00F30A0B">
        <w:rPr>
          <w:sz w:val="22"/>
          <w:rtl/>
        </w:rPr>
        <w:t>می</w:t>
      </w:r>
      <w:r w:rsidRPr="00F30A0B">
        <w:rPr>
          <w:sz w:val="22"/>
        </w:rPr>
        <w:t>‌</w:t>
      </w:r>
      <w:r w:rsidRPr="00F30A0B">
        <w:rPr>
          <w:sz w:val="22"/>
          <w:rtl/>
        </w:rPr>
        <w:t>شود</w:t>
      </w:r>
      <w:r w:rsidRPr="00F30A0B">
        <w:rPr>
          <w:sz w:val="22"/>
        </w:rPr>
        <w:t xml:space="preserve"> </w:t>
      </w:r>
      <w:r w:rsidRPr="00F30A0B">
        <w:rPr>
          <w:sz w:val="22"/>
          <w:rtl/>
        </w:rPr>
        <w:t>و</w:t>
      </w:r>
      <w:r w:rsidRPr="00F30A0B">
        <w:rPr>
          <w:sz w:val="22"/>
        </w:rPr>
        <w:t xml:space="preserve"> </w:t>
      </w:r>
      <w:r w:rsidRPr="00F30A0B">
        <w:rPr>
          <w:sz w:val="22"/>
          <w:rtl/>
        </w:rPr>
        <w:t>تا</w:t>
      </w:r>
      <w:r w:rsidRPr="00F30A0B">
        <w:rPr>
          <w:sz w:val="22"/>
        </w:rPr>
        <w:t xml:space="preserve"> </w:t>
      </w:r>
      <w:r w:rsidRPr="00F30A0B">
        <w:rPr>
          <w:sz w:val="22"/>
          <w:rtl/>
        </w:rPr>
        <w:t>آستانهٔ</w:t>
      </w:r>
      <w:r w:rsidRPr="00F30A0B">
        <w:rPr>
          <w:sz w:val="22"/>
        </w:rPr>
        <w:t xml:space="preserve"> </w:t>
      </w:r>
      <w:r w:rsidRPr="00F30A0B">
        <w:rPr>
          <w:sz w:val="22"/>
          <w:rtl/>
        </w:rPr>
        <w:t>یورش</w:t>
      </w:r>
      <w:r w:rsidRPr="00F30A0B">
        <w:rPr>
          <w:sz w:val="22"/>
        </w:rPr>
        <w:t xml:space="preserve"> </w:t>
      </w:r>
      <w:r w:rsidRPr="00F30A0B">
        <w:rPr>
          <w:sz w:val="22"/>
          <w:rtl/>
        </w:rPr>
        <w:t>مغول</w:t>
      </w:r>
      <w:r w:rsidRPr="00F30A0B">
        <w:rPr>
          <w:sz w:val="22"/>
        </w:rPr>
        <w:t xml:space="preserve"> </w:t>
      </w:r>
      <w:r w:rsidRPr="00F30A0B">
        <w:rPr>
          <w:sz w:val="22"/>
          <w:rtl/>
        </w:rPr>
        <w:t>ادامه</w:t>
      </w:r>
      <w:r w:rsidRPr="00F30A0B">
        <w:rPr>
          <w:sz w:val="22"/>
        </w:rPr>
        <w:t xml:space="preserve"> </w:t>
      </w:r>
      <w:r w:rsidRPr="00F30A0B">
        <w:rPr>
          <w:sz w:val="22"/>
          <w:rtl/>
        </w:rPr>
        <w:t>می</w:t>
      </w:r>
      <w:r w:rsidRPr="00F30A0B">
        <w:rPr>
          <w:sz w:val="22"/>
        </w:rPr>
        <w:t>‌</w:t>
      </w:r>
      <w:r w:rsidRPr="00F30A0B">
        <w:rPr>
          <w:sz w:val="22"/>
          <w:rtl/>
        </w:rPr>
        <w:t>یابد</w:t>
      </w:r>
      <w:r w:rsidRPr="00F30A0B">
        <w:rPr>
          <w:sz w:val="22"/>
        </w:rPr>
        <w:t xml:space="preserve">. </w:t>
      </w:r>
      <w:r w:rsidRPr="00F30A0B">
        <w:rPr>
          <w:sz w:val="22"/>
          <w:rtl/>
        </w:rPr>
        <w:t>موضوع</w:t>
      </w:r>
      <w:r w:rsidRPr="00F30A0B">
        <w:rPr>
          <w:sz w:val="22"/>
        </w:rPr>
        <w:t xml:space="preserve"> </w:t>
      </w:r>
      <w:r w:rsidRPr="00F30A0B">
        <w:rPr>
          <w:sz w:val="22"/>
          <w:rtl/>
        </w:rPr>
        <w:t>آن</w:t>
      </w:r>
      <w:r w:rsidRPr="00F30A0B">
        <w:rPr>
          <w:sz w:val="22"/>
        </w:rPr>
        <w:t xml:space="preserve"> </w:t>
      </w:r>
      <w:r w:rsidRPr="00F30A0B">
        <w:rPr>
          <w:sz w:val="22"/>
          <w:rtl/>
        </w:rPr>
        <w:t>فقط</w:t>
      </w:r>
      <w:r w:rsidRPr="00F30A0B">
        <w:rPr>
          <w:sz w:val="22"/>
        </w:rPr>
        <w:t xml:space="preserve"> </w:t>
      </w:r>
      <w:r w:rsidRPr="00F30A0B">
        <w:rPr>
          <w:sz w:val="22"/>
          <w:rtl/>
        </w:rPr>
        <w:t>آمدن</w:t>
      </w:r>
      <w:r w:rsidRPr="00F30A0B">
        <w:rPr>
          <w:sz w:val="22"/>
        </w:rPr>
        <w:t xml:space="preserve"> </w:t>
      </w:r>
      <w:r w:rsidRPr="00F30A0B">
        <w:rPr>
          <w:sz w:val="22"/>
          <w:rtl/>
        </w:rPr>
        <w:t>یک</w:t>
      </w:r>
      <w:r w:rsidRPr="00F30A0B">
        <w:rPr>
          <w:sz w:val="22"/>
        </w:rPr>
        <w:t xml:space="preserve"> </w:t>
      </w:r>
      <w:r w:rsidRPr="00F30A0B">
        <w:rPr>
          <w:sz w:val="22"/>
          <w:rtl/>
        </w:rPr>
        <w:t>دین</w:t>
      </w:r>
      <w:r w:rsidRPr="00F30A0B">
        <w:rPr>
          <w:sz w:val="22"/>
        </w:rPr>
        <w:t xml:space="preserve"> </w:t>
      </w:r>
      <w:r w:rsidRPr="00F30A0B">
        <w:rPr>
          <w:sz w:val="22"/>
          <w:rtl/>
        </w:rPr>
        <w:t>تازه</w:t>
      </w:r>
      <w:r w:rsidRPr="00F30A0B">
        <w:rPr>
          <w:sz w:val="22"/>
        </w:rPr>
        <w:t xml:space="preserve"> </w:t>
      </w:r>
      <w:r w:rsidRPr="00F30A0B">
        <w:rPr>
          <w:sz w:val="22"/>
          <w:rtl/>
        </w:rPr>
        <w:t>نیست؛</w:t>
      </w:r>
      <w:r w:rsidRPr="00F30A0B">
        <w:rPr>
          <w:sz w:val="22"/>
        </w:rPr>
        <w:t xml:space="preserve"> </w:t>
      </w:r>
      <w:r w:rsidRPr="00F30A0B">
        <w:rPr>
          <w:sz w:val="22"/>
          <w:rtl/>
        </w:rPr>
        <w:t>دگرگونی</w:t>
      </w:r>
      <w:r w:rsidRPr="00F30A0B">
        <w:rPr>
          <w:sz w:val="22"/>
        </w:rPr>
        <w:t xml:space="preserve"> </w:t>
      </w:r>
      <w:r w:rsidRPr="00F30A0B">
        <w:rPr>
          <w:sz w:val="22"/>
          <w:rtl/>
        </w:rPr>
        <w:t>عمیق</w:t>
      </w:r>
      <w:r w:rsidRPr="00F30A0B">
        <w:rPr>
          <w:sz w:val="22"/>
        </w:rPr>
        <w:t xml:space="preserve"> </w:t>
      </w:r>
      <w:r w:rsidRPr="00F30A0B">
        <w:rPr>
          <w:sz w:val="22"/>
          <w:rtl/>
        </w:rPr>
        <w:t>در</w:t>
      </w:r>
      <w:r w:rsidRPr="00F30A0B">
        <w:rPr>
          <w:sz w:val="22"/>
        </w:rPr>
        <w:t xml:space="preserve"> </w:t>
      </w:r>
      <w:r w:rsidRPr="00F30A0B">
        <w:rPr>
          <w:sz w:val="22"/>
          <w:rtl/>
        </w:rPr>
        <w:t>رابطهٔ</w:t>
      </w:r>
      <w:r w:rsidRPr="00F30A0B">
        <w:rPr>
          <w:sz w:val="22"/>
        </w:rPr>
        <w:t xml:space="preserve"> </w:t>
      </w:r>
      <w:r w:rsidRPr="00F30A0B">
        <w:rPr>
          <w:sz w:val="22"/>
          <w:rtl/>
        </w:rPr>
        <w:t>حکومت،</w:t>
      </w:r>
      <w:r w:rsidRPr="00F30A0B">
        <w:rPr>
          <w:sz w:val="22"/>
        </w:rPr>
        <w:t xml:space="preserve"> </w:t>
      </w:r>
      <w:r w:rsidRPr="00F30A0B">
        <w:rPr>
          <w:sz w:val="22"/>
          <w:rtl/>
        </w:rPr>
        <w:t>قشون،</w:t>
      </w:r>
      <w:r w:rsidRPr="00F30A0B">
        <w:rPr>
          <w:sz w:val="22"/>
        </w:rPr>
        <w:t xml:space="preserve"> </w:t>
      </w:r>
      <w:r w:rsidRPr="00F30A0B">
        <w:rPr>
          <w:sz w:val="22"/>
          <w:rtl/>
        </w:rPr>
        <w:t>دین</w:t>
      </w:r>
      <w:r w:rsidRPr="00F30A0B">
        <w:rPr>
          <w:sz w:val="22"/>
        </w:rPr>
        <w:t xml:space="preserve"> </w:t>
      </w:r>
      <w:r w:rsidRPr="00F30A0B">
        <w:rPr>
          <w:sz w:val="22"/>
          <w:rtl/>
        </w:rPr>
        <w:t>و</w:t>
      </w:r>
      <w:r w:rsidRPr="00F30A0B">
        <w:rPr>
          <w:sz w:val="22"/>
        </w:rPr>
        <w:t xml:space="preserve"> </w:t>
      </w:r>
      <w:r w:rsidRPr="00F30A0B">
        <w:rPr>
          <w:sz w:val="22"/>
          <w:rtl/>
        </w:rPr>
        <w:t>دیوان</w:t>
      </w:r>
      <w:r w:rsidRPr="00F30A0B">
        <w:rPr>
          <w:sz w:val="22"/>
        </w:rPr>
        <w:t xml:space="preserve"> </w:t>
      </w:r>
      <w:r w:rsidRPr="00F30A0B">
        <w:rPr>
          <w:sz w:val="22"/>
          <w:rtl/>
        </w:rPr>
        <w:t>است</w:t>
      </w:r>
      <w:r w:rsidRPr="00F30A0B">
        <w:rPr>
          <w:sz w:val="22"/>
        </w:rPr>
        <w:t xml:space="preserve">. </w:t>
      </w:r>
      <w:r w:rsidRPr="00F30A0B">
        <w:rPr>
          <w:sz w:val="22"/>
          <w:rtl/>
        </w:rPr>
        <w:t>ایران</w:t>
      </w:r>
      <w:r w:rsidRPr="00F30A0B">
        <w:rPr>
          <w:sz w:val="22"/>
        </w:rPr>
        <w:t xml:space="preserve"> </w:t>
      </w:r>
      <w:r w:rsidRPr="00F30A0B">
        <w:rPr>
          <w:sz w:val="22"/>
          <w:rtl/>
        </w:rPr>
        <w:t>ساسانی</w:t>
      </w:r>
      <w:r w:rsidRPr="00F30A0B">
        <w:rPr>
          <w:sz w:val="22"/>
        </w:rPr>
        <w:t xml:space="preserve"> </w:t>
      </w:r>
      <w:r w:rsidRPr="00F30A0B">
        <w:rPr>
          <w:sz w:val="22"/>
          <w:rtl/>
        </w:rPr>
        <w:t>شکست</w:t>
      </w:r>
      <w:r w:rsidRPr="00F30A0B">
        <w:rPr>
          <w:sz w:val="22"/>
        </w:rPr>
        <w:t xml:space="preserve"> </w:t>
      </w:r>
      <w:r w:rsidRPr="00F30A0B">
        <w:rPr>
          <w:sz w:val="22"/>
          <w:rtl/>
        </w:rPr>
        <w:t>خورد،</w:t>
      </w:r>
      <w:r w:rsidRPr="00F30A0B">
        <w:rPr>
          <w:sz w:val="22"/>
        </w:rPr>
        <w:t xml:space="preserve"> </w:t>
      </w:r>
      <w:r w:rsidRPr="00F30A0B">
        <w:rPr>
          <w:sz w:val="22"/>
          <w:rtl/>
        </w:rPr>
        <w:t>اما</w:t>
      </w:r>
      <w:r w:rsidRPr="00F30A0B">
        <w:rPr>
          <w:sz w:val="22"/>
        </w:rPr>
        <w:t xml:space="preserve"> </w:t>
      </w:r>
      <w:r w:rsidRPr="00F30A0B">
        <w:rPr>
          <w:sz w:val="22"/>
          <w:rtl/>
        </w:rPr>
        <w:t>جامعه،</w:t>
      </w:r>
      <w:r w:rsidRPr="00F30A0B">
        <w:rPr>
          <w:sz w:val="22"/>
        </w:rPr>
        <w:t xml:space="preserve"> </w:t>
      </w:r>
      <w:r w:rsidRPr="00F30A0B">
        <w:rPr>
          <w:sz w:val="22"/>
          <w:rtl/>
        </w:rPr>
        <w:t>زبان</w:t>
      </w:r>
      <w:r w:rsidRPr="00F30A0B">
        <w:rPr>
          <w:sz w:val="22"/>
        </w:rPr>
        <w:t>‌</w:t>
      </w:r>
      <w:r w:rsidRPr="00F30A0B">
        <w:rPr>
          <w:sz w:val="22"/>
          <w:rtl/>
        </w:rPr>
        <w:t>ها،</w:t>
      </w:r>
      <w:r w:rsidRPr="00F30A0B">
        <w:rPr>
          <w:sz w:val="22"/>
        </w:rPr>
        <w:t xml:space="preserve"> </w:t>
      </w:r>
      <w:r w:rsidRPr="00F30A0B">
        <w:rPr>
          <w:sz w:val="22"/>
          <w:rtl/>
        </w:rPr>
        <w:t>راه</w:t>
      </w:r>
      <w:r w:rsidRPr="00F30A0B">
        <w:rPr>
          <w:sz w:val="22"/>
        </w:rPr>
        <w:t>‌</w:t>
      </w:r>
      <w:r w:rsidRPr="00F30A0B">
        <w:rPr>
          <w:sz w:val="22"/>
          <w:rtl/>
        </w:rPr>
        <w:t>ها،</w:t>
      </w:r>
      <w:r w:rsidRPr="00F30A0B">
        <w:rPr>
          <w:sz w:val="22"/>
        </w:rPr>
        <w:t xml:space="preserve"> </w:t>
      </w:r>
      <w:r w:rsidRPr="00F30A0B">
        <w:rPr>
          <w:sz w:val="22"/>
          <w:rtl/>
        </w:rPr>
        <w:t>شهرها</w:t>
      </w:r>
      <w:r w:rsidRPr="00F30A0B">
        <w:rPr>
          <w:sz w:val="22"/>
        </w:rPr>
        <w:t xml:space="preserve"> </w:t>
      </w:r>
      <w:r w:rsidRPr="00F30A0B">
        <w:rPr>
          <w:sz w:val="22"/>
          <w:rtl/>
        </w:rPr>
        <w:t>و</w:t>
      </w:r>
      <w:r w:rsidRPr="00F30A0B">
        <w:rPr>
          <w:sz w:val="22"/>
        </w:rPr>
        <w:t xml:space="preserve"> </w:t>
      </w:r>
      <w:r w:rsidRPr="00F30A0B">
        <w:rPr>
          <w:sz w:val="22"/>
          <w:rtl/>
        </w:rPr>
        <w:t>بسیاری</w:t>
      </w:r>
      <w:r w:rsidRPr="00F30A0B">
        <w:rPr>
          <w:sz w:val="22"/>
        </w:rPr>
        <w:t xml:space="preserve"> </w:t>
      </w:r>
      <w:r w:rsidRPr="00F30A0B">
        <w:rPr>
          <w:sz w:val="22"/>
          <w:rtl/>
        </w:rPr>
        <w:t>از</w:t>
      </w:r>
      <w:r w:rsidRPr="00F30A0B">
        <w:rPr>
          <w:sz w:val="22"/>
        </w:rPr>
        <w:t xml:space="preserve"> </w:t>
      </w:r>
      <w:r w:rsidRPr="00F30A0B">
        <w:rPr>
          <w:sz w:val="22"/>
          <w:rtl/>
        </w:rPr>
        <w:t>شیوه</w:t>
      </w:r>
      <w:r w:rsidRPr="00F30A0B">
        <w:rPr>
          <w:sz w:val="22"/>
        </w:rPr>
        <w:t>‌</w:t>
      </w:r>
      <w:r w:rsidRPr="00F30A0B">
        <w:rPr>
          <w:sz w:val="22"/>
          <w:rtl/>
        </w:rPr>
        <w:t>های</w:t>
      </w:r>
      <w:r w:rsidRPr="00F30A0B">
        <w:rPr>
          <w:sz w:val="22"/>
        </w:rPr>
        <w:t xml:space="preserve"> </w:t>
      </w:r>
      <w:r w:rsidRPr="00F30A0B">
        <w:rPr>
          <w:sz w:val="22"/>
          <w:rtl/>
        </w:rPr>
        <w:t>ادارهٔ</w:t>
      </w:r>
      <w:r w:rsidRPr="00F30A0B">
        <w:rPr>
          <w:sz w:val="22"/>
        </w:rPr>
        <w:t xml:space="preserve"> </w:t>
      </w:r>
      <w:r w:rsidRPr="00F30A0B">
        <w:rPr>
          <w:sz w:val="22"/>
          <w:rtl/>
        </w:rPr>
        <w:t>آن</w:t>
      </w:r>
      <w:r w:rsidRPr="00F30A0B">
        <w:rPr>
          <w:sz w:val="22"/>
        </w:rPr>
        <w:t xml:space="preserve"> </w:t>
      </w:r>
      <w:r w:rsidRPr="00F30A0B">
        <w:rPr>
          <w:sz w:val="22"/>
          <w:rtl/>
        </w:rPr>
        <w:t>یکباره</w:t>
      </w:r>
      <w:r w:rsidRPr="00F30A0B">
        <w:rPr>
          <w:sz w:val="22"/>
        </w:rPr>
        <w:t xml:space="preserve"> </w:t>
      </w:r>
      <w:r w:rsidRPr="00F30A0B">
        <w:rPr>
          <w:sz w:val="22"/>
          <w:rtl/>
        </w:rPr>
        <w:t>از</w:t>
      </w:r>
      <w:r w:rsidRPr="00F30A0B">
        <w:rPr>
          <w:sz w:val="22"/>
        </w:rPr>
        <w:t xml:space="preserve"> </w:t>
      </w:r>
      <w:r w:rsidRPr="00F30A0B">
        <w:rPr>
          <w:sz w:val="22"/>
          <w:rtl/>
        </w:rPr>
        <w:t>میان</w:t>
      </w:r>
      <w:r w:rsidRPr="00F30A0B">
        <w:rPr>
          <w:sz w:val="22"/>
        </w:rPr>
        <w:t xml:space="preserve"> </w:t>
      </w:r>
      <w:r w:rsidRPr="00F30A0B">
        <w:rPr>
          <w:sz w:val="22"/>
          <w:rtl/>
        </w:rPr>
        <w:t>نرفتند</w:t>
      </w:r>
      <w:r w:rsidRPr="00F30A0B">
        <w:rPr>
          <w:sz w:val="22"/>
        </w:rPr>
        <w:t xml:space="preserve">. </w:t>
      </w:r>
      <w:r w:rsidRPr="00F30A0B">
        <w:rPr>
          <w:sz w:val="22"/>
          <w:rtl/>
        </w:rPr>
        <w:t>فاتحان</w:t>
      </w:r>
      <w:r w:rsidRPr="00F30A0B">
        <w:rPr>
          <w:sz w:val="22"/>
        </w:rPr>
        <w:t xml:space="preserve"> </w:t>
      </w:r>
      <w:r w:rsidRPr="00F30A0B">
        <w:rPr>
          <w:sz w:val="22"/>
          <w:rtl/>
        </w:rPr>
        <w:t>برای</w:t>
      </w:r>
      <w:r w:rsidRPr="00F30A0B">
        <w:rPr>
          <w:sz w:val="22"/>
        </w:rPr>
        <w:t xml:space="preserve"> </w:t>
      </w:r>
      <w:r w:rsidRPr="00F30A0B">
        <w:rPr>
          <w:sz w:val="22"/>
          <w:rtl/>
        </w:rPr>
        <w:t>حکومت</w:t>
      </w:r>
      <w:r w:rsidRPr="00F30A0B">
        <w:rPr>
          <w:sz w:val="22"/>
        </w:rPr>
        <w:t xml:space="preserve"> </w:t>
      </w:r>
      <w:r w:rsidRPr="00F30A0B">
        <w:rPr>
          <w:sz w:val="22"/>
          <w:rtl/>
        </w:rPr>
        <w:t>بر</w:t>
      </w:r>
      <w:r w:rsidRPr="00F30A0B">
        <w:rPr>
          <w:sz w:val="22"/>
        </w:rPr>
        <w:t xml:space="preserve"> </w:t>
      </w:r>
      <w:r w:rsidRPr="00F30A0B">
        <w:rPr>
          <w:sz w:val="22"/>
          <w:rtl/>
        </w:rPr>
        <w:t>سرزمین</w:t>
      </w:r>
      <w:r w:rsidRPr="00F30A0B">
        <w:rPr>
          <w:sz w:val="22"/>
        </w:rPr>
        <w:t xml:space="preserve"> </w:t>
      </w:r>
      <w:r w:rsidRPr="00F30A0B">
        <w:rPr>
          <w:sz w:val="22"/>
          <w:rtl/>
        </w:rPr>
        <w:t>تازه</w:t>
      </w:r>
      <w:r w:rsidRPr="00F30A0B">
        <w:rPr>
          <w:sz w:val="22"/>
        </w:rPr>
        <w:t xml:space="preserve"> </w:t>
      </w:r>
      <w:r w:rsidRPr="00F30A0B">
        <w:rPr>
          <w:sz w:val="22"/>
          <w:rtl/>
        </w:rPr>
        <w:t>ناچار</w:t>
      </w:r>
      <w:r w:rsidRPr="00F30A0B">
        <w:rPr>
          <w:sz w:val="22"/>
        </w:rPr>
        <w:t xml:space="preserve"> </w:t>
      </w:r>
      <w:r w:rsidRPr="00F30A0B">
        <w:rPr>
          <w:sz w:val="22"/>
          <w:rtl/>
        </w:rPr>
        <w:t>شدند</w:t>
      </w:r>
      <w:r w:rsidRPr="00F30A0B">
        <w:rPr>
          <w:sz w:val="22"/>
        </w:rPr>
        <w:t xml:space="preserve"> </w:t>
      </w:r>
      <w:r w:rsidRPr="00F30A0B">
        <w:rPr>
          <w:sz w:val="22"/>
          <w:rtl/>
        </w:rPr>
        <w:t>بخشی</w:t>
      </w:r>
      <w:r w:rsidRPr="00F30A0B">
        <w:rPr>
          <w:sz w:val="22"/>
        </w:rPr>
        <w:t xml:space="preserve"> </w:t>
      </w:r>
      <w:r w:rsidRPr="00F30A0B">
        <w:rPr>
          <w:sz w:val="22"/>
          <w:rtl/>
        </w:rPr>
        <w:t>از</w:t>
      </w:r>
      <w:r w:rsidRPr="00F30A0B">
        <w:rPr>
          <w:sz w:val="22"/>
        </w:rPr>
        <w:t xml:space="preserve"> </w:t>
      </w:r>
      <w:r w:rsidRPr="00F30A0B">
        <w:rPr>
          <w:sz w:val="22"/>
          <w:rtl/>
        </w:rPr>
        <w:t>دستگاهی</w:t>
      </w:r>
      <w:r w:rsidRPr="00F30A0B">
        <w:rPr>
          <w:sz w:val="22"/>
        </w:rPr>
        <w:t xml:space="preserve"> </w:t>
      </w:r>
      <w:r w:rsidRPr="00F30A0B">
        <w:rPr>
          <w:sz w:val="22"/>
          <w:rtl/>
        </w:rPr>
        <w:t>را</w:t>
      </w:r>
      <w:r w:rsidRPr="00F30A0B">
        <w:rPr>
          <w:sz w:val="22"/>
        </w:rPr>
        <w:t xml:space="preserve"> </w:t>
      </w:r>
      <w:r w:rsidRPr="00F30A0B">
        <w:rPr>
          <w:sz w:val="22"/>
          <w:rtl/>
        </w:rPr>
        <w:t>که</w:t>
      </w:r>
      <w:r w:rsidRPr="00F30A0B">
        <w:rPr>
          <w:sz w:val="22"/>
        </w:rPr>
        <w:t xml:space="preserve"> </w:t>
      </w:r>
      <w:r w:rsidRPr="00F30A0B">
        <w:rPr>
          <w:sz w:val="22"/>
          <w:rtl/>
        </w:rPr>
        <w:t>شکست</w:t>
      </w:r>
      <w:r w:rsidRPr="00F30A0B">
        <w:rPr>
          <w:sz w:val="22"/>
        </w:rPr>
        <w:t xml:space="preserve"> </w:t>
      </w:r>
      <w:r w:rsidRPr="00F30A0B">
        <w:rPr>
          <w:sz w:val="22"/>
          <w:rtl/>
        </w:rPr>
        <w:t>داده</w:t>
      </w:r>
      <w:r w:rsidRPr="00F30A0B">
        <w:rPr>
          <w:sz w:val="22"/>
        </w:rPr>
        <w:t xml:space="preserve"> </w:t>
      </w:r>
      <w:r w:rsidRPr="00F30A0B">
        <w:rPr>
          <w:sz w:val="22"/>
          <w:rtl/>
        </w:rPr>
        <w:t>بودند</w:t>
      </w:r>
      <w:r w:rsidRPr="00F30A0B">
        <w:rPr>
          <w:sz w:val="22"/>
        </w:rPr>
        <w:t xml:space="preserve"> </w:t>
      </w:r>
      <w:r w:rsidRPr="00F30A0B">
        <w:rPr>
          <w:sz w:val="22"/>
          <w:rtl/>
        </w:rPr>
        <w:t>به</w:t>
      </w:r>
      <w:r w:rsidRPr="00F30A0B">
        <w:rPr>
          <w:sz w:val="22"/>
        </w:rPr>
        <w:t xml:space="preserve"> </w:t>
      </w:r>
      <w:r w:rsidRPr="00F30A0B">
        <w:rPr>
          <w:sz w:val="22"/>
          <w:rtl/>
        </w:rPr>
        <w:t>کار</w:t>
      </w:r>
      <w:r w:rsidRPr="00F30A0B">
        <w:rPr>
          <w:sz w:val="22"/>
        </w:rPr>
        <w:t xml:space="preserve"> </w:t>
      </w:r>
      <w:r w:rsidRPr="00F30A0B">
        <w:rPr>
          <w:sz w:val="22"/>
          <w:rtl/>
        </w:rPr>
        <w:t>گیرند</w:t>
      </w:r>
      <w:r w:rsidRPr="00F30A0B">
        <w:rPr>
          <w:sz w:val="22"/>
        </w:rPr>
        <w:t>.</w:t>
      </w:r>
    </w:p>
    <w:p w:rsidR="00987F03" w:rsidRPr="00F30A0B" w:rsidRDefault="00987F03" w:rsidP="00987F03">
      <w:pPr>
        <w:bidi/>
        <w:ind w:firstLine="720"/>
        <w:rPr>
          <w:sz w:val="22"/>
        </w:rPr>
      </w:pPr>
      <w:r w:rsidRPr="00F30A0B">
        <w:rPr>
          <w:sz w:val="22"/>
          <w:rtl/>
        </w:rPr>
        <w:t>اسلام</w:t>
      </w:r>
      <w:r w:rsidRPr="00F30A0B">
        <w:rPr>
          <w:sz w:val="22"/>
        </w:rPr>
        <w:t>‌</w:t>
      </w:r>
      <w:r w:rsidRPr="00F30A0B">
        <w:rPr>
          <w:sz w:val="22"/>
          <w:rtl/>
        </w:rPr>
        <w:t>آوردن</w:t>
      </w:r>
      <w:r w:rsidRPr="00F30A0B">
        <w:rPr>
          <w:sz w:val="22"/>
        </w:rPr>
        <w:t xml:space="preserve"> </w:t>
      </w:r>
      <w:r w:rsidRPr="00F30A0B">
        <w:rPr>
          <w:sz w:val="22"/>
          <w:rtl/>
        </w:rPr>
        <w:t>ایرانیان</w:t>
      </w:r>
      <w:r w:rsidRPr="00F30A0B">
        <w:rPr>
          <w:sz w:val="22"/>
        </w:rPr>
        <w:t xml:space="preserve"> </w:t>
      </w:r>
      <w:r w:rsidRPr="00F30A0B">
        <w:rPr>
          <w:sz w:val="22"/>
          <w:rtl/>
        </w:rPr>
        <w:t>نیز</w:t>
      </w:r>
      <w:r w:rsidRPr="00F30A0B">
        <w:rPr>
          <w:sz w:val="22"/>
        </w:rPr>
        <w:t xml:space="preserve"> </w:t>
      </w:r>
      <w:r w:rsidRPr="00F30A0B">
        <w:rPr>
          <w:sz w:val="22"/>
          <w:rtl/>
        </w:rPr>
        <w:t>حادثه</w:t>
      </w:r>
      <w:r w:rsidRPr="00F30A0B">
        <w:rPr>
          <w:sz w:val="22"/>
        </w:rPr>
        <w:t>‌</w:t>
      </w:r>
      <w:r w:rsidRPr="00F30A0B">
        <w:rPr>
          <w:sz w:val="22"/>
          <w:rtl/>
        </w:rPr>
        <w:t>ای</w:t>
      </w:r>
      <w:r w:rsidRPr="00F30A0B">
        <w:rPr>
          <w:sz w:val="22"/>
        </w:rPr>
        <w:t xml:space="preserve"> </w:t>
      </w:r>
      <w:r w:rsidRPr="00F30A0B">
        <w:rPr>
          <w:sz w:val="22"/>
          <w:rtl/>
        </w:rPr>
        <w:t>یک</w:t>
      </w:r>
      <w:r w:rsidRPr="00F30A0B">
        <w:rPr>
          <w:sz w:val="22"/>
        </w:rPr>
        <w:t>‌</w:t>
      </w:r>
      <w:r w:rsidRPr="00F30A0B">
        <w:rPr>
          <w:sz w:val="22"/>
          <w:rtl/>
        </w:rPr>
        <w:t>زمان</w:t>
      </w:r>
      <w:r w:rsidRPr="00F30A0B">
        <w:rPr>
          <w:sz w:val="22"/>
        </w:rPr>
        <w:t xml:space="preserve"> </w:t>
      </w:r>
      <w:r w:rsidRPr="00F30A0B">
        <w:rPr>
          <w:sz w:val="22"/>
          <w:rtl/>
        </w:rPr>
        <w:t>و</w:t>
      </w:r>
      <w:r w:rsidRPr="00F30A0B">
        <w:rPr>
          <w:sz w:val="22"/>
        </w:rPr>
        <w:t xml:space="preserve"> </w:t>
      </w:r>
      <w:r w:rsidRPr="00F30A0B">
        <w:rPr>
          <w:sz w:val="22"/>
          <w:rtl/>
        </w:rPr>
        <w:t>یک</w:t>
      </w:r>
      <w:r w:rsidRPr="00F30A0B">
        <w:rPr>
          <w:sz w:val="22"/>
        </w:rPr>
        <w:t>‌</w:t>
      </w:r>
      <w:r w:rsidRPr="00F30A0B">
        <w:rPr>
          <w:sz w:val="22"/>
          <w:rtl/>
        </w:rPr>
        <w:t>شکل</w:t>
      </w:r>
      <w:r w:rsidRPr="00F30A0B">
        <w:rPr>
          <w:sz w:val="22"/>
        </w:rPr>
        <w:t xml:space="preserve"> </w:t>
      </w:r>
      <w:r w:rsidRPr="00F30A0B">
        <w:rPr>
          <w:sz w:val="22"/>
          <w:rtl/>
        </w:rPr>
        <w:t>نبود</w:t>
      </w:r>
      <w:r w:rsidRPr="00F30A0B">
        <w:rPr>
          <w:sz w:val="22"/>
        </w:rPr>
        <w:t xml:space="preserve">. </w:t>
      </w:r>
      <w:r w:rsidRPr="00F30A0B">
        <w:rPr>
          <w:sz w:val="22"/>
          <w:rtl/>
        </w:rPr>
        <w:t>گروه</w:t>
      </w:r>
      <w:r w:rsidRPr="00F30A0B">
        <w:rPr>
          <w:sz w:val="22"/>
        </w:rPr>
        <w:t>‌</w:t>
      </w:r>
      <w:r w:rsidRPr="00F30A0B">
        <w:rPr>
          <w:sz w:val="22"/>
          <w:rtl/>
        </w:rPr>
        <w:t>هایی</w:t>
      </w:r>
      <w:r w:rsidRPr="00F30A0B">
        <w:rPr>
          <w:sz w:val="22"/>
        </w:rPr>
        <w:t xml:space="preserve"> </w:t>
      </w:r>
      <w:r w:rsidRPr="00F30A0B">
        <w:rPr>
          <w:sz w:val="22"/>
          <w:rtl/>
        </w:rPr>
        <w:t>از</w:t>
      </w:r>
      <w:r w:rsidRPr="00F30A0B">
        <w:rPr>
          <w:sz w:val="22"/>
        </w:rPr>
        <w:t xml:space="preserve"> </w:t>
      </w:r>
      <w:r w:rsidRPr="00F30A0B">
        <w:rPr>
          <w:sz w:val="22"/>
          <w:rtl/>
        </w:rPr>
        <w:t>روی</w:t>
      </w:r>
      <w:r w:rsidRPr="00F30A0B">
        <w:rPr>
          <w:sz w:val="22"/>
        </w:rPr>
        <w:t xml:space="preserve"> </w:t>
      </w:r>
      <w:r w:rsidRPr="00F30A0B">
        <w:rPr>
          <w:sz w:val="22"/>
          <w:rtl/>
        </w:rPr>
        <w:t>اعتقاد،</w:t>
      </w:r>
      <w:r w:rsidRPr="00F30A0B">
        <w:rPr>
          <w:sz w:val="22"/>
        </w:rPr>
        <w:t xml:space="preserve"> </w:t>
      </w:r>
      <w:r w:rsidRPr="00F30A0B">
        <w:rPr>
          <w:sz w:val="22"/>
          <w:rtl/>
        </w:rPr>
        <w:t>برخی</w:t>
      </w:r>
      <w:r w:rsidRPr="00F30A0B">
        <w:rPr>
          <w:sz w:val="22"/>
        </w:rPr>
        <w:t xml:space="preserve"> </w:t>
      </w:r>
      <w:r w:rsidRPr="00F30A0B">
        <w:rPr>
          <w:sz w:val="22"/>
          <w:rtl/>
        </w:rPr>
        <w:t>برای</w:t>
      </w:r>
      <w:r w:rsidRPr="00F30A0B">
        <w:rPr>
          <w:sz w:val="22"/>
        </w:rPr>
        <w:t xml:space="preserve"> </w:t>
      </w:r>
      <w:r w:rsidRPr="00F30A0B">
        <w:rPr>
          <w:sz w:val="22"/>
          <w:rtl/>
        </w:rPr>
        <w:t>رهایی</w:t>
      </w:r>
      <w:r w:rsidRPr="00F30A0B">
        <w:rPr>
          <w:sz w:val="22"/>
        </w:rPr>
        <w:t xml:space="preserve"> </w:t>
      </w:r>
      <w:r w:rsidRPr="00F30A0B">
        <w:rPr>
          <w:sz w:val="22"/>
          <w:rtl/>
        </w:rPr>
        <w:t>از</w:t>
      </w:r>
      <w:r w:rsidRPr="00F30A0B">
        <w:rPr>
          <w:sz w:val="22"/>
        </w:rPr>
        <w:t xml:space="preserve"> </w:t>
      </w:r>
      <w:r w:rsidRPr="00F30A0B">
        <w:rPr>
          <w:sz w:val="22"/>
          <w:rtl/>
        </w:rPr>
        <w:t>محدودیت</w:t>
      </w:r>
      <w:r w:rsidRPr="00F30A0B">
        <w:rPr>
          <w:sz w:val="22"/>
        </w:rPr>
        <w:t>‌</w:t>
      </w:r>
      <w:r w:rsidRPr="00F30A0B">
        <w:rPr>
          <w:sz w:val="22"/>
          <w:rtl/>
        </w:rPr>
        <w:t>های</w:t>
      </w:r>
      <w:r w:rsidRPr="00F30A0B">
        <w:rPr>
          <w:sz w:val="22"/>
        </w:rPr>
        <w:t xml:space="preserve"> </w:t>
      </w:r>
      <w:r w:rsidRPr="00F30A0B">
        <w:rPr>
          <w:sz w:val="22"/>
          <w:rtl/>
        </w:rPr>
        <w:t>حقوقی</w:t>
      </w:r>
      <w:r w:rsidRPr="00F30A0B">
        <w:rPr>
          <w:sz w:val="22"/>
        </w:rPr>
        <w:t xml:space="preserve"> </w:t>
      </w:r>
      <w:r w:rsidRPr="00F30A0B">
        <w:rPr>
          <w:sz w:val="22"/>
          <w:rtl/>
        </w:rPr>
        <w:t>و</w:t>
      </w:r>
      <w:r w:rsidRPr="00F30A0B">
        <w:rPr>
          <w:sz w:val="22"/>
        </w:rPr>
        <w:t xml:space="preserve"> </w:t>
      </w:r>
      <w:r w:rsidRPr="00F30A0B">
        <w:rPr>
          <w:sz w:val="22"/>
          <w:rtl/>
        </w:rPr>
        <w:t>مالی،</w:t>
      </w:r>
      <w:r w:rsidRPr="00F30A0B">
        <w:rPr>
          <w:sz w:val="22"/>
        </w:rPr>
        <w:t xml:space="preserve"> </w:t>
      </w:r>
      <w:r w:rsidRPr="00F30A0B">
        <w:rPr>
          <w:sz w:val="22"/>
          <w:rtl/>
        </w:rPr>
        <w:t>برخی</w:t>
      </w:r>
      <w:r w:rsidRPr="00F30A0B">
        <w:rPr>
          <w:sz w:val="22"/>
        </w:rPr>
        <w:t xml:space="preserve"> </w:t>
      </w:r>
      <w:r w:rsidRPr="00F30A0B">
        <w:rPr>
          <w:sz w:val="22"/>
          <w:rtl/>
        </w:rPr>
        <w:t>در</w:t>
      </w:r>
      <w:r w:rsidRPr="00F30A0B">
        <w:rPr>
          <w:sz w:val="22"/>
        </w:rPr>
        <w:t xml:space="preserve"> </w:t>
      </w:r>
      <w:r w:rsidRPr="00F30A0B">
        <w:rPr>
          <w:sz w:val="22"/>
          <w:rtl/>
        </w:rPr>
        <w:t>پیوند</w:t>
      </w:r>
      <w:r w:rsidRPr="00F30A0B">
        <w:rPr>
          <w:sz w:val="22"/>
        </w:rPr>
        <w:t xml:space="preserve"> </w:t>
      </w:r>
      <w:r w:rsidRPr="00F30A0B">
        <w:rPr>
          <w:sz w:val="22"/>
          <w:rtl/>
        </w:rPr>
        <w:t>با</w:t>
      </w:r>
      <w:r w:rsidRPr="00F30A0B">
        <w:rPr>
          <w:sz w:val="22"/>
        </w:rPr>
        <w:t xml:space="preserve"> </w:t>
      </w:r>
      <w:r w:rsidRPr="00F30A0B">
        <w:rPr>
          <w:sz w:val="22"/>
          <w:rtl/>
        </w:rPr>
        <w:t>قدرت</w:t>
      </w:r>
      <w:r w:rsidRPr="00F30A0B">
        <w:rPr>
          <w:sz w:val="22"/>
        </w:rPr>
        <w:t xml:space="preserve"> </w:t>
      </w:r>
      <w:r w:rsidRPr="00F30A0B">
        <w:rPr>
          <w:sz w:val="22"/>
          <w:rtl/>
        </w:rPr>
        <w:t>و</w:t>
      </w:r>
      <w:r w:rsidRPr="00F30A0B">
        <w:rPr>
          <w:sz w:val="22"/>
        </w:rPr>
        <w:t xml:space="preserve"> </w:t>
      </w:r>
      <w:r w:rsidRPr="00F30A0B">
        <w:rPr>
          <w:sz w:val="22"/>
          <w:rtl/>
        </w:rPr>
        <w:t>برخی</w:t>
      </w:r>
      <w:r w:rsidRPr="00F30A0B">
        <w:rPr>
          <w:sz w:val="22"/>
        </w:rPr>
        <w:t xml:space="preserve"> </w:t>
      </w:r>
      <w:r w:rsidRPr="00F30A0B">
        <w:rPr>
          <w:sz w:val="22"/>
          <w:rtl/>
        </w:rPr>
        <w:t>در</w:t>
      </w:r>
      <w:r w:rsidRPr="00F30A0B">
        <w:rPr>
          <w:sz w:val="22"/>
        </w:rPr>
        <w:t xml:space="preserve"> </w:t>
      </w:r>
      <w:r w:rsidRPr="00F30A0B">
        <w:rPr>
          <w:sz w:val="22"/>
          <w:rtl/>
        </w:rPr>
        <w:t>فرایندی</w:t>
      </w:r>
      <w:r w:rsidRPr="00F30A0B">
        <w:rPr>
          <w:sz w:val="22"/>
        </w:rPr>
        <w:t xml:space="preserve"> </w:t>
      </w:r>
      <w:r w:rsidRPr="00F30A0B">
        <w:rPr>
          <w:sz w:val="22"/>
          <w:rtl/>
        </w:rPr>
        <w:t>چندنسلی</w:t>
      </w:r>
      <w:r w:rsidRPr="00F30A0B">
        <w:rPr>
          <w:sz w:val="22"/>
        </w:rPr>
        <w:t xml:space="preserve"> </w:t>
      </w:r>
      <w:r w:rsidRPr="00F30A0B">
        <w:rPr>
          <w:sz w:val="22"/>
          <w:rtl/>
        </w:rPr>
        <w:t>مسلمان</w:t>
      </w:r>
      <w:r w:rsidRPr="00F30A0B">
        <w:rPr>
          <w:sz w:val="22"/>
        </w:rPr>
        <w:t xml:space="preserve"> </w:t>
      </w:r>
      <w:r w:rsidRPr="00F30A0B">
        <w:rPr>
          <w:sz w:val="22"/>
          <w:rtl/>
        </w:rPr>
        <w:t>شدند</w:t>
      </w:r>
      <w:r w:rsidRPr="00F30A0B">
        <w:rPr>
          <w:sz w:val="22"/>
        </w:rPr>
        <w:t xml:space="preserve">. </w:t>
      </w:r>
      <w:r w:rsidRPr="00F30A0B">
        <w:rPr>
          <w:sz w:val="22"/>
          <w:rtl/>
        </w:rPr>
        <w:t>در</w:t>
      </w:r>
      <w:r w:rsidRPr="00F30A0B">
        <w:rPr>
          <w:sz w:val="22"/>
        </w:rPr>
        <w:t xml:space="preserve"> </w:t>
      </w:r>
      <w:r w:rsidRPr="00F30A0B">
        <w:rPr>
          <w:sz w:val="22"/>
          <w:rtl/>
        </w:rPr>
        <w:t>کنار</w:t>
      </w:r>
      <w:r w:rsidRPr="00F30A0B">
        <w:rPr>
          <w:sz w:val="22"/>
        </w:rPr>
        <w:t xml:space="preserve"> </w:t>
      </w:r>
      <w:r w:rsidRPr="00F30A0B">
        <w:rPr>
          <w:sz w:val="22"/>
          <w:rtl/>
        </w:rPr>
        <w:t>ایمان</w:t>
      </w:r>
      <w:r w:rsidRPr="00F30A0B">
        <w:rPr>
          <w:sz w:val="22"/>
        </w:rPr>
        <w:t xml:space="preserve"> </w:t>
      </w:r>
      <w:r w:rsidRPr="00F30A0B">
        <w:rPr>
          <w:sz w:val="22"/>
          <w:rtl/>
        </w:rPr>
        <w:t>تازه،</w:t>
      </w:r>
      <w:r w:rsidRPr="00F30A0B">
        <w:rPr>
          <w:sz w:val="22"/>
        </w:rPr>
        <w:t xml:space="preserve"> </w:t>
      </w:r>
      <w:r w:rsidRPr="00F30A0B">
        <w:rPr>
          <w:sz w:val="22"/>
          <w:rtl/>
        </w:rPr>
        <w:t>تفاوت</w:t>
      </w:r>
      <w:r w:rsidRPr="00F30A0B">
        <w:rPr>
          <w:sz w:val="22"/>
        </w:rPr>
        <w:t xml:space="preserve"> </w:t>
      </w:r>
      <w:r w:rsidRPr="00F30A0B">
        <w:rPr>
          <w:sz w:val="22"/>
          <w:rtl/>
        </w:rPr>
        <w:t>میان</w:t>
      </w:r>
      <w:r w:rsidRPr="00F30A0B">
        <w:rPr>
          <w:sz w:val="22"/>
        </w:rPr>
        <w:t xml:space="preserve"> </w:t>
      </w:r>
      <w:r w:rsidRPr="00F30A0B">
        <w:rPr>
          <w:sz w:val="22"/>
          <w:rtl/>
        </w:rPr>
        <w:t>عرب</w:t>
      </w:r>
      <w:r w:rsidRPr="00F30A0B">
        <w:rPr>
          <w:sz w:val="22"/>
        </w:rPr>
        <w:t xml:space="preserve"> </w:t>
      </w:r>
      <w:r w:rsidRPr="00F30A0B">
        <w:rPr>
          <w:sz w:val="22"/>
          <w:rtl/>
        </w:rPr>
        <w:t>و</w:t>
      </w:r>
      <w:r w:rsidRPr="00F30A0B">
        <w:rPr>
          <w:sz w:val="22"/>
        </w:rPr>
        <w:t xml:space="preserve"> </w:t>
      </w:r>
      <w:r w:rsidRPr="00F30A0B">
        <w:rPr>
          <w:sz w:val="22"/>
          <w:rtl/>
        </w:rPr>
        <w:t>عجم،</w:t>
      </w:r>
      <w:r w:rsidRPr="00F30A0B">
        <w:rPr>
          <w:sz w:val="22"/>
        </w:rPr>
        <w:t xml:space="preserve"> </w:t>
      </w:r>
      <w:r w:rsidRPr="00F30A0B">
        <w:rPr>
          <w:sz w:val="22"/>
          <w:rtl/>
        </w:rPr>
        <w:t>مالیات،</w:t>
      </w:r>
      <w:r w:rsidRPr="00F30A0B">
        <w:rPr>
          <w:sz w:val="22"/>
        </w:rPr>
        <w:t xml:space="preserve"> </w:t>
      </w:r>
      <w:r w:rsidRPr="00F30A0B">
        <w:rPr>
          <w:sz w:val="22"/>
          <w:rtl/>
        </w:rPr>
        <w:t>موالی،</w:t>
      </w:r>
      <w:r w:rsidRPr="00F30A0B">
        <w:rPr>
          <w:sz w:val="22"/>
        </w:rPr>
        <w:t xml:space="preserve"> </w:t>
      </w:r>
      <w:r w:rsidRPr="00F30A0B">
        <w:rPr>
          <w:sz w:val="22"/>
          <w:rtl/>
        </w:rPr>
        <w:t>زبان</w:t>
      </w:r>
      <w:r w:rsidRPr="00F30A0B">
        <w:rPr>
          <w:sz w:val="22"/>
        </w:rPr>
        <w:t xml:space="preserve"> </w:t>
      </w:r>
      <w:r w:rsidRPr="00F30A0B">
        <w:rPr>
          <w:sz w:val="22"/>
          <w:rtl/>
        </w:rPr>
        <w:t>دیوان</w:t>
      </w:r>
      <w:r w:rsidRPr="00F30A0B">
        <w:rPr>
          <w:sz w:val="22"/>
        </w:rPr>
        <w:t xml:space="preserve"> </w:t>
      </w:r>
      <w:r w:rsidRPr="00F30A0B">
        <w:rPr>
          <w:sz w:val="22"/>
          <w:rtl/>
        </w:rPr>
        <w:t>و</w:t>
      </w:r>
      <w:r w:rsidRPr="00F30A0B">
        <w:rPr>
          <w:sz w:val="22"/>
        </w:rPr>
        <w:t xml:space="preserve"> </w:t>
      </w:r>
      <w:r w:rsidRPr="00F30A0B">
        <w:rPr>
          <w:sz w:val="22"/>
          <w:rtl/>
        </w:rPr>
        <w:t>دسترسی</w:t>
      </w:r>
      <w:r w:rsidRPr="00F30A0B">
        <w:rPr>
          <w:sz w:val="22"/>
        </w:rPr>
        <w:t xml:space="preserve"> </w:t>
      </w:r>
      <w:r w:rsidRPr="00F30A0B">
        <w:rPr>
          <w:sz w:val="22"/>
          <w:rtl/>
        </w:rPr>
        <w:t>به</w:t>
      </w:r>
      <w:r w:rsidRPr="00F30A0B">
        <w:rPr>
          <w:sz w:val="22"/>
        </w:rPr>
        <w:t xml:space="preserve"> </w:t>
      </w:r>
      <w:r w:rsidRPr="00F30A0B">
        <w:rPr>
          <w:sz w:val="22"/>
          <w:rtl/>
        </w:rPr>
        <w:t>مقام</w:t>
      </w:r>
      <w:r w:rsidRPr="00F30A0B">
        <w:rPr>
          <w:sz w:val="22"/>
        </w:rPr>
        <w:t xml:space="preserve"> </w:t>
      </w:r>
      <w:r w:rsidRPr="00F30A0B">
        <w:rPr>
          <w:sz w:val="22"/>
          <w:rtl/>
        </w:rPr>
        <w:t>سیاسی</w:t>
      </w:r>
      <w:r w:rsidRPr="00F30A0B">
        <w:rPr>
          <w:sz w:val="22"/>
        </w:rPr>
        <w:t xml:space="preserve"> </w:t>
      </w:r>
      <w:r w:rsidRPr="00F30A0B">
        <w:rPr>
          <w:sz w:val="22"/>
          <w:rtl/>
        </w:rPr>
        <w:t>مسئله</w:t>
      </w:r>
      <w:r w:rsidRPr="00F30A0B">
        <w:rPr>
          <w:sz w:val="22"/>
        </w:rPr>
        <w:t>‌</w:t>
      </w:r>
      <w:r w:rsidRPr="00F30A0B">
        <w:rPr>
          <w:sz w:val="22"/>
          <w:rtl/>
        </w:rPr>
        <w:t>هایی</w:t>
      </w:r>
      <w:r w:rsidRPr="00F30A0B">
        <w:rPr>
          <w:sz w:val="22"/>
        </w:rPr>
        <w:t xml:space="preserve"> </w:t>
      </w:r>
      <w:r w:rsidRPr="00F30A0B">
        <w:rPr>
          <w:sz w:val="22"/>
          <w:rtl/>
        </w:rPr>
        <w:t>تعیین</w:t>
      </w:r>
      <w:r w:rsidRPr="00F30A0B">
        <w:rPr>
          <w:sz w:val="22"/>
        </w:rPr>
        <w:t>‌</w:t>
      </w:r>
      <w:r w:rsidRPr="00F30A0B">
        <w:rPr>
          <w:sz w:val="22"/>
          <w:rtl/>
        </w:rPr>
        <w:t>کننده</w:t>
      </w:r>
      <w:r w:rsidRPr="00F30A0B">
        <w:rPr>
          <w:sz w:val="22"/>
        </w:rPr>
        <w:t xml:space="preserve"> </w:t>
      </w:r>
      <w:r w:rsidRPr="00F30A0B">
        <w:rPr>
          <w:sz w:val="22"/>
          <w:rtl/>
        </w:rPr>
        <w:t>بودند</w:t>
      </w:r>
      <w:r w:rsidRPr="00F30A0B">
        <w:rPr>
          <w:sz w:val="22"/>
        </w:rPr>
        <w:t>. «</w:t>
      </w:r>
      <w:r w:rsidRPr="00F30A0B">
        <w:rPr>
          <w:sz w:val="22"/>
          <w:rtl/>
        </w:rPr>
        <w:t>نومسلمان</w:t>
      </w:r>
      <w:r w:rsidRPr="00F30A0B">
        <w:rPr>
          <w:sz w:val="22"/>
        </w:rPr>
        <w:t xml:space="preserve">» </w:t>
      </w:r>
      <w:r w:rsidRPr="00F30A0B">
        <w:rPr>
          <w:sz w:val="22"/>
          <w:rtl/>
        </w:rPr>
        <w:t>فقط</w:t>
      </w:r>
      <w:r w:rsidRPr="00F30A0B">
        <w:rPr>
          <w:sz w:val="22"/>
        </w:rPr>
        <w:t xml:space="preserve"> </w:t>
      </w:r>
      <w:r w:rsidRPr="00F30A0B">
        <w:rPr>
          <w:sz w:val="22"/>
          <w:rtl/>
        </w:rPr>
        <w:t>کسی</w:t>
      </w:r>
      <w:r w:rsidRPr="00F30A0B">
        <w:rPr>
          <w:sz w:val="22"/>
        </w:rPr>
        <w:t xml:space="preserve"> </w:t>
      </w:r>
      <w:r w:rsidRPr="00F30A0B">
        <w:rPr>
          <w:sz w:val="22"/>
          <w:rtl/>
        </w:rPr>
        <w:t>نبود</w:t>
      </w:r>
      <w:r w:rsidRPr="00F30A0B">
        <w:rPr>
          <w:sz w:val="22"/>
        </w:rPr>
        <w:t xml:space="preserve"> </w:t>
      </w:r>
      <w:r w:rsidRPr="00F30A0B">
        <w:rPr>
          <w:sz w:val="22"/>
          <w:rtl/>
        </w:rPr>
        <w:t>که</w:t>
      </w:r>
      <w:r w:rsidRPr="00F30A0B">
        <w:rPr>
          <w:sz w:val="22"/>
        </w:rPr>
        <w:t xml:space="preserve"> </w:t>
      </w:r>
      <w:r w:rsidRPr="00F30A0B">
        <w:rPr>
          <w:sz w:val="22"/>
          <w:rtl/>
        </w:rPr>
        <w:t>عقیده</w:t>
      </w:r>
      <w:r w:rsidRPr="00F30A0B">
        <w:rPr>
          <w:sz w:val="22"/>
        </w:rPr>
        <w:t>‌</w:t>
      </w:r>
      <w:r w:rsidRPr="00F30A0B">
        <w:rPr>
          <w:sz w:val="22"/>
          <w:rtl/>
        </w:rPr>
        <w:t>اش</w:t>
      </w:r>
      <w:r w:rsidRPr="00F30A0B">
        <w:rPr>
          <w:sz w:val="22"/>
        </w:rPr>
        <w:t xml:space="preserve"> </w:t>
      </w:r>
      <w:r w:rsidRPr="00F30A0B">
        <w:rPr>
          <w:sz w:val="22"/>
          <w:rtl/>
        </w:rPr>
        <w:t>را</w:t>
      </w:r>
      <w:r w:rsidRPr="00F30A0B">
        <w:rPr>
          <w:sz w:val="22"/>
        </w:rPr>
        <w:t xml:space="preserve"> </w:t>
      </w:r>
      <w:r w:rsidRPr="00F30A0B">
        <w:rPr>
          <w:sz w:val="22"/>
          <w:rtl/>
        </w:rPr>
        <w:t>تغییر</w:t>
      </w:r>
      <w:r w:rsidRPr="00F30A0B">
        <w:rPr>
          <w:sz w:val="22"/>
        </w:rPr>
        <w:t xml:space="preserve"> </w:t>
      </w:r>
      <w:r w:rsidRPr="00F30A0B">
        <w:rPr>
          <w:sz w:val="22"/>
          <w:rtl/>
        </w:rPr>
        <w:t>داده</w:t>
      </w:r>
      <w:r w:rsidRPr="00F30A0B">
        <w:rPr>
          <w:sz w:val="22"/>
        </w:rPr>
        <w:t xml:space="preserve"> </w:t>
      </w:r>
      <w:r w:rsidRPr="00F30A0B">
        <w:rPr>
          <w:sz w:val="22"/>
          <w:rtl/>
        </w:rPr>
        <w:t>باشد؛</w:t>
      </w:r>
      <w:r w:rsidRPr="00F30A0B">
        <w:rPr>
          <w:sz w:val="22"/>
        </w:rPr>
        <w:t xml:space="preserve"> </w:t>
      </w:r>
      <w:r w:rsidRPr="00F30A0B">
        <w:rPr>
          <w:sz w:val="22"/>
          <w:rtl/>
        </w:rPr>
        <w:t>انسانی</w:t>
      </w:r>
      <w:r w:rsidRPr="00F30A0B">
        <w:rPr>
          <w:sz w:val="22"/>
        </w:rPr>
        <w:t xml:space="preserve"> </w:t>
      </w:r>
      <w:r w:rsidRPr="00F30A0B">
        <w:rPr>
          <w:sz w:val="22"/>
          <w:rtl/>
        </w:rPr>
        <w:t>بود</w:t>
      </w:r>
      <w:r w:rsidRPr="00F30A0B">
        <w:rPr>
          <w:sz w:val="22"/>
        </w:rPr>
        <w:t xml:space="preserve"> </w:t>
      </w:r>
      <w:r w:rsidRPr="00F30A0B">
        <w:rPr>
          <w:sz w:val="22"/>
          <w:rtl/>
        </w:rPr>
        <w:t>که</w:t>
      </w:r>
      <w:r w:rsidRPr="00F30A0B">
        <w:rPr>
          <w:sz w:val="22"/>
        </w:rPr>
        <w:t xml:space="preserve"> </w:t>
      </w:r>
      <w:r w:rsidRPr="00F30A0B">
        <w:rPr>
          <w:sz w:val="22"/>
          <w:rtl/>
        </w:rPr>
        <w:t>می</w:t>
      </w:r>
      <w:r w:rsidRPr="00F30A0B">
        <w:rPr>
          <w:sz w:val="22"/>
        </w:rPr>
        <w:t>‌</w:t>
      </w:r>
      <w:r w:rsidRPr="00F30A0B">
        <w:rPr>
          <w:sz w:val="22"/>
          <w:rtl/>
        </w:rPr>
        <w:t>کوشید</w:t>
      </w:r>
      <w:r w:rsidRPr="00F30A0B">
        <w:rPr>
          <w:sz w:val="22"/>
        </w:rPr>
        <w:t xml:space="preserve"> </w:t>
      </w:r>
      <w:r w:rsidRPr="00F30A0B">
        <w:rPr>
          <w:sz w:val="22"/>
          <w:rtl/>
        </w:rPr>
        <w:t>جایگاه</w:t>
      </w:r>
      <w:r w:rsidRPr="00F30A0B">
        <w:rPr>
          <w:sz w:val="22"/>
        </w:rPr>
        <w:t xml:space="preserve"> </w:t>
      </w:r>
      <w:r w:rsidRPr="00F30A0B">
        <w:rPr>
          <w:sz w:val="22"/>
          <w:rtl/>
        </w:rPr>
        <w:t>خود</w:t>
      </w:r>
      <w:r w:rsidRPr="00F30A0B">
        <w:rPr>
          <w:sz w:val="22"/>
        </w:rPr>
        <w:t xml:space="preserve"> </w:t>
      </w:r>
      <w:r w:rsidRPr="00F30A0B">
        <w:rPr>
          <w:sz w:val="22"/>
          <w:rtl/>
        </w:rPr>
        <w:t>را</w:t>
      </w:r>
      <w:r w:rsidRPr="00F30A0B">
        <w:rPr>
          <w:sz w:val="22"/>
        </w:rPr>
        <w:t xml:space="preserve"> </w:t>
      </w:r>
      <w:r w:rsidRPr="00F30A0B">
        <w:rPr>
          <w:sz w:val="22"/>
          <w:rtl/>
        </w:rPr>
        <w:t>در</w:t>
      </w:r>
      <w:r w:rsidRPr="00F30A0B">
        <w:rPr>
          <w:sz w:val="22"/>
        </w:rPr>
        <w:t xml:space="preserve"> </w:t>
      </w:r>
      <w:r w:rsidRPr="00F30A0B">
        <w:rPr>
          <w:sz w:val="22"/>
          <w:rtl/>
        </w:rPr>
        <w:t>نظم</w:t>
      </w:r>
      <w:r w:rsidRPr="00F30A0B">
        <w:rPr>
          <w:sz w:val="22"/>
        </w:rPr>
        <w:t xml:space="preserve"> </w:t>
      </w:r>
      <w:r w:rsidRPr="00F30A0B">
        <w:rPr>
          <w:sz w:val="22"/>
          <w:rtl/>
        </w:rPr>
        <w:t>سیاسی</w:t>
      </w:r>
      <w:r w:rsidRPr="00F30A0B">
        <w:rPr>
          <w:sz w:val="22"/>
        </w:rPr>
        <w:t xml:space="preserve"> </w:t>
      </w:r>
      <w:r w:rsidRPr="00F30A0B">
        <w:rPr>
          <w:sz w:val="22"/>
          <w:rtl/>
        </w:rPr>
        <w:t>و</w:t>
      </w:r>
      <w:r w:rsidRPr="00F30A0B">
        <w:rPr>
          <w:sz w:val="22"/>
        </w:rPr>
        <w:t xml:space="preserve"> </w:t>
      </w:r>
      <w:r w:rsidRPr="00F30A0B">
        <w:rPr>
          <w:sz w:val="22"/>
          <w:rtl/>
        </w:rPr>
        <w:t>اجتماعی</w:t>
      </w:r>
      <w:r w:rsidRPr="00F30A0B">
        <w:rPr>
          <w:sz w:val="22"/>
        </w:rPr>
        <w:t xml:space="preserve"> </w:t>
      </w:r>
      <w:r w:rsidRPr="00F30A0B">
        <w:rPr>
          <w:sz w:val="22"/>
          <w:rtl/>
        </w:rPr>
        <w:t>تازه</w:t>
      </w:r>
      <w:r w:rsidRPr="00F30A0B">
        <w:rPr>
          <w:sz w:val="22"/>
        </w:rPr>
        <w:t xml:space="preserve"> </w:t>
      </w:r>
      <w:r w:rsidRPr="00F30A0B">
        <w:rPr>
          <w:sz w:val="22"/>
          <w:rtl/>
        </w:rPr>
        <w:t>پیدا</w:t>
      </w:r>
      <w:r w:rsidRPr="00F30A0B">
        <w:rPr>
          <w:sz w:val="22"/>
        </w:rPr>
        <w:t xml:space="preserve"> </w:t>
      </w:r>
      <w:r w:rsidRPr="00F30A0B">
        <w:rPr>
          <w:sz w:val="22"/>
          <w:rtl/>
        </w:rPr>
        <w:t>کند</w:t>
      </w:r>
      <w:r w:rsidRPr="00F30A0B">
        <w:rPr>
          <w:sz w:val="22"/>
        </w:rPr>
        <w:t>.</w:t>
      </w:r>
    </w:p>
    <w:p w:rsidR="00987F03" w:rsidRPr="00F30A0B" w:rsidRDefault="00987F03" w:rsidP="00987F03">
      <w:pPr>
        <w:bidi/>
        <w:ind w:firstLine="720"/>
        <w:rPr>
          <w:sz w:val="22"/>
        </w:rPr>
      </w:pPr>
      <w:r w:rsidRPr="00F30A0B">
        <w:rPr>
          <w:sz w:val="22"/>
          <w:rtl/>
        </w:rPr>
        <w:t>انتقال</w:t>
      </w:r>
      <w:r w:rsidRPr="00F30A0B">
        <w:rPr>
          <w:sz w:val="22"/>
        </w:rPr>
        <w:t xml:space="preserve"> </w:t>
      </w:r>
      <w:r w:rsidRPr="00F30A0B">
        <w:rPr>
          <w:sz w:val="22"/>
          <w:rtl/>
        </w:rPr>
        <w:t>دیوان</w:t>
      </w:r>
      <w:r w:rsidRPr="00F30A0B">
        <w:rPr>
          <w:sz w:val="22"/>
        </w:rPr>
        <w:t xml:space="preserve"> </w:t>
      </w:r>
      <w:r w:rsidRPr="00F30A0B">
        <w:rPr>
          <w:sz w:val="22"/>
          <w:rtl/>
        </w:rPr>
        <w:t>از</w:t>
      </w:r>
      <w:r w:rsidRPr="00F30A0B">
        <w:rPr>
          <w:sz w:val="22"/>
        </w:rPr>
        <w:t xml:space="preserve"> </w:t>
      </w:r>
      <w:r w:rsidRPr="00F30A0B">
        <w:rPr>
          <w:sz w:val="22"/>
          <w:rtl/>
        </w:rPr>
        <w:t>زبان</w:t>
      </w:r>
      <w:r w:rsidRPr="00F30A0B">
        <w:rPr>
          <w:sz w:val="22"/>
        </w:rPr>
        <w:t>‌</w:t>
      </w:r>
      <w:r w:rsidRPr="00F30A0B">
        <w:rPr>
          <w:sz w:val="22"/>
          <w:rtl/>
        </w:rPr>
        <w:t>ها</w:t>
      </w:r>
      <w:r w:rsidRPr="00F30A0B">
        <w:rPr>
          <w:sz w:val="22"/>
        </w:rPr>
        <w:t xml:space="preserve"> </w:t>
      </w:r>
      <w:r w:rsidRPr="00F30A0B">
        <w:rPr>
          <w:sz w:val="22"/>
          <w:rtl/>
        </w:rPr>
        <w:t>و</w:t>
      </w:r>
      <w:r w:rsidRPr="00F30A0B">
        <w:rPr>
          <w:sz w:val="22"/>
        </w:rPr>
        <w:t xml:space="preserve"> </w:t>
      </w:r>
      <w:r w:rsidRPr="00F30A0B">
        <w:rPr>
          <w:sz w:val="22"/>
          <w:rtl/>
        </w:rPr>
        <w:t>روش</w:t>
      </w:r>
      <w:r w:rsidRPr="00F30A0B">
        <w:rPr>
          <w:sz w:val="22"/>
        </w:rPr>
        <w:t>‌</w:t>
      </w:r>
      <w:r w:rsidRPr="00F30A0B">
        <w:rPr>
          <w:sz w:val="22"/>
          <w:rtl/>
        </w:rPr>
        <w:t>های</w:t>
      </w:r>
      <w:r w:rsidRPr="00F30A0B">
        <w:rPr>
          <w:sz w:val="22"/>
        </w:rPr>
        <w:t xml:space="preserve"> </w:t>
      </w:r>
      <w:r w:rsidRPr="00F30A0B">
        <w:rPr>
          <w:sz w:val="22"/>
          <w:rtl/>
        </w:rPr>
        <w:t>پیشین</w:t>
      </w:r>
      <w:r w:rsidRPr="00F30A0B">
        <w:rPr>
          <w:sz w:val="22"/>
        </w:rPr>
        <w:t xml:space="preserve"> </w:t>
      </w:r>
      <w:r w:rsidRPr="00F30A0B">
        <w:rPr>
          <w:sz w:val="22"/>
          <w:rtl/>
        </w:rPr>
        <w:t>به</w:t>
      </w:r>
      <w:r w:rsidRPr="00F30A0B">
        <w:rPr>
          <w:sz w:val="22"/>
        </w:rPr>
        <w:t xml:space="preserve"> </w:t>
      </w:r>
      <w:r w:rsidRPr="00F30A0B">
        <w:rPr>
          <w:sz w:val="22"/>
          <w:rtl/>
        </w:rPr>
        <w:t>عربی،</w:t>
      </w:r>
      <w:r w:rsidRPr="00F30A0B">
        <w:rPr>
          <w:sz w:val="22"/>
        </w:rPr>
        <w:t xml:space="preserve"> </w:t>
      </w:r>
      <w:r w:rsidRPr="00F30A0B">
        <w:rPr>
          <w:sz w:val="22"/>
          <w:rtl/>
        </w:rPr>
        <w:t>و</w:t>
      </w:r>
      <w:r w:rsidRPr="00F30A0B">
        <w:rPr>
          <w:sz w:val="22"/>
        </w:rPr>
        <w:t xml:space="preserve"> </w:t>
      </w:r>
      <w:r w:rsidRPr="00F30A0B">
        <w:rPr>
          <w:sz w:val="22"/>
          <w:rtl/>
        </w:rPr>
        <w:t>سپس</w:t>
      </w:r>
      <w:r w:rsidRPr="00F30A0B">
        <w:rPr>
          <w:sz w:val="22"/>
        </w:rPr>
        <w:t xml:space="preserve"> </w:t>
      </w:r>
      <w:r w:rsidRPr="00F30A0B">
        <w:rPr>
          <w:sz w:val="22"/>
          <w:rtl/>
        </w:rPr>
        <w:t>بازگشت</w:t>
      </w:r>
      <w:r w:rsidRPr="00F30A0B">
        <w:rPr>
          <w:sz w:val="22"/>
        </w:rPr>
        <w:t xml:space="preserve"> </w:t>
      </w:r>
      <w:r w:rsidRPr="00F30A0B">
        <w:rPr>
          <w:sz w:val="22"/>
          <w:rtl/>
        </w:rPr>
        <w:t>زبان</w:t>
      </w:r>
      <w:r w:rsidRPr="00F30A0B">
        <w:rPr>
          <w:sz w:val="22"/>
        </w:rPr>
        <w:t xml:space="preserve"> </w:t>
      </w:r>
      <w:r w:rsidRPr="00F30A0B">
        <w:rPr>
          <w:sz w:val="22"/>
          <w:rtl/>
        </w:rPr>
        <w:t>فارسی</w:t>
      </w:r>
      <w:r w:rsidRPr="00F30A0B">
        <w:rPr>
          <w:sz w:val="22"/>
        </w:rPr>
        <w:t xml:space="preserve"> </w:t>
      </w:r>
      <w:r w:rsidRPr="00F30A0B">
        <w:rPr>
          <w:sz w:val="22"/>
          <w:rtl/>
        </w:rPr>
        <w:t>در</w:t>
      </w:r>
      <w:r w:rsidRPr="00F30A0B">
        <w:rPr>
          <w:sz w:val="22"/>
        </w:rPr>
        <w:t xml:space="preserve"> </w:t>
      </w:r>
      <w:r w:rsidRPr="00F30A0B">
        <w:rPr>
          <w:sz w:val="22"/>
          <w:rtl/>
        </w:rPr>
        <w:t>صورت</w:t>
      </w:r>
      <w:r w:rsidRPr="00F30A0B">
        <w:rPr>
          <w:sz w:val="22"/>
        </w:rPr>
        <w:t xml:space="preserve"> </w:t>
      </w:r>
      <w:r w:rsidRPr="00F30A0B">
        <w:rPr>
          <w:sz w:val="22"/>
          <w:rtl/>
        </w:rPr>
        <w:t>تازهٔ</w:t>
      </w:r>
      <w:r w:rsidRPr="00F30A0B">
        <w:rPr>
          <w:sz w:val="22"/>
        </w:rPr>
        <w:t xml:space="preserve"> </w:t>
      </w:r>
      <w:r w:rsidRPr="00F30A0B">
        <w:rPr>
          <w:sz w:val="22"/>
          <w:rtl/>
        </w:rPr>
        <w:t>خود،</w:t>
      </w:r>
      <w:r w:rsidRPr="00F30A0B">
        <w:rPr>
          <w:sz w:val="22"/>
        </w:rPr>
        <w:t xml:space="preserve"> </w:t>
      </w:r>
      <w:r w:rsidRPr="00F30A0B">
        <w:rPr>
          <w:sz w:val="22"/>
          <w:rtl/>
        </w:rPr>
        <w:t>نشان</w:t>
      </w:r>
      <w:r w:rsidRPr="00F30A0B">
        <w:rPr>
          <w:sz w:val="22"/>
        </w:rPr>
        <w:t xml:space="preserve"> </w:t>
      </w:r>
      <w:r w:rsidRPr="00F30A0B">
        <w:rPr>
          <w:sz w:val="22"/>
          <w:rtl/>
        </w:rPr>
        <w:t>می</w:t>
      </w:r>
      <w:r w:rsidRPr="00F30A0B">
        <w:rPr>
          <w:sz w:val="22"/>
        </w:rPr>
        <w:t>‌</w:t>
      </w:r>
      <w:r w:rsidRPr="00F30A0B">
        <w:rPr>
          <w:sz w:val="22"/>
          <w:rtl/>
        </w:rPr>
        <w:t>دهد</w:t>
      </w:r>
      <w:r w:rsidRPr="00F30A0B">
        <w:rPr>
          <w:sz w:val="22"/>
        </w:rPr>
        <w:t xml:space="preserve"> </w:t>
      </w:r>
      <w:r w:rsidRPr="00F30A0B">
        <w:rPr>
          <w:sz w:val="22"/>
          <w:rtl/>
        </w:rPr>
        <w:t>که</w:t>
      </w:r>
      <w:r w:rsidRPr="00F30A0B">
        <w:rPr>
          <w:sz w:val="22"/>
        </w:rPr>
        <w:t xml:space="preserve"> </w:t>
      </w:r>
      <w:r w:rsidRPr="00F30A0B">
        <w:rPr>
          <w:sz w:val="22"/>
          <w:rtl/>
        </w:rPr>
        <w:t>فتح</w:t>
      </w:r>
      <w:r w:rsidRPr="00F30A0B">
        <w:rPr>
          <w:sz w:val="22"/>
        </w:rPr>
        <w:t xml:space="preserve"> </w:t>
      </w:r>
      <w:r w:rsidRPr="00F30A0B">
        <w:rPr>
          <w:sz w:val="22"/>
          <w:rtl/>
        </w:rPr>
        <w:t>نظامی</w:t>
      </w:r>
      <w:r w:rsidRPr="00F30A0B">
        <w:rPr>
          <w:sz w:val="22"/>
        </w:rPr>
        <w:t xml:space="preserve"> </w:t>
      </w:r>
      <w:r w:rsidRPr="00F30A0B">
        <w:rPr>
          <w:sz w:val="22"/>
          <w:rtl/>
        </w:rPr>
        <w:t>با</w:t>
      </w:r>
      <w:r w:rsidRPr="00F30A0B">
        <w:rPr>
          <w:sz w:val="22"/>
        </w:rPr>
        <w:t xml:space="preserve"> </w:t>
      </w:r>
      <w:r w:rsidRPr="00F30A0B">
        <w:rPr>
          <w:sz w:val="22"/>
          <w:rtl/>
        </w:rPr>
        <w:t>جانشینی</w:t>
      </w:r>
      <w:r w:rsidRPr="00F30A0B">
        <w:rPr>
          <w:sz w:val="22"/>
        </w:rPr>
        <w:t xml:space="preserve"> </w:t>
      </w:r>
      <w:r w:rsidRPr="00F30A0B">
        <w:rPr>
          <w:sz w:val="22"/>
          <w:rtl/>
        </w:rPr>
        <w:t>کامل</w:t>
      </w:r>
      <w:r w:rsidRPr="00F30A0B">
        <w:rPr>
          <w:sz w:val="22"/>
        </w:rPr>
        <w:t xml:space="preserve"> </w:t>
      </w:r>
      <w:r w:rsidRPr="00F30A0B">
        <w:rPr>
          <w:sz w:val="22"/>
          <w:rtl/>
        </w:rPr>
        <w:t>فرهنگی</w:t>
      </w:r>
      <w:r w:rsidRPr="00F30A0B">
        <w:rPr>
          <w:sz w:val="22"/>
        </w:rPr>
        <w:t xml:space="preserve"> </w:t>
      </w:r>
      <w:r w:rsidRPr="00F30A0B">
        <w:rPr>
          <w:sz w:val="22"/>
          <w:rtl/>
        </w:rPr>
        <w:t>یکسان</w:t>
      </w:r>
      <w:r w:rsidRPr="00F30A0B">
        <w:rPr>
          <w:sz w:val="22"/>
        </w:rPr>
        <w:t xml:space="preserve"> </w:t>
      </w:r>
      <w:r w:rsidRPr="00F30A0B">
        <w:rPr>
          <w:sz w:val="22"/>
          <w:rtl/>
        </w:rPr>
        <w:t>نیست</w:t>
      </w:r>
      <w:r w:rsidRPr="00F30A0B">
        <w:rPr>
          <w:sz w:val="22"/>
        </w:rPr>
        <w:t xml:space="preserve">. </w:t>
      </w:r>
      <w:r w:rsidRPr="00F30A0B">
        <w:rPr>
          <w:sz w:val="22"/>
          <w:rtl/>
        </w:rPr>
        <w:t>خلافت</w:t>
      </w:r>
      <w:r w:rsidRPr="00F30A0B">
        <w:rPr>
          <w:sz w:val="22"/>
        </w:rPr>
        <w:t xml:space="preserve"> </w:t>
      </w:r>
      <w:r w:rsidRPr="00F30A0B">
        <w:rPr>
          <w:sz w:val="22"/>
          <w:rtl/>
        </w:rPr>
        <w:t>به</w:t>
      </w:r>
      <w:r w:rsidRPr="00F30A0B">
        <w:rPr>
          <w:sz w:val="22"/>
        </w:rPr>
        <w:t xml:space="preserve"> </w:t>
      </w:r>
      <w:r w:rsidRPr="00F30A0B">
        <w:rPr>
          <w:sz w:val="22"/>
          <w:rtl/>
        </w:rPr>
        <w:t>دانش</w:t>
      </w:r>
      <w:r w:rsidRPr="00F30A0B">
        <w:rPr>
          <w:sz w:val="22"/>
        </w:rPr>
        <w:t xml:space="preserve"> </w:t>
      </w:r>
      <w:r w:rsidRPr="00F30A0B">
        <w:rPr>
          <w:sz w:val="22"/>
          <w:rtl/>
        </w:rPr>
        <w:t>مالیاتی</w:t>
      </w:r>
      <w:r w:rsidRPr="00F30A0B">
        <w:rPr>
          <w:sz w:val="22"/>
        </w:rPr>
        <w:t xml:space="preserve"> </w:t>
      </w:r>
      <w:r w:rsidRPr="00F30A0B">
        <w:rPr>
          <w:sz w:val="22"/>
          <w:rtl/>
        </w:rPr>
        <w:t>و</w:t>
      </w:r>
      <w:r w:rsidRPr="00F30A0B">
        <w:rPr>
          <w:sz w:val="22"/>
        </w:rPr>
        <w:t xml:space="preserve"> </w:t>
      </w:r>
      <w:r w:rsidRPr="00F30A0B">
        <w:rPr>
          <w:sz w:val="22"/>
          <w:rtl/>
        </w:rPr>
        <w:t>اداری</w:t>
      </w:r>
      <w:r w:rsidRPr="00F30A0B">
        <w:rPr>
          <w:sz w:val="22"/>
        </w:rPr>
        <w:t xml:space="preserve"> </w:t>
      </w:r>
      <w:r w:rsidRPr="00F30A0B">
        <w:rPr>
          <w:sz w:val="22"/>
          <w:rtl/>
        </w:rPr>
        <w:t>ایرانیان</w:t>
      </w:r>
      <w:r w:rsidRPr="00F30A0B">
        <w:rPr>
          <w:sz w:val="22"/>
        </w:rPr>
        <w:t xml:space="preserve"> </w:t>
      </w:r>
      <w:r w:rsidRPr="00F30A0B">
        <w:rPr>
          <w:sz w:val="22"/>
          <w:rtl/>
        </w:rPr>
        <w:t>نیاز</w:t>
      </w:r>
      <w:r w:rsidRPr="00F30A0B">
        <w:rPr>
          <w:sz w:val="22"/>
        </w:rPr>
        <w:t xml:space="preserve"> </w:t>
      </w:r>
      <w:r w:rsidRPr="00F30A0B">
        <w:rPr>
          <w:sz w:val="22"/>
          <w:rtl/>
        </w:rPr>
        <w:t>داشت</w:t>
      </w:r>
      <w:r w:rsidRPr="00F30A0B">
        <w:rPr>
          <w:sz w:val="22"/>
        </w:rPr>
        <w:t xml:space="preserve"> </w:t>
      </w:r>
      <w:r w:rsidRPr="00F30A0B">
        <w:rPr>
          <w:sz w:val="22"/>
          <w:rtl/>
        </w:rPr>
        <w:t>و</w:t>
      </w:r>
      <w:r w:rsidRPr="00F30A0B">
        <w:rPr>
          <w:sz w:val="22"/>
        </w:rPr>
        <w:t xml:space="preserve"> </w:t>
      </w:r>
      <w:r w:rsidRPr="00F30A0B">
        <w:rPr>
          <w:sz w:val="22"/>
          <w:rtl/>
        </w:rPr>
        <w:t>دیوانیان</w:t>
      </w:r>
      <w:r w:rsidRPr="00F30A0B">
        <w:rPr>
          <w:sz w:val="22"/>
        </w:rPr>
        <w:t xml:space="preserve"> </w:t>
      </w:r>
      <w:r w:rsidRPr="00F30A0B">
        <w:rPr>
          <w:sz w:val="22"/>
          <w:rtl/>
        </w:rPr>
        <w:t>ایرانی</w:t>
      </w:r>
      <w:r w:rsidRPr="00F30A0B">
        <w:rPr>
          <w:sz w:val="22"/>
        </w:rPr>
        <w:t xml:space="preserve"> </w:t>
      </w:r>
      <w:r w:rsidRPr="00F30A0B">
        <w:rPr>
          <w:sz w:val="22"/>
          <w:rtl/>
        </w:rPr>
        <w:t>نیز</w:t>
      </w:r>
      <w:r w:rsidRPr="00F30A0B">
        <w:rPr>
          <w:sz w:val="22"/>
        </w:rPr>
        <w:t xml:space="preserve"> </w:t>
      </w:r>
      <w:r w:rsidRPr="00F30A0B">
        <w:rPr>
          <w:sz w:val="22"/>
          <w:rtl/>
        </w:rPr>
        <w:t>در</w:t>
      </w:r>
      <w:r w:rsidRPr="00F30A0B">
        <w:rPr>
          <w:sz w:val="22"/>
        </w:rPr>
        <w:t xml:space="preserve"> </w:t>
      </w:r>
      <w:r w:rsidRPr="00F30A0B">
        <w:rPr>
          <w:sz w:val="22"/>
          <w:rtl/>
        </w:rPr>
        <w:t>دستگاه</w:t>
      </w:r>
      <w:r w:rsidRPr="00F30A0B">
        <w:rPr>
          <w:sz w:val="22"/>
        </w:rPr>
        <w:t xml:space="preserve"> </w:t>
      </w:r>
      <w:r w:rsidRPr="00F30A0B">
        <w:rPr>
          <w:sz w:val="22"/>
          <w:rtl/>
        </w:rPr>
        <w:t>تازه</w:t>
      </w:r>
      <w:r w:rsidRPr="00F30A0B">
        <w:rPr>
          <w:sz w:val="22"/>
        </w:rPr>
        <w:t xml:space="preserve"> </w:t>
      </w:r>
      <w:r w:rsidRPr="00F30A0B">
        <w:rPr>
          <w:sz w:val="22"/>
          <w:rtl/>
        </w:rPr>
        <w:t>راه</w:t>
      </w:r>
      <w:r w:rsidRPr="00F30A0B">
        <w:rPr>
          <w:sz w:val="22"/>
        </w:rPr>
        <w:t>‌</w:t>
      </w:r>
      <w:r w:rsidRPr="00F30A0B">
        <w:rPr>
          <w:sz w:val="22"/>
          <w:rtl/>
        </w:rPr>
        <w:t>هایی</w:t>
      </w:r>
      <w:r w:rsidRPr="00F30A0B">
        <w:rPr>
          <w:sz w:val="22"/>
        </w:rPr>
        <w:t xml:space="preserve"> </w:t>
      </w:r>
      <w:r w:rsidRPr="00F30A0B">
        <w:rPr>
          <w:sz w:val="22"/>
          <w:rtl/>
        </w:rPr>
        <w:t>برای</w:t>
      </w:r>
      <w:r w:rsidRPr="00F30A0B">
        <w:rPr>
          <w:sz w:val="22"/>
        </w:rPr>
        <w:t xml:space="preserve"> </w:t>
      </w:r>
      <w:r w:rsidRPr="00F30A0B">
        <w:rPr>
          <w:sz w:val="22"/>
          <w:rtl/>
        </w:rPr>
        <w:t>ادامهٔ</w:t>
      </w:r>
      <w:r w:rsidRPr="00F30A0B">
        <w:rPr>
          <w:sz w:val="22"/>
        </w:rPr>
        <w:t xml:space="preserve"> </w:t>
      </w:r>
      <w:r w:rsidRPr="00F30A0B">
        <w:rPr>
          <w:sz w:val="22"/>
          <w:rtl/>
        </w:rPr>
        <w:t>کار</w:t>
      </w:r>
      <w:r w:rsidRPr="00F30A0B">
        <w:rPr>
          <w:sz w:val="22"/>
        </w:rPr>
        <w:t xml:space="preserve"> </w:t>
      </w:r>
      <w:r w:rsidRPr="00F30A0B">
        <w:rPr>
          <w:sz w:val="22"/>
          <w:rtl/>
        </w:rPr>
        <w:t>و</w:t>
      </w:r>
      <w:r w:rsidRPr="00F30A0B">
        <w:rPr>
          <w:sz w:val="22"/>
        </w:rPr>
        <w:t xml:space="preserve"> </w:t>
      </w:r>
      <w:r w:rsidRPr="00F30A0B">
        <w:rPr>
          <w:sz w:val="22"/>
          <w:rtl/>
        </w:rPr>
        <w:t>افزایش</w:t>
      </w:r>
      <w:r w:rsidRPr="00F30A0B">
        <w:rPr>
          <w:sz w:val="22"/>
        </w:rPr>
        <w:t xml:space="preserve"> </w:t>
      </w:r>
      <w:r w:rsidRPr="00F30A0B">
        <w:rPr>
          <w:sz w:val="22"/>
          <w:rtl/>
        </w:rPr>
        <w:t>نفوذ</w:t>
      </w:r>
      <w:r w:rsidRPr="00F30A0B">
        <w:rPr>
          <w:sz w:val="22"/>
        </w:rPr>
        <w:t xml:space="preserve"> </w:t>
      </w:r>
      <w:r w:rsidRPr="00F30A0B">
        <w:rPr>
          <w:sz w:val="22"/>
          <w:rtl/>
        </w:rPr>
        <w:t>خود</w:t>
      </w:r>
      <w:r w:rsidRPr="00F30A0B">
        <w:rPr>
          <w:sz w:val="22"/>
        </w:rPr>
        <w:t xml:space="preserve"> </w:t>
      </w:r>
      <w:r w:rsidRPr="00F30A0B">
        <w:rPr>
          <w:sz w:val="22"/>
          <w:rtl/>
        </w:rPr>
        <w:t>یافتند</w:t>
      </w:r>
      <w:r w:rsidRPr="00F30A0B">
        <w:rPr>
          <w:sz w:val="22"/>
        </w:rPr>
        <w:t xml:space="preserve">. </w:t>
      </w:r>
      <w:r w:rsidRPr="00F30A0B">
        <w:rPr>
          <w:sz w:val="22"/>
          <w:rtl/>
        </w:rPr>
        <w:t>با</w:t>
      </w:r>
      <w:r w:rsidRPr="00F30A0B">
        <w:rPr>
          <w:sz w:val="22"/>
        </w:rPr>
        <w:t xml:space="preserve"> </w:t>
      </w:r>
      <w:r w:rsidRPr="00F30A0B">
        <w:rPr>
          <w:sz w:val="22"/>
          <w:rtl/>
        </w:rPr>
        <w:t>گسترش</w:t>
      </w:r>
      <w:r w:rsidRPr="00F30A0B">
        <w:rPr>
          <w:sz w:val="22"/>
        </w:rPr>
        <w:t xml:space="preserve"> </w:t>
      </w:r>
      <w:r w:rsidRPr="00F30A0B">
        <w:rPr>
          <w:sz w:val="22"/>
          <w:rtl/>
        </w:rPr>
        <w:t>خاندان</w:t>
      </w:r>
      <w:r w:rsidRPr="00F30A0B">
        <w:rPr>
          <w:sz w:val="22"/>
        </w:rPr>
        <w:t>‌</w:t>
      </w:r>
      <w:r w:rsidRPr="00F30A0B">
        <w:rPr>
          <w:sz w:val="22"/>
          <w:rtl/>
        </w:rPr>
        <w:t>های</w:t>
      </w:r>
      <w:r w:rsidRPr="00F30A0B">
        <w:rPr>
          <w:sz w:val="22"/>
        </w:rPr>
        <w:t xml:space="preserve"> </w:t>
      </w:r>
      <w:r w:rsidRPr="00F30A0B">
        <w:rPr>
          <w:sz w:val="22"/>
          <w:rtl/>
        </w:rPr>
        <w:t>ایرانی</w:t>
      </w:r>
      <w:r w:rsidRPr="00F30A0B">
        <w:rPr>
          <w:sz w:val="22"/>
        </w:rPr>
        <w:t xml:space="preserve"> </w:t>
      </w:r>
      <w:r w:rsidRPr="00F30A0B">
        <w:rPr>
          <w:sz w:val="22"/>
          <w:rtl/>
        </w:rPr>
        <w:t>و</w:t>
      </w:r>
      <w:r w:rsidRPr="00F30A0B">
        <w:rPr>
          <w:sz w:val="22"/>
        </w:rPr>
        <w:t xml:space="preserve"> </w:t>
      </w:r>
      <w:r w:rsidRPr="00F30A0B">
        <w:rPr>
          <w:sz w:val="22"/>
          <w:rtl/>
        </w:rPr>
        <w:t>حکومت</w:t>
      </w:r>
      <w:r w:rsidRPr="00F30A0B">
        <w:rPr>
          <w:sz w:val="22"/>
        </w:rPr>
        <w:t>‌</w:t>
      </w:r>
      <w:r w:rsidRPr="00F30A0B">
        <w:rPr>
          <w:sz w:val="22"/>
          <w:rtl/>
        </w:rPr>
        <w:t>های</w:t>
      </w:r>
      <w:r w:rsidRPr="00F30A0B">
        <w:rPr>
          <w:sz w:val="22"/>
        </w:rPr>
        <w:t xml:space="preserve"> </w:t>
      </w:r>
      <w:r w:rsidRPr="00F30A0B">
        <w:rPr>
          <w:sz w:val="22"/>
          <w:rtl/>
        </w:rPr>
        <w:t>محلی،</w:t>
      </w:r>
      <w:r w:rsidRPr="00F30A0B">
        <w:rPr>
          <w:sz w:val="22"/>
        </w:rPr>
        <w:t xml:space="preserve"> </w:t>
      </w:r>
      <w:r w:rsidRPr="00F30A0B">
        <w:rPr>
          <w:sz w:val="22"/>
          <w:rtl/>
        </w:rPr>
        <w:t>این</w:t>
      </w:r>
      <w:r w:rsidRPr="00F30A0B">
        <w:rPr>
          <w:sz w:val="22"/>
        </w:rPr>
        <w:t xml:space="preserve"> </w:t>
      </w:r>
      <w:r w:rsidRPr="00F30A0B">
        <w:rPr>
          <w:sz w:val="22"/>
          <w:rtl/>
        </w:rPr>
        <w:t>دانش</w:t>
      </w:r>
      <w:r w:rsidRPr="00F30A0B">
        <w:rPr>
          <w:sz w:val="22"/>
        </w:rPr>
        <w:t xml:space="preserve"> </w:t>
      </w:r>
      <w:r w:rsidRPr="00F30A0B">
        <w:rPr>
          <w:sz w:val="22"/>
          <w:rtl/>
        </w:rPr>
        <w:t>بار</w:t>
      </w:r>
      <w:r w:rsidRPr="00F30A0B">
        <w:rPr>
          <w:sz w:val="22"/>
        </w:rPr>
        <w:t xml:space="preserve"> </w:t>
      </w:r>
      <w:r w:rsidRPr="00F30A0B">
        <w:rPr>
          <w:sz w:val="22"/>
          <w:rtl/>
        </w:rPr>
        <w:t>دیگر</w:t>
      </w:r>
      <w:r w:rsidRPr="00F30A0B">
        <w:rPr>
          <w:sz w:val="22"/>
        </w:rPr>
        <w:t xml:space="preserve"> </w:t>
      </w:r>
      <w:r w:rsidRPr="00F30A0B">
        <w:rPr>
          <w:sz w:val="22"/>
          <w:rtl/>
        </w:rPr>
        <w:t>به</w:t>
      </w:r>
      <w:r w:rsidRPr="00F30A0B">
        <w:rPr>
          <w:sz w:val="22"/>
        </w:rPr>
        <w:t xml:space="preserve"> </w:t>
      </w:r>
      <w:r w:rsidRPr="00F30A0B">
        <w:rPr>
          <w:sz w:val="22"/>
          <w:rtl/>
        </w:rPr>
        <w:t>پایهٔ</w:t>
      </w:r>
      <w:r w:rsidRPr="00F30A0B">
        <w:rPr>
          <w:sz w:val="22"/>
        </w:rPr>
        <w:t xml:space="preserve"> </w:t>
      </w:r>
      <w:r w:rsidRPr="00F30A0B">
        <w:rPr>
          <w:sz w:val="22"/>
          <w:rtl/>
        </w:rPr>
        <w:t>ساختن</w:t>
      </w:r>
      <w:r w:rsidRPr="00F30A0B">
        <w:rPr>
          <w:sz w:val="22"/>
        </w:rPr>
        <w:t xml:space="preserve"> </w:t>
      </w:r>
      <w:r w:rsidRPr="00F30A0B">
        <w:rPr>
          <w:sz w:val="22"/>
          <w:rtl/>
        </w:rPr>
        <w:t>دولت</w:t>
      </w:r>
      <w:r w:rsidRPr="00F30A0B">
        <w:rPr>
          <w:sz w:val="22"/>
        </w:rPr>
        <w:t>‌</w:t>
      </w:r>
      <w:r w:rsidRPr="00F30A0B">
        <w:rPr>
          <w:sz w:val="22"/>
          <w:rtl/>
        </w:rPr>
        <w:t>هایی</w:t>
      </w:r>
      <w:r w:rsidRPr="00F30A0B">
        <w:rPr>
          <w:sz w:val="22"/>
        </w:rPr>
        <w:t xml:space="preserve"> </w:t>
      </w:r>
      <w:r w:rsidRPr="00F30A0B">
        <w:rPr>
          <w:sz w:val="22"/>
          <w:rtl/>
        </w:rPr>
        <w:t>تبدیل</w:t>
      </w:r>
      <w:r w:rsidRPr="00F30A0B">
        <w:rPr>
          <w:sz w:val="22"/>
        </w:rPr>
        <w:t xml:space="preserve"> </w:t>
      </w:r>
      <w:r w:rsidRPr="00F30A0B">
        <w:rPr>
          <w:sz w:val="22"/>
          <w:rtl/>
        </w:rPr>
        <w:t>شد</w:t>
      </w:r>
      <w:r w:rsidRPr="00F30A0B">
        <w:rPr>
          <w:sz w:val="22"/>
        </w:rPr>
        <w:t xml:space="preserve"> </w:t>
      </w:r>
      <w:r w:rsidRPr="00F30A0B">
        <w:rPr>
          <w:sz w:val="22"/>
          <w:rtl/>
        </w:rPr>
        <w:t>که</w:t>
      </w:r>
      <w:r w:rsidRPr="00F30A0B">
        <w:rPr>
          <w:sz w:val="22"/>
        </w:rPr>
        <w:t xml:space="preserve"> </w:t>
      </w:r>
      <w:r w:rsidRPr="00F30A0B">
        <w:rPr>
          <w:sz w:val="22"/>
          <w:rtl/>
        </w:rPr>
        <w:t>مسلمان</w:t>
      </w:r>
      <w:r w:rsidRPr="00F30A0B">
        <w:rPr>
          <w:sz w:val="22"/>
        </w:rPr>
        <w:t xml:space="preserve"> </w:t>
      </w:r>
      <w:r w:rsidRPr="00F30A0B">
        <w:rPr>
          <w:sz w:val="22"/>
          <w:rtl/>
        </w:rPr>
        <w:t>بودند،</w:t>
      </w:r>
      <w:r w:rsidRPr="00F30A0B">
        <w:rPr>
          <w:sz w:val="22"/>
        </w:rPr>
        <w:t xml:space="preserve"> </w:t>
      </w:r>
      <w:r w:rsidRPr="00F30A0B">
        <w:rPr>
          <w:sz w:val="22"/>
          <w:rtl/>
        </w:rPr>
        <w:t>اما</w:t>
      </w:r>
      <w:r w:rsidRPr="00F30A0B">
        <w:rPr>
          <w:sz w:val="22"/>
        </w:rPr>
        <w:t xml:space="preserve"> </w:t>
      </w:r>
      <w:r w:rsidRPr="00F30A0B">
        <w:rPr>
          <w:sz w:val="22"/>
          <w:rtl/>
        </w:rPr>
        <w:t>فقط</w:t>
      </w:r>
      <w:r w:rsidRPr="00F30A0B">
        <w:rPr>
          <w:sz w:val="22"/>
        </w:rPr>
        <w:t xml:space="preserve"> </w:t>
      </w:r>
      <w:r w:rsidRPr="00F30A0B">
        <w:rPr>
          <w:sz w:val="22"/>
          <w:rtl/>
        </w:rPr>
        <w:t>نسخه</w:t>
      </w:r>
      <w:r w:rsidRPr="00F30A0B">
        <w:rPr>
          <w:sz w:val="22"/>
        </w:rPr>
        <w:t>‌</w:t>
      </w:r>
      <w:r w:rsidRPr="00F30A0B">
        <w:rPr>
          <w:sz w:val="22"/>
          <w:rtl/>
        </w:rPr>
        <w:t>ای</w:t>
      </w:r>
      <w:r w:rsidRPr="00F30A0B">
        <w:rPr>
          <w:sz w:val="22"/>
        </w:rPr>
        <w:t xml:space="preserve"> </w:t>
      </w:r>
      <w:r w:rsidRPr="00F30A0B">
        <w:rPr>
          <w:sz w:val="22"/>
          <w:rtl/>
        </w:rPr>
        <w:t>از</w:t>
      </w:r>
      <w:r w:rsidRPr="00F30A0B">
        <w:rPr>
          <w:sz w:val="22"/>
        </w:rPr>
        <w:t xml:space="preserve"> </w:t>
      </w:r>
      <w:r w:rsidRPr="00F30A0B">
        <w:rPr>
          <w:sz w:val="22"/>
          <w:rtl/>
        </w:rPr>
        <w:t>خلافت</w:t>
      </w:r>
      <w:r w:rsidRPr="00F30A0B">
        <w:rPr>
          <w:sz w:val="22"/>
        </w:rPr>
        <w:t xml:space="preserve"> </w:t>
      </w:r>
      <w:r w:rsidRPr="00F30A0B">
        <w:rPr>
          <w:sz w:val="22"/>
          <w:rtl/>
        </w:rPr>
        <w:t>عربی</w:t>
      </w:r>
      <w:r w:rsidRPr="00F30A0B">
        <w:rPr>
          <w:sz w:val="22"/>
        </w:rPr>
        <w:t xml:space="preserve"> </w:t>
      </w:r>
      <w:r w:rsidRPr="00F30A0B">
        <w:rPr>
          <w:sz w:val="22"/>
          <w:rtl/>
        </w:rPr>
        <w:t>به</w:t>
      </w:r>
      <w:r w:rsidRPr="00F30A0B">
        <w:rPr>
          <w:sz w:val="22"/>
        </w:rPr>
        <w:t xml:space="preserve"> </w:t>
      </w:r>
      <w:r w:rsidRPr="00F30A0B">
        <w:rPr>
          <w:sz w:val="22"/>
          <w:rtl/>
        </w:rPr>
        <w:t>شمار</w:t>
      </w:r>
      <w:r w:rsidRPr="00F30A0B">
        <w:rPr>
          <w:sz w:val="22"/>
        </w:rPr>
        <w:t xml:space="preserve"> </w:t>
      </w:r>
      <w:r w:rsidRPr="00F30A0B">
        <w:rPr>
          <w:sz w:val="22"/>
          <w:rtl/>
        </w:rPr>
        <w:t>نمی</w:t>
      </w:r>
      <w:r w:rsidRPr="00F30A0B">
        <w:rPr>
          <w:sz w:val="22"/>
        </w:rPr>
        <w:t>‌</w:t>
      </w:r>
      <w:r w:rsidRPr="00F30A0B">
        <w:rPr>
          <w:sz w:val="22"/>
          <w:rtl/>
        </w:rPr>
        <w:t>آمدند</w:t>
      </w:r>
      <w:r w:rsidRPr="00F30A0B">
        <w:rPr>
          <w:sz w:val="22"/>
        </w:rPr>
        <w:t>.</w:t>
      </w:r>
    </w:p>
    <w:p w:rsidR="00987F03" w:rsidRPr="00F30A0B" w:rsidRDefault="00987F03" w:rsidP="00987F03">
      <w:pPr>
        <w:bidi/>
        <w:ind w:firstLine="720"/>
        <w:rPr>
          <w:sz w:val="22"/>
        </w:rPr>
      </w:pPr>
      <w:r w:rsidRPr="00F30A0B">
        <w:rPr>
          <w:sz w:val="22"/>
          <w:rtl/>
        </w:rPr>
        <w:t>در</w:t>
      </w:r>
      <w:r w:rsidRPr="00F30A0B">
        <w:rPr>
          <w:sz w:val="22"/>
        </w:rPr>
        <w:t xml:space="preserve"> </w:t>
      </w:r>
      <w:r w:rsidRPr="00F30A0B">
        <w:rPr>
          <w:sz w:val="22"/>
          <w:rtl/>
        </w:rPr>
        <w:t>این</w:t>
      </w:r>
      <w:r w:rsidRPr="00F30A0B">
        <w:rPr>
          <w:sz w:val="22"/>
        </w:rPr>
        <w:t xml:space="preserve"> </w:t>
      </w:r>
      <w:r w:rsidRPr="00F30A0B">
        <w:rPr>
          <w:sz w:val="22"/>
          <w:rtl/>
        </w:rPr>
        <w:t>دوره،</w:t>
      </w:r>
      <w:r w:rsidRPr="00F30A0B">
        <w:rPr>
          <w:sz w:val="22"/>
        </w:rPr>
        <w:t xml:space="preserve"> </w:t>
      </w:r>
      <w:r w:rsidRPr="00F30A0B">
        <w:rPr>
          <w:sz w:val="22"/>
          <w:rtl/>
        </w:rPr>
        <w:t>دینکاران</w:t>
      </w:r>
      <w:r w:rsidRPr="00F30A0B">
        <w:rPr>
          <w:sz w:val="22"/>
        </w:rPr>
        <w:t xml:space="preserve"> </w:t>
      </w:r>
      <w:r w:rsidRPr="00F30A0B">
        <w:rPr>
          <w:sz w:val="22"/>
          <w:rtl/>
        </w:rPr>
        <w:t>نیز</w:t>
      </w:r>
      <w:r w:rsidRPr="00F30A0B">
        <w:rPr>
          <w:sz w:val="22"/>
        </w:rPr>
        <w:t xml:space="preserve"> </w:t>
      </w:r>
      <w:r w:rsidRPr="00F30A0B">
        <w:rPr>
          <w:sz w:val="22"/>
          <w:rtl/>
        </w:rPr>
        <w:t>از</w:t>
      </w:r>
      <w:r w:rsidRPr="00F30A0B">
        <w:rPr>
          <w:sz w:val="22"/>
        </w:rPr>
        <w:t xml:space="preserve"> </w:t>
      </w:r>
      <w:r w:rsidRPr="00F30A0B">
        <w:rPr>
          <w:sz w:val="22"/>
          <w:rtl/>
        </w:rPr>
        <w:t>گروهی</w:t>
      </w:r>
      <w:r w:rsidRPr="00F30A0B">
        <w:rPr>
          <w:sz w:val="22"/>
        </w:rPr>
        <w:t xml:space="preserve"> </w:t>
      </w:r>
      <w:r w:rsidRPr="00F30A0B">
        <w:rPr>
          <w:sz w:val="22"/>
          <w:rtl/>
        </w:rPr>
        <w:t>وابسته</w:t>
      </w:r>
      <w:r w:rsidRPr="00F30A0B">
        <w:rPr>
          <w:sz w:val="22"/>
        </w:rPr>
        <w:t xml:space="preserve"> </w:t>
      </w:r>
      <w:r w:rsidRPr="00F30A0B">
        <w:rPr>
          <w:sz w:val="22"/>
          <w:rtl/>
        </w:rPr>
        <w:t>به</w:t>
      </w:r>
      <w:r w:rsidRPr="00F30A0B">
        <w:rPr>
          <w:sz w:val="22"/>
        </w:rPr>
        <w:t xml:space="preserve"> </w:t>
      </w:r>
      <w:r w:rsidRPr="00F30A0B">
        <w:rPr>
          <w:sz w:val="22"/>
          <w:rtl/>
        </w:rPr>
        <w:t>قدرت</w:t>
      </w:r>
      <w:r w:rsidRPr="00F30A0B">
        <w:rPr>
          <w:sz w:val="22"/>
        </w:rPr>
        <w:t xml:space="preserve"> </w:t>
      </w:r>
      <w:r w:rsidRPr="00F30A0B">
        <w:rPr>
          <w:sz w:val="22"/>
          <w:rtl/>
        </w:rPr>
        <w:t>سیاسی</w:t>
      </w:r>
      <w:r w:rsidRPr="00F30A0B">
        <w:rPr>
          <w:sz w:val="22"/>
        </w:rPr>
        <w:t xml:space="preserve"> </w:t>
      </w:r>
      <w:r w:rsidRPr="00F30A0B">
        <w:rPr>
          <w:sz w:val="22"/>
          <w:rtl/>
        </w:rPr>
        <w:t>به</w:t>
      </w:r>
      <w:r w:rsidRPr="00F30A0B">
        <w:rPr>
          <w:sz w:val="22"/>
        </w:rPr>
        <w:t xml:space="preserve"> </w:t>
      </w:r>
      <w:r w:rsidRPr="00F30A0B">
        <w:rPr>
          <w:sz w:val="22"/>
          <w:rtl/>
        </w:rPr>
        <w:t>شبکه</w:t>
      </w:r>
      <w:r w:rsidRPr="00F30A0B">
        <w:rPr>
          <w:sz w:val="22"/>
        </w:rPr>
        <w:t>‌</w:t>
      </w:r>
      <w:r w:rsidRPr="00F30A0B">
        <w:rPr>
          <w:sz w:val="22"/>
          <w:rtl/>
        </w:rPr>
        <w:t>هایی</w:t>
      </w:r>
      <w:r w:rsidRPr="00F30A0B">
        <w:rPr>
          <w:sz w:val="22"/>
        </w:rPr>
        <w:t xml:space="preserve"> </w:t>
      </w:r>
      <w:r w:rsidRPr="00F30A0B">
        <w:rPr>
          <w:sz w:val="22"/>
          <w:rtl/>
        </w:rPr>
        <w:t>گسترده</w:t>
      </w:r>
      <w:r w:rsidRPr="00F30A0B">
        <w:rPr>
          <w:sz w:val="22"/>
        </w:rPr>
        <w:t>‌</w:t>
      </w:r>
      <w:r w:rsidRPr="00F30A0B">
        <w:rPr>
          <w:sz w:val="22"/>
          <w:rtl/>
        </w:rPr>
        <w:t>تر</w:t>
      </w:r>
      <w:r w:rsidRPr="00F30A0B">
        <w:rPr>
          <w:sz w:val="22"/>
        </w:rPr>
        <w:t xml:space="preserve"> </w:t>
      </w:r>
      <w:r w:rsidRPr="00F30A0B">
        <w:rPr>
          <w:sz w:val="22"/>
          <w:rtl/>
        </w:rPr>
        <w:t>از</w:t>
      </w:r>
      <w:r w:rsidRPr="00F30A0B">
        <w:rPr>
          <w:sz w:val="22"/>
        </w:rPr>
        <w:t xml:space="preserve"> </w:t>
      </w:r>
      <w:r w:rsidRPr="00F30A0B">
        <w:rPr>
          <w:sz w:val="22"/>
          <w:rtl/>
        </w:rPr>
        <w:t>فقیهان،</w:t>
      </w:r>
      <w:r w:rsidRPr="00F30A0B">
        <w:rPr>
          <w:sz w:val="22"/>
        </w:rPr>
        <w:t xml:space="preserve"> </w:t>
      </w:r>
      <w:r w:rsidRPr="00F30A0B">
        <w:rPr>
          <w:sz w:val="22"/>
          <w:rtl/>
        </w:rPr>
        <w:t>محدثان،</w:t>
      </w:r>
      <w:r w:rsidRPr="00F30A0B">
        <w:rPr>
          <w:sz w:val="22"/>
        </w:rPr>
        <w:t xml:space="preserve"> </w:t>
      </w:r>
      <w:r w:rsidRPr="00F30A0B">
        <w:rPr>
          <w:sz w:val="22"/>
          <w:rtl/>
        </w:rPr>
        <w:t>قاضیان</w:t>
      </w:r>
      <w:r w:rsidRPr="00F30A0B">
        <w:rPr>
          <w:sz w:val="22"/>
        </w:rPr>
        <w:t xml:space="preserve"> </w:t>
      </w:r>
      <w:r w:rsidRPr="00F30A0B">
        <w:rPr>
          <w:sz w:val="22"/>
          <w:rtl/>
        </w:rPr>
        <w:t>و</w:t>
      </w:r>
      <w:r w:rsidRPr="00F30A0B">
        <w:rPr>
          <w:sz w:val="22"/>
        </w:rPr>
        <w:t xml:space="preserve"> </w:t>
      </w:r>
      <w:r w:rsidRPr="00F30A0B">
        <w:rPr>
          <w:sz w:val="22"/>
          <w:rtl/>
        </w:rPr>
        <w:t>آموزگاران</w:t>
      </w:r>
      <w:r w:rsidRPr="00F30A0B">
        <w:rPr>
          <w:sz w:val="22"/>
        </w:rPr>
        <w:t xml:space="preserve"> </w:t>
      </w:r>
      <w:r w:rsidRPr="00F30A0B">
        <w:rPr>
          <w:sz w:val="22"/>
          <w:rtl/>
        </w:rPr>
        <w:t>تبدیل</w:t>
      </w:r>
      <w:r w:rsidRPr="00F30A0B">
        <w:rPr>
          <w:sz w:val="22"/>
        </w:rPr>
        <w:t xml:space="preserve"> </w:t>
      </w:r>
      <w:r w:rsidRPr="00F30A0B">
        <w:rPr>
          <w:sz w:val="22"/>
          <w:rtl/>
        </w:rPr>
        <w:t>شدند</w:t>
      </w:r>
      <w:r w:rsidRPr="00F30A0B">
        <w:rPr>
          <w:sz w:val="22"/>
        </w:rPr>
        <w:t xml:space="preserve">. </w:t>
      </w:r>
      <w:r w:rsidRPr="00F30A0B">
        <w:rPr>
          <w:sz w:val="22"/>
          <w:rtl/>
        </w:rPr>
        <w:t>مذاهب،</w:t>
      </w:r>
      <w:r w:rsidRPr="00F30A0B">
        <w:rPr>
          <w:sz w:val="22"/>
        </w:rPr>
        <w:t xml:space="preserve"> </w:t>
      </w:r>
      <w:r w:rsidRPr="00F30A0B">
        <w:rPr>
          <w:sz w:val="22"/>
          <w:rtl/>
        </w:rPr>
        <w:t>مدارس،</w:t>
      </w:r>
      <w:r w:rsidRPr="00F30A0B">
        <w:rPr>
          <w:sz w:val="22"/>
        </w:rPr>
        <w:t xml:space="preserve"> </w:t>
      </w:r>
      <w:r w:rsidRPr="00F30A0B">
        <w:rPr>
          <w:sz w:val="22"/>
          <w:rtl/>
        </w:rPr>
        <w:t>وقف</w:t>
      </w:r>
      <w:r w:rsidRPr="00F30A0B">
        <w:rPr>
          <w:sz w:val="22"/>
        </w:rPr>
        <w:t xml:space="preserve"> </w:t>
      </w:r>
      <w:r w:rsidRPr="00F30A0B">
        <w:rPr>
          <w:sz w:val="22"/>
          <w:rtl/>
        </w:rPr>
        <w:t>و</w:t>
      </w:r>
      <w:r w:rsidRPr="00F30A0B">
        <w:rPr>
          <w:sz w:val="22"/>
        </w:rPr>
        <w:t xml:space="preserve"> </w:t>
      </w:r>
      <w:r w:rsidRPr="00F30A0B">
        <w:rPr>
          <w:sz w:val="22"/>
          <w:rtl/>
        </w:rPr>
        <w:t>شریعت</w:t>
      </w:r>
      <w:r w:rsidRPr="00F30A0B">
        <w:rPr>
          <w:sz w:val="22"/>
        </w:rPr>
        <w:t xml:space="preserve"> </w:t>
      </w:r>
      <w:r w:rsidRPr="00F30A0B">
        <w:rPr>
          <w:sz w:val="22"/>
          <w:rtl/>
        </w:rPr>
        <w:t>به</w:t>
      </w:r>
      <w:r w:rsidRPr="00F30A0B">
        <w:rPr>
          <w:sz w:val="22"/>
        </w:rPr>
        <w:t xml:space="preserve"> </w:t>
      </w:r>
      <w:r w:rsidRPr="00F30A0B">
        <w:rPr>
          <w:sz w:val="22"/>
          <w:rtl/>
        </w:rPr>
        <w:t>زندگی</w:t>
      </w:r>
      <w:r w:rsidRPr="00F30A0B">
        <w:rPr>
          <w:sz w:val="22"/>
        </w:rPr>
        <w:t xml:space="preserve"> </w:t>
      </w:r>
      <w:r w:rsidRPr="00F30A0B">
        <w:rPr>
          <w:sz w:val="22"/>
          <w:rtl/>
        </w:rPr>
        <w:t>روزمره</w:t>
      </w:r>
      <w:r w:rsidRPr="00F30A0B">
        <w:rPr>
          <w:sz w:val="22"/>
        </w:rPr>
        <w:t xml:space="preserve"> </w:t>
      </w:r>
      <w:r w:rsidRPr="00F30A0B">
        <w:rPr>
          <w:sz w:val="22"/>
          <w:rtl/>
        </w:rPr>
        <w:t>و</w:t>
      </w:r>
      <w:r w:rsidRPr="00F30A0B">
        <w:rPr>
          <w:sz w:val="22"/>
        </w:rPr>
        <w:t xml:space="preserve"> </w:t>
      </w:r>
      <w:r w:rsidRPr="00F30A0B">
        <w:rPr>
          <w:sz w:val="22"/>
          <w:rtl/>
        </w:rPr>
        <w:t>ادارهٔ</w:t>
      </w:r>
      <w:r w:rsidRPr="00F30A0B">
        <w:rPr>
          <w:sz w:val="22"/>
        </w:rPr>
        <w:t xml:space="preserve"> </w:t>
      </w:r>
      <w:r w:rsidRPr="00F30A0B">
        <w:rPr>
          <w:sz w:val="22"/>
          <w:rtl/>
        </w:rPr>
        <w:t>جامعه</w:t>
      </w:r>
      <w:r w:rsidRPr="00F30A0B">
        <w:rPr>
          <w:sz w:val="22"/>
        </w:rPr>
        <w:t xml:space="preserve"> </w:t>
      </w:r>
      <w:r w:rsidRPr="00F30A0B">
        <w:rPr>
          <w:sz w:val="22"/>
          <w:rtl/>
        </w:rPr>
        <w:t>راه</w:t>
      </w:r>
      <w:r w:rsidRPr="00F30A0B">
        <w:rPr>
          <w:sz w:val="22"/>
        </w:rPr>
        <w:t xml:space="preserve"> </w:t>
      </w:r>
      <w:r w:rsidRPr="00F30A0B">
        <w:rPr>
          <w:sz w:val="22"/>
          <w:rtl/>
        </w:rPr>
        <w:t>یافتند</w:t>
      </w:r>
      <w:r w:rsidRPr="00F30A0B">
        <w:rPr>
          <w:sz w:val="22"/>
        </w:rPr>
        <w:t xml:space="preserve">. </w:t>
      </w:r>
      <w:r w:rsidRPr="00F30A0B">
        <w:rPr>
          <w:sz w:val="22"/>
          <w:rtl/>
        </w:rPr>
        <w:t>هم</w:t>
      </w:r>
      <w:r w:rsidRPr="00F30A0B">
        <w:rPr>
          <w:sz w:val="22"/>
        </w:rPr>
        <w:t>‌</w:t>
      </w:r>
      <w:r w:rsidRPr="00F30A0B">
        <w:rPr>
          <w:sz w:val="22"/>
          <w:rtl/>
        </w:rPr>
        <w:t>زمان،</w:t>
      </w:r>
      <w:r w:rsidRPr="00F30A0B">
        <w:rPr>
          <w:sz w:val="22"/>
        </w:rPr>
        <w:t xml:space="preserve"> </w:t>
      </w:r>
      <w:r w:rsidRPr="00F30A0B">
        <w:rPr>
          <w:sz w:val="22"/>
          <w:rtl/>
        </w:rPr>
        <w:t>قشون</w:t>
      </w:r>
      <w:r w:rsidRPr="00F30A0B">
        <w:rPr>
          <w:sz w:val="22"/>
        </w:rPr>
        <w:t>‌</w:t>
      </w:r>
      <w:r w:rsidRPr="00F30A0B">
        <w:rPr>
          <w:sz w:val="22"/>
          <w:rtl/>
        </w:rPr>
        <w:t>های</w:t>
      </w:r>
      <w:r w:rsidRPr="00F30A0B">
        <w:rPr>
          <w:sz w:val="22"/>
        </w:rPr>
        <w:t xml:space="preserve"> </w:t>
      </w:r>
      <w:r w:rsidRPr="00F30A0B">
        <w:rPr>
          <w:sz w:val="22"/>
          <w:rtl/>
        </w:rPr>
        <w:t>غلام،</w:t>
      </w:r>
      <w:r w:rsidRPr="00F30A0B">
        <w:rPr>
          <w:sz w:val="22"/>
        </w:rPr>
        <w:t xml:space="preserve"> </w:t>
      </w:r>
      <w:r w:rsidRPr="00F30A0B">
        <w:rPr>
          <w:sz w:val="22"/>
          <w:rtl/>
        </w:rPr>
        <w:t>نیروهای</w:t>
      </w:r>
      <w:r w:rsidRPr="00F30A0B">
        <w:rPr>
          <w:sz w:val="22"/>
        </w:rPr>
        <w:t xml:space="preserve"> </w:t>
      </w:r>
      <w:r w:rsidRPr="00F30A0B">
        <w:rPr>
          <w:sz w:val="22"/>
          <w:rtl/>
        </w:rPr>
        <w:t>قبیله</w:t>
      </w:r>
      <w:r w:rsidRPr="00F30A0B">
        <w:rPr>
          <w:sz w:val="22"/>
        </w:rPr>
        <w:t>‌</w:t>
      </w:r>
      <w:r w:rsidRPr="00F30A0B">
        <w:rPr>
          <w:sz w:val="22"/>
          <w:rtl/>
        </w:rPr>
        <w:t>ای</w:t>
      </w:r>
      <w:r w:rsidRPr="00F30A0B">
        <w:rPr>
          <w:sz w:val="22"/>
        </w:rPr>
        <w:t xml:space="preserve"> </w:t>
      </w:r>
      <w:r w:rsidRPr="00F30A0B">
        <w:rPr>
          <w:sz w:val="22"/>
          <w:rtl/>
        </w:rPr>
        <w:t>و</w:t>
      </w:r>
      <w:r w:rsidRPr="00F30A0B">
        <w:rPr>
          <w:sz w:val="22"/>
        </w:rPr>
        <w:t xml:space="preserve"> </w:t>
      </w:r>
      <w:r w:rsidRPr="00F30A0B">
        <w:rPr>
          <w:sz w:val="22"/>
          <w:rtl/>
        </w:rPr>
        <w:t>سلسله</w:t>
      </w:r>
      <w:r w:rsidRPr="00F30A0B">
        <w:rPr>
          <w:sz w:val="22"/>
        </w:rPr>
        <w:t>‌</w:t>
      </w:r>
      <w:r w:rsidRPr="00F30A0B">
        <w:rPr>
          <w:sz w:val="22"/>
          <w:rtl/>
        </w:rPr>
        <w:t>های</w:t>
      </w:r>
      <w:r w:rsidRPr="00F30A0B">
        <w:rPr>
          <w:sz w:val="22"/>
        </w:rPr>
        <w:t xml:space="preserve"> </w:t>
      </w:r>
      <w:r w:rsidRPr="00F30A0B">
        <w:rPr>
          <w:sz w:val="22"/>
          <w:rtl/>
        </w:rPr>
        <w:t>ترک</w:t>
      </w:r>
      <w:r w:rsidRPr="00F30A0B">
        <w:rPr>
          <w:sz w:val="22"/>
        </w:rPr>
        <w:t>‌</w:t>
      </w:r>
      <w:r w:rsidRPr="00F30A0B">
        <w:rPr>
          <w:sz w:val="22"/>
          <w:rtl/>
        </w:rPr>
        <w:t>تبار</w:t>
      </w:r>
      <w:r w:rsidRPr="00F30A0B">
        <w:rPr>
          <w:sz w:val="22"/>
        </w:rPr>
        <w:t xml:space="preserve"> </w:t>
      </w:r>
      <w:r w:rsidRPr="00F30A0B">
        <w:rPr>
          <w:sz w:val="22"/>
          <w:rtl/>
        </w:rPr>
        <w:t>آرایش</w:t>
      </w:r>
      <w:r w:rsidRPr="00F30A0B">
        <w:rPr>
          <w:sz w:val="22"/>
        </w:rPr>
        <w:t xml:space="preserve"> </w:t>
      </w:r>
      <w:r w:rsidRPr="00F30A0B">
        <w:rPr>
          <w:sz w:val="22"/>
          <w:rtl/>
        </w:rPr>
        <w:t>قدرت</w:t>
      </w:r>
      <w:r w:rsidRPr="00F30A0B">
        <w:rPr>
          <w:sz w:val="22"/>
        </w:rPr>
        <w:t xml:space="preserve"> </w:t>
      </w:r>
      <w:r w:rsidRPr="00F30A0B">
        <w:rPr>
          <w:sz w:val="22"/>
          <w:rtl/>
        </w:rPr>
        <w:t>را</w:t>
      </w:r>
      <w:r w:rsidRPr="00F30A0B">
        <w:rPr>
          <w:sz w:val="22"/>
        </w:rPr>
        <w:t xml:space="preserve"> </w:t>
      </w:r>
      <w:r w:rsidRPr="00F30A0B">
        <w:rPr>
          <w:sz w:val="22"/>
          <w:rtl/>
        </w:rPr>
        <w:t>تغییر</w:t>
      </w:r>
      <w:r w:rsidRPr="00F30A0B">
        <w:rPr>
          <w:sz w:val="22"/>
        </w:rPr>
        <w:t xml:space="preserve"> </w:t>
      </w:r>
      <w:r w:rsidRPr="00F30A0B">
        <w:rPr>
          <w:sz w:val="22"/>
          <w:rtl/>
        </w:rPr>
        <w:t>دادند</w:t>
      </w:r>
      <w:r w:rsidRPr="00F30A0B">
        <w:rPr>
          <w:sz w:val="22"/>
        </w:rPr>
        <w:t xml:space="preserve"> </w:t>
      </w:r>
      <w:r w:rsidRPr="00F30A0B">
        <w:rPr>
          <w:sz w:val="22"/>
          <w:rtl/>
        </w:rPr>
        <w:t>و</w:t>
      </w:r>
      <w:r w:rsidRPr="00F30A0B">
        <w:rPr>
          <w:sz w:val="22"/>
        </w:rPr>
        <w:t xml:space="preserve"> </w:t>
      </w:r>
      <w:r w:rsidRPr="00F30A0B">
        <w:rPr>
          <w:sz w:val="22"/>
          <w:rtl/>
        </w:rPr>
        <w:t>دیوان</w:t>
      </w:r>
      <w:r w:rsidRPr="00F30A0B">
        <w:rPr>
          <w:sz w:val="22"/>
        </w:rPr>
        <w:t xml:space="preserve"> </w:t>
      </w:r>
      <w:r w:rsidRPr="00F30A0B">
        <w:rPr>
          <w:sz w:val="22"/>
          <w:rtl/>
        </w:rPr>
        <w:t>بارها</w:t>
      </w:r>
      <w:r w:rsidRPr="00F30A0B">
        <w:rPr>
          <w:sz w:val="22"/>
        </w:rPr>
        <w:t xml:space="preserve"> </w:t>
      </w:r>
      <w:r w:rsidRPr="00F30A0B">
        <w:rPr>
          <w:sz w:val="22"/>
          <w:rtl/>
        </w:rPr>
        <w:t>کوشید</w:t>
      </w:r>
      <w:r w:rsidRPr="00F30A0B">
        <w:rPr>
          <w:sz w:val="22"/>
        </w:rPr>
        <w:t xml:space="preserve"> </w:t>
      </w:r>
      <w:r w:rsidRPr="00F30A0B">
        <w:rPr>
          <w:sz w:val="22"/>
          <w:rtl/>
        </w:rPr>
        <w:t>میان</w:t>
      </w:r>
      <w:r w:rsidRPr="00F30A0B">
        <w:rPr>
          <w:sz w:val="22"/>
        </w:rPr>
        <w:t xml:space="preserve"> </w:t>
      </w:r>
      <w:r w:rsidRPr="00F30A0B">
        <w:rPr>
          <w:sz w:val="22"/>
          <w:rtl/>
        </w:rPr>
        <w:t>فرمانروای</w:t>
      </w:r>
      <w:r w:rsidRPr="00F30A0B">
        <w:rPr>
          <w:sz w:val="22"/>
        </w:rPr>
        <w:t xml:space="preserve"> </w:t>
      </w:r>
      <w:r w:rsidRPr="00F30A0B">
        <w:rPr>
          <w:sz w:val="22"/>
          <w:rtl/>
        </w:rPr>
        <w:t>نظامی</w:t>
      </w:r>
      <w:r w:rsidRPr="00F30A0B">
        <w:rPr>
          <w:sz w:val="22"/>
        </w:rPr>
        <w:t xml:space="preserve"> </w:t>
      </w:r>
      <w:r w:rsidRPr="00F30A0B">
        <w:rPr>
          <w:sz w:val="22"/>
          <w:rtl/>
        </w:rPr>
        <w:t>و</w:t>
      </w:r>
      <w:r w:rsidRPr="00F30A0B">
        <w:rPr>
          <w:sz w:val="22"/>
        </w:rPr>
        <w:t xml:space="preserve"> </w:t>
      </w:r>
      <w:r w:rsidRPr="00F30A0B">
        <w:rPr>
          <w:sz w:val="22"/>
          <w:rtl/>
        </w:rPr>
        <w:t>ضرورت</w:t>
      </w:r>
      <w:r w:rsidRPr="00F30A0B">
        <w:rPr>
          <w:sz w:val="22"/>
        </w:rPr>
        <w:t>‌</w:t>
      </w:r>
      <w:r w:rsidRPr="00F30A0B">
        <w:rPr>
          <w:sz w:val="22"/>
          <w:rtl/>
        </w:rPr>
        <w:t>های</w:t>
      </w:r>
      <w:r w:rsidRPr="00F30A0B">
        <w:rPr>
          <w:sz w:val="22"/>
        </w:rPr>
        <w:t xml:space="preserve"> </w:t>
      </w:r>
      <w:r w:rsidRPr="00F30A0B">
        <w:rPr>
          <w:sz w:val="22"/>
          <w:rtl/>
        </w:rPr>
        <w:t>ادارهٔ</w:t>
      </w:r>
      <w:r w:rsidRPr="00F30A0B">
        <w:rPr>
          <w:sz w:val="22"/>
        </w:rPr>
        <w:t xml:space="preserve"> </w:t>
      </w:r>
      <w:r w:rsidRPr="00F30A0B">
        <w:rPr>
          <w:sz w:val="22"/>
          <w:rtl/>
        </w:rPr>
        <w:t>کشور</w:t>
      </w:r>
      <w:r w:rsidRPr="00F30A0B">
        <w:rPr>
          <w:sz w:val="22"/>
        </w:rPr>
        <w:t xml:space="preserve"> </w:t>
      </w:r>
      <w:r w:rsidRPr="00F30A0B">
        <w:rPr>
          <w:sz w:val="22"/>
          <w:rtl/>
        </w:rPr>
        <w:t>تعادل</w:t>
      </w:r>
      <w:r w:rsidRPr="00F30A0B">
        <w:rPr>
          <w:sz w:val="22"/>
        </w:rPr>
        <w:t xml:space="preserve"> </w:t>
      </w:r>
      <w:r w:rsidRPr="00F30A0B">
        <w:rPr>
          <w:sz w:val="22"/>
          <w:rtl/>
        </w:rPr>
        <w:t>برقرار</w:t>
      </w:r>
      <w:r w:rsidRPr="00F30A0B">
        <w:rPr>
          <w:sz w:val="22"/>
        </w:rPr>
        <w:t xml:space="preserve"> </w:t>
      </w:r>
      <w:r w:rsidRPr="00F30A0B">
        <w:rPr>
          <w:sz w:val="22"/>
          <w:rtl/>
        </w:rPr>
        <w:t>کند</w:t>
      </w:r>
      <w:r w:rsidRPr="00F30A0B">
        <w:rPr>
          <w:sz w:val="22"/>
        </w:rPr>
        <w:t>.</w:t>
      </w:r>
    </w:p>
    <w:p w:rsidR="00987F03" w:rsidRPr="00F30A0B" w:rsidRDefault="00987F03" w:rsidP="00987F03">
      <w:pPr>
        <w:bidi/>
        <w:ind w:firstLine="720"/>
        <w:rPr>
          <w:sz w:val="22"/>
        </w:rPr>
      </w:pPr>
      <w:r w:rsidRPr="00F30A0B">
        <w:rPr>
          <w:sz w:val="22"/>
          <w:rtl/>
        </w:rPr>
        <w:t>پرسش</w:t>
      </w:r>
      <w:r w:rsidRPr="00F30A0B">
        <w:rPr>
          <w:sz w:val="22"/>
        </w:rPr>
        <w:t xml:space="preserve"> </w:t>
      </w:r>
      <w:r w:rsidRPr="00F30A0B">
        <w:rPr>
          <w:sz w:val="22"/>
          <w:rtl/>
        </w:rPr>
        <w:t>مرکزی</w:t>
      </w:r>
      <w:r w:rsidRPr="00F30A0B">
        <w:rPr>
          <w:sz w:val="22"/>
        </w:rPr>
        <w:t xml:space="preserve"> </w:t>
      </w:r>
      <w:r w:rsidRPr="00F30A0B">
        <w:rPr>
          <w:sz w:val="22"/>
          <w:rtl/>
        </w:rPr>
        <w:t>کتاب</w:t>
      </w:r>
      <w:r w:rsidRPr="00F30A0B">
        <w:rPr>
          <w:sz w:val="22"/>
        </w:rPr>
        <w:t xml:space="preserve"> </w:t>
      </w:r>
      <w:r w:rsidRPr="00F30A0B">
        <w:rPr>
          <w:sz w:val="22"/>
          <w:rtl/>
        </w:rPr>
        <w:t>آن</w:t>
      </w:r>
      <w:r w:rsidRPr="00F30A0B">
        <w:rPr>
          <w:sz w:val="22"/>
        </w:rPr>
        <w:t xml:space="preserve"> </w:t>
      </w:r>
      <w:r w:rsidRPr="00F30A0B">
        <w:rPr>
          <w:sz w:val="22"/>
          <w:rtl/>
        </w:rPr>
        <w:t>است</w:t>
      </w:r>
      <w:r w:rsidRPr="00F30A0B">
        <w:rPr>
          <w:sz w:val="22"/>
        </w:rPr>
        <w:t xml:space="preserve"> </w:t>
      </w:r>
      <w:r w:rsidRPr="00F30A0B">
        <w:rPr>
          <w:sz w:val="22"/>
          <w:rtl/>
        </w:rPr>
        <w:t>که</w:t>
      </w:r>
      <w:r w:rsidRPr="00F30A0B">
        <w:rPr>
          <w:sz w:val="22"/>
        </w:rPr>
        <w:t xml:space="preserve"> </w:t>
      </w:r>
      <w:r w:rsidRPr="00F30A0B">
        <w:rPr>
          <w:sz w:val="22"/>
          <w:rtl/>
        </w:rPr>
        <w:t>ایران</w:t>
      </w:r>
      <w:r w:rsidRPr="00F30A0B">
        <w:rPr>
          <w:sz w:val="22"/>
        </w:rPr>
        <w:t xml:space="preserve"> </w:t>
      </w:r>
      <w:r w:rsidRPr="00F30A0B">
        <w:rPr>
          <w:sz w:val="22"/>
          <w:rtl/>
        </w:rPr>
        <w:t>پس</w:t>
      </w:r>
      <w:r w:rsidRPr="00F30A0B">
        <w:rPr>
          <w:sz w:val="22"/>
        </w:rPr>
        <w:t xml:space="preserve"> </w:t>
      </w:r>
      <w:r w:rsidRPr="00F30A0B">
        <w:rPr>
          <w:sz w:val="22"/>
          <w:rtl/>
        </w:rPr>
        <w:t>از</w:t>
      </w:r>
      <w:r w:rsidRPr="00F30A0B">
        <w:rPr>
          <w:sz w:val="22"/>
        </w:rPr>
        <w:t xml:space="preserve"> </w:t>
      </w:r>
      <w:r w:rsidRPr="00F30A0B">
        <w:rPr>
          <w:sz w:val="22"/>
          <w:rtl/>
        </w:rPr>
        <w:t>شکست</w:t>
      </w:r>
      <w:r w:rsidRPr="00F30A0B">
        <w:rPr>
          <w:sz w:val="22"/>
        </w:rPr>
        <w:t xml:space="preserve"> </w:t>
      </w:r>
      <w:r w:rsidRPr="00F30A0B">
        <w:rPr>
          <w:sz w:val="22"/>
          <w:rtl/>
        </w:rPr>
        <w:t>سیاسی</w:t>
      </w:r>
      <w:r w:rsidRPr="00F30A0B">
        <w:rPr>
          <w:sz w:val="22"/>
        </w:rPr>
        <w:t xml:space="preserve"> </w:t>
      </w:r>
      <w:r w:rsidRPr="00F30A0B">
        <w:rPr>
          <w:sz w:val="22"/>
          <w:rtl/>
        </w:rPr>
        <w:t>چگونه</w:t>
      </w:r>
      <w:r w:rsidRPr="00F30A0B">
        <w:rPr>
          <w:sz w:val="22"/>
        </w:rPr>
        <w:t xml:space="preserve"> </w:t>
      </w:r>
      <w:r w:rsidRPr="00F30A0B">
        <w:rPr>
          <w:sz w:val="22"/>
          <w:rtl/>
        </w:rPr>
        <w:t>در</w:t>
      </w:r>
      <w:r w:rsidRPr="00F30A0B">
        <w:rPr>
          <w:sz w:val="22"/>
        </w:rPr>
        <w:t xml:space="preserve"> </w:t>
      </w:r>
      <w:r w:rsidRPr="00F30A0B">
        <w:rPr>
          <w:sz w:val="22"/>
          <w:rtl/>
        </w:rPr>
        <w:t>نظم</w:t>
      </w:r>
      <w:r w:rsidRPr="00F30A0B">
        <w:rPr>
          <w:sz w:val="22"/>
        </w:rPr>
        <w:t xml:space="preserve"> </w:t>
      </w:r>
      <w:r w:rsidRPr="00F30A0B">
        <w:rPr>
          <w:sz w:val="22"/>
          <w:rtl/>
        </w:rPr>
        <w:t>اسلامی</w:t>
      </w:r>
      <w:r w:rsidRPr="00F30A0B">
        <w:rPr>
          <w:sz w:val="22"/>
        </w:rPr>
        <w:t xml:space="preserve"> </w:t>
      </w:r>
      <w:r w:rsidRPr="00F30A0B">
        <w:rPr>
          <w:sz w:val="22"/>
          <w:rtl/>
        </w:rPr>
        <w:t>حل</w:t>
      </w:r>
      <w:r w:rsidRPr="00F30A0B">
        <w:rPr>
          <w:sz w:val="22"/>
        </w:rPr>
        <w:t xml:space="preserve"> </w:t>
      </w:r>
      <w:r w:rsidRPr="00F30A0B">
        <w:rPr>
          <w:sz w:val="22"/>
          <w:rtl/>
        </w:rPr>
        <w:t>نشد،</w:t>
      </w:r>
      <w:r w:rsidRPr="00F30A0B">
        <w:rPr>
          <w:sz w:val="22"/>
        </w:rPr>
        <w:t xml:space="preserve"> </w:t>
      </w:r>
      <w:r w:rsidRPr="00F30A0B">
        <w:rPr>
          <w:sz w:val="22"/>
          <w:rtl/>
        </w:rPr>
        <w:t>بلکه</w:t>
      </w:r>
      <w:r w:rsidRPr="00F30A0B">
        <w:rPr>
          <w:sz w:val="22"/>
        </w:rPr>
        <w:t xml:space="preserve"> </w:t>
      </w:r>
      <w:r w:rsidRPr="00F30A0B">
        <w:rPr>
          <w:sz w:val="22"/>
          <w:rtl/>
        </w:rPr>
        <w:t>با</w:t>
      </w:r>
      <w:r w:rsidRPr="00F30A0B">
        <w:rPr>
          <w:sz w:val="22"/>
        </w:rPr>
        <w:t xml:space="preserve"> </w:t>
      </w:r>
      <w:r w:rsidRPr="00F30A0B">
        <w:rPr>
          <w:sz w:val="22"/>
          <w:rtl/>
        </w:rPr>
        <w:t>جذب،</w:t>
      </w:r>
      <w:r w:rsidRPr="00F30A0B">
        <w:rPr>
          <w:sz w:val="22"/>
        </w:rPr>
        <w:t xml:space="preserve"> </w:t>
      </w:r>
      <w:r w:rsidRPr="00F30A0B">
        <w:rPr>
          <w:sz w:val="22"/>
          <w:rtl/>
        </w:rPr>
        <w:t>تغییر</w:t>
      </w:r>
      <w:r w:rsidRPr="00F30A0B">
        <w:rPr>
          <w:sz w:val="22"/>
        </w:rPr>
        <w:t xml:space="preserve"> </w:t>
      </w:r>
      <w:r w:rsidRPr="00F30A0B">
        <w:rPr>
          <w:sz w:val="22"/>
          <w:rtl/>
        </w:rPr>
        <w:t>و</w:t>
      </w:r>
      <w:r w:rsidRPr="00F30A0B">
        <w:rPr>
          <w:sz w:val="22"/>
        </w:rPr>
        <w:t xml:space="preserve"> </w:t>
      </w:r>
      <w:r w:rsidRPr="00F30A0B">
        <w:rPr>
          <w:sz w:val="22"/>
          <w:rtl/>
        </w:rPr>
        <w:t>بازآرایی</w:t>
      </w:r>
      <w:r w:rsidRPr="00F30A0B">
        <w:rPr>
          <w:sz w:val="22"/>
        </w:rPr>
        <w:t xml:space="preserve"> </w:t>
      </w:r>
      <w:r w:rsidRPr="00F30A0B">
        <w:rPr>
          <w:sz w:val="22"/>
          <w:rtl/>
        </w:rPr>
        <w:t>عناصر</w:t>
      </w:r>
      <w:r w:rsidRPr="00F30A0B">
        <w:rPr>
          <w:sz w:val="22"/>
        </w:rPr>
        <w:t xml:space="preserve"> </w:t>
      </w:r>
      <w:r w:rsidRPr="00F30A0B">
        <w:rPr>
          <w:sz w:val="22"/>
          <w:rtl/>
        </w:rPr>
        <w:t>آن</w:t>
      </w:r>
      <w:r w:rsidRPr="00F30A0B">
        <w:rPr>
          <w:sz w:val="22"/>
        </w:rPr>
        <w:t xml:space="preserve"> </w:t>
      </w:r>
      <w:r w:rsidRPr="00F30A0B">
        <w:rPr>
          <w:sz w:val="22"/>
          <w:rtl/>
        </w:rPr>
        <w:t>صورت</w:t>
      </w:r>
      <w:r w:rsidRPr="00F30A0B">
        <w:rPr>
          <w:sz w:val="22"/>
        </w:rPr>
        <w:t xml:space="preserve"> </w:t>
      </w:r>
      <w:r w:rsidRPr="00F30A0B">
        <w:rPr>
          <w:sz w:val="22"/>
          <w:rtl/>
        </w:rPr>
        <w:t>تازه</w:t>
      </w:r>
      <w:r w:rsidRPr="00F30A0B">
        <w:rPr>
          <w:sz w:val="22"/>
        </w:rPr>
        <w:t>‌</w:t>
      </w:r>
      <w:r w:rsidRPr="00F30A0B">
        <w:rPr>
          <w:sz w:val="22"/>
          <w:rtl/>
        </w:rPr>
        <w:t>ای</w:t>
      </w:r>
      <w:r w:rsidRPr="00F30A0B">
        <w:rPr>
          <w:sz w:val="22"/>
        </w:rPr>
        <w:t xml:space="preserve"> </w:t>
      </w:r>
      <w:r w:rsidRPr="00F30A0B">
        <w:rPr>
          <w:sz w:val="22"/>
          <w:rtl/>
        </w:rPr>
        <w:t>از</w:t>
      </w:r>
      <w:r w:rsidRPr="00F30A0B">
        <w:rPr>
          <w:sz w:val="22"/>
        </w:rPr>
        <w:t xml:space="preserve"> </w:t>
      </w:r>
      <w:r w:rsidRPr="00F30A0B">
        <w:rPr>
          <w:sz w:val="22"/>
          <w:rtl/>
        </w:rPr>
        <w:t>خود</w:t>
      </w:r>
      <w:r w:rsidRPr="00F30A0B">
        <w:rPr>
          <w:sz w:val="22"/>
        </w:rPr>
        <w:t xml:space="preserve"> </w:t>
      </w:r>
      <w:r w:rsidRPr="00F30A0B">
        <w:rPr>
          <w:sz w:val="22"/>
          <w:rtl/>
        </w:rPr>
        <w:t>ساخت</w:t>
      </w:r>
      <w:r w:rsidRPr="00F30A0B">
        <w:rPr>
          <w:sz w:val="22"/>
        </w:rPr>
        <w:t xml:space="preserve">. </w:t>
      </w:r>
      <w:r w:rsidRPr="00F30A0B">
        <w:rPr>
          <w:sz w:val="22"/>
          <w:rtl/>
        </w:rPr>
        <w:t>این</w:t>
      </w:r>
      <w:r w:rsidRPr="00F30A0B">
        <w:rPr>
          <w:sz w:val="22"/>
        </w:rPr>
        <w:t xml:space="preserve"> </w:t>
      </w:r>
      <w:r w:rsidRPr="00F30A0B">
        <w:rPr>
          <w:sz w:val="22"/>
          <w:rtl/>
        </w:rPr>
        <w:t>روایت</w:t>
      </w:r>
      <w:r w:rsidRPr="00F30A0B">
        <w:rPr>
          <w:sz w:val="22"/>
        </w:rPr>
        <w:t xml:space="preserve"> </w:t>
      </w:r>
      <w:r w:rsidRPr="00F30A0B">
        <w:rPr>
          <w:sz w:val="22"/>
          <w:rtl/>
        </w:rPr>
        <w:t>نه</w:t>
      </w:r>
      <w:r w:rsidRPr="00F30A0B">
        <w:rPr>
          <w:sz w:val="22"/>
        </w:rPr>
        <w:t xml:space="preserve"> </w:t>
      </w:r>
      <w:r w:rsidRPr="00F30A0B">
        <w:rPr>
          <w:sz w:val="22"/>
          <w:rtl/>
        </w:rPr>
        <w:t>فتح</w:t>
      </w:r>
      <w:r w:rsidRPr="00F30A0B">
        <w:rPr>
          <w:sz w:val="22"/>
        </w:rPr>
        <w:t xml:space="preserve"> </w:t>
      </w:r>
      <w:r w:rsidRPr="00F30A0B">
        <w:rPr>
          <w:sz w:val="22"/>
          <w:rtl/>
        </w:rPr>
        <w:t>را</w:t>
      </w:r>
      <w:r w:rsidRPr="00F30A0B">
        <w:rPr>
          <w:sz w:val="22"/>
        </w:rPr>
        <w:t xml:space="preserve"> </w:t>
      </w:r>
      <w:r w:rsidRPr="00F30A0B">
        <w:rPr>
          <w:sz w:val="22"/>
          <w:rtl/>
        </w:rPr>
        <w:t>رهایی</w:t>
      </w:r>
      <w:r w:rsidRPr="00F30A0B">
        <w:rPr>
          <w:sz w:val="22"/>
        </w:rPr>
        <w:t xml:space="preserve"> </w:t>
      </w:r>
      <w:r w:rsidRPr="00F30A0B">
        <w:rPr>
          <w:sz w:val="22"/>
          <w:rtl/>
        </w:rPr>
        <w:t>بی</w:t>
      </w:r>
      <w:r w:rsidRPr="00F30A0B">
        <w:rPr>
          <w:sz w:val="22"/>
        </w:rPr>
        <w:t>‌</w:t>
      </w:r>
      <w:r w:rsidRPr="00F30A0B">
        <w:rPr>
          <w:sz w:val="22"/>
          <w:rtl/>
        </w:rPr>
        <w:t>هزینه</w:t>
      </w:r>
      <w:r w:rsidRPr="00F30A0B">
        <w:rPr>
          <w:sz w:val="22"/>
        </w:rPr>
        <w:t xml:space="preserve"> </w:t>
      </w:r>
      <w:r w:rsidRPr="00F30A0B">
        <w:rPr>
          <w:sz w:val="22"/>
          <w:rtl/>
        </w:rPr>
        <w:t>می</w:t>
      </w:r>
      <w:r w:rsidRPr="00F30A0B">
        <w:rPr>
          <w:sz w:val="22"/>
        </w:rPr>
        <w:t>‌</w:t>
      </w:r>
      <w:r w:rsidRPr="00F30A0B">
        <w:rPr>
          <w:sz w:val="22"/>
          <w:rtl/>
        </w:rPr>
        <w:t>داند</w:t>
      </w:r>
      <w:r w:rsidRPr="00F30A0B">
        <w:rPr>
          <w:sz w:val="22"/>
        </w:rPr>
        <w:t xml:space="preserve"> </w:t>
      </w:r>
      <w:r w:rsidRPr="00F30A0B">
        <w:rPr>
          <w:sz w:val="22"/>
          <w:rtl/>
        </w:rPr>
        <w:t>و</w:t>
      </w:r>
      <w:r w:rsidRPr="00F30A0B">
        <w:rPr>
          <w:sz w:val="22"/>
        </w:rPr>
        <w:t xml:space="preserve"> </w:t>
      </w:r>
      <w:r w:rsidRPr="00F30A0B">
        <w:rPr>
          <w:sz w:val="22"/>
          <w:rtl/>
        </w:rPr>
        <w:t>نه</w:t>
      </w:r>
      <w:r w:rsidRPr="00F30A0B">
        <w:rPr>
          <w:sz w:val="22"/>
        </w:rPr>
        <w:t xml:space="preserve"> </w:t>
      </w:r>
      <w:r w:rsidRPr="00F30A0B">
        <w:rPr>
          <w:sz w:val="22"/>
          <w:rtl/>
        </w:rPr>
        <w:t>همهٔ</w:t>
      </w:r>
      <w:r w:rsidRPr="00F30A0B">
        <w:rPr>
          <w:sz w:val="22"/>
        </w:rPr>
        <w:t xml:space="preserve"> </w:t>
      </w:r>
      <w:r w:rsidRPr="00F30A0B">
        <w:rPr>
          <w:sz w:val="22"/>
          <w:rtl/>
        </w:rPr>
        <w:t>چند</w:t>
      </w:r>
      <w:r w:rsidRPr="00F30A0B">
        <w:rPr>
          <w:sz w:val="22"/>
        </w:rPr>
        <w:t xml:space="preserve"> </w:t>
      </w:r>
      <w:r w:rsidRPr="00F30A0B">
        <w:rPr>
          <w:sz w:val="22"/>
          <w:rtl/>
        </w:rPr>
        <w:t>سده</w:t>
      </w:r>
      <w:r w:rsidRPr="00F30A0B">
        <w:rPr>
          <w:sz w:val="22"/>
        </w:rPr>
        <w:t xml:space="preserve"> </w:t>
      </w:r>
      <w:r w:rsidRPr="00F30A0B">
        <w:rPr>
          <w:sz w:val="22"/>
          <w:rtl/>
        </w:rPr>
        <w:t>را</w:t>
      </w:r>
      <w:r w:rsidRPr="00F30A0B">
        <w:rPr>
          <w:sz w:val="22"/>
        </w:rPr>
        <w:t xml:space="preserve"> </w:t>
      </w:r>
      <w:r w:rsidRPr="00F30A0B">
        <w:rPr>
          <w:sz w:val="22"/>
          <w:rtl/>
        </w:rPr>
        <w:t>به</w:t>
      </w:r>
      <w:r w:rsidRPr="00F30A0B">
        <w:rPr>
          <w:sz w:val="22"/>
        </w:rPr>
        <w:t xml:space="preserve"> </w:t>
      </w:r>
      <w:r w:rsidRPr="00F30A0B">
        <w:rPr>
          <w:sz w:val="22"/>
          <w:rtl/>
        </w:rPr>
        <w:t>اشغال</w:t>
      </w:r>
      <w:r w:rsidRPr="00F30A0B">
        <w:rPr>
          <w:sz w:val="22"/>
        </w:rPr>
        <w:t xml:space="preserve"> </w:t>
      </w:r>
      <w:r w:rsidRPr="00F30A0B">
        <w:rPr>
          <w:sz w:val="22"/>
          <w:rtl/>
        </w:rPr>
        <w:t>فرو</w:t>
      </w:r>
      <w:r w:rsidRPr="00F30A0B">
        <w:rPr>
          <w:sz w:val="22"/>
        </w:rPr>
        <w:t xml:space="preserve"> </w:t>
      </w:r>
      <w:r w:rsidRPr="00F30A0B">
        <w:rPr>
          <w:sz w:val="22"/>
          <w:rtl/>
        </w:rPr>
        <w:t>می</w:t>
      </w:r>
      <w:r w:rsidRPr="00F30A0B">
        <w:rPr>
          <w:sz w:val="22"/>
        </w:rPr>
        <w:t>‌</w:t>
      </w:r>
      <w:r w:rsidRPr="00F30A0B">
        <w:rPr>
          <w:sz w:val="22"/>
          <w:rtl/>
        </w:rPr>
        <w:t>کاهد</w:t>
      </w:r>
      <w:r w:rsidRPr="00F30A0B">
        <w:rPr>
          <w:sz w:val="22"/>
        </w:rPr>
        <w:t xml:space="preserve">. </w:t>
      </w:r>
      <w:r w:rsidRPr="00F30A0B">
        <w:rPr>
          <w:sz w:val="22"/>
          <w:rtl/>
        </w:rPr>
        <w:t>مسئله</w:t>
      </w:r>
      <w:r w:rsidRPr="00F30A0B">
        <w:rPr>
          <w:sz w:val="22"/>
        </w:rPr>
        <w:t xml:space="preserve"> </w:t>
      </w:r>
      <w:r w:rsidRPr="00F30A0B">
        <w:rPr>
          <w:sz w:val="22"/>
          <w:rtl/>
        </w:rPr>
        <w:t>این</w:t>
      </w:r>
      <w:r w:rsidRPr="00F30A0B">
        <w:rPr>
          <w:sz w:val="22"/>
        </w:rPr>
        <w:t xml:space="preserve"> </w:t>
      </w:r>
      <w:r w:rsidRPr="00F30A0B">
        <w:rPr>
          <w:sz w:val="22"/>
          <w:rtl/>
        </w:rPr>
        <w:t>است</w:t>
      </w:r>
      <w:r w:rsidRPr="00F30A0B">
        <w:rPr>
          <w:sz w:val="22"/>
        </w:rPr>
        <w:t xml:space="preserve"> </w:t>
      </w:r>
      <w:r w:rsidRPr="00F30A0B">
        <w:rPr>
          <w:sz w:val="22"/>
          <w:rtl/>
        </w:rPr>
        <w:t>که</w:t>
      </w:r>
      <w:r w:rsidRPr="00F30A0B">
        <w:rPr>
          <w:sz w:val="22"/>
        </w:rPr>
        <w:t xml:space="preserve"> </w:t>
      </w:r>
      <w:r w:rsidRPr="00F30A0B">
        <w:rPr>
          <w:sz w:val="22"/>
          <w:rtl/>
        </w:rPr>
        <w:t>فاتح</w:t>
      </w:r>
      <w:r w:rsidRPr="00F30A0B">
        <w:rPr>
          <w:sz w:val="22"/>
        </w:rPr>
        <w:t xml:space="preserve"> </w:t>
      </w:r>
      <w:r w:rsidRPr="00F30A0B">
        <w:rPr>
          <w:sz w:val="22"/>
          <w:rtl/>
        </w:rPr>
        <w:t>و</w:t>
      </w:r>
      <w:r w:rsidRPr="00F30A0B">
        <w:rPr>
          <w:sz w:val="22"/>
        </w:rPr>
        <w:t xml:space="preserve"> </w:t>
      </w:r>
      <w:r w:rsidRPr="00F30A0B">
        <w:rPr>
          <w:sz w:val="22"/>
          <w:rtl/>
        </w:rPr>
        <w:t>مغلوب</w:t>
      </w:r>
      <w:r w:rsidRPr="00F30A0B">
        <w:rPr>
          <w:sz w:val="22"/>
        </w:rPr>
        <w:t xml:space="preserve"> </w:t>
      </w:r>
      <w:r w:rsidRPr="00F30A0B">
        <w:rPr>
          <w:sz w:val="22"/>
          <w:rtl/>
        </w:rPr>
        <w:t>چگونه</w:t>
      </w:r>
      <w:r w:rsidRPr="00F30A0B">
        <w:rPr>
          <w:sz w:val="22"/>
        </w:rPr>
        <w:t xml:space="preserve"> </w:t>
      </w:r>
      <w:r w:rsidRPr="00F30A0B">
        <w:rPr>
          <w:sz w:val="22"/>
          <w:rtl/>
        </w:rPr>
        <w:t>در</w:t>
      </w:r>
      <w:r w:rsidRPr="00F30A0B">
        <w:rPr>
          <w:sz w:val="22"/>
        </w:rPr>
        <w:t xml:space="preserve"> </w:t>
      </w:r>
      <w:r w:rsidRPr="00F30A0B">
        <w:rPr>
          <w:sz w:val="22"/>
          <w:rtl/>
        </w:rPr>
        <w:t>کشاکشی</w:t>
      </w:r>
      <w:r w:rsidRPr="00F30A0B">
        <w:rPr>
          <w:sz w:val="22"/>
        </w:rPr>
        <w:t xml:space="preserve"> </w:t>
      </w:r>
      <w:r w:rsidRPr="00F30A0B">
        <w:rPr>
          <w:sz w:val="22"/>
          <w:rtl/>
        </w:rPr>
        <w:t>طولانی،</w:t>
      </w:r>
      <w:r w:rsidRPr="00F30A0B">
        <w:rPr>
          <w:sz w:val="22"/>
        </w:rPr>
        <w:t xml:space="preserve"> </w:t>
      </w:r>
      <w:r w:rsidRPr="00F30A0B">
        <w:rPr>
          <w:sz w:val="22"/>
          <w:rtl/>
        </w:rPr>
        <w:t>دستگاهی</w:t>
      </w:r>
      <w:r w:rsidRPr="00F30A0B">
        <w:rPr>
          <w:sz w:val="22"/>
        </w:rPr>
        <w:t xml:space="preserve"> </w:t>
      </w:r>
      <w:r w:rsidRPr="00F30A0B">
        <w:rPr>
          <w:sz w:val="22"/>
          <w:rtl/>
        </w:rPr>
        <w:t>پدید</w:t>
      </w:r>
      <w:r w:rsidRPr="00F30A0B">
        <w:rPr>
          <w:sz w:val="22"/>
        </w:rPr>
        <w:t xml:space="preserve"> </w:t>
      </w:r>
      <w:r w:rsidRPr="00F30A0B">
        <w:rPr>
          <w:sz w:val="22"/>
          <w:rtl/>
        </w:rPr>
        <w:t>آوردند</w:t>
      </w:r>
      <w:r w:rsidRPr="00F30A0B">
        <w:rPr>
          <w:sz w:val="22"/>
        </w:rPr>
        <w:t xml:space="preserve"> </w:t>
      </w:r>
      <w:r w:rsidRPr="00F30A0B">
        <w:rPr>
          <w:sz w:val="22"/>
          <w:rtl/>
        </w:rPr>
        <w:t>که</w:t>
      </w:r>
      <w:r w:rsidRPr="00F30A0B">
        <w:rPr>
          <w:sz w:val="22"/>
        </w:rPr>
        <w:t xml:space="preserve"> </w:t>
      </w:r>
      <w:r w:rsidRPr="00F30A0B">
        <w:rPr>
          <w:sz w:val="22"/>
          <w:rtl/>
        </w:rPr>
        <w:t>در</w:t>
      </w:r>
      <w:r w:rsidRPr="00F30A0B">
        <w:rPr>
          <w:sz w:val="22"/>
        </w:rPr>
        <w:t xml:space="preserve"> </w:t>
      </w:r>
      <w:r w:rsidRPr="00F30A0B">
        <w:rPr>
          <w:sz w:val="22"/>
          <w:rtl/>
        </w:rPr>
        <w:t>آن</w:t>
      </w:r>
      <w:r w:rsidRPr="00F30A0B">
        <w:rPr>
          <w:sz w:val="22"/>
        </w:rPr>
        <w:t xml:space="preserve"> </w:t>
      </w:r>
      <w:r w:rsidRPr="00F30A0B">
        <w:rPr>
          <w:sz w:val="22"/>
          <w:rtl/>
        </w:rPr>
        <w:t>شریعت،</w:t>
      </w:r>
      <w:r w:rsidRPr="00F30A0B">
        <w:rPr>
          <w:sz w:val="22"/>
        </w:rPr>
        <w:t xml:space="preserve"> </w:t>
      </w:r>
      <w:r w:rsidRPr="00F30A0B">
        <w:rPr>
          <w:sz w:val="22"/>
          <w:rtl/>
        </w:rPr>
        <w:t>سلطنت،</w:t>
      </w:r>
      <w:r w:rsidRPr="00F30A0B">
        <w:rPr>
          <w:sz w:val="22"/>
        </w:rPr>
        <w:t xml:space="preserve"> </w:t>
      </w:r>
      <w:r w:rsidRPr="00F30A0B">
        <w:rPr>
          <w:sz w:val="22"/>
          <w:rtl/>
        </w:rPr>
        <w:t>قشون</w:t>
      </w:r>
      <w:r w:rsidRPr="00F30A0B">
        <w:rPr>
          <w:sz w:val="22"/>
        </w:rPr>
        <w:t xml:space="preserve"> </w:t>
      </w:r>
      <w:r w:rsidRPr="00F30A0B">
        <w:rPr>
          <w:sz w:val="22"/>
          <w:rtl/>
        </w:rPr>
        <w:t>و</w:t>
      </w:r>
      <w:r w:rsidRPr="00F30A0B">
        <w:rPr>
          <w:sz w:val="22"/>
        </w:rPr>
        <w:t xml:space="preserve"> </w:t>
      </w:r>
      <w:r w:rsidRPr="00F30A0B">
        <w:rPr>
          <w:sz w:val="22"/>
          <w:rtl/>
        </w:rPr>
        <w:t>دیوان</w:t>
      </w:r>
      <w:r w:rsidRPr="00F30A0B">
        <w:rPr>
          <w:sz w:val="22"/>
        </w:rPr>
        <w:t xml:space="preserve"> </w:t>
      </w:r>
      <w:r w:rsidRPr="00F30A0B">
        <w:rPr>
          <w:sz w:val="22"/>
          <w:rtl/>
        </w:rPr>
        <w:t>هم</w:t>
      </w:r>
      <w:r w:rsidRPr="00F30A0B">
        <w:rPr>
          <w:sz w:val="22"/>
        </w:rPr>
        <w:t xml:space="preserve"> </w:t>
      </w:r>
      <w:r w:rsidRPr="00F30A0B">
        <w:rPr>
          <w:sz w:val="22"/>
          <w:rtl/>
        </w:rPr>
        <w:t>به</w:t>
      </w:r>
      <w:r w:rsidRPr="00F30A0B">
        <w:rPr>
          <w:sz w:val="22"/>
        </w:rPr>
        <w:t xml:space="preserve"> </w:t>
      </w:r>
      <w:r w:rsidRPr="00F30A0B">
        <w:rPr>
          <w:sz w:val="22"/>
          <w:rtl/>
        </w:rPr>
        <w:t>یکدیگر</w:t>
      </w:r>
      <w:r w:rsidRPr="00F30A0B">
        <w:rPr>
          <w:sz w:val="22"/>
        </w:rPr>
        <w:t xml:space="preserve"> </w:t>
      </w:r>
      <w:r w:rsidRPr="00F30A0B">
        <w:rPr>
          <w:sz w:val="22"/>
          <w:rtl/>
        </w:rPr>
        <w:t>نیاز</w:t>
      </w:r>
      <w:r w:rsidRPr="00F30A0B">
        <w:rPr>
          <w:sz w:val="22"/>
        </w:rPr>
        <w:t xml:space="preserve"> </w:t>
      </w:r>
      <w:r w:rsidRPr="00F30A0B">
        <w:rPr>
          <w:sz w:val="22"/>
          <w:rtl/>
        </w:rPr>
        <w:t>داشتند</w:t>
      </w:r>
      <w:r w:rsidRPr="00F30A0B">
        <w:rPr>
          <w:sz w:val="22"/>
        </w:rPr>
        <w:t xml:space="preserve"> </w:t>
      </w:r>
      <w:r w:rsidRPr="00F30A0B">
        <w:rPr>
          <w:sz w:val="22"/>
          <w:rtl/>
        </w:rPr>
        <w:t>و</w:t>
      </w:r>
      <w:r w:rsidRPr="00F30A0B">
        <w:rPr>
          <w:sz w:val="22"/>
        </w:rPr>
        <w:t xml:space="preserve"> </w:t>
      </w:r>
      <w:r w:rsidRPr="00F30A0B">
        <w:rPr>
          <w:sz w:val="22"/>
          <w:rtl/>
        </w:rPr>
        <w:t>هم</w:t>
      </w:r>
      <w:r w:rsidRPr="00F30A0B">
        <w:rPr>
          <w:sz w:val="22"/>
        </w:rPr>
        <w:t xml:space="preserve"> </w:t>
      </w:r>
      <w:r w:rsidRPr="00F30A0B">
        <w:rPr>
          <w:sz w:val="22"/>
          <w:rtl/>
        </w:rPr>
        <w:t>برای</w:t>
      </w:r>
      <w:r w:rsidRPr="00F30A0B">
        <w:rPr>
          <w:sz w:val="22"/>
        </w:rPr>
        <w:t xml:space="preserve"> </w:t>
      </w:r>
      <w:r w:rsidRPr="00F30A0B">
        <w:rPr>
          <w:sz w:val="22"/>
          <w:rtl/>
        </w:rPr>
        <w:t>تقدم</w:t>
      </w:r>
      <w:r w:rsidRPr="00F30A0B">
        <w:rPr>
          <w:sz w:val="22"/>
        </w:rPr>
        <w:t xml:space="preserve"> </w:t>
      </w:r>
      <w:r w:rsidRPr="00F30A0B">
        <w:rPr>
          <w:sz w:val="22"/>
          <w:rtl/>
        </w:rPr>
        <w:t>بر</w:t>
      </w:r>
      <w:r w:rsidRPr="00F30A0B">
        <w:rPr>
          <w:sz w:val="22"/>
        </w:rPr>
        <w:t xml:space="preserve"> </w:t>
      </w:r>
      <w:r w:rsidRPr="00F30A0B">
        <w:rPr>
          <w:sz w:val="22"/>
          <w:rtl/>
        </w:rPr>
        <w:t>یکدیگر</w:t>
      </w:r>
      <w:r w:rsidRPr="00F30A0B">
        <w:rPr>
          <w:sz w:val="22"/>
        </w:rPr>
        <w:t xml:space="preserve"> </w:t>
      </w:r>
      <w:r w:rsidRPr="00F30A0B">
        <w:rPr>
          <w:sz w:val="22"/>
          <w:rtl/>
        </w:rPr>
        <w:t>می</w:t>
      </w:r>
      <w:r w:rsidRPr="00F30A0B">
        <w:rPr>
          <w:sz w:val="22"/>
        </w:rPr>
        <w:t>‌</w:t>
      </w:r>
      <w:r w:rsidRPr="00F30A0B">
        <w:rPr>
          <w:sz w:val="22"/>
          <w:rtl/>
        </w:rPr>
        <w:t>کوشیدند</w:t>
      </w:r>
      <w:r w:rsidRPr="00F30A0B">
        <w:rPr>
          <w:sz w:val="22"/>
        </w:rPr>
        <w:t>.</w:t>
      </w:r>
    </w:p>
    <w:p w:rsidR="00987F03" w:rsidRPr="00987F03" w:rsidRDefault="00987F03" w:rsidP="00987F03">
      <w:pPr>
        <w:bidi/>
        <w:spacing w:line="276" w:lineRule="auto"/>
        <w:rPr>
          <w:rFonts w:eastAsia="Tahoma"/>
          <w:sz w:val="22"/>
        </w:rPr>
      </w:pPr>
    </w:p>
    <w:p w:rsidR="009F3B78" w:rsidRPr="00987F03" w:rsidRDefault="00987F03" w:rsidP="00987F03">
      <w:pPr>
        <w:pageBreakBefore/>
        <w:bidi/>
        <w:jc w:val="center"/>
        <w:rPr>
          <w:rFonts w:asciiTheme="majorBidi" w:hAnsiTheme="majorBidi" w:cstheme="majorBidi"/>
          <w:sz w:val="36"/>
          <w:szCs w:val="36"/>
        </w:rPr>
      </w:pPr>
      <w:bookmarkStart w:id="3" w:name="Vol7Chapter01"/>
      <w:bookmarkEnd w:id="3"/>
      <w:r w:rsidRPr="00987F03">
        <w:rPr>
          <w:rFonts w:asciiTheme="majorBidi" w:hAnsiTheme="majorBidi" w:cstheme="majorBidi"/>
          <w:b/>
          <w:bCs/>
          <w:sz w:val="36"/>
          <w:szCs w:val="36"/>
          <w:rtl/>
        </w:rPr>
        <w:t>فصل</w:t>
      </w:r>
      <w:r w:rsidRPr="00987F03">
        <w:rPr>
          <w:rFonts w:asciiTheme="majorBidi" w:hAnsiTheme="majorBidi" w:cstheme="majorBidi"/>
          <w:b/>
          <w:sz w:val="36"/>
          <w:szCs w:val="36"/>
        </w:rPr>
        <w:t xml:space="preserve"> </w:t>
      </w:r>
      <w:r w:rsidRPr="00987F03">
        <w:rPr>
          <w:rFonts w:asciiTheme="majorBidi" w:hAnsiTheme="majorBidi" w:cstheme="majorBidi"/>
          <w:b/>
          <w:bCs/>
          <w:sz w:val="36"/>
          <w:szCs w:val="36"/>
          <w:rtl/>
        </w:rPr>
        <w:t>نخست</w:t>
      </w:r>
    </w:p>
    <w:p w:rsidR="009F3B78" w:rsidRPr="00987F03" w:rsidRDefault="00987F03" w:rsidP="00987F03">
      <w:pPr>
        <w:bidi/>
        <w:jc w:val="center"/>
        <w:rPr>
          <w:rFonts w:asciiTheme="majorBidi" w:hAnsiTheme="majorBidi" w:cstheme="majorBidi"/>
          <w:sz w:val="36"/>
          <w:szCs w:val="36"/>
        </w:rPr>
      </w:pPr>
      <w:r w:rsidRPr="00987F03">
        <w:rPr>
          <w:rFonts w:asciiTheme="majorBidi" w:hAnsiTheme="majorBidi" w:cstheme="majorBidi"/>
          <w:b/>
          <w:bCs/>
          <w:sz w:val="36"/>
          <w:szCs w:val="36"/>
          <w:rtl/>
        </w:rPr>
        <w:t>کشور</w:t>
      </w:r>
      <w:r w:rsidRPr="00987F03">
        <w:rPr>
          <w:rFonts w:asciiTheme="majorBidi" w:hAnsiTheme="majorBidi" w:cstheme="majorBidi"/>
          <w:b/>
          <w:sz w:val="36"/>
          <w:szCs w:val="36"/>
        </w:rPr>
        <w:t xml:space="preserve"> </w:t>
      </w:r>
      <w:r w:rsidRPr="00987F03">
        <w:rPr>
          <w:rFonts w:asciiTheme="majorBidi" w:hAnsiTheme="majorBidi" w:cstheme="majorBidi"/>
          <w:b/>
          <w:bCs/>
          <w:sz w:val="36"/>
          <w:szCs w:val="36"/>
          <w:rtl/>
        </w:rPr>
        <w:t>بی</w:t>
      </w:r>
      <w:r w:rsidRPr="00987F03">
        <w:rPr>
          <w:rFonts w:asciiTheme="majorBidi" w:hAnsiTheme="majorBidi" w:cstheme="majorBidi"/>
          <w:b/>
          <w:sz w:val="36"/>
          <w:szCs w:val="36"/>
        </w:rPr>
        <w:t>‌</w:t>
      </w:r>
      <w:r w:rsidRPr="00987F03">
        <w:rPr>
          <w:rFonts w:asciiTheme="majorBidi" w:hAnsiTheme="majorBidi" w:cstheme="majorBidi"/>
          <w:b/>
          <w:bCs/>
          <w:sz w:val="36"/>
          <w:szCs w:val="36"/>
          <w:rtl/>
        </w:rPr>
        <w:t>پادشاه</w:t>
      </w:r>
    </w:p>
    <w:p w:rsidR="009F3B78" w:rsidRPr="00987F03" w:rsidRDefault="00987F03" w:rsidP="00987F03">
      <w:pPr>
        <w:bidi/>
        <w:ind w:firstLine="720"/>
        <w:rPr>
          <w:sz w:val="22"/>
        </w:rPr>
      </w:pPr>
      <w:r w:rsidRPr="00987F03">
        <w:rPr>
          <w:sz w:val="22"/>
          <w:rtl/>
        </w:rPr>
        <w:t>شکست</w:t>
      </w:r>
      <w:r w:rsidRPr="00987F03">
        <w:rPr>
          <w:sz w:val="22"/>
        </w:rPr>
        <w:t xml:space="preserve"> </w:t>
      </w:r>
      <w:r w:rsidRPr="00987F03">
        <w:rPr>
          <w:sz w:val="22"/>
          <w:rtl/>
        </w:rPr>
        <w:t>یک</w:t>
      </w:r>
      <w:r w:rsidRPr="00987F03">
        <w:rPr>
          <w:sz w:val="22"/>
        </w:rPr>
        <w:t xml:space="preserve"> </w:t>
      </w:r>
      <w:r w:rsidRPr="00987F03">
        <w:rPr>
          <w:sz w:val="22"/>
          <w:rtl/>
        </w:rPr>
        <w:t>قشون</w:t>
      </w:r>
      <w:r w:rsidRPr="00987F03">
        <w:rPr>
          <w:sz w:val="22"/>
        </w:rPr>
        <w:t xml:space="preserve"> </w:t>
      </w:r>
      <w:r w:rsidRPr="00987F03">
        <w:rPr>
          <w:sz w:val="22"/>
          <w:rtl/>
        </w:rPr>
        <w:t>همیشه</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فروپاشی</w:t>
      </w:r>
      <w:r w:rsidRPr="00987F03">
        <w:rPr>
          <w:sz w:val="22"/>
        </w:rPr>
        <w:t xml:space="preserve"> </w:t>
      </w:r>
      <w:r w:rsidRPr="00987F03">
        <w:rPr>
          <w:sz w:val="22"/>
          <w:rtl/>
        </w:rPr>
        <w:t>یک</w:t>
      </w:r>
      <w:r w:rsidRPr="00987F03">
        <w:rPr>
          <w:sz w:val="22"/>
        </w:rPr>
        <w:t xml:space="preserve"> </w:t>
      </w:r>
      <w:r w:rsidRPr="00987F03">
        <w:rPr>
          <w:sz w:val="22"/>
          <w:rtl/>
        </w:rPr>
        <w:t>حکومت</w:t>
      </w:r>
      <w:r w:rsidRPr="00987F03">
        <w:rPr>
          <w:sz w:val="22"/>
        </w:rPr>
        <w:t xml:space="preserve"> </w:t>
      </w:r>
      <w:r w:rsidRPr="00987F03">
        <w:rPr>
          <w:sz w:val="22"/>
          <w:rtl/>
        </w:rPr>
        <w:t>نیست</w:t>
      </w:r>
      <w:r w:rsidRPr="00987F03">
        <w:rPr>
          <w:sz w:val="22"/>
        </w:rPr>
        <w:t xml:space="preserve"> </w:t>
      </w:r>
      <w:r w:rsidRPr="00987F03">
        <w:rPr>
          <w:sz w:val="22"/>
          <w:rtl/>
        </w:rPr>
        <w:t>و</w:t>
      </w:r>
      <w:r w:rsidRPr="00987F03">
        <w:rPr>
          <w:sz w:val="22"/>
        </w:rPr>
        <w:t xml:space="preserve"> </w:t>
      </w:r>
      <w:r w:rsidRPr="00987F03">
        <w:rPr>
          <w:sz w:val="22"/>
          <w:rtl/>
        </w:rPr>
        <w:t>فروپاشی</w:t>
      </w:r>
      <w:r w:rsidRPr="00987F03">
        <w:rPr>
          <w:sz w:val="22"/>
        </w:rPr>
        <w:t xml:space="preserve"> </w:t>
      </w:r>
      <w:r w:rsidRPr="00987F03">
        <w:rPr>
          <w:sz w:val="22"/>
          <w:rtl/>
        </w:rPr>
        <w:t>یک</w:t>
      </w:r>
      <w:r w:rsidRPr="00987F03">
        <w:rPr>
          <w:sz w:val="22"/>
        </w:rPr>
        <w:t xml:space="preserve"> </w:t>
      </w:r>
      <w:r w:rsidRPr="00987F03">
        <w:rPr>
          <w:sz w:val="22"/>
          <w:rtl/>
        </w:rPr>
        <w:t>حکومت</w:t>
      </w:r>
      <w:r w:rsidRPr="00987F03">
        <w:rPr>
          <w:sz w:val="22"/>
        </w:rPr>
        <w:t xml:space="preserve"> </w:t>
      </w:r>
      <w:r w:rsidRPr="00987F03">
        <w:rPr>
          <w:sz w:val="22"/>
          <w:rtl/>
        </w:rPr>
        <w:t>نیز</w:t>
      </w:r>
      <w:r w:rsidRPr="00987F03">
        <w:rPr>
          <w:sz w:val="22"/>
        </w:rPr>
        <w:t xml:space="preserve"> </w:t>
      </w:r>
      <w:r w:rsidRPr="00987F03">
        <w:rPr>
          <w:sz w:val="22"/>
          <w:rtl/>
        </w:rPr>
        <w:t>لزوماً</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رفتن</w:t>
      </w:r>
      <w:r w:rsidRPr="00987F03">
        <w:rPr>
          <w:sz w:val="22"/>
        </w:rPr>
        <w:t xml:space="preserve"> </w:t>
      </w:r>
      <w:r w:rsidRPr="00987F03">
        <w:rPr>
          <w:sz w:val="22"/>
          <w:rtl/>
        </w:rPr>
        <w:t>کشوری</w:t>
      </w:r>
      <w:r w:rsidRPr="00987F03">
        <w:rPr>
          <w:sz w:val="22"/>
        </w:rPr>
        <w:t xml:space="preserve"> </w:t>
      </w:r>
      <w:r w:rsidRPr="00987F03">
        <w:rPr>
          <w:sz w:val="22"/>
          <w:rtl/>
        </w:rPr>
        <w:t>نیست</w:t>
      </w:r>
      <w:r w:rsidRPr="00987F03">
        <w:rPr>
          <w:sz w:val="22"/>
        </w:rPr>
        <w:t xml:space="preserve"> </w:t>
      </w:r>
      <w:r w:rsidRPr="00987F03">
        <w:rPr>
          <w:sz w:val="22"/>
          <w:rtl/>
        </w:rPr>
        <w:t>که</w:t>
      </w:r>
      <w:r w:rsidRPr="00987F03">
        <w:rPr>
          <w:sz w:val="22"/>
        </w:rPr>
        <w:t xml:space="preserve"> </w:t>
      </w:r>
      <w:r w:rsidRPr="00987F03">
        <w:rPr>
          <w:sz w:val="22"/>
          <w:rtl/>
        </w:rPr>
        <w:t>آن</w:t>
      </w:r>
      <w:r w:rsidRPr="00987F03">
        <w:rPr>
          <w:sz w:val="22"/>
        </w:rPr>
        <w:t xml:space="preserve"> </w:t>
      </w:r>
      <w:r w:rsidRPr="00987F03">
        <w:rPr>
          <w:sz w:val="22"/>
          <w:rtl/>
        </w:rPr>
        <w:t>حکومت</w:t>
      </w:r>
      <w:r w:rsidRPr="00987F03">
        <w:rPr>
          <w:sz w:val="22"/>
        </w:rPr>
        <w:t xml:space="preserve"> </w:t>
      </w:r>
      <w:r w:rsidRPr="00987F03">
        <w:rPr>
          <w:sz w:val="22"/>
          <w:rtl/>
        </w:rPr>
        <w:t>بر</w:t>
      </w:r>
      <w:r w:rsidRPr="00987F03">
        <w:rPr>
          <w:sz w:val="22"/>
        </w:rPr>
        <w:t xml:space="preserve"> </w:t>
      </w:r>
      <w:r w:rsidRPr="00987F03">
        <w:rPr>
          <w:sz w:val="22"/>
          <w:rtl/>
        </w:rPr>
        <w:t>آن</w:t>
      </w:r>
      <w:r w:rsidRPr="00987F03">
        <w:rPr>
          <w:sz w:val="22"/>
        </w:rPr>
        <w:t xml:space="preserve"> </w:t>
      </w:r>
      <w:r w:rsidRPr="00987F03">
        <w:rPr>
          <w:sz w:val="22"/>
          <w:rtl/>
        </w:rPr>
        <w:t>فرمان</w:t>
      </w:r>
      <w:r w:rsidRPr="00987F03">
        <w:rPr>
          <w:sz w:val="22"/>
        </w:rPr>
        <w:t xml:space="preserve"> </w:t>
      </w:r>
      <w:r w:rsidRPr="00987F03">
        <w:rPr>
          <w:sz w:val="22"/>
          <w:rtl/>
        </w:rPr>
        <w:t>می</w:t>
      </w:r>
      <w:r w:rsidRPr="00987F03">
        <w:rPr>
          <w:sz w:val="22"/>
        </w:rPr>
        <w:t>‌</w:t>
      </w:r>
      <w:r w:rsidRPr="00987F03">
        <w:rPr>
          <w:sz w:val="22"/>
          <w:rtl/>
        </w:rPr>
        <w:t>رانده</w:t>
      </w:r>
      <w:r w:rsidRPr="00987F03">
        <w:rPr>
          <w:sz w:val="22"/>
        </w:rPr>
        <w:t xml:space="preserve"> </w:t>
      </w:r>
      <w:r w:rsidRPr="00987F03">
        <w:rPr>
          <w:sz w:val="22"/>
          <w:rtl/>
        </w:rPr>
        <w:t>است</w:t>
      </w:r>
      <w:r w:rsidRPr="00987F03">
        <w:rPr>
          <w:sz w:val="22"/>
        </w:rPr>
        <w:t xml:space="preserve">. </w:t>
      </w:r>
      <w:r w:rsidRPr="00987F03">
        <w:rPr>
          <w:sz w:val="22"/>
          <w:rtl/>
        </w:rPr>
        <w:t>برای</w:t>
      </w:r>
      <w:r w:rsidRPr="00987F03">
        <w:rPr>
          <w:sz w:val="22"/>
        </w:rPr>
        <w:t xml:space="preserve"> </w:t>
      </w:r>
      <w:r w:rsidRPr="00987F03">
        <w:rPr>
          <w:sz w:val="22"/>
          <w:rtl/>
        </w:rPr>
        <w:t>فهم</w:t>
      </w:r>
      <w:r w:rsidRPr="00987F03">
        <w:rPr>
          <w:sz w:val="22"/>
        </w:rPr>
        <w:t xml:space="preserve"> </w:t>
      </w:r>
      <w:r w:rsidRPr="00987F03">
        <w:rPr>
          <w:sz w:val="22"/>
          <w:rtl/>
        </w:rPr>
        <w:t>آنچه</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حملهٔ</w:t>
      </w:r>
      <w:r w:rsidRPr="00987F03">
        <w:rPr>
          <w:sz w:val="22"/>
        </w:rPr>
        <w:t xml:space="preserve"> </w:t>
      </w:r>
      <w:r w:rsidRPr="00987F03">
        <w:rPr>
          <w:sz w:val="22"/>
          <w:rtl/>
        </w:rPr>
        <w:t>عرب</w:t>
      </w:r>
      <w:r w:rsidRPr="00987F03">
        <w:rPr>
          <w:sz w:val="22"/>
        </w:rPr>
        <w:t xml:space="preserve"> </w:t>
      </w:r>
      <w:r w:rsidRPr="00987F03">
        <w:rPr>
          <w:sz w:val="22"/>
          <w:rtl/>
        </w:rPr>
        <w:t>به</w:t>
      </w:r>
      <w:r w:rsidRPr="00987F03">
        <w:rPr>
          <w:sz w:val="22"/>
        </w:rPr>
        <w:t xml:space="preserve"> </w:t>
      </w:r>
      <w:r w:rsidRPr="00987F03">
        <w:rPr>
          <w:sz w:val="22"/>
          <w:rtl/>
        </w:rPr>
        <w:t>ایران</w:t>
      </w:r>
      <w:r w:rsidRPr="00987F03">
        <w:rPr>
          <w:sz w:val="22"/>
        </w:rPr>
        <w:t xml:space="preserve"> </w:t>
      </w:r>
      <w:r w:rsidRPr="00987F03">
        <w:rPr>
          <w:sz w:val="22"/>
          <w:rtl/>
        </w:rPr>
        <w:t>روی</w:t>
      </w:r>
      <w:r w:rsidRPr="00987F03">
        <w:rPr>
          <w:sz w:val="22"/>
        </w:rPr>
        <w:t xml:space="preserve"> </w:t>
      </w:r>
      <w:r w:rsidRPr="00987F03">
        <w:rPr>
          <w:sz w:val="22"/>
          <w:rtl/>
        </w:rPr>
        <w:t>داد،</w:t>
      </w:r>
      <w:r w:rsidRPr="00987F03">
        <w:rPr>
          <w:sz w:val="22"/>
        </w:rPr>
        <w:t xml:space="preserve"> </w:t>
      </w:r>
      <w:r w:rsidRPr="00987F03">
        <w:rPr>
          <w:sz w:val="22"/>
          <w:rtl/>
        </w:rPr>
        <w:t>نخست</w:t>
      </w:r>
      <w:r w:rsidRPr="00987F03">
        <w:rPr>
          <w:sz w:val="22"/>
        </w:rPr>
        <w:t xml:space="preserve"> </w:t>
      </w:r>
      <w:r w:rsidRPr="00987F03">
        <w:rPr>
          <w:sz w:val="22"/>
          <w:rtl/>
        </w:rPr>
        <w:t>باید</w:t>
      </w:r>
      <w:r w:rsidRPr="00987F03">
        <w:rPr>
          <w:sz w:val="22"/>
        </w:rPr>
        <w:t xml:space="preserve"> </w:t>
      </w:r>
      <w:r w:rsidRPr="00987F03">
        <w:rPr>
          <w:sz w:val="22"/>
          <w:rtl/>
        </w:rPr>
        <w:t>این</w:t>
      </w:r>
      <w:r w:rsidRPr="00987F03">
        <w:rPr>
          <w:sz w:val="22"/>
        </w:rPr>
        <w:t xml:space="preserve"> </w:t>
      </w:r>
      <w:r w:rsidRPr="00987F03">
        <w:rPr>
          <w:sz w:val="22"/>
          <w:rtl/>
        </w:rPr>
        <w:t>سه</w:t>
      </w:r>
      <w:r w:rsidRPr="00987F03">
        <w:rPr>
          <w:sz w:val="22"/>
        </w:rPr>
        <w:t xml:space="preserve"> </w:t>
      </w:r>
      <w:r w:rsidRPr="00987F03">
        <w:rPr>
          <w:sz w:val="22"/>
          <w:rtl/>
        </w:rPr>
        <w:t>حادثه</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یکدیگر</w:t>
      </w:r>
      <w:r w:rsidRPr="00987F03">
        <w:rPr>
          <w:sz w:val="22"/>
        </w:rPr>
        <w:t xml:space="preserve"> </w:t>
      </w:r>
      <w:r w:rsidRPr="00987F03">
        <w:rPr>
          <w:sz w:val="22"/>
          <w:rtl/>
        </w:rPr>
        <w:t>جدا</w:t>
      </w:r>
      <w:r w:rsidRPr="00987F03">
        <w:rPr>
          <w:sz w:val="22"/>
        </w:rPr>
        <w:t xml:space="preserve"> </w:t>
      </w:r>
      <w:r w:rsidRPr="00987F03">
        <w:rPr>
          <w:sz w:val="22"/>
          <w:rtl/>
        </w:rPr>
        <w:t>کرد</w:t>
      </w:r>
      <w:r w:rsidRPr="00987F03">
        <w:rPr>
          <w:sz w:val="22"/>
        </w:rPr>
        <w:t xml:space="preserve">: </w:t>
      </w:r>
      <w:r w:rsidRPr="00987F03">
        <w:rPr>
          <w:sz w:val="22"/>
          <w:rtl/>
        </w:rPr>
        <w:t>شکست</w:t>
      </w:r>
      <w:r w:rsidRPr="00987F03">
        <w:rPr>
          <w:sz w:val="22"/>
        </w:rPr>
        <w:t xml:space="preserve"> </w:t>
      </w:r>
      <w:r w:rsidRPr="00987F03">
        <w:rPr>
          <w:sz w:val="22"/>
          <w:rtl/>
        </w:rPr>
        <w:t>سپاه</w:t>
      </w:r>
      <w:r w:rsidRPr="00987F03">
        <w:rPr>
          <w:sz w:val="22"/>
        </w:rPr>
        <w:t xml:space="preserve"> </w:t>
      </w:r>
      <w:r w:rsidRPr="00987F03">
        <w:rPr>
          <w:sz w:val="22"/>
          <w:rtl/>
        </w:rPr>
        <w:t>ساسانی،</w:t>
      </w:r>
      <w:r w:rsidRPr="00987F03">
        <w:rPr>
          <w:sz w:val="22"/>
        </w:rPr>
        <w:t xml:space="preserve"> </w:t>
      </w:r>
      <w:r w:rsidRPr="00987F03">
        <w:rPr>
          <w:sz w:val="22"/>
          <w:rtl/>
        </w:rPr>
        <w:t>سقوط</w:t>
      </w:r>
      <w:r w:rsidRPr="00987F03">
        <w:rPr>
          <w:sz w:val="22"/>
        </w:rPr>
        <w:t xml:space="preserve"> </w:t>
      </w:r>
      <w:r w:rsidRPr="00987F03">
        <w:rPr>
          <w:sz w:val="22"/>
          <w:rtl/>
        </w:rPr>
        <w:t>خاندان</w:t>
      </w:r>
      <w:r w:rsidRPr="00987F03">
        <w:rPr>
          <w:sz w:val="22"/>
        </w:rPr>
        <w:t xml:space="preserve"> </w:t>
      </w:r>
      <w:r w:rsidRPr="00987F03">
        <w:rPr>
          <w:sz w:val="22"/>
          <w:rtl/>
        </w:rPr>
        <w:t>ساسانی</w:t>
      </w:r>
      <w:r w:rsidRPr="00987F03">
        <w:rPr>
          <w:sz w:val="22"/>
        </w:rPr>
        <w:t xml:space="preserve"> </w:t>
      </w:r>
      <w:r w:rsidRPr="00987F03">
        <w:rPr>
          <w:sz w:val="22"/>
          <w:rtl/>
        </w:rPr>
        <w:t>و</w:t>
      </w:r>
      <w:r w:rsidRPr="00987F03">
        <w:rPr>
          <w:sz w:val="22"/>
        </w:rPr>
        <w:t xml:space="preserve"> </w:t>
      </w:r>
      <w:r w:rsidRPr="00987F03">
        <w:rPr>
          <w:sz w:val="22"/>
          <w:rtl/>
        </w:rPr>
        <w:t>باقی</w:t>
      </w:r>
      <w:r w:rsidRPr="00987F03">
        <w:rPr>
          <w:sz w:val="22"/>
        </w:rPr>
        <w:t>‌</w:t>
      </w:r>
      <w:r w:rsidRPr="00987F03">
        <w:rPr>
          <w:sz w:val="22"/>
          <w:rtl/>
        </w:rPr>
        <w:t>ماندن</w:t>
      </w:r>
      <w:r w:rsidRPr="00987F03">
        <w:rPr>
          <w:sz w:val="22"/>
        </w:rPr>
        <w:t xml:space="preserve"> </w:t>
      </w:r>
      <w:r w:rsidRPr="00987F03">
        <w:rPr>
          <w:sz w:val="22"/>
          <w:rtl/>
        </w:rPr>
        <w:t>ایران</w:t>
      </w:r>
      <w:r w:rsidRPr="00987F03">
        <w:rPr>
          <w:sz w:val="22"/>
        </w:rPr>
        <w:t>.</w:t>
      </w:r>
    </w:p>
    <w:p w:rsidR="009F3B78" w:rsidRPr="00987F03" w:rsidRDefault="00987F03" w:rsidP="00987F03">
      <w:pPr>
        <w:bidi/>
        <w:ind w:firstLine="720"/>
        <w:rPr>
          <w:sz w:val="22"/>
        </w:rPr>
      </w:pPr>
      <w:r w:rsidRPr="00987F03">
        <w:rPr>
          <w:sz w:val="22"/>
          <w:rtl/>
        </w:rPr>
        <w:t>سپاه</w:t>
      </w:r>
      <w:r w:rsidRPr="00987F03">
        <w:rPr>
          <w:sz w:val="22"/>
        </w:rPr>
        <w:t xml:space="preserve"> </w:t>
      </w:r>
      <w:r w:rsidRPr="00987F03">
        <w:rPr>
          <w:sz w:val="22"/>
          <w:rtl/>
        </w:rPr>
        <w:t>ساسانی</w:t>
      </w:r>
      <w:r w:rsidRPr="00987F03">
        <w:rPr>
          <w:sz w:val="22"/>
        </w:rPr>
        <w:t xml:space="preserve"> </w:t>
      </w:r>
      <w:r w:rsidRPr="00987F03">
        <w:rPr>
          <w:sz w:val="22"/>
          <w:rtl/>
        </w:rPr>
        <w:t>در</w:t>
      </w:r>
      <w:r w:rsidRPr="00987F03">
        <w:rPr>
          <w:sz w:val="22"/>
        </w:rPr>
        <w:t xml:space="preserve"> </w:t>
      </w:r>
      <w:r w:rsidRPr="00987F03">
        <w:rPr>
          <w:sz w:val="22"/>
          <w:rtl/>
        </w:rPr>
        <w:t>قادسیه</w:t>
      </w:r>
      <w:r w:rsidRPr="00987F03">
        <w:rPr>
          <w:sz w:val="22"/>
        </w:rPr>
        <w:t xml:space="preserve"> </w:t>
      </w:r>
      <w:r w:rsidRPr="00987F03">
        <w:rPr>
          <w:sz w:val="22"/>
          <w:rtl/>
        </w:rPr>
        <w:t>شکست</w:t>
      </w:r>
      <w:r w:rsidRPr="00987F03">
        <w:rPr>
          <w:sz w:val="22"/>
        </w:rPr>
        <w:t xml:space="preserve"> </w:t>
      </w:r>
      <w:r w:rsidRPr="00987F03">
        <w:rPr>
          <w:sz w:val="22"/>
          <w:rtl/>
        </w:rPr>
        <w:t>خورد</w:t>
      </w:r>
      <w:r w:rsidRPr="00987F03">
        <w:rPr>
          <w:sz w:val="22"/>
        </w:rPr>
        <w:t xml:space="preserve"> </w:t>
      </w:r>
      <w:r w:rsidRPr="00987F03">
        <w:rPr>
          <w:sz w:val="22"/>
          <w:rtl/>
        </w:rPr>
        <w:t>و</w:t>
      </w:r>
      <w:r w:rsidRPr="00987F03">
        <w:rPr>
          <w:sz w:val="22"/>
        </w:rPr>
        <w:t xml:space="preserve"> </w:t>
      </w:r>
      <w:r w:rsidRPr="00987F03">
        <w:rPr>
          <w:sz w:val="22"/>
          <w:rtl/>
        </w:rPr>
        <w:t>تیسفون،</w:t>
      </w:r>
      <w:r w:rsidRPr="00987F03">
        <w:rPr>
          <w:sz w:val="22"/>
        </w:rPr>
        <w:t xml:space="preserve"> </w:t>
      </w:r>
      <w:r w:rsidRPr="00987F03">
        <w:rPr>
          <w:sz w:val="22"/>
          <w:rtl/>
        </w:rPr>
        <w:t>پایتخت</w:t>
      </w:r>
      <w:r w:rsidRPr="00987F03">
        <w:rPr>
          <w:sz w:val="22"/>
        </w:rPr>
        <w:t xml:space="preserve"> </w:t>
      </w:r>
      <w:r w:rsidRPr="00987F03">
        <w:rPr>
          <w:sz w:val="22"/>
          <w:rtl/>
        </w:rPr>
        <w:t>شاهنشاهی،</w:t>
      </w:r>
      <w:r w:rsidRPr="00987F03">
        <w:rPr>
          <w:sz w:val="22"/>
        </w:rPr>
        <w:t xml:space="preserve"> </w:t>
      </w:r>
      <w:r w:rsidRPr="00987F03">
        <w:rPr>
          <w:sz w:val="22"/>
          <w:rtl/>
        </w:rPr>
        <w:t>اندکی</w:t>
      </w:r>
      <w:r w:rsidRPr="00987F03">
        <w:rPr>
          <w:sz w:val="22"/>
        </w:rPr>
        <w:t xml:space="preserve"> </w:t>
      </w:r>
      <w:r w:rsidRPr="00987F03">
        <w:rPr>
          <w:sz w:val="22"/>
          <w:rtl/>
        </w:rPr>
        <w:t>بعد</w:t>
      </w:r>
      <w:r w:rsidRPr="00987F03">
        <w:rPr>
          <w:sz w:val="22"/>
        </w:rPr>
        <w:t xml:space="preserve"> </w:t>
      </w:r>
      <w:r w:rsidRPr="00987F03">
        <w:rPr>
          <w:sz w:val="22"/>
          <w:rtl/>
        </w:rPr>
        <w:t>به</w:t>
      </w:r>
      <w:r w:rsidRPr="00987F03">
        <w:rPr>
          <w:sz w:val="22"/>
        </w:rPr>
        <w:t xml:space="preserve"> </w:t>
      </w:r>
      <w:r w:rsidRPr="00987F03">
        <w:rPr>
          <w:sz w:val="22"/>
          <w:rtl/>
        </w:rPr>
        <w:t>دست</w:t>
      </w:r>
      <w:r w:rsidRPr="00987F03">
        <w:rPr>
          <w:sz w:val="22"/>
        </w:rPr>
        <w:t xml:space="preserve"> </w:t>
      </w:r>
      <w:r w:rsidRPr="00987F03">
        <w:rPr>
          <w:sz w:val="22"/>
          <w:rtl/>
        </w:rPr>
        <w:t>فاتحان</w:t>
      </w:r>
      <w:r w:rsidRPr="00987F03">
        <w:rPr>
          <w:sz w:val="22"/>
        </w:rPr>
        <w:t xml:space="preserve"> </w:t>
      </w:r>
      <w:r w:rsidRPr="00987F03">
        <w:rPr>
          <w:sz w:val="22"/>
          <w:rtl/>
        </w:rPr>
        <w:t>افتاد</w:t>
      </w:r>
      <w:r w:rsidRPr="00987F03">
        <w:rPr>
          <w:sz w:val="22"/>
        </w:rPr>
        <w:t xml:space="preserve">. </w:t>
      </w:r>
      <w:r w:rsidRPr="00987F03">
        <w:rPr>
          <w:sz w:val="22"/>
          <w:rtl/>
        </w:rPr>
        <w:t>اما</w:t>
      </w:r>
      <w:r w:rsidRPr="00987F03">
        <w:rPr>
          <w:sz w:val="22"/>
        </w:rPr>
        <w:t xml:space="preserve"> </w:t>
      </w:r>
      <w:r w:rsidRPr="00987F03">
        <w:rPr>
          <w:sz w:val="22"/>
          <w:rtl/>
        </w:rPr>
        <w:t>با</w:t>
      </w:r>
      <w:r w:rsidRPr="00987F03">
        <w:rPr>
          <w:sz w:val="22"/>
        </w:rPr>
        <w:t xml:space="preserve"> </w:t>
      </w:r>
      <w:r w:rsidRPr="00987F03">
        <w:rPr>
          <w:sz w:val="22"/>
          <w:rtl/>
        </w:rPr>
        <w:t>گشوده</w:t>
      </w:r>
      <w:r w:rsidRPr="00987F03">
        <w:rPr>
          <w:sz w:val="22"/>
        </w:rPr>
        <w:t>‌</w:t>
      </w:r>
      <w:r w:rsidRPr="00987F03">
        <w:rPr>
          <w:sz w:val="22"/>
          <w:rtl/>
        </w:rPr>
        <w:t>شدن</w:t>
      </w:r>
      <w:r w:rsidRPr="00987F03">
        <w:rPr>
          <w:sz w:val="22"/>
        </w:rPr>
        <w:t xml:space="preserve"> </w:t>
      </w:r>
      <w:r w:rsidRPr="00987F03">
        <w:rPr>
          <w:sz w:val="22"/>
          <w:rtl/>
        </w:rPr>
        <w:t>پایتخت،</w:t>
      </w:r>
      <w:r w:rsidRPr="00987F03">
        <w:rPr>
          <w:sz w:val="22"/>
        </w:rPr>
        <w:t xml:space="preserve"> </w:t>
      </w:r>
      <w:r w:rsidRPr="00987F03">
        <w:rPr>
          <w:sz w:val="22"/>
          <w:rtl/>
        </w:rPr>
        <w:t>همهٔ</w:t>
      </w:r>
      <w:r w:rsidRPr="00987F03">
        <w:rPr>
          <w:sz w:val="22"/>
        </w:rPr>
        <w:t xml:space="preserve"> </w:t>
      </w:r>
      <w:r w:rsidRPr="00987F03">
        <w:rPr>
          <w:sz w:val="22"/>
          <w:rtl/>
        </w:rPr>
        <w:t>سرزمین</w:t>
      </w:r>
      <w:r w:rsidRPr="00987F03">
        <w:rPr>
          <w:sz w:val="22"/>
        </w:rPr>
        <w:t xml:space="preserve"> </w:t>
      </w:r>
      <w:r w:rsidRPr="00987F03">
        <w:rPr>
          <w:sz w:val="22"/>
          <w:rtl/>
        </w:rPr>
        <w:t>ایران</w:t>
      </w:r>
      <w:r w:rsidRPr="00987F03">
        <w:rPr>
          <w:sz w:val="22"/>
        </w:rPr>
        <w:t xml:space="preserve"> </w:t>
      </w:r>
      <w:r w:rsidRPr="00987F03">
        <w:rPr>
          <w:sz w:val="22"/>
          <w:rtl/>
        </w:rPr>
        <w:t>یک</w:t>
      </w:r>
      <w:r w:rsidRPr="00987F03">
        <w:rPr>
          <w:sz w:val="22"/>
        </w:rPr>
        <w:t>‌</w:t>
      </w:r>
      <w:r w:rsidRPr="00987F03">
        <w:rPr>
          <w:sz w:val="22"/>
          <w:rtl/>
        </w:rPr>
        <w:t>باره</w:t>
      </w:r>
      <w:r w:rsidRPr="00987F03">
        <w:rPr>
          <w:sz w:val="22"/>
        </w:rPr>
        <w:t xml:space="preserve"> </w:t>
      </w:r>
      <w:r w:rsidRPr="00987F03">
        <w:rPr>
          <w:sz w:val="22"/>
          <w:rtl/>
        </w:rPr>
        <w:t>تصرف</w:t>
      </w:r>
      <w:r w:rsidRPr="00987F03">
        <w:rPr>
          <w:sz w:val="22"/>
        </w:rPr>
        <w:t xml:space="preserve"> </w:t>
      </w:r>
      <w:r w:rsidRPr="00987F03">
        <w:rPr>
          <w:sz w:val="22"/>
          <w:rtl/>
        </w:rPr>
        <w:t>نشد</w:t>
      </w:r>
      <w:r w:rsidRPr="00987F03">
        <w:rPr>
          <w:sz w:val="22"/>
        </w:rPr>
        <w:t xml:space="preserve"> </w:t>
      </w:r>
      <w:r w:rsidRPr="00987F03">
        <w:rPr>
          <w:sz w:val="22"/>
          <w:rtl/>
        </w:rPr>
        <w:t>و</w:t>
      </w:r>
      <w:r w:rsidRPr="00987F03">
        <w:rPr>
          <w:sz w:val="22"/>
        </w:rPr>
        <w:t xml:space="preserve"> </w:t>
      </w:r>
      <w:r w:rsidRPr="00987F03">
        <w:rPr>
          <w:sz w:val="22"/>
          <w:rtl/>
        </w:rPr>
        <w:t>همهٔ</w:t>
      </w:r>
      <w:r w:rsidRPr="00987F03">
        <w:rPr>
          <w:sz w:val="22"/>
        </w:rPr>
        <w:t xml:space="preserve"> </w:t>
      </w:r>
      <w:r w:rsidRPr="00987F03">
        <w:rPr>
          <w:sz w:val="22"/>
          <w:rtl/>
        </w:rPr>
        <w:t>دستگاه</w:t>
      </w:r>
      <w:r w:rsidRPr="00987F03">
        <w:rPr>
          <w:sz w:val="22"/>
        </w:rPr>
        <w:t xml:space="preserve"> </w:t>
      </w:r>
      <w:r w:rsidRPr="00987F03">
        <w:rPr>
          <w:sz w:val="22"/>
          <w:rtl/>
        </w:rPr>
        <w:t>حکومت</w:t>
      </w:r>
      <w:r w:rsidRPr="00987F03">
        <w:rPr>
          <w:sz w:val="22"/>
        </w:rPr>
        <w:t xml:space="preserve"> </w:t>
      </w:r>
      <w:r w:rsidRPr="00987F03">
        <w:rPr>
          <w:sz w:val="22"/>
          <w:rtl/>
        </w:rPr>
        <w:t>نیز</w:t>
      </w:r>
      <w:r w:rsidRPr="00987F03">
        <w:rPr>
          <w:sz w:val="22"/>
        </w:rPr>
        <w:t xml:space="preserve"> </w:t>
      </w:r>
      <w:r w:rsidRPr="00987F03">
        <w:rPr>
          <w:sz w:val="22"/>
          <w:rtl/>
        </w:rPr>
        <w:t>در</w:t>
      </w:r>
      <w:r w:rsidRPr="00987F03">
        <w:rPr>
          <w:sz w:val="22"/>
        </w:rPr>
        <w:t xml:space="preserve"> </w:t>
      </w:r>
      <w:r w:rsidRPr="00987F03">
        <w:rPr>
          <w:sz w:val="22"/>
          <w:rtl/>
        </w:rPr>
        <w:t>یک</w:t>
      </w:r>
      <w:r w:rsidRPr="00987F03">
        <w:rPr>
          <w:sz w:val="22"/>
        </w:rPr>
        <w:t xml:space="preserve"> </w:t>
      </w:r>
      <w:r w:rsidRPr="00987F03">
        <w:rPr>
          <w:sz w:val="22"/>
          <w:rtl/>
        </w:rPr>
        <w:t>لحظه</w:t>
      </w:r>
      <w:r w:rsidRPr="00987F03">
        <w:rPr>
          <w:sz w:val="22"/>
        </w:rPr>
        <w:t xml:space="preserve"> </w:t>
      </w:r>
      <w:r w:rsidRPr="00987F03">
        <w:rPr>
          <w:sz w:val="22"/>
          <w:rtl/>
        </w:rPr>
        <w:t>از</w:t>
      </w:r>
      <w:r w:rsidRPr="00987F03">
        <w:rPr>
          <w:sz w:val="22"/>
        </w:rPr>
        <w:t xml:space="preserve"> </w:t>
      </w:r>
      <w:r w:rsidRPr="00987F03">
        <w:rPr>
          <w:sz w:val="22"/>
          <w:rtl/>
        </w:rPr>
        <w:t>کار</w:t>
      </w:r>
      <w:r w:rsidRPr="00987F03">
        <w:rPr>
          <w:sz w:val="22"/>
        </w:rPr>
        <w:t xml:space="preserve"> </w:t>
      </w:r>
      <w:r w:rsidRPr="00987F03">
        <w:rPr>
          <w:sz w:val="22"/>
          <w:rtl/>
        </w:rPr>
        <w:t>نیفتاد</w:t>
      </w:r>
      <w:r w:rsidRPr="00987F03">
        <w:rPr>
          <w:sz w:val="22"/>
        </w:rPr>
        <w:t xml:space="preserve">. </w:t>
      </w:r>
      <w:r w:rsidRPr="00987F03">
        <w:rPr>
          <w:sz w:val="22"/>
          <w:rtl/>
        </w:rPr>
        <w:t>یزدگرد</w:t>
      </w:r>
      <w:r w:rsidRPr="00987F03">
        <w:rPr>
          <w:sz w:val="22"/>
        </w:rPr>
        <w:t xml:space="preserve"> </w:t>
      </w:r>
      <w:r w:rsidRPr="00987F03">
        <w:rPr>
          <w:sz w:val="22"/>
          <w:rtl/>
        </w:rPr>
        <w:t>سوم</w:t>
      </w:r>
      <w:r w:rsidRPr="00987F03">
        <w:rPr>
          <w:sz w:val="22"/>
        </w:rPr>
        <w:t xml:space="preserve"> </w:t>
      </w:r>
      <w:r w:rsidRPr="00987F03">
        <w:rPr>
          <w:sz w:val="22"/>
          <w:rtl/>
        </w:rPr>
        <w:t>از</w:t>
      </w:r>
      <w:r w:rsidRPr="00987F03">
        <w:rPr>
          <w:sz w:val="22"/>
        </w:rPr>
        <w:t xml:space="preserve"> </w:t>
      </w:r>
      <w:r w:rsidRPr="00987F03">
        <w:rPr>
          <w:sz w:val="22"/>
          <w:rtl/>
        </w:rPr>
        <w:t>برابر</w:t>
      </w:r>
      <w:r w:rsidRPr="00987F03">
        <w:rPr>
          <w:sz w:val="22"/>
        </w:rPr>
        <w:t xml:space="preserve"> </w:t>
      </w:r>
      <w:r w:rsidRPr="00987F03">
        <w:rPr>
          <w:sz w:val="22"/>
          <w:rtl/>
        </w:rPr>
        <w:t>سپاه</w:t>
      </w:r>
      <w:r w:rsidRPr="00987F03">
        <w:rPr>
          <w:sz w:val="22"/>
        </w:rPr>
        <w:t xml:space="preserve"> </w:t>
      </w:r>
      <w:r w:rsidRPr="00987F03">
        <w:rPr>
          <w:sz w:val="22"/>
          <w:rtl/>
        </w:rPr>
        <w:t>عرب</w:t>
      </w:r>
      <w:r w:rsidRPr="00987F03">
        <w:rPr>
          <w:sz w:val="22"/>
        </w:rPr>
        <w:t xml:space="preserve"> </w:t>
      </w:r>
      <w:r w:rsidRPr="00987F03">
        <w:rPr>
          <w:sz w:val="22"/>
          <w:rtl/>
        </w:rPr>
        <w:t>عقب</w:t>
      </w:r>
      <w:r w:rsidRPr="00987F03">
        <w:rPr>
          <w:sz w:val="22"/>
        </w:rPr>
        <w:t xml:space="preserve"> </w:t>
      </w:r>
      <w:r w:rsidRPr="00987F03">
        <w:rPr>
          <w:sz w:val="22"/>
          <w:rtl/>
        </w:rPr>
        <w:t>نشست</w:t>
      </w:r>
      <w:r w:rsidRPr="00987F03">
        <w:rPr>
          <w:sz w:val="22"/>
        </w:rPr>
        <w:t xml:space="preserve"> </w:t>
      </w:r>
      <w:r w:rsidRPr="00987F03">
        <w:rPr>
          <w:sz w:val="22"/>
          <w:rtl/>
        </w:rPr>
        <w:t>و</w:t>
      </w:r>
      <w:r w:rsidRPr="00987F03">
        <w:rPr>
          <w:sz w:val="22"/>
        </w:rPr>
        <w:t xml:space="preserve"> </w:t>
      </w:r>
      <w:r w:rsidRPr="00987F03">
        <w:rPr>
          <w:sz w:val="22"/>
          <w:rtl/>
        </w:rPr>
        <w:t>کوشید</w:t>
      </w:r>
      <w:r w:rsidRPr="00987F03">
        <w:rPr>
          <w:sz w:val="22"/>
        </w:rPr>
        <w:t xml:space="preserve"> </w:t>
      </w:r>
      <w:r w:rsidRPr="00987F03">
        <w:rPr>
          <w:sz w:val="22"/>
          <w:rtl/>
        </w:rPr>
        <w:t>در</w:t>
      </w:r>
      <w:r w:rsidRPr="00987F03">
        <w:rPr>
          <w:sz w:val="22"/>
        </w:rPr>
        <w:t xml:space="preserve"> </w:t>
      </w:r>
      <w:r w:rsidRPr="00987F03">
        <w:rPr>
          <w:sz w:val="22"/>
          <w:rtl/>
        </w:rPr>
        <w:t>استان</w:t>
      </w:r>
      <w:r w:rsidRPr="00987F03">
        <w:rPr>
          <w:sz w:val="22"/>
        </w:rPr>
        <w:t>‌</w:t>
      </w:r>
      <w:r w:rsidRPr="00987F03">
        <w:rPr>
          <w:sz w:val="22"/>
          <w:rtl/>
        </w:rPr>
        <w:t>های</w:t>
      </w:r>
      <w:r w:rsidRPr="00987F03">
        <w:rPr>
          <w:sz w:val="22"/>
        </w:rPr>
        <w:t xml:space="preserve"> </w:t>
      </w:r>
      <w:r w:rsidRPr="00987F03">
        <w:rPr>
          <w:sz w:val="22"/>
          <w:rtl/>
        </w:rPr>
        <w:t>شرقی</w:t>
      </w:r>
      <w:r w:rsidRPr="00987F03">
        <w:rPr>
          <w:sz w:val="22"/>
        </w:rPr>
        <w:t xml:space="preserve"> </w:t>
      </w:r>
      <w:r w:rsidRPr="00987F03">
        <w:rPr>
          <w:sz w:val="22"/>
          <w:rtl/>
        </w:rPr>
        <w:t>قشونی</w:t>
      </w:r>
      <w:r w:rsidRPr="00987F03">
        <w:rPr>
          <w:sz w:val="22"/>
        </w:rPr>
        <w:t xml:space="preserve"> </w:t>
      </w:r>
      <w:r w:rsidRPr="00987F03">
        <w:rPr>
          <w:sz w:val="22"/>
          <w:rtl/>
        </w:rPr>
        <w:t>تازه</w:t>
      </w:r>
      <w:r w:rsidRPr="00987F03">
        <w:rPr>
          <w:sz w:val="22"/>
        </w:rPr>
        <w:t xml:space="preserve"> </w:t>
      </w:r>
      <w:r w:rsidRPr="00987F03">
        <w:rPr>
          <w:sz w:val="22"/>
          <w:rtl/>
        </w:rPr>
        <w:t>فراهم</w:t>
      </w:r>
      <w:r w:rsidRPr="00987F03">
        <w:rPr>
          <w:sz w:val="22"/>
        </w:rPr>
        <w:t xml:space="preserve"> </w:t>
      </w:r>
      <w:r w:rsidRPr="00987F03">
        <w:rPr>
          <w:sz w:val="22"/>
          <w:rtl/>
        </w:rPr>
        <w:t>آورد</w:t>
      </w:r>
      <w:r w:rsidRPr="00987F03">
        <w:rPr>
          <w:sz w:val="22"/>
        </w:rPr>
        <w:t xml:space="preserve">. </w:t>
      </w:r>
      <w:r w:rsidRPr="00987F03">
        <w:rPr>
          <w:sz w:val="22"/>
          <w:rtl/>
        </w:rPr>
        <w:t>حاکمان،</w:t>
      </w:r>
      <w:r w:rsidRPr="00987F03">
        <w:rPr>
          <w:sz w:val="22"/>
        </w:rPr>
        <w:t xml:space="preserve"> </w:t>
      </w:r>
      <w:r w:rsidRPr="00987F03">
        <w:rPr>
          <w:sz w:val="22"/>
          <w:rtl/>
        </w:rPr>
        <w:t>مرزبانان،</w:t>
      </w:r>
      <w:r w:rsidRPr="00987F03">
        <w:rPr>
          <w:sz w:val="22"/>
        </w:rPr>
        <w:t xml:space="preserve"> </w:t>
      </w:r>
      <w:r w:rsidRPr="00987F03">
        <w:rPr>
          <w:sz w:val="22"/>
          <w:rtl/>
        </w:rPr>
        <w:t>خاندان</w:t>
      </w:r>
      <w:r w:rsidRPr="00987F03">
        <w:rPr>
          <w:sz w:val="22"/>
        </w:rPr>
        <w:t>‌</w:t>
      </w:r>
      <w:r w:rsidRPr="00987F03">
        <w:rPr>
          <w:sz w:val="22"/>
          <w:rtl/>
        </w:rPr>
        <w:t>های</w:t>
      </w:r>
      <w:r w:rsidRPr="00987F03">
        <w:rPr>
          <w:sz w:val="22"/>
        </w:rPr>
        <w:t xml:space="preserve"> </w:t>
      </w:r>
      <w:r w:rsidRPr="00987F03">
        <w:rPr>
          <w:sz w:val="22"/>
          <w:rtl/>
        </w:rPr>
        <w:t>بزرگ</w:t>
      </w:r>
      <w:r w:rsidRPr="00987F03">
        <w:rPr>
          <w:sz w:val="22"/>
        </w:rPr>
        <w:t xml:space="preserve"> </w:t>
      </w:r>
      <w:r w:rsidRPr="00987F03">
        <w:rPr>
          <w:sz w:val="22"/>
          <w:rtl/>
        </w:rPr>
        <w:t>و</w:t>
      </w:r>
      <w:r w:rsidRPr="00987F03">
        <w:rPr>
          <w:sz w:val="22"/>
        </w:rPr>
        <w:t xml:space="preserve"> </w:t>
      </w:r>
      <w:r w:rsidRPr="00987F03">
        <w:rPr>
          <w:sz w:val="22"/>
          <w:rtl/>
        </w:rPr>
        <w:t>دهقانان</w:t>
      </w:r>
      <w:r w:rsidRPr="00987F03">
        <w:rPr>
          <w:sz w:val="22"/>
        </w:rPr>
        <w:t xml:space="preserve"> </w:t>
      </w:r>
      <w:r w:rsidRPr="00987F03">
        <w:rPr>
          <w:sz w:val="22"/>
          <w:rtl/>
        </w:rPr>
        <w:t>هر</w:t>
      </w:r>
      <w:r w:rsidRPr="00987F03">
        <w:rPr>
          <w:sz w:val="22"/>
        </w:rPr>
        <w:t xml:space="preserve"> </w:t>
      </w:r>
      <w:r w:rsidRPr="00987F03">
        <w:rPr>
          <w:sz w:val="22"/>
          <w:rtl/>
        </w:rPr>
        <w:t>منطقه</w:t>
      </w:r>
      <w:r w:rsidRPr="00987F03">
        <w:rPr>
          <w:sz w:val="22"/>
        </w:rPr>
        <w:t xml:space="preserve"> </w:t>
      </w:r>
      <w:r w:rsidRPr="00987F03">
        <w:rPr>
          <w:sz w:val="22"/>
          <w:rtl/>
        </w:rPr>
        <w:t>نیز</w:t>
      </w:r>
      <w:r w:rsidRPr="00987F03">
        <w:rPr>
          <w:sz w:val="22"/>
        </w:rPr>
        <w:t xml:space="preserve"> </w:t>
      </w:r>
      <w:r w:rsidRPr="00987F03">
        <w:rPr>
          <w:sz w:val="22"/>
          <w:rtl/>
        </w:rPr>
        <w:t>بر</w:t>
      </w:r>
      <w:r w:rsidRPr="00987F03">
        <w:rPr>
          <w:sz w:val="22"/>
        </w:rPr>
        <w:t xml:space="preserve"> </w:t>
      </w:r>
      <w:r w:rsidRPr="00987F03">
        <w:rPr>
          <w:sz w:val="22"/>
          <w:rtl/>
        </w:rPr>
        <w:t>پایهٔ</w:t>
      </w:r>
      <w:r w:rsidRPr="00987F03">
        <w:rPr>
          <w:sz w:val="22"/>
        </w:rPr>
        <w:t xml:space="preserve"> </w:t>
      </w:r>
      <w:r w:rsidRPr="00987F03">
        <w:rPr>
          <w:sz w:val="22"/>
          <w:rtl/>
        </w:rPr>
        <w:t>موقعیت</w:t>
      </w:r>
      <w:r w:rsidRPr="00987F03">
        <w:rPr>
          <w:sz w:val="22"/>
        </w:rPr>
        <w:t xml:space="preserve"> </w:t>
      </w:r>
      <w:r w:rsidRPr="00987F03">
        <w:rPr>
          <w:sz w:val="22"/>
          <w:rtl/>
        </w:rPr>
        <w:t>و</w:t>
      </w:r>
      <w:r w:rsidRPr="00987F03">
        <w:rPr>
          <w:sz w:val="22"/>
        </w:rPr>
        <w:t xml:space="preserve"> </w:t>
      </w:r>
      <w:r w:rsidRPr="00987F03">
        <w:rPr>
          <w:sz w:val="22"/>
          <w:rtl/>
        </w:rPr>
        <w:t>منافع</w:t>
      </w:r>
      <w:r w:rsidRPr="00987F03">
        <w:rPr>
          <w:sz w:val="22"/>
        </w:rPr>
        <w:t xml:space="preserve"> </w:t>
      </w:r>
      <w:r w:rsidRPr="00987F03">
        <w:rPr>
          <w:sz w:val="22"/>
          <w:rtl/>
        </w:rPr>
        <w:t>خود</w:t>
      </w:r>
      <w:r w:rsidRPr="00987F03">
        <w:rPr>
          <w:sz w:val="22"/>
        </w:rPr>
        <w:t xml:space="preserve"> </w:t>
      </w:r>
      <w:r w:rsidRPr="00987F03">
        <w:rPr>
          <w:sz w:val="22"/>
          <w:rtl/>
        </w:rPr>
        <w:t>تصمیم</w:t>
      </w:r>
      <w:r w:rsidRPr="00987F03">
        <w:rPr>
          <w:sz w:val="22"/>
        </w:rPr>
        <w:t xml:space="preserve"> </w:t>
      </w:r>
      <w:r w:rsidRPr="00987F03">
        <w:rPr>
          <w:sz w:val="22"/>
          <w:rtl/>
        </w:rPr>
        <w:t>گرفتند</w:t>
      </w:r>
      <w:r w:rsidRPr="00987F03">
        <w:rPr>
          <w:sz w:val="22"/>
        </w:rPr>
        <w:t xml:space="preserve">: </w:t>
      </w:r>
      <w:r w:rsidRPr="00987F03">
        <w:rPr>
          <w:sz w:val="22"/>
          <w:rtl/>
        </w:rPr>
        <w:t>برخی</w:t>
      </w:r>
      <w:r w:rsidRPr="00987F03">
        <w:rPr>
          <w:sz w:val="22"/>
        </w:rPr>
        <w:t xml:space="preserve"> </w:t>
      </w:r>
      <w:r w:rsidRPr="00987F03">
        <w:rPr>
          <w:sz w:val="22"/>
          <w:rtl/>
        </w:rPr>
        <w:t>جنگیدند،</w:t>
      </w:r>
      <w:r w:rsidRPr="00987F03">
        <w:rPr>
          <w:sz w:val="22"/>
        </w:rPr>
        <w:t xml:space="preserve"> </w:t>
      </w:r>
      <w:r w:rsidRPr="00987F03">
        <w:rPr>
          <w:sz w:val="22"/>
          <w:rtl/>
        </w:rPr>
        <w:t>برخی</w:t>
      </w:r>
      <w:r w:rsidRPr="00987F03">
        <w:rPr>
          <w:sz w:val="22"/>
        </w:rPr>
        <w:t xml:space="preserve"> </w:t>
      </w:r>
      <w:r w:rsidRPr="00987F03">
        <w:rPr>
          <w:sz w:val="22"/>
          <w:rtl/>
        </w:rPr>
        <w:t>پیمان</w:t>
      </w:r>
      <w:r w:rsidRPr="00987F03">
        <w:rPr>
          <w:sz w:val="22"/>
        </w:rPr>
        <w:t xml:space="preserve"> </w:t>
      </w:r>
      <w:r w:rsidRPr="00987F03">
        <w:rPr>
          <w:sz w:val="22"/>
          <w:rtl/>
        </w:rPr>
        <w:t>بستند،</w:t>
      </w:r>
      <w:r w:rsidRPr="00987F03">
        <w:rPr>
          <w:sz w:val="22"/>
        </w:rPr>
        <w:t xml:space="preserve"> </w:t>
      </w:r>
      <w:r w:rsidRPr="00987F03">
        <w:rPr>
          <w:sz w:val="22"/>
          <w:rtl/>
        </w:rPr>
        <w:t>برخی</w:t>
      </w:r>
      <w:r w:rsidRPr="00987F03">
        <w:rPr>
          <w:sz w:val="22"/>
        </w:rPr>
        <w:t xml:space="preserve"> </w:t>
      </w:r>
      <w:r w:rsidRPr="00987F03">
        <w:rPr>
          <w:sz w:val="22"/>
          <w:rtl/>
        </w:rPr>
        <w:t>در</w:t>
      </w:r>
      <w:r w:rsidRPr="00987F03">
        <w:rPr>
          <w:sz w:val="22"/>
        </w:rPr>
        <w:t xml:space="preserve"> </w:t>
      </w:r>
      <w:r w:rsidRPr="00987F03">
        <w:rPr>
          <w:sz w:val="22"/>
          <w:rtl/>
        </w:rPr>
        <w:t>انتظار</w:t>
      </w:r>
      <w:r w:rsidRPr="00987F03">
        <w:rPr>
          <w:sz w:val="22"/>
        </w:rPr>
        <w:t xml:space="preserve"> </w:t>
      </w:r>
      <w:r w:rsidRPr="00987F03">
        <w:rPr>
          <w:sz w:val="22"/>
          <w:rtl/>
        </w:rPr>
        <w:t>روشن</w:t>
      </w:r>
      <w:r w:rsidRPr="00987F03">
        <w:rPr>
          <w:sz w:val="22"/>
        </w:rPr>
        <w:t>‌</w:t>
      </w:r>
      <w:r w:rsidRPr="00987F03">
        <w:rPr>
          <w:sz w:val="22"/>
          <w:rtl/>
        </w:rPr>
        <w:t>شدن</w:t>
      </w:r>
      <w:r w:rsidRPr="00987F03">
        <w:rPr>
          <w:sz w:val="22"/>
        </w:rPr>
        <w:t xml:space="preserve"> </w:t>
      </w:r>
      <w:r w:rsidRPr="00987F03">
        <w:rPr>
          <w:sz w:val="22"/>
          <w:rtl/>
        </w:rPr>
        <w:t>نتیجه</w:t>
      </w:r>
      <w:r w:rsidRPr="00987F03">
        <w:rPr>
          <w:sz w:val="22"/>
        </w:rPr>
        <w:t xml:space="preserve"> </w:t>
      </w:r>
      <w:r w:rsidRPr="00987F03">
        <w:rPr>
          <w:sz w:val="22"/>
          <w:rtl/>
        </w:rPr>
        <w:t>ماندند</w:t>
      </w:r>
      <w:r w:rsidRPr="00987F03">
        <w:rPr>
          <w:sz w:val="22"/>
        </w:rPr>
        <w:t xml:space="preserve"> </w:t>
      </w:r>
      <w:r w:rsidRPr="00987F03">
        <w:rPr>
          <w:sz w:val="22"/>
          <w:rtl/>
        </w:rPr>
        <w:t>و</w:t>
      </w:r>
      <w:r w:rsidRPr="00987F03">
        <w:rPr>
          <w:sz w:val="22"/>
        </w:rPr>
        <w:t xml:space="preserve"> </w:t>
      </w:r>
      <w:r w:rsidRPr="00987F03">
        <w:rPr>
          <w:sz w:val="22"/>
          <w:rtl/>
        </w:rPr>
        <w:t>برخی</w:t>
      </w:r>
      <w:r w:rsidRPr="00987F03">
        <w:rPr>
          <w:sz w:val="22"/>
        </w:rPr>
        <w:t xml:space="preserve"> </w:t>
      </w:r>
      <w:r w:rsidRPr="00987F03">
        <w:rPr>
          <w:sz w:val="22"/>
          <w:rtl/>
        </w:rPr>
        <w:t>کوشیدند</w:t>
      </w:r>
      <w:r w:rsidRPr="00987F03">
        <w:rPr>
          <w:sz w:val="22"/>
        </w:rPr>
        <w:t xml:space="preserve"> </w:t>
      </w:r>
      <w:r w:rsidRPr="00987F03">
        <w:rPr>
          <w:sz w:val="22"/>
          <w:rtl/>
        </w:rPr>
        <w:t>با</w:t>
      </w:r>
      <w:r w:rsidRPr="00987F03">
        <w:rPr>
          <w:sz w:val="22"/>
        </w:rPr>
        <w:t xml:space="preserve"> </w:t>
      </w:r>
      <w:r w:rsidRPr="00987F03">
        <w:rPr>
          <w:sz w:val="22"/>
          <w:rtl/>
        </w:rPr>
        <w:t>پذیرفتن</w:t>
      </w:r>
      <w:r w:rsidRPr="00987F03">
        <w:rPr>
          <w:sz w:val="22"/>
        </w:rPr>
        <w:t xml:space="preserve"> </w:t>
      </w:r>
      <w:r w:rsidRPr="00987F03">
        <w:rPr>
          <w:sz w:val="22"/>
          <w:rtl/>
        </w:rPr>
        <w:t>حاکمیت</w:t>
      </w:r>
      <w:r w:rsidRPr="00987F03">
        <w:rPr>
          <w:sz w:val="22"/>
        </w:rPr>
        <w:t xml:space="preserve"> </w:t>
      </w:r>
      <w:r w:rsidRPr="00987F03">
        <w:rPr>
          <w:sz w:val="22"/>
          <w:rtl/>
        </w:rPr>
        <w:t>فاتحان،</w:t>
      </w:r>
      <w:r w:rsidRPr="00987F03">
        <w:rPr>
          <w:sz w:val="22"/>
        </w:rPr>
        <w:t xml:space="preserve"> </w:t>
      </w:r>
      <w:r w:rsidRPr="00987F03">
        <w:rPr>
          <w:sz w:val="22"/>
          <w:rtl/>
        </w:rPr>
        <w:t>موقعیت</w:t>
      </w:r>
      <w:r w:rsidRPr="00987F03">
        <w:rPr>
          <w:sz w:val="22"/>
        </w:rPr>
        <w:t xml:space="preserve"> </w:t>
      </w:r>
      <w:r w:rsidRPr="00987F03">
        <w:rPr>
          <w:sz w:val="22"/>
          <w:rtl/>
        </w:rPr>
        <w:t>محلی</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حفظ</w:t>
      </w:r>
      <w:r w:rsidRPr="00987F03">
        <w:rPr>
          <w:sz w:val="22"/>
        </w:rPr>
        <w:t xml:space="preserve"> </w:t>
      </w:r>
      <w:r w:rsidRPr="00987F03">
        <w:rPr>
          <w:sz w:val="22"/>
          <w:rtl/>
        </w:rPr>
        <w:t>کنند</w:t>
      </w:r>
      <w:r w:rsidRPr="00987F03">
        <w:rPr>
          <w:sz w:val="22"/>
        </w:rPr>
        <w:t>.</w:t>
      </w:r>
    </w:p>
    <w:p w:rsidR="009F3B78" w:rsidRPr="00987F03" w:rsidRDefault="00987F03" w:rsidP="00987F03">
      <w:pPr>
        <w:bidi/>
        <w:ind w:firstLine="720"/>
        <w:rPr>
          <w:sz w:val="22"/>
        </w:rPr>
      </w:pPr>
      <w:r w:rsidRPr="00987F03">
        <w:rPr>
          <w:sz w:val="22"/>
          <w:rtl/>
        </w:rPr>
        <w:t>ازاین</w:t>
      </w:r>
      <w:r w:rsidRPr="00987F03">
        <w:rPr>
          <w:sz w:val="22"/>
        </w:rPr>
        <w:t>‌</w:t>
      </w:r>
      <w:r w:rsidRPr="00987F03">
        <w:rPr>
          <w:sz w:val="22"/>
          <w:rtl/>
        </w:rPr>
        <w:t>رو،</w:t>
      </w:r>
      <w:r w:rsidRPr="00987F03">
        <w:rPr>
          <w:sz w:val="22"/>
        </w:rPr>
        <w:t xml:space="preserve"> </w:t>
      </w:r>
      <w:r w:rsidRPr="00987F03">
        <w:rPr>
          <w:sz w:val="22"/>
          <w:rtl/>
        </w:rPr>
        <w:t>فتح</w:t>
      </w:r>
      <w:r w:rsidRPr="00987F03">
        <w:rPr>
          <w:sz w:val="22"/>
        </w:rPr>
        <w:t xml:space="preserve"> </w:t>
      </w:r>
      <w:r w:rsidRPr="00987F03">
        <w:rPr>
          <w:sz w:val="22"/>
          <w:rtl/>
        </w:rPr>
        <w:t>ایران</w:t>
      </w:r>
      <w:r w:rsidRPr="00987F03">
        <w:rPr>
          <w:sz w:val="22"/>
        </w:rPr>
        <w:t xml:space="preserve"> </w:t>
      </w:r>
      <w:r w:rsidRPr="00987F03">
        <w:rPr>
          <w:sz w:val="22"/>
          <w:rtl/>
        </w:rPr>
        <w:t>حادثه</w:t>
      </w:r>
      <w:r w:rsidRPr="00987F03">
        <w:rPr>
          <w:sz w:val="22"/>
        </w:rPr>
        <w:t>‌</w:t>
      </w:r>
      <w:r w:rsidRPr="00987F03">
        <w:rPr>
          <w:sz w:val="22"/>
          <w:rtl/>
        </w:rPr>
        <w:t>ای</w:t>
      </w:r>
      <w:r w:rsidRPr="00987F03">
        <w:rPr>
          <w:sz w:val="22"/>
        </w:rPr>
        <w:t xml:space="preserve"> </w:t>
      </w:r>
      <w:r w:rsidRPr="00987F03">
        <w:rPr>
          <w:sz w:val="22"/>
          <w:rtl/>
        </w:rPr>
        <w:t>نبود</w:t>
      </w:r>
      <w:r w:rsidRPr="00987F03">
        <w:rPr>
          <w:sz w:val="22"/>
        </w:rPr>
        <w:t xml:space="preserve"> </w:t>
      </w:r>
      <w:r w:rsidRPr="00987F03">
        <w:rPr>
          <w:sz w:val="22"/>
          <w:rtl/>
        </w:rPr>
        <w:t>که</w:t>
      </w:r>
      <w:r w:rsidRPr="00987F03">
        <w:rPr>
          <w:sz w:val="22"/>
        </w:rPr>
        <w:t xml:space="preserve"> </w:t>
      </w:r>
      <w:r w:rsidRPr="00987F03">
        <w:rPr>
          <w:sz w:val="22"/>
          <w:rtl/>
        </w:rPr>
        <w:t>در</w:t>
      </w:r>
      <w:r w:rsidRPr="00987F03">
        <w:rPr>
          <w:sz w:val="22"/>
        </w:rPr>
        <w:t xml:space="preserve"> </w:t>
      </w:r>
      <w:r w:rsidRPr="00987F03">
        <w:rPr>
          <w:sz w:val="22"/>
          <w:rtl/>
        </w:rPr>
        <w:t>یک</w:t>
      </w:r>
      <w:r w:rsidRPr="00987F03">
        <w:rPr>
          <w:sz w:val="22"/>
        </w:rPr>
        <w:t xml:space="preserve"> </w:t>
      </w:r>
      <w:r w:rsidRPr="00987F03">
        <w:rPr>
          <w:sz w:val="22"/>
          <w:rtl/>
        </w:rPr>
        <w:t>روز</w:t>
      </w:r>
      <w:r w:rsidRPr="00987F03">
        <w:rPr>
          <w:sz w:val="22"/>
        </w:rPr>
        <w:t xml:space="preserve"> </w:t>
      </w:r>
      <w:r w:rsidRPr="00987F03">
        <w:rPr>
          <w:sz w:val="22"/>
          <w:rtl/>
        </w:rPr>
        <w:t>یا</w:t>
      </w:r>
      <w:r w:rsidRPr="00987F03">
        <w:rPr>
          <w:sz w:val="22"/>
        </w:rPr>
        <w:t xml:space="preserve"> </w:t>
      </w:r>
      <w:r w:rsidRPr="00987F03">
        <w:rPr>
          <w:sz w:val="22"/>
          <w:rtl/>
        </w:rPr>
        <w:t>با</w:t>
      </w:r>
      <w:r w:rsidRPr="00987F03">
        <w:rPr>
          <w:sz w:val="22"/>
        </w:rPr>
        <w:t xml:space="preserve"> </w:t>
      </w:r>
      <w:r w:rsidRPr="00987F03">
        <w:rPr>
          <w:sz w:val="22"/>
          <w:rtl/>
        </w:rPr>
        <w:t>یک</w:t>
      </w:r>
      <w:r w:rsidRPr="00987F03">
        <w:rPr>
          <w:sz w:val="22"/>
        </w:rPr>
        <w:t xml:space="preserve"> </w:t>
      </w:r>
      <w:r w:rsidRPr="00987F03">
        <w:rPr>
          <w:sz w:val="22"/>
          <w:rtl/>
        </w:rPr>
        <w:t>نبرد</w:t>
      </w:r>
      <w:r w:rsidRPr="00987F03">
        <w:rPr>
          <w:sz w:val="22"/>
        </w:rPr>
        <w:t xml:space="preserve"> </w:t>
      </w:r>
      <w:r w:rsidRPr="00987F03">
        <w:rPr>
          <w:sz w:val="22"/>
          <w:rtl/>
        </w:rPr>
        <w:t>پایان</w:t>
      </w:r>
      <w:r w:rsidRPr="00987F03">
        <w:rPr>
          <w:sz w:val="22"/>
        </w:rPr>
        <w:t xml:space="preserve"> </w:t>
      </w:r>
      <w:r w:rsidRPr="00987F03">
        <w:rPr>
          <w:sz w:val="22"/>
          <w:rtl/>
        </w:rPr>
        <w:t>پذیرد</w:t>
      </w:r>
      <w:r w:rsidRPr="00987F03">
        <w:rPr>
          <w:sz w:val="22"/>
        </w:rPr>
        <w:t xml:space="preserve">. </w:t>
      </w:r>
      <w:r w:rsidRPr="00987F03">
        <w:rPr>
          <w:sz w:val="22"/>
          <w:rtl/>
        </w:rPr>
        <w:t>قادسیه</w:t>
      </w:r>
      <w:r w:rsidRPr="00987F03">
        <w:rPr>
          <w:sz w:val="22"/>
        </w:rPr>
        <w:t xml:space="preserve"> </w:t>
      </w:r>
      <w:r w:rsidRPr="00987F03">
        <w:rPr>
          <w:sz w:val="22"/>
          <w:rtl/>
        </w:rPr>
        <w:t>راه</w:t>
      </w:r>
      <w:r w:rsidRPr="00987F03">
        <w:rPr>
          <w:sz w:val="22"/>
        </w:rPr>
        <w:t xml:space="preserve"> </w:t>
      </w:r>
      <w:r w:rsidRPr="00987F03">
        <w:rPr>
          <w:sz w:val="22"/>
          <w:rtl/>
        </w:rPr>
        <w:t>تیسفون</w:t>
      </w:r>
      <w:r w:rsidRPr="00987F03">
        <w:rPr>
          <w:sz w:val="22"/>
        </w:rPr>
        <w:t xml:space="preserve"> </w:t>
      </w:r>
      <w:r w:rsidRPr="00987F03">
        <w:rPr>
          <w:sz w:val="22"/>
          <w:rtl/>
        </w:rPr>
        <w:t>را</w:t>
      </w:r>
      <w:r w:rsidRPr="00987F03">
        <w:rPr>
          <w:sz w:val="22"/>
        </w:rPr>
        <w:t xml:space="preserve"> </w:t>
      </w:r>
      <w:r w:rsidRPr="00987F03">
        <w:rPr>
          <w:sz w:val="22"/>
          <w:rtl/>
        </w:rPr>
        <w:t>گشود؛</w:t>
      </w:r>
      <w:r w:rsidRPr="00987F03">
        <w:rPr>
          <w:sz w:val="22"/>
        </w:rPr>
        <w:t xml:space="preserve"> </w:t>
      </w:r>
      <w:r w:rsidRPr="00987F03">
        <w:rPr>
          <w:sz w:val="22"/>
          <w:rtl/>
        </w:rPr>
        <w:t>سقوط</w:t>
      </w:r>
      <w:r w:rsidRPr="00987F03">
        <w:rPr>
          <w:sz w:val="22"/>
        </w:rPr>
        <w:t xml:space="preserve"> </w:t>
      </w:r>
      <w:r w:rsidRPr="00987F03">
        <w:rPr>
          <w:sz w:val="22"/>
          <w:rtl/>
        </w:rPr>
        <w:t>تیسفون</w:t>
      </w:r>
      <w:r w:rsidRPr="00987F03">
        <w:rPr>
          <w:sz w:val="22"/>
        </w:rPr>
        <w:t xml:space="preserve"> </w:t>
      </w:r>
      <w:r w:rsidRPr="00987F03">
        <w:rPr>
          <w:sz w:val="22"/>
          <w:rtl/>
        </w:rPr>
        <w:t>مرکز</w:t>
      </w:r>
      <w:r w:rsidRPr="00987F03">
        <w:rPr>
          <w:sz w:val="22"/>
        </w:rPr>
        <w:t xml:space="preserve"> </w:t>
      </w:r>
      <w:r w:rsidRPr="00987F03">
        <w:rPr>
          <w:sz w:val="22"/>
          <w:rtl/>
        </w:rPr>
        <w:t>فرماندهی</w:t>
      </w:r>
      <w:r w:rsidRPr="00987F03">
        <w:rPr>
          <w:sz w:val="22"/>
        </w:rPr>
        <w:t xml:space="preserve"> </w:t>
      </w:r>
      <w:r w:rsidRPr="00987F03">
        <w:rPr>
          <w:sz w:val="22"/>
          <w:rtl/>
        </w:rPr>
        <w:t>و</w:t>
      </w:r>
      <w:r w:rsidRPr="00987F03">
        <w:rPr>
          <w:sz w:val="22"/>
        </w:rPr>
        <w:t xml:space="preserve"> </w:t>
      </w:r>
      <w:r w:rsidRPr="00987F03">
        <w:rPr>
          <w:sz w:val="22"/>
          <w:rtl/>
        </w:rPr>
        <w:t>خزانهٔ</w:t>
      </w:r>
      <w:r w:rsidRPr="00987F03">
        <w:rPr>
          <w:sz w:val="22"/>
        </w:rPr>
        <w:t xml:space="preserve"> </w:t>
      </w:r>
      <w:r w:rsidRPr="00987F03">
        <w:rPr>
          <w:sz w:val="22"/>
          <w:rtl/>
        </w:rPr>
        <w:t>شاهنشاهی</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یزدگرد</w:t>
      </w:r>
      <w:r w:rsidRPr="00987F03">
        <w:rPr>
          <w:sz w:val="22"/>
        </w:rPr>
        <w:t xml:space="preserve"> </w:t>
      </w:r>
      <w:r w:rsidRPr="00987F03">
        <w:rPr>
          <w:sz w:val="22"/>
          <w:rtl/>
        </w:rPr>
        <w:t>گرفت؛</w:t>
      </w:r>
      <w:r w:rsidRPr="00987F03">
        <w:rPr>
          <w:sz w:val="22"/>
        </w:rPr>
        <w:t xml:space="preserve"> </w:t>
      </w:r>
      <w:r w:rsidRPr="00987F03">
        <w:rPr>
          <w:sz w:val="22"/>
          <w:rtl/>
        </w:rPr>
        <w:t>نبرد</w:t>
      </w:r>
      <w:r w:rsidRPr="00987F03">
        <w:rPr>
          <w:sz w:val="22"/>
        </w:rPr>
        <w:t xml:space="preserve"> </w:t>
      </w:r>
      <w:r w:rsidRPr="00987F03">
        <w:rPr>
          <w:sz w:val="22"/>
          <w:rtl/>
        </w:rPr>
        <w:t>نهاوند</w:t>
      </w:r>
      <w:r w:rsidRPr="00987F03">
        <w:rPr>
          <w:sz w:val="22"/>
        </w:rPr>
        <w:t xml:space="preserve"> </w:t>
      </w:r>
      <w:r w:rsidRPr="00987F03">
        <w:rPr>
          <w:sz w:val="22"/>
          <w:rtl/>
        </w:rPr>
        <w:t>امکان</w:t>
      </w:r>
      <w:r w:rsidRPr="00987F03">
        <w:rPr>
          <w:sz w:val="22"/>
        </w:rPr>
        <w:t xml:space="preserve"> </w:t>
      </w:r>
      <w:r w:rsidRPr="00987F03">
        <w:rPr>
          <w:sz w:val="22"/>
          <w:rtl/>
        </w:rPr>
        <w:t>گردآوردن</w:t>
      </w:r>
      <w:r w:rsidRPr="00987F03">
        <w:rPr>
          <w:sz w:val="22"/>
        </w:rPr>
        <w:t xml:space="preserve"> </w:t>
      </w:r>
      <w:r w:rsidRPr="00987F03">
        <w:rPr>
          <w:sz w:val="22"/>
          <w:rtl/>
        </w:rPr>
        <w:t>سپاهی</w:t>
      </w:r>
      <w:r w:rsidRPr="00987F03">
        <w:rPr>
          <w:sz w:val="22"/>
        </w:rPr>
        <w:t xml:space="preserve"> </w:t>
      </w:r>
      <w:r w:rsidRPr="00987F03">
        <w:rPr>
          <w:sz w:val="22"/>
          <w:rtl/>
        </w:rPr>
        <w:t>سراسری</w:t>
      </w:r>
      <w:r w:rsidRPr="00987F03">
        <w:rPr>
          <w:sz w:val="22"/>
        </w:rPr>
        <w:t xml:space="preserve"> </w:t>
      </w:r>
      <w:r w:rsidRPr="00987F03">
        <w:rPr>
          <w:sz w:val="22"/>
          <w:rtl/>
        </w:rPr>
        <w:t>برای</w:t>
      </w:r>
      <w:r w:rsidRPr="00987F03">
        <w:rPr>
          <w:sz w:val="22"/>
        </w:rPr>
        <w:t xml:space="preserve"> </w:t>
      </w:r>
      <w:r w:rsidRPr="00987F03">
        <w:rPr>
          <w:sz w:val="22"/>
          <w:rtl/>
        </w:rPr>
        <w:t>بازپس</w:t>
      </w:r>
      <w:r w:rsidRPr="00987F03">
        <w:rPr>
          <w:sz w:val="22"/>
        </w:rPr>
        <w:t>‌</w:t>
      </w:r>
      <w:r w:rsidRPr="00987F03">
        <w:rPr>
          <w:sz w:val="22"/>
          <w:rtl/>
        </w:rPr>
        <w:t>گیری</w:t>
      </w:r>
      <w:r w:rsidRPr="00987F03">
        <w:rPr>
          <w:sz w:val="22"/>
        </w:rPr>
        <w:t xml:space="preserve"> </w:t>
      </w:r>
      <w:r w:rsidRPr="00987F03">
        <w:rPr>
          <w:sz w:val="22"/>
          <w:rtl/>
        </w:rPr>
        <w:t>مناطق</w:t>
      </w:r>
      <w:r w:rsidRPr="00987F03">
        <w:rPr>
          <w:sz w:val="22"/>
        </w:rPr>
        <w:t xml:space="preserve"> </w:t>
      </w:r>
      <w:r w:rsidRPr="00987F03">
        <w:rPr>
          <w:sz w:val="22"/>
          <w:rtl/>
        </w:rPr>
        <w:t>ازدست</w:t>
      </w:r>
      <w:r w:rsidRPr="00987F03">
        <w:rPr>
          <w:sz w:val="22"/>
        </w:rPr>
        <w:t>‌</w:t>
      </w:r>
      <w:r w:rsidRPr="00987F03">
        <w:rPr>
          <w:sz w:val="22"/>
          <w:rtl/>
        </w:rPr>
        <w:t>رفته</w:t>
      </w:r>
      <w:r w:rsidRPr="00987F03">
        <w:rPr>
          <w:sz w:val="22"/>
        </w:rPr>
        <w:t xml:space="preserve"> </w:t>
      </w:r>
      <w:r w:rsidRPr="00987F03">
        <w:rPr>
          <w:sz w:val="22"/>
          <w:rtl/>
        </w:rPr>
        <w:t>را</w:t>
      </w:r>
      <w:r w:rsidRPr="00987F03">
        <w:rPr>
          <w:sz w:val="22"/>
        </w:rPr>
        <w:t xml:space="preserve"> </w:t>
      </w:r>
      <w:r w:rsidRPr="00987F03">
        <w:rPr>
          <w:sz w:val="22"/>
          <w:rtl/>
        </w:rPr>
        <w:t>کاهش</w:t>
      </w:r>
      <w:r w:rsidRPr="00987F03">
        <w:rPr>
          <w:sz w:val="22"/>
        </w:rPr>
        <w:t xml:space="preserve"> </w:t>
      </w:r>
      <w:r w:rsidRPr="00987F03">
        <w:rPr>
          <w:sz w:val="22"/>
          <w:rtl/>
        </w:rPr>
        <w:t>داد؛</w:t>
      </w:r>
      <w:r w:rsidRPr="00987F03">
        <w:rPr>
          <w:sz w:val="22"/>
        </w:rPr>
        <w:t xml:space="preserve"> </w:t>
      </w:r>
      <w:r w:rsidRPr="00987F03">
        <w:rPr>
          <w:sz w:val="22"/>
          <w:rtl/>
        </w:rPr>
        <w:t>و</w:t>
      </w:r>
      <w:r w:rsidRPr="00987F03">
        <w:rPr>
          <w:sz w:val="22"/>
        </w:rPr>
        <w:t xml:space="preserve"> </w:t>
      </w:r>
      <w:r w:rsidRPr="00987F03">
        <w:rPr>
          <w:sz w:val="22"/>
          <w:rtl/>
        </w:rPr>
        <w:t>مرگ</w:t>
      </w:r>
      <w:r w:rsidRPr="00987F03">
        <w:rPr>
          <w:sz w:val="22"/>
        </w:rPr>
        <w:t xml:space="preserve"> </w:t>
      </w:r>
      <w:r w:rsidRPr="00987F03">
        <w:rPr>
          <w:sz w:val="22"/>
          <w:rtl/>
        </w:rPr>
        <w:t>یزدگرد</w:t>
      </w:r>
      <w:r w:rsidRPr="00987F03">
        <w:rPr>
          <w:sz w:val="22"/>
        </w:rPr>
        <w:t xml:space="preserve"> </w:t>
      </w:r>
      <w:r w:rsidRPr="00987F03">
        <w:rPr>
          <w:sz w:val="22"/>
          <w:rtl/>
        </w:rPr>
        <w:t>در</w:t>
      </w:r>
      <w:r w:rsidRPr="00987F03">
        <w:rPr>
          <w:sz w:val="22"/>
        </w:rPr>
        <w:t xml:space="preserve"> </w:t>
      </w:r>
      <w:r w:rsidRPr="00987F03">
        <w:rPr>
          <w:sz w:val="22"/>
          <w:rtl/>
        </w:rPr>
        <w:t>سال</w:t>
      </w:r>
      <w:r w:rsidRPr="00987F03">
        <w:rPr>
          <w:sz w:val="22"/>
        </w:rPr>
        <w:t xml:space="preserve"> </w:t>
      </w:r>
      <w:r w:rsidRPr="00987F03">
        <w:rPr>
          <w:sz w:val="22"/>
          <w:rtl/>
        </w:rPr>
        <w:t>۶۵۱</w:t>
      </w:r>
      <w:r w:rsidRPr="00987F03">
        <w:rPr>
          <w:sz w:val="22"/>
        </w:rPr>
        <w:t xml:space="preserve"> </w:t>
      </w:r>
      <w:r w:rsidRPr="00987F03">
        <w:rPr>
          <w:sz w:val="22"/>
          <w:rtl/>
        </w:rPr>
        <w:t>میلادی</w:t>
      </w:r>
      <w:r w:rsidRPr="00987F03">
        <w:rPr>
          <w:sz w:val="22"/>
        </w:rPr>
        <w:t xml:space="preserve"> </w:t>
      </w:r>
      <w:r w:rsidRPr="00987F03">
        <w:rPr>
          <w:sz w:val="22"/>
          <w:rtl/>
        </w:rPr>
        <w:t>امید</w:t>
      </w:r>
      <w:r w:rsidRPr="00987F03">
        <w:rPr>
          <w:sz w:val="22"/>
        </w:rPr>
        <w:t xml:space="preserve"> </w:t>
      </w:r>
      <w:r w:rsidRPr="00987F03">
        <w:rPr>
          <w:sz w:val="22"/>
          <w:rtl/>
        </w:rPr>
        <w:t>بازگشت</w:t>
      </w:r>
      <w:r w:rsidRPr="00987F03">
        <w:rPr>
          <w:sz w:val="22"/>
        </w:rPr>
        <w:t xml:space="preserve"> </w:t>
      </w:r>
      <w:r w:rsidRPr="00987F03">
        <w:rPr>
          <w:sz w:val="22"/>
          <w:rtl/>
        </w:rPr>
        <w:t>تاج</w:t>
      </w:r>
      <w:r w:rsidRPr="00987F03">
        <w:rPr>
          <w:sz w:val="22"/>
        </w:rPr>
        <w:t xml:space="preserve"> </w:t>
      </w:r>
      <w:r w:rsidRPr="00987F03">
        <w:rPr>
          <w:sz w:val="22"/>
          <w:rtl/>
        </w:rPr>
        <w:t>ساسانی</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برد</w:t>
      </w:r>
      <w:r w:rsidRPr="00987F03">
        <w:rPr>
          <w:sz w:val="22"/>
        </w:rPr>
        <w:t xml:space="preserve">. </w:t>
      </w:r>
      <w:r w:rsidRPr="00987F03">
        <w:rPr>
          <w:sz w:val="22"/>
          <w:rtl/>
        </w:rPr>
        <w:t>اما</w:t>
      </w:r>
      <w:r w:rsidRPr="00987F03">
        <w:rPr>
          <w:sz w:val="22"/>
        </w:rPr>
        <w:t xml:space="preserve"> </w:t>
      </w:r>
      <w:r w:rsidRPr="00987F03">
        <w:rPr>
          <w:sz w:val="22"/>
          <w:rtl/>
        </w:rPr>
        <w:t>حتی</w:t>
      </w:r>
      <w:r w:rsidRPr="00987F03">
        <w:rPr>
          <w:sz w:val="22"/>
        </w:rPr>
        <w:t xml:space="preserve"> </w:t>
      </w:r>
      <w:r w:rsidRPr="00987F03">
        <w:rPr>
          <w:sz w:val="22"/>
          <w:rtl/>
        </w:rPr>
        <w:t>مرگ</w:t>
      </w:r>
      <w:r w:rsidRPr="00987F03">
        <w:rPr>
          <w:sz w:val="22"/>
        </w:rPr>
        <w:t xml:space="preserve"> </w:t>
      </w:r>
      <w:r w:rsidRPr="00987F03">
        <w:rPr>
          <w:sz w:val="22"/>
          <w:rtl/>
        </w:rPr>
        <w:t>آخرین</w:t>
      </w:r>
      <w:r w:rsidRPr="00987F03">
        <w:rPr>
          <w:sz w:val="22"/>
        </w:rPr>
        <w:t xml:space="preserve"> </w:t>
      </w:r>
      <w:r w:rsidRPr="00987F03">
        <w:rPr>
          <w:sz w:val="22"/>
          <w:rtl/>
        </w:rPr>
        <w:t>شاه</w:t>
      </w:r>
      <w:r w:rsidRPr="00987F03">
        <w:rPr>
          <w:sz w:val="22"/>
        </w:rPr>
        <w:t xml:space="preserve"> </w:t>
      </w:r>
      <w:r w:rsidRPr="00987F03">
        <w:rPr>
          <w:sz w:val="22"/>
          <w:rtl/>
        </w:rPr>
        <w:t>نیز</w:t>
      </w:r>
      <w:r w:rsidRPr="00987F03">
        <w:rPr>
          <w:sz w:val="22"/>
        </w:rPr>
        <w:t xml:space="preserve"> </w:t>
      </w:r>
      <w:r w:rsidRPr="00987F03">
        <w:rPr>
          <w:sz w:val="22"/>
          <w:rtl/>
        </w:rPr>
        <w:t>شهرها،</w:t>
      </w:r>
      <w:r w:rsidRPr="00987F03">
        <w:rPr>
          <w:sz w:val="22"/>
        </w:rPr>
        <w:t xml:space="preserve"> </w:t>
      </w:r>
      <w:r w:rsidRPr="00987F03">
        <w:rPr>
          <w:sz w:val="22"/>
          <w:rtl/>
        </w:rPr>
        <w:t>روستاها،</w:t>
      </w:r>
      <w:r w:rsidRPr="00987F03">
        <w:rPr>
          <w:sz w:val="22"/>
        </w:rPr>
        <w:t xml:space="preserve"> </w:t>
      </w:r>
      <w:r w:rsidRPr="00987F03">
        <w:rPr>
          <w:sz w:val="22"/>
          <w:rtl/>
        </w:rPr>
        <w:t>راه</w:t>
      </w:r>
      <w:r w:rsidRPr="00987F03">
        <w:rPr>
          <w:sz w:val="22"/>
        </w:rPr>
        <w:t>‌</w:t>
      </w:r>
      <w:r w:rsidRPr="00987F03">
        <w:rPr>
          <w:sz w:val="22"/>
          <w:rtl/>
        </w:rPr>
        <w:t>ها،</w:t>
      </w:r>
      <w:r w:rsidRPr="00987F03">
        <w:rPr>
          <w:sz w:val="22"/>
        </w:rPr>
        <w:t xml:space="preserve"> </w:t>
      </w:r>
      <w:r w:rsidRPr="00987F03">
        <w:rPr>
          <w:sz w:val="22"/>
          <w:rtl/>
        </w:rPr>
        <w:t>شبکه</w:t>
      </w:r>
      <w:r w:rsidRPr="00987F03">
        <w:rPr>
          <w:sz w:val="22"/>
        </w:rPr>
        <w:t>‌</w:t>
      </w:r>
      <w:r w:rsidRPr="00987F03">
        <w:rPr>
          <w:sz w:val="22"/>
          <w:rtl/>
        </w:rPr>
        <w:t>های</w:t>
      </w:r>
      <w:r w:rsidRPr="00987F03">
        <w:rPr>
          <w:sz w:val="22"/>
        </w:rPr>
        <w:t xml:space="preserve"> </w:t>
      </w:r>
      <w:r w:rsidRPr="00987F03">
        <w:rPr>
          <w:sz w:val="22"/>
          <w:rtl/>
        </w:rPr>
        <w:t>آبیاری،</w:t>
      </w:r>
      <w:r w:rsidRPr="00987F03">
        <w:rPr>
          <w:sz w:val="22"/>
        </w:rPr>
        <w:t xml:space="preserve"> </w:t>
      </w:r>
      <w:r w:rsidRPr="00987F03">
        <w:rPr>
          <w:sz w:val="22"/>
          <w:rtl/>
        </w:rPr>
        <w:t>مرزهای</w:t>
      </w:r>
      <w:r w:rsidRPr="00987F03">
        <w:rPr>
          <w:sz w:val="22"/>
        </w:rPr>
        <w:t xml:space="preserve"> </w:t>
      </w:r>
      <w:r w:rsidRPr="00987F03">
        <w:rPr>
          <w:sz w:val="22"/>
          <w:rtl/>
        </w:rPr>
        <w:t>محلی،</w:t>
      </w:r>
      <w:r w:rsidRPr="00987F03">
        <w:rPr>
          <w:sz w:val="22"/>
        </w:rPr>
        <w:t xml:space="preserve"> </w:t>
      </w:r>
      <w:r w:rsidRPr="00987F03">
        <w:rPr>
          <w:sz w:val="22"/>
          <w:rtl/>
        </w:rPr>
        <w:t>زبان</w:t>
      </w:r>
      <w:r w:rsidRPr="00987F03">
        <w:rPr>
          <w:sz w:val="22"/>
        </w:rPr>
        <w:t>‌</w:t>
      </w:r>
      <w:r w:rsidRPr="00987F03">
        <w:rPr>
          <w:sz w:val="22"/>
          <w:rtl/>
        </w:rPr>
        <w:t>ها،</w:t>
      </w:r>
      <w:r w:rsidRPr="00987F03">
        <w:rPr>
          <w:sz w:val="22"/>
        </w:rPr>
        <w:t xml:space="preserve"> </w:t>
      </w:r>
      <w:r w:rsidRPr="00987F03">
        <w:rPr>
          <w:sz w:val="22"/>
          <w:rtl/>
        </w:rPr>
        <w:t>باورها</w:t>
      </w:r>
      <w:r w:rsidRPr="00987F03">
        <w:rPr>
          <w:sz w:val="22"/>
        </w:rPr>
        <w:t xml:space="preserve"> </w:t>
      </w:r>
      <w:r w:rsidRPr="00987F03">
        <w:rPr>
          <w:sz w:val="22"/>
          <w:rtl/>
        </w:rPr>
        <w:t>و</w:t>
      </w:r>
      <w:r w:rsidRPr="00987F03">
        <w:rPr>
          <w:sz w:val="22"/>
        </w:rPr>
        <w:t xml:space="preserve"> </w:t>
      </w:r>
      <w:r w:rsidRPr="00987F03">
        <w:rPr>
          <w:sz w:val="22"/>
          <w:rtl/>
        </w:rPr>
        <w:t>حافظهٔ</w:t>
      </w:r>
      <w:r w:rsidRPr="00987F03">
        <w:rPr>
          <w:sz w:val="22"/>
        </w:rPr>
        <w:t xml:space="preserve"> </w:t>
      </w:r>
      <w:r w:rsidRPr="00987F03">
        <w:rPr>
          <w:sz w:val="22"/>
          <w:rtl/>
        </w:rPr>
        <w:t>تاریخی</w:t>
      </w:r>
      <w:r w:rsidRPr="00987F03">
        <w:rPr>
          <w:sz w:val="22"/>
        </w:rPr>
        <w:t xml:space="preserve"> </w:t>
      </w:r>
      <w:r w:rsidRPr="00987F03">
        <w:rPr>
          <w:sz w:val="22"/>
          <w:rtl/>
        </w:rPr>
        <w:t>مردم</w:t>
      </w:r>
      <w:r w:rsidRPr="00987F03">
        <w:rPr>
          <w:sz w:val="22"/>
        </w:rPr>
        <w:t xml:space="preserve"> </w:t>
      </w:r>
      <w:r w:rsidRPr="00987F03">
        <w:rPr>
          <w:sz w:val="22"/>
          <w:rtl/>
        </w:rPr>
        <w:t>را</w:t>
      </w:r>
      <w:r w:rsidRPr="00987F03">
        <w:rPr>
          <w:sz w:val="22"/>
        </w:rPr>
        <w:t xml:space="preserve"> </w:t>
      </w:r>
      <w:r w:rsidRPr="00987F03">
        <w:rPr>
          <w:sz w:val="22"/>
          <w:rtl/>
        </w:rPr>
        <w:t>نابود</w:t>
      </w:r>
      <w:r w:rsidRPr="00987F03">
        <w:rPr>
          <w:sz w:val="22"/>
        </w:rPr>
        <w:t xml:space="preserve"> </w:t>
      </w:r>
      <w:r w:rsidRPr="00987F03">
        <w:rPr>
          <w:sz w:val="22"/>
          <w:rtl/>
        </w:rPr>
        <w:t>نکرد</w:t>
      </w:r>
      <w:r w:rsidRPr="00987F03">
        <w:rPr>
          <w:sz w:val="22"/>
        </w:rPr>
        <w:t xml:space="preserve">. </w:t>
      </w:r>
      <w:r w:rsidRPr="00987F03">
        <w:rPr>
          <w:sz w:val="22"/>
          <w:rtl/>
        </w:rPr>
        <w:t>تاج</w:t>
      </w:r>
      <w:r w:rsidRPr="00987F03">
        <w:rPr>
          <w:sz w:val="22"/>
        </w:rPr>
        <w:t xml:space="preserve"> </w:t>
      </w:r>
      <w:r w:rsidRPr="00987F03">
        <w:rPr>
          <w:sz w:val="22"/>
          <w:rtl/>
        </w:rPr>
        <w:t>افتاد،</w:t>
      </w:r>
      <w:r w:rsidRPr="00987F03">
        <w:rPr>
          <w:sz w:val="22"/>
        </w:rPr>
        <w:t xml:space="preserve"> </w:t>
      </w:r>
      <w:r w:rsidRPr="00987F03">
        <w:rPr>
          <w:sz w:val="22"/>
          <w:rtl/>
        </w:rPr>
        <w:t>ولی</w:t>
      </w:r>
      <w:r w:rsidRPr="00987F03">
        <w:rPr>
          <w:sz w:val="22"/>
        </w:rPr>
        <w:t xml:space="preserve"> </w:t>
      </w:r>
      <w:r w:rsidRPr="00987F03">
        <w:rPr>
          <w:sz w:val="22"/>
          <w:rtl/>
        </w:rPr>
        <w:t>سرزمینی</w:t>
      </w:r>
      <w:r w:rsidRPr="00987F03">
        <w:rPr>
          <w:sz w:val="22"/>
        </w:rPr>
        <w:t xml:space="preserve"> </w:t>
      </w:r>
      <w:r w:rsidRPr="00987F03">
        <w:rPr>
          <w:sz w:val="22"/>
          <w:rtl/>
        </w:rPr>
        <w:t>که</w:t>
      </w:r>
      <w:r w:rsidRPr="00987F03">
        <w:rPr>
          <w:sz w:val="22"/>
        </w:rPr>
        <w:t xml:space="preserve"> </w:t>
      </w:r>
      <w:r w:rsidRPr="00987F03">
        <w:rPr>
          <w:sz w:val="22"/>
          <w:rtl/>
        </w:rPr>
        <w:t>تاج</w:t>
      </w:r>
      <w:r w:rsidRPr="00987F03">
        <w:rPr>
          <w:sz w:val="22"/>
        </w:rPr>
        <w:t xml:space="preserve"> </w:t>
      </w:r>
      <w:r w:rsidRPr="00987F03">
        <w:rPr>
          <w:sz w:val="22"/>
          <w:rtl/>
        </w:rPr>
        <w:t>بر</w:t>
      </w:r>
      <w:r w:rsidRPr="00987F03">
        <w:rPr>
          <w:sz w:val="22"/>
        </w:rPr>
        <w:t xml:space="preserve"> </w:t>
      </w:r>
      <w:r w:rsidRPr="00987F03">
        <w:rPr>
          <w:sz w:val="22"/>
          <w:rtl/>
        </w:rPr>
        <w:t>آن</w:t>
      </w:r>
      <w:r w:rsidRPr="00987F03">
        <w:rPr>
          <w:sz w:val="22"/>
        </w:rPr>
        <w:t xml:space="preserve"> </w:t>
      </w:r>
      <w:r w:rsidRPr="00987F03">
        <w:rPr>
          <w:sz w:val="22"/>
          <w:rtl/>
        </w:rPr>
        <w:t>فرمان</w:t>
      </w:r>
      <w:r w:rsidRPr="00987F03">
        <w:rPr>
          <w:sz w:val="22"/>
        </w:rPr>
        <w:t xml:space="preserve"> </w:t>
      </w:r>
      <w:r w:rsidRPr="00987F03">
        <w:rPr>
          <w:sz w:val="22"/>
          <w:rtl/>
        </w:rPr>
        <w:t>می</w:t>
      </w:r>
      <w:r w:rsidRPr="00987F03">
        <w:rPr>
          <w:sz w:val="22"/>
        </w:rPr>
        <w:t>‌</w:t>
      </w:r>
      <w:r w:rsidRPr="00987F03">
        <w:rPr>
          <w:sz w:val="22"/>
          <w:rtl/>
        </w:rPr>
        <w:t>راند</w:t>
      </w:r>
      <w:r w:rsidRPr="00987F03">
        <w:rPr>
          <w:sz w:val="22"/>
        </w:rPr>
        <w:t xml:space="preserve"> </w:t>
      </w:r>
      <w:r w:rsidRPr="00987F03">
        <w:rPr>
          <w:sz w:val="22"/>
          <w:rtl/>
        </w:rPr>
        <w:t>باقی</w:t>
      </w:r>
      <w:r w:rsidRPr="00987F03">
        <w:rPr>
          <w:sz w:val="22"/>
        </w:rPr>
        <w:t xml:space="preserve"> </w:t>
      </w:r>
      <w:r w:rsidRPr="00987F03">
        <w:rPr>
          <w:sz w:val="22"/>
          <w:rtl/>
        </w:rPr>
        <w:t>ماند</w:t>
      </w:r>
      <w:r w:rsidRPr="00987F03">
        <w:rPr>
          <w:sz w:val="22"/>
        </w:rPr>
        <w:t>.</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تمایز</w:t>
      </w:r>
      <w:r w:rsidRPr="00987F03">
        <w:rPr>
          <w:sz w:val="22"/>
        </w:rPr>
        <w:t xml:space="preserve"> </w:t>
      </w:r>
      <w:r w:rsidRPr="00987F03">
        <w:rPr>
          <w:sz w:val="22"/>
          <w:rtl/>
        </w:rPr>
        <w:t>برای</w:t>
      </w:r>
      <w:r w:rsidRPr="00987F03">
        <w:rPr>
          <w:sz w:val="22"/>
        </w:rPr>
        <w:t xml:space="preserve"> </w:t>
      </w:r>
      <w:r w:rsidRPr="00987F03">
        <w:rPr>
          <w:sz w:val="22"/>
          <w:rtl/>
        </w:rPr>
        <w:t>سراسر</w:t>
      </w:r>
      <w:r w:rsidRPr="00987F03">
        <w:rPr>
          <w:sz w:val="22"/>
        </w:rPr>
        <w:t xml:space="preserve"> </w:t>
      </w:r>
      <w:r w:rsidRPr="00987F03">
        <w:rPr>
          <w:sz w:val="22"/>
          <w:rtl/>
        </w:rPr>
        <w:t>این</w:t>
      </w:r>
      <w:r w:rsidRPr="00987F03">
        <w:rPr>
          <w:sz w:val="22"/>
        </w:rPr>
        <w:t xml:space="preserve"> </w:t>
      </w:r>
      <w:r w:rsidRPr="00987F03">
        <w:rPr>
          <w:sz w:val="22"/>
          <w:rtl/>
        </w:rPr>
        <w:t>کتاب</w:t>
      </w:r>
      <w:r w:rsidRPr="00987F03">
        <w:rPr>
          <w:sz w:val="22"/>
        </w:rPr>
        <w:t xml:space="preserve"> </w:t>
      </w:r>
      <w:r w:rsidRPr="00987F03">
        <w:rPr>
          <w:sz w:val="22"/>
          <w:rtl/>
        </w:rPr>
        <w:t>بنیادی</w:t>
      </w:r>
      <w:r w:rsidRPr="00987F03">
        <w:rPr>
          <w:sz w:val="22"/>
        </w:rPr>
        <w:t xml:space="preserve"> </w:t>
      </w:r>
      <w:r w:rsidRPr="00987F03">
        <w:rPr>
          <w:sz w:val="22"/>
          <w:rtl/>
        </w:rPr>
        <w:t>است</w:t>
      </w:r>
      <w:r w:rsidRPr="00987F03">
        <w:rPr>
          <w:sz w:val="22"/>
        </w:rPr>
        <w:t xml:space="preserve">. </w:t>
      </w:r>
      <w:r w:rsidRPr="00987F03">
        <w:rPr>
          <w:sz w:val="22"/>
          <w:rtl/>
        </w:rPr>
        <w:t>اگر</w:t>
      </w:r>
      <w:r w:rsidRPr="00987F03">
        <w:rPr>
          <w:sz w:val="22"/>
        </w:rPr>
        <w:t xml:space="preserve"> </w:t>
      </w:r>
      <w:r w:rsidRPr="00987F03">
        <w:rPr>
          <w:sz w:val="22"/>
          <w:rtl/>
        </w:rPr>
        <w:t>ایران</w:t>
      </w:r>
      <w:r w:rsidRPr="00987F03">
        <w:rPr>
          <w:sz w:val="22"/>
        </w:rPr>
        <w:t xml:space="preserve"> </w:t>
      </w:r>
      <w:r w:rsidRPr="00987F03">
        <w:rPr>
          <w:sz w:val="22"/>
          <w:rtl/>
        </w:rPr>
        <w:t>را</w:t>
      </w:r>
      <w:r w:rsidRPr="00987F03">
        <w:rPr>
          <w:sz w:val="22"/>
        </w:rPr>
        <w:t xml:space="preserve"> </w:t>
      </w:r>
      <w:r w:rsidRPr="00987F03">
        <w:rPr>
          <w:sz w:val="22"/>
          <w:rtl/>
        </w:rPr>
        <w:t>تنها</w:t>
      </w:r>
      <w:r w:rsidRPr="00987F03">
        <w:rPr>
          <w:sz w:val="22"/>
        </w:rPr>
        <w:t xml:space="preserve"> </w:t>
      </w:r>
      <w:r w:rsidRPr="00987F03">
        <w:rPr>
          <w:sz w:val="22"/>
          <w:rtl/>
        </w:rPr>
        <w:t>با</w:t>
      </w:r>
      <w:r w:rsidRPr="00987F03">
        <w:rPr>
          <w:sz w:val="22"/>
        </w:rPr>
        <w:t xml:space="preserve"> </w:t>
      </w:r>
      <w:r w:rsidRPr="00987F03">
        <w:rPr>
          <w:sz w:val="22"/>
          <w:rtl/>
        </w:rPr>
        <w:t>خاندان</w:t>
      </w:r>
      <w:r w:rsidRPr="00987F03">
        <w:rPr>
          <w:sz w:val="22"/>
        </w:rPr>
        <w:t xml:space="preserve"> </w:t>
      </w:r>
      <w:r w:rsidRPr="00987F03">
        <w:rPr>
          <w:sz w:val="22"/>
          <w:rtl/>
        </w:rPr>
        <w:t>ساسانی</w:t>
      </w:r>
      <w:r w:rsidRPr="00987F03">
        <w:rPr>
          <w:sz w:val="22"/>
        </w:rPr>
        <w:t xml:space="preserve"> </w:t>
      </w:r>
      <w:r w:rsidRPr="00987F03">
        <w:rPr>
          <w:sz w:val="22"/>
          <w:rtl/>
        </w:rPr>
        <w:t>یکی</w:t>
      </w:r>
      <w:r w:rsidRPr="00987F03">
        <w:rPr>
          <w:sz w:val="22"/>
        </w:rPr>
        <w:t xml:space="preserve"> </w:t>
      </w:r>
      <w:r w:rsidRPr="00987F03">
        <w:rPr>
          <w:sz w:val="22"/>
          <w:rtl/>
        </w:rPr>
        <w:t>بدانیم،</w:t>
      </w:r>
      <w:r w:rsidRPr="00987F03">
        <w:rPr>
          <w:sz w:val="22"/>
        </w:rPr>
        <w:t xml:space="preserve"> </w:t>
      </w:r>
      <w:r w:rsidRPr="00987F03">
        <w:rPr>
          <w:sz w:val="22"/>
          <w:rtl/>
        </w:rPr>
        <w:t>باید</w:t>
      </w:r>
      <w:r w:rsidRPr="00987F03">
        <w:rPr>
          <w:sz w:val="22"/>
        </w:rPr>
        <w:t xml:space="preserve"> </w:t>
      </w:r>
      <w:r w:rsidRPr="00987F03">
        <w:rPr>
          <w:sz w:val="22"/>
          <w:rtl/>
        </w:rPr>
        <w:t>نتیجه</w:t>
      </w:r>
      <w:r w:rsidRPr="00987F03">
        <w:rPr>
          <w:sz w:val="22"/>
        </w:rPr>
        <w:t xml:space="preserve"> </w:t>
      </w:r>
      <w:r w:rsidRPr="00987F03">
        <w:rPr>
          <w:sz w:val="22"/>
          <w:rtl/>
        </w:rPr>
        <w:t>بگیریم</w:t>
      </w:r>
      <w:r w:rsidRPr="00987F03">
        <w:rPr>
          <w:sz w:val="22"/>
        </w:rPr>
        <w:t xml:space="preserve"> </w:t>
      </w:r>
      <w:r w:rsidRPr="00987F03">
        <w:rPr>
          <w:sz w:val="22"/>
          <w:rtl/>
        </w:rPr>
        <w:t>که</w:t>
      </w:r>
      <w:r w:rsidRPr="00987F03">
        <w:rPr>
          <w:sz w:val="22"/>
        </w:rPr>
        <w:t xml:space="preserve"> </w:t>
      </w:r>
      <w:r w:rsidRPr="00987F03">
        <w:rPr>
          <w:sz w:val="22"/>
          <w:rtl/>
        </w:rPr>
        <w:t>با</w:t>
      </w:r>
      <w:r w:rsidRPr="00987F03">
        <w:rPr>
          <w:sz w:val="22"/>
        </w:rPr>
        <w:t xml:space="preserve"> </w:t>
      </w:r>
      <w:r w:rsidRPr="00987F03">
        <w:rPr>
          <w:sz w:val="22"/>
          <w:rtl/>
        </w:rPr>
        <w:t>مرگ</w:t>
      </w:r>
      <w:r w:rsidRPr="00987F03">
        <w:rPr>
          <w:sz w:val="22"/>
        </w:rPr>
        <w:t xml:space="preserve"> </w:t>
      </w:r>
      <w:r w:rsidRPr="00987F03">
        <w:rPr>
          <w:sz w:val="22"/>
          <w:rtl/>
        </w:rPr>
        <w:t>یزدگرد</w:t>
      </w:r>
      <w:r w:rsidRPr="00987F03">
        <w:rPr>
          <w:sz w:val="22"/>
        </w:rPr>
        <w:t xml:space="preserve"> </w:t>
      </w:r>
      <w:r w:rsidRPr="00987F03">
        <w:rPr>
          <w:sz w:val="22"/>
          <w:rtl/>
        </w:rPr>
        <w:t>ایران</w:t>
      </w:r>
      <w:r w:rsidRPr="00987F03">
        <w:rPr>
          <w:sz w:val="22"/>
        </w:rPr>
        <w:t xml:space="preserve"> </w:t>
      </w:r>
      <w:r w:rsidRPr="00987F03">
        <w:rPr>
          <w:sz w:val="22"/>
          <w:rtl/>
        </w:rPr>
        <w:t>نیز</w:t>
      </w:r>
      <w:r w:rsidRPr="00987F03">
        <w:rPr>
          <w:sz w:val="22"/>
        </w:rPr>
        <w:t xml:space="preserve"> </w:t>
      </w:r>
      <w:r w:rsidRPr="00987F03">
        <w:rPr>
          <w:sz w:val="22"/>
          <w:rtl/>
        </w:rPr>
        <w:t>پایان</w:t>
      </w:r>
      <w:r w:rsidRPr="00987F03">
        <w:rPr>
          <w:sz w:val="22"/>
        </w:rPr>
        <w:t xml:space="preserve"> </w:t>
      </w:r>
      <w:r w:rsidRPr="00987F03">
        <w:rPr>
          <w:sz w:val="22"/>
          <w:rtl/>
        </w:rPr>
        <w:t>یافت</w:t>
      </w:r>
      <w:r w:rsidRPr="00987F03">
        <w:rPr>
          <w:sz w:val="22"/>
        </w:rPr>
        <w:t xml:space="preserve"> </w:t>
      </w:r>
      <w:r w:rsidRPr="00987F03">
        <w:rPr>
          <w:sz w:val="22"/>
          <w:rtl/>
        </w:rPr>
        <w:t>و</w:t>
      </w:r>
      <w:r w:rsidRPr="00987F03">
        <w:rPr>
          <w:sz w:val="22"/>
        </w:rPr>
        <w:t xml:space="preserve"> </w:t>
      </w:r>
      <w:r w:rsidRPr="00987F03">
        <w:rPr>
          <w:sz w:val="22"/>
          <w:rtl/>
        </w:rPr>
        <w:t>آنچه</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آن</w:t>
      </w:r>
      <w:r w:rsidRPr="00987F03">
        <w:rPr>
          <w:sz w:val="22"/>
        </w:rPr>
        <w:t xml:space="preserve"> </w:t>
      </w:r>
      <w:r w:rsidRPr="00987F03">
        <w:rPr>
          <w:sz w:val="22"/>
          <w:rtl/>
        </w:rPr>
        <w:t>وجود</w:t>
      </w:r>
      <w:r w:rsidRPr="00987F03">
        <w:rPr>
          <w:sz w:val="22"/>
        </w:rPr>
        <w:t xml:space="preserve"> </w:t>
      </w:r>
      <w:r w:rsidRPr="00987F03">
        <w:rPr>
          <w:sz w:val="22"/>
          <w:rtl/>
        </w:rPr>
        <w:t>داشت</w:t>
      </w:r>
      <w:r w:rsidRPr="00987F03">
        <w:rPr>
          <w:sz w:val="22"/>
        </w:rPr>
        <w:t xml:space="preserve"> </w:t>
      </w:r>
      <w:r w:rsidRPr="00987F03">
        <w:rPr>
          <w:sz w:val="22"/>
          <w:rtl/>
        </w:rPr>
        <w:t>فقط</w:t>
      </w:r>
      <w:r w:rsidRPr="00987F03">
        <w:rPr>
          <w:sz w:val="22"/>
        </w:rPr>
        <w:t xml:space="preserve"> </w:t>
      </w:r>
      <w:r w:rsidRPr="00987F03">
        <w:rPr>
          <w:sz w:val="22"/>
          <w:rtl/>
        </w:rPr>
        <w:t>بخشی</w:t>
      </w:r>
      <w:r w:rsidRPr="00987F03">
        <w:rPr>
          <w:sz w:val="22"/>
        </w:rPr>
        <w:t xml:space="preserve"> </w:t>
      </w:r>
      <w:r w:rsidRPr="00987F03">
        <w:rPr>
          <w:sz w:val="22"/>
          <w:rtl/>
        </w:rPr>
        <w:t>از</w:t>
      </w:r>
      <w:r w:rsidRPr="00987F03">
        <w:rPr>
          <w:sz w:val="22"/>
        </w:rPr>
        <w:t xml:space="preserve"> </w:t>
      </w:r>
      <w:r w:rsidRPr="00987F03">
        <w:rPr>
          <w:sz w:val="22"/>
          <w:rtl/>
        </w:rPr>
        <w:t>خلافت</w:t>
      </w:r>
      <w:r w:rsidRPr="00987F03">
        <w:rPr>
          <w:sz w:val="22"/>
        </w:rPr>
        <w:t xml:space="preserve"> </w:t>
      </w:r>
      <w:r w:rsidRPr="00987F03">
        <w:rPr>
          <w:sz w:val="22"/>
          <w:rtl/>
        </w:rPr>
        <w:t>اسلامی</w:t>
      </w:r>
      <w:r w:rsidRPr="00987F03">
        <w:rPr>
          <w:sz w:val="22"/>
        </w:rPr>
        <w:t xml:space="preserve"> </w:t>
      </w:r>
      <w:r w:rsidRPr="00987F03">
        <w:rPr>
          <w:sz w:val="22"/>
          <w:rtl/>
        </w:rPr>
        <w:t>بود</w:t>
      </w:r>
      <w:r w:rsidRPr="00987F03">
        <w:rPr>
          <w:sz w:val="22"/>
        </w:rPr>
        <w:t xml:space="preserve">. </w:t>
      </w:r>
      <w:r w:rsidRPr="00987F03">
        <w:rPr>
          <w:sz w:val="22"/>
          <w:rtl/>
        </w:rPr>
        <w:t>اما</w:t>
      </w:r>
      <w:r w:rsidRPr="00987F03">
        <w:rPr>
          <w:sz w:val="22"/>
        </w:rPr>
        <w:t xml:space="preserve"> </w:t>
      </w:r>
      <w:r w:rsidRPr="00987F03">
        <w:rPr>
          <w:sz w:val="22"/>
          <w:rtl/>
        </w:rPr>
        <w:t>اگر</w:t>
      </w:r>
      <w:r w:rsidRPr="00987F03">
        <w:rPr>
          <w:sz w:val="22"/>
        </w:rPr>
        <w:t xml:space="preserve"> </w:t>
      </w:r>
      <w:r w:rsidRPr="00987F03">
        <w:rPr>
          <w:sz w:val="22"/>
          <w:rtl/>
        </w:rPr>
        <w:t>کشور</w:t>
      </w:r>
      <w:r w:rsidRPr="00987F03">
        <w:rPr>
          <w:sz w:val="22"/>
        </w:rPr>
        <w:t xml:space="preserve"> </w:t>
      </w:r>
      <w:r w:rsidRPr="00987F03">
        <w:rPr>
          <w:sz w:val="22"/>
          <w:rtl/>
        </w:rPr>
        <w:t>را</w:t>
      </w:r>
      <w:r w:rsidRPr="00987F03">
        <w:rPr>
          <w:sz w:val="22"/>
        </w:rPr>
        <w:t xml:space="preserve"> </w:t>
      </w:r>
      <w:r w:rsidRPr="00987F03">
        <w:rPr>
          <w:sz w:val="22"/>
          <w:rtl/>
        </w:rPr>
        <w:t>مجموعه</w:t>
      </w:r>
      <w:r w:rsidRPr="00987F03">
        <w:rPr>
          <w:sz w:val="22"/>
        </w:rPr>
        <w:t>‌</w:t>
      </w:r>
      <w:r w:rsidRPr="00987F03">
        <w:rPr>
          <w:sz w:val="22"/>
          <w:rtl/>
        </w:rPr>
        <w:t>ای</w:t>
      </w:r>
      <w:r w:rsidRPr="00987F03">
        <w:rPr>
          <w:sz w:val="22"/>
        </w:rPr>
        <w:t xml:space="preserve"> </w:t>
      </w:r>
      <w:r w:rsidRPr="00987F03">
        <w:rPr>
          <w:sz w:val="22"/>
          <w:rtl/>
        </w:rPr>
        <w:t>از</w:t>
      </w:r>
      <w:r w:rsidRPr="00987F03">
        <w:rPr>
          <w:sz w:val="22"/>
        </w:rPr>
        <w:t xml:space="preserve"> </w:t>
      </w:r>
      <w:r w:rsidRPr="00987F03">
        <w:rPr>
          <w:sz w:val="22"/>
          <w:rtl/>
        </w:rPr>
        <w:t>سرزمین،</w:t>
      </w:r>
      <w:r w:rsidRPr="00987F03">
        <w:rPr>
          <w:sz w:val="22"/>
        </w:rPr>
        <w:t xml:space="preserve"> </w:t>
      </w:r>
      <w:r w:rsidRPr="00987F03">
        <w:rPr>
          <w:sz w:val="22"/>
          <w:rtl/>
        </w:rPr>
        <w:t>مردم،</w:t>
      </w:r>
      <w:r w:rsidRPr="00987F03">
        <w:rPr>
          <w:sz w:val="22"/>
        </w:rPr>
        <w:t xml:space="preserve"> </w:t>
      </w:r>
      <w:r w:rsidRPr="00987F03">
        <w:rPr>
          <w:sz w:val="22"/>
          <w:rtl/>
        </w:rPr>
        <w:t>شهرها،</w:t>
      </w:r>
      <w:r w:rsidRPr="00987F03">
        <w:rPr>
          <w:sz w:val="22"/>
        </w:rPr>
        <w:t xml:space="preserve"> </w:t>
      </w:r>
      <w:r w:rsidRPr="00987F03">
        <w:rPr>
          <w:sz w:val="22"/>
          <w:rtl/>
        </w:rPr>
        <w:t>راه</w:t>
      </w:r>
      <w:r w:rsidRPr="00987F03">
        <w:rPr>
          <w:sz w:val="22"/>
        </w:rPr>
        <w:t>‌</w:t>
      </w:r>
      <w:r w:rsidRPr="00987F03">
        <w:rPr>
          <w:sz w:val="22"/>
          <w:rtl/>
        </w:rPr>
        <w:t>ها،</w:t>
      </w:r>
      <w:r w:rsidRPr="00987F03">
        <w:rPr>
          <w:sz w:val="22"/>
        </w:rPr>
        <w:t xml:space="preserve"> </w:t>
      </w:r>
      <w:r w:rsidRPr="00987F03">
        <w:rPr>
          <w:sz w:val="22"/>
          <w:rtl/>
        </w:rPr>
        <w:t>شیوه</w:t>
      </w:r>
      <w:r w:rsidRPr="00987F03">
        <w:rPr>
          <w:sz w:val="22"/>
        </w:rPr>
        <w:t>‌</w:t>
      </w:r>
      <w:r w:rsidRPr="00987F03">
        <w:rPr>
          <w:sz w:val="22"/>
          <w:rtl/>
        </w:rPr>
        <w:t>های</w:t>
      </w:r>
      <w:r w:rsidRPr="00987F03">
        <w:rPr>
          <w:sz w:val="22"/>
        </w:rPr>
        <w:t xml:space="preserve"> </w:t>
      </w:r>
      <w:r w:rsidRPr="00987F03">
        <w:rPr>
          <w:sz w:val="22"/>
          <w:rtl/>
        </w:rPr>
        <w:t>تولید،</w:t>
      </w:r>
      <w:r w:rsidRPr="00987F03">
        <w:rPr>
          <w:sz w:val="22"/>
        </w:rPr>
        <w:t xml:space="preserve"> </w:t>
      </w:r>
      <w:r w:rsidRPr="00987F03">
        <w:rPr>
          <w:sz w:val="22"/>
          <w:rtl/>
        </w:rPr>
        <w:t>روابط</w:t>
      </w:r>
      <w:r w:rsidRPr="00987F03">
        <w:rPr>
          <w:sz w:val="22"/>
        </w:rPr>
        <w:t xml:space="preserve"> </w:t>
      </w:r>
      <w:r w:rsidRPr="00987F03">
        <w:rPr>
          <w:sz w:val="22"/>
          <w:rtl/>
        </w:rPr>
        <w:t>اجتماعی،</w:t>
      </w:r>
      <w:r w:rsidRPr="00987F03">
        <w:rPr>
          <w:sz w:val="22"/>
        </w:rPr>
        <w:t xml:space="preserve"> </w:t>
      </w:r>
      <w:r w:rsidRPr="00987F03">
        <w:rPr>
          <w:sz w:val="22"/>
          <w:rtl/>
        </w:rPr>
        <w:t>حافظهٔ</w:t>
      </w:r>
      <w:r w:rsidRPr="00987F03">
        <w:rPr>
          <w:sz w:val="22"/>
        </w:rPr>
        <w:t xml:space="preserve"> </w:t>
      </w:r>
      <w:r w:rsidRPr="00987F03">
        <w:rPr>
          <w:sz w:val="22"/>
          <w:rtl/>
        </w:rPr>
        <w:t>تاریخی</w:t>
      </w:r>
      <w:r w:rsidRPr="00987F03">
        <w:rPr>
          <w:sz w:val="22"/>
        </w:rPr>
        <w:t xml:space="preserve"> </w:t>
      </w:r>
      <w:r w:rsidRPr="00987F03">
        <w:rPr>
          <w:sz w:val="22"/>
          <w:rtl/>
        </w:rPr>
        <w:t>و</w:t>
      </w:r>
      <w:r w:rsidRPr="00987F03">
        <w:rPr>
          <w:sz w:val="22"/>
        </w:rPr>
        <w:t xml:space="preserve"> </w:t>
      </w:r>
      <w:r w:rsidRPr="00987F03">
        <w:rPr>
          <w:sz w:val="22"/>
          <w:rtl/>
        </w:rPr>
        <w:t>دستگاه</w:t>
      </w:r>
      <w:r w:rsidRPr="00987F03">
        <w:rPr>
          <w:sz w:val="22"/>
        </w:rPr>
        <w:t>‌</w:t>
      </w:r>
      <w:r w:rsidRPr="00987F03">
        <w:rPr>
          <w:sz w:val="22"/>
          <w:rtl/>
        </w:rPr>
        <w:t>های</w:t>
      </w:r>
      <w:r w:rsidRPr="00987F03">
        <w:rPr>
          <w:sz w:val="22"/>
        </w:rPr>
        <w:t xml:space="preserve"> </w:t>
      </w:r>
      <w:r w:rsidRPr="00987F03">
        <w:rPr>
          <w:sz w:val="22"/>
          <w:rtl/>
        </w:rPr>
        <w:t>اداره</w:t>
      </w:r>
      <w:r w:rsidRPr="00987F03">
        <w:rPr>
          <w:sz w:val="22"/>
        </w:rPr>
        <w:t xml:space="preserve"> </w:t>
      </w:r>
      <w:r w:rsidRPr="00987F03">
        <w:rPr>
          <w:sz w:val="22"/>
          <w:rtl/>
        </w:rPr>
        <w:t>بدانیم،</w:t>
      </w:r>
      <w:r w:rsidRPr="00987F03">
        <w:rPr>
          <w:sz w:val="22"/>
        </w:rPr>
        <w:t xml:space="preserve"> </w:t>
      </w:r>
      <w:r w:rsidRPr="00987F03">
        <w:rPr>
          <w:sz w:val="22"/>
          <w:rtl/>
        </w:rPr>
        <w:t>سقوط</w:t>
      </w:r>
      <w:r w:rsidRPr="00987F03">
        <w:rPr>
          <w:sz w:val="22"/>
        </w:rPr>
        <w:t xml:space="preserve"> </w:t>
      </w:r>
      <w:r w:rsidRPr="00987F03">
        <w:rPr>
          <w:sz w:val="22"/>
          <w:rtl/>
        </w:rPr>
        <w:t>ساسانیان</w:t>
      </w:r>
      <w:r w:rsidRPr="00987F03">
        <w:rPr>
          <w:sz w:val="22"/>
        </w:rPr>
        <w:t xml:space="preserve"> </w:t>
      </w:r>
      <w:r w:rsidRPr="00987F03">
        <w:rPr>
          <w:sz w:val="22"/>
          <w:rtl/>
        </w:rPr>
        <w:t>یکی</w:t>
      </w:r>
      <w:r w:rsidRPr="00987F03">
        <w:rPr>
          <w:sz w:val="22"/>
        </w:rPr>
        <w:t xml:space="preserve"> </w:t>
      </w:r>
      <w:r w:rsidRPr="00987F03">
        <w:rPr>
          <w:sz w:val="22"/>
          <w:rtl/>
        </w:rPr>
        <w:t>از</w:t>
      </w:r>
      <w:r w:rsidRPr="00987F03">
        <w:rPr>
          <w:sz w:val="22"/>
        </w:rPr>
        <w:t xml:space="preserve"> </w:t>
      </w:r>
      <w:r w:rsidRPr="00987F03">
        <w:rPr>
          <w:sz w:val="22"/>
          <w:rtl/>
        </w:rPr>
        <w:t>بزرگ</w:t>
      </w:r>
      <w:r w:rsidRPr="00987F03">
        <w:rPr>
          <w:sz w:val="22"/>
        </w:rPr>
        <w:t>‌</w:t>
      </w:r>
      <w:r w:rsidRPr="00987F03">
        <w:rPr>
          <w:sz w:val="22"/>
          <w:rtl/>
        </w:rPr>
        <w:t>ترین</w:t>
      </w:r>
      <w:r w:rsidRPr="00987F03">
        <w:rPr>
          <w:sz w:val="22"/>
        </w:rPr>
        <w:t xml:space="preserve"> </w:t>
      </w:r>
      <w:r w:rsidRPr="00987F03">
        <w:rPr>
          <w:sz w:val="22"/>
          <w:rtl/>
        </w:rPr>
        <w:t>گسست</w:t>
      </w:r>
      <w:r w:rsidRPr="00987F03">
        <w:rPr>
          <w:sz w:val="22"/>
        </w:rPr>
        <w:t>‌</w:t>
      </w:r>
      <w:r w:rsidRPr="00987F03">
        <w:rPr>
          <w:sz w:val="22"/>
          <w:rtl/>
        </w:rPr>
        <w:t>های</w:t>
      </w:r>
      <w:r w:rsidRPr="00987F03">
        <w:rPr>
          <w:sz w:val="22"/>
        </w:rPr>
        <w:t xml:space="preserve"> </w:t>
      </w:r>
      <w:r w:rsidRPr="00987F03">
        <w:rPr>
          <w:sz w:val="22"/>
          <w:rtl/>
        </w:rPr>
        <w:t>تاریخ</w:t>
      </w:r>
      <w:r w:rsidRPr="00987F03">
        <w:rPr>
          <w:sz w:val="22"/>
        </w:rPr>
        <w:t xml:space="preserve"> </w:t>
      </w:r>
      <w:r w:rsidRPr="00987F03">
        <w:rPr>
          <w:sz w:val="22"/>
          <w:rtl/>
        </w:rPr>
        <w:t>ایران</w:t>
      </w:r>
      <w:r w:rsidRPr="00987F03">
        <w:rPr>
          <w:sz w:val="22"/>
        </w:rPr>
        <w:t xml:space="preserve"> </w:t>
      </w:r>
      <w:r w:rsidRPr="00987F03">
        <w:rPr>
          <w:sz w:val="22"/>
          <w:rtl/>
        </w:rPr>
        <w:t>بود،</w:t>
      </w:r>
      <w:r w:rsidRPr="00987F03">
        <w:rPr>
          <w:sz w:val="22"/>
        </w:rPr>
        <w:t xml:space="preserve"> </w:t>
      </w:r>
      <w:r w:rsidRPr="00987F03">
        <w:rPr>
          <w:sz w:val="22"/>
          <w:rtl/>
        </w:rPr>
        <w:t>نه</w:t>
      </w:r>
      <w:r w:rsidRPr="00987F03">
        <w:rPr>
          <w:sz w:val="22"/>
        </w:rPr>
        <w:t xml:space="preserve"> </w:t>
      </w:r>
      <w:r w:rsidRPr="00987F03">
        <w:rPr>
          <w:sz w:val="22"/>
          <w:rtl/>
        </w:rPr>
        <w:t>پایان</w:t>
      </w:r>
      <w:r w:rsidRPr="00987F03">
        <w:rPr>
          <w:sz w:val="22"/>
        </w:rPr>
        <w:t xml:space="preserve"> </w:t>
      </w:r>
      <w:r w:rsidRPr="00987F03">
        <w:rPr>
          <w:sz w:val="22"/>
          <w:rtl/>
        </w:rPr>
        <w:t>موجودیت</w:t>
      </w:r>
      <w:r w:rsidRPr="00987F03">
        <w:rPr>
          <w:sz w:val="22"/>
        </w:rPr>
        <w:t xml:space="preserve"> </w:t>
      </w:r>
      <w:r w:rsidRPr="00987F03">
        <w:rPr>
          <w:sz w:val="22"/>
          <w:rtl/>
        </w:rPr>
        <w:t>آن</w:t>
      </w:r>
      <w:r w:rsidRPr="00987F03">
        <w:rPr>
          <w:sz w:val="22"/>
        </w:rPr>
        <w:t>.</w:t>
      </w:r>
    </w:p>
    <w:p w:rsidR="009F3B78" w:rsidRPr="00987F03" w:rsidRDefault="00987F03" w:rsidP="00987F03">
      <w:pPr>
        <w:bidi/>
        <w:ind w:firstLine="720"/>
        <w:rPr>
          <w:sz w:val="22"/>
        </w:rPr>
      </w:pPr>
      <w:r w:rsidRPr="00987F03">
        <w:rPr>
          <w:sz w:val="22"/>
          <w:rtl/>
        </w:rPr>
        <w:t>البته</w:t>
      </w:r>
      <w:r w:rsidRPr="00987F03">
        <w:rPr>
          <w:sz w:val="22"/>
        </w:rPr>
        <w:t xml:space="preserve"> </w:t>
      </w:r>
      <w:r w:rsidRPr="00987F03">
        <w:rPr>
          <w:sz w:val="22"/>
          <w:rtl/>
        </w:rPr>
        <w:t>ایران</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ساسانیان</w:t>
      </w:r>
      <w:r w:rsidRPr="00987F03">
        <w:rPr>
          <w:sz w:val="22"/>
        </w:rPr>
        <w:t xml:space="preserve"> </w:t>
      </w:r>
      <w:r w:rsidRPr="00987F03">
        <w:rPr>
          <w:sz w:val="22"/>
          <w:rtl/>
        </w:rPr>
        <w:t>دیگر</w:t>
      </w:r>
      <w:r w:rsidRPr="00987F03">
        <w:rPr>
          <w:sz w:val="22"/>
        </w:rPr>
        <w:t xml:space="preserve"> </w:t>
      </w:r>
      <w:r w:rsidRPr="00987F03">
        <w:rPr>
          <w:sz w:val="22"/>
          <w:rtl/>
        </w:rPr>
        <w:t>حکومت</w:t>
      </w:r>
      <w:r w:rsidRPr="00987F03">
        <w:rPr>
          <w:sz w:val="22"/>
        </w:rPr>
        <w:t xml:space="preserve"> </w:t>
      </w:r>
      <w:r w:rsidRPr="00987F03">
        <w:rPr>
          <w:sz w:val="22"/>
          <w:rtl/>
        </w:rPr>
        <w:t>مستقل</w:t>
      </w:r>
      <w:r w:rsidRPr="00987F03">
        <w:rPr>
          <w:sz w:val="22"/>
        </w:rPr>
        <w:t xml:space="preserve"> </w:t>
      </w:r>
      <w:r w:rsidRPr="00987F03">
        <w:rPr>
          <w:sz w:val="22"/>
          <w:rtl/>
        </w:rPr>
        <w:t>و</w:t>
      </w:r>
      <w:r w:rsidRPr="00987F03">
        <w:rPr>
          <w:sz w:val="22"/>
        </w:rPr>
        <w:t xml:space="preserve"> </w:t>
      </w:r>
      <w:r w:rsidRPr="00987F03">
        <w:rPr>
          <w:sz w:val="22"/>
          <w:rtl/>
        </w:rPr>
        <w:t>واحدی</w:t>
      </w:r>
      <w:r w:rsidRPr="00987F03">
        <w:rPr>
          <w:sz w:val="22"/>
        </w:rPr>
        <w:t xml:space="preserve"> </w:t>
      </w:r>
      <w:r w:rsidRPr="00987F03">
        <w:rPr>
          <w:sz w:val="22"/>
          <w:rtl/>
        </w:rPr>
        <w:t>نداشت</w:t>
      </w:r>
      <w:r w:rsidRPr="00987F03">
        <w:rPr>
          <w:sz w:val="22"/>
        </w:rPr>
        <w:t xml:space="preserve">. </w:t>
      </w:r>
      <w:r w:rsidRPr="00987F03">
        <w:rPr>
          <w:sz w:val="22"/>
          <w:rtl/>
        </w:rPr>
        <w:t>فرمان</w:t>
      </w:r>
      <w:r w:rsidRPr="00987F03">
        <w:rPr>
          <w:sz w:val="22"/>
        </w:rPr>
        <w:t xml:space="preserve"> </w:t>
      </w:r>
      <w:r w:rsidRPr="00987F03">
        <w:rPr>
          <w:sz w:val="22"/>
          <w:rtl/>
        </w:rPr>
        <w:t>نهایی</w:t>
      </w:r>
      <w:r w:rsidRPr="00987F03">
        <w:rPr>
          <w:sz w:val="22"/>
        </w:rPr>
        <w:t xml:space="preserve"> </w:t>
      </w:r>
      <w:r w:rsidRPr="00987F03">
        <w:rPr>
          <w:sz w:val="22"/>
          <w:rtl/>
        </w:rPr>
        <w:t>از</w:t>
      </w:r>
      <w:r w:rsidRPr="00987F03">
        <w:rPr>
          <w:sz w:val="22"/>
        </w:rPr>
        <w:t xml:space="preserve"> </w:t>
      </w:r>
      <w:r w:rsidRPr="00987F03">
        <w:rPr>
          <w:sz w:val="22"/>
          <w:rtl/>
        </w:rPr>
        <w:t>مدینه،</w:t>
      </w:r>
      <w:r w:rsidRPr="00987F03">
        <w:rPr>
          <w:sz w:val="22"/>
        </w:rPr>
        <w:t xml:space="preserve"> </w:t>
      </w:r>
      <w:r w:rsidRPr="00987F03">
        <w:rPr>
          <w:sz w:val="22"/>
          <w:rtl/>
        </w:rPr>
        <w:t>سپس</w:t>
      </w:r>
      <w:r w:rsidRPr="00987F03">
        <w:rPr>
          <w:sz w:val="22"/>
        </w:rPr>
        <w:t xml:space="preserve"> </w:t>
      </w:r>
      <w:r w:rsidRPr="00987F03">
        <w:rPr>
          <w:sz w:val="22"/>
          <w:rtl/>
        </w:rPr>
        <w:t>دمشق</w:t>
      </w:r>
      <w:r w:rsidRPr="00987F03">
        <w:rPr>
          <w:sz w:val="22"/>
        </w:rPr>
        <w:t xml:space="preserve"> </w:t>
      </w:r>
      <w:r w:rsidRPr="00987F03">
        <w:rPr>
          <w:sz w:val="22"/>
          <w:rtl/>
        </w:rPr>
        <w:t>و</w:t>
      </w:r>
      <w:r w:rsidRPr="00987F03">
        <w:rPr>
          <w:sz w:val="22"/>
        </w:rPr>
        <w:t xml:space="preserve"> </w:t>
      </w:r>
      <w:r w:rsidRPr="00987F03">
        <w:rPr>
          <w:sz w:val="22"/>
          <w:rtl/>
        </w:rPr>
        <w:t>بعدتر</w:t>
      </w:r>
      <w:r w:rsidRPr="00987F03">
        <w:rPr>
          <w:sz w:val="22"/>
        </w:rPr>
        <w:t xml:space="preserve"> </w:t>
      </w:r>
      <w:r w:rsidRPr="00987F03">
        <w:rPr>
          <w:sz w:val="22"/>
          <w:rtl/>
        </w:rPr>
        <w:t>بغداد</w:t>
      </w:r>
      <w:r w:rsidRPr="00987F03">
        <w:rPr>
          <w:sz w:val="22"/>
        </w:rPr>
        <w:t xml:space="preserve"> </w:t>
      </w:r>
      <w:r w:rsidRPr="00987F03">
        <w:rPr>
          <w:sz w:val="22"/>
          <w:rtl/>
        </w:rPr>
        <w:t>صادر</w:t>
      </w:r>
      <w:r w:rsidRPr="00987F03">
        <w:rPr>
          <w:sz w:val="22"/>
        </w:rPr>
        <w:t xml:space="preserve"> </w:t>
      </w:r>
      <w:r w:rsidRPr="00987F03">
        <w:rPr>
          <w:sz w:val="22"/>
          <w:rtl/>
        </w:rPr>
        <w:t>می</w:t>
      </w:r>
      <w:r w:rsidRPr="00987F03">
        <w:rPr>
          <w:sz w:val="22"/>
        </w:rPr>
        <w:t>‌</w:t>
      </w:r>
      <w:r w:rsidRPr="00987F03">
        <w:rPr>
          <w:sz w:val="22"/>
          <w:rtl/>
        </w:rPr>
        <w:t>شد</w:t>
      </w:r>
      <w:r w:rsidRPr="00987F03">
        <w:rPr>
          <w:sz w:val="22"/>
        </w:rPr>
        <w:t xml:space="preserve">. </w:t>
      </w:r>
      <w:r w:rsidRPr="00987F03">
        <w:rPr>
          <w:sz w:val="22"/>
          <w:rtl/>
        </w:rPr>
        <w:t>قشون</w:t>
      </w:r>
      <w:r w:rsidRPr="00987F03">
        <w:rPr>
          <w:sz w:val="22"/>
        </w:rPr>
        <w:t xml:space="preserve"> </w:t>
      </w:r>
      <w:r w:rsidRPr="00987F03">
        <w:rPr>
          <w:sz w:val="22"/>
          <w:rtl/>
        </w:rPr>
        <w:t>فاتح</w:t>
      </w:r>
      <w:r w:rsidRPr="00987F03">
        <w:rPr>
          <w:sz w:val="22"/>
        </w:rPr>
        <w:t xml:space="preserve"> </w:t>
      </w:r>
      <w:r w:rsidRPr="00987F03">
        <w:rPr>
          <w:sz w:val="22"/>
          <w:rtl/>
        </w:rPr>
        <w:t>به</w:t>
      </w:r>
      <w:r w:rsidRPr="00987F03">
        <w:rPr>
          <w:sz w:val="22"/>
        </w:rPr>
        <w:t xml:space="preserve"> </w:t>
      </w:r>
      <w:r w:rsidRPr="00987F03">
        <w:rPr>
          <w:sz w:val="22"/>
          <w:rtl/>
        </w:rPr>
        <w:t>نام</w:t>
      </w:r>
      <w:r w:rsidRPr="00987F03">
        <w:rPr>
          <w:sz w:val="22"/>
        </w:rPr>
        <w:t xml:space="preserve"> </w:t>
      </w:r>
      <w:r w:rsidRPr="00987F03">
        <w:rPr>
          <w:sz w:val="22"/>
          <w:rtl/>
        </w:rPr>
        <w:t>خلیفه</w:t>
      </w:r>
      <w:r w:rsidRPr="00987F03">
        <w:rPr>
          <w:sz w:val="22"/>
        </w:rPr>
        <w:t xml:space="preserve"> </w:t>
      </w:r>
      <w:r w:rsidRPr="00987F03">
        <w:rPr>
          <w:sz w:val="22"/>
          <w:rtl/>
        </w:rPr>
        <w:t>حرکت</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حاکمان</w:t>
      </w:r>
      <w:r w:rsidRPr="00987F03">
        <w:rPr>
          <w:sz w:val="22"/>
        </w:rPr>
        <w:t xml:space="preserve"> </w:t>
      </w:r>
      <w:r w:rsidRPr="00987F03">
        <w:rPr>
          <w:sz w:val="22"/>
          <w:rtl/>
        </w:rPr>
        <w:t>را</w:t>
      </w:r>
      <w:r w:rsidRPr="00987F03">
        <w:rPr>
          <w:sz w:val="22"/>
        </w:rPr>
        <w:t xml:space="preserve"> </w:t>
      </w:r>
      <w:r w:rsidRPr="00987F03">
        <w:rPr>
          <w:sz w:val="22"/>
          <w:rtl/>
        </w:rPr>
        <w:t>خلافت</w:t>
      </w:r>
      <w:r w:rsidRPr="00987F03">
        <w:rPr>
          <w:sz w:val="22"/>
        </w:rPr>
        <w:t xml:space="preserve"> </w:t>
      </w:r>
      <w:r w:rsidRPr="00987F03">
        <w:rPr>
          <w:sz w:val="22"/>
          <w:rtl/>
        </w:rPr>
        <w:t>برمی</w:t>
      </w:r>
      <w:r w:rsidRPr="00987F03">
        <w:rPr>
          <w:sz w:val="22"/>
        </w:rPr>
        <w:t>‌</w:t>
      </w:r>
      <w:r w:rsidRPr="00987F03">
        <w:rPr>
          <w:sz w:val="22"/>
          <w:rtl/>
        </w:rPr>
        <w:t>گزید</w:t>
      </w:r>
      <w:r w:rsidRPr="00987F03">
        <w:rPr>
          <w:sz w:val="22"/>
        </w:rPr>
        <w:t xml:space="preserve"> </w:t>
      </w:r>
      <w:r w:rsidRPr="00987F03">
        <w:rPr>
          <w:sz w:val="22"/>
          <w:rtl/>
        </w:rPr>
        <w:t>و</w:t>
      </w:r>
      <w:r w:rsidRPr="00987F03">
        <w:rPr>
          <w:sz w:val="22"/>
        </w:rPr>
        <w:t xml:space="preserve"> </w:t>
      </w:r>
      <w:r w:rsidRPr="00987F03">
        <w:rPr>
          <w:sz w:val="22"/>
          <w:rtl/>
        </w:rPr>
        <w:t>بخش</w:t>
      </w:r>
      <w:r w:rsidRPr="00987F03">
        <w:rPr>
          <w:sz w:val="22"/>
        </w:rPr>
        <w:t xml:space="preserve"> </w:t>
      </w:r>
      <w:r w:rsidRPr="00987F03">
        <w:rPr>
          <w:sz w:val="22"/>
          <w:rtl/>
        </w:rPr>
        <w:t>مهمی</w:t>
      </w:r>
      <w:r w:rsidRPr="00987F03">
        <w:rPr>
          <w:sz w:val="22"/>
        </w:rPr>
        <w:t xml:space="preserve"> </w:t>
      </w:r>
      <w:r w:rsidRPr="00987F03">
        <w:rPr>
          <w:sz w:val="22"/>
          <w:rtl/>
        </w:rPr>
        <w:t>از</w:t>
      </w:r>
      <w:r w:rsidRPr="00987F03">
        <w:rPr>
          <w:sz w:val="22"/>
        </w:rPr>
        <w:t xml:space="preserve"> </w:t>
      </w:r>
      <w:r w:rsidRPr="00987F03">
        <w:rPr>
          <w:sz w:val="22"/>
          <w:rtl/>
        </w:rPr>
        <w:t>درآمد</w:t>
      </w:r>
      <w:r w:rsidRPr="00987F03">
        <w:rPr>
          <w:sz w:val="22"/>
        </w:rPr>
        <w:t xml:space="preserve"> </w:t>
      </w:r>
      <w:r w:rsidRPr="00987F03">
        <w:rPr>
          <w:sz w:val="22"/>
          <w:rtl/>
        </w:rPr>
        <w:t>سرزمین</w:t>
      </w:r>
      <w:r w:rsidRPr="00987F03">
        <w:rPr>
          <w:sz w:val="22"/>
        </w:rPr>
        <w:t xml:space="preserve"> </w:t>
      </w:r>
      <w:r w:rsidRPr="00987F03">
        <w:rPr>
          <w:sz w:val="22"/>
          <w:rtl/>
        </w:rPr>
        <w:t>به</w:t>
      </w:r>
      <w:r w:rsidRPr="00987F03">
        <w:rPr>
          <w:sz w:val="22"/>
        </w:rPr>
        <w:t xml:space="preserve"> </w:t>
      </w:r>
      <w:r w:rsidRPr="00987F03">
        <w:rPr>
          <w:sz w:val="22"/>
          <w:rtl/>
        </w:rPr>
        <w:t>مرکز</w:t>
      </w:r>
      <w:r w:rsidRPr="00987F03">
        <w:rPr>
          <w:sz w:val="22"/>
        </w:rPr>
        <w:t xml:space="preserve"> </w:t>
      </w:r>
      <w:r w:rsidRPr="00987F03">
        <w:rPr>
          <w:sz w:val="22"/>
          <w:rtl/>
        </w:rPr>
        <w:t>تازهٔ</w:t>
      </w:r>
      <w:r w:rsidRPr="00987F03">
        <w:rPr>
          <w:sz w:val="22"/>
        </w:rPr>
        <w:t xml:space="preserve"> </w:t>
      </w:r>
      <w:r w:rsidRPr="00987F03">
        <w:rPr>
          <w:sz w:val="22"/>
          <w:rtl/>
        </w:rPr>
        <w:t>قدرت</w:t>
      </w:r>
      <w:r w:rsidRPr="00987F03">
        <w:rPr>
          <w:sz w:val="22"/>
        </w:rPr>
        <w:t xml:space="preserve"> </w:t>
      </w:r>
      <w:r w:rsidRPr="00987F03">
        <w:rPr>
          <w:sz w:val="22"/>
          <w:rtl/>
        </w:rPr>
        <w:t>می</w:t>
      </w:r>
      <w:r w:rsidRPr="00987F03">
        <w:rPr>
          <w:sz w:val="22"/>
        </w:rPr>
        <w:t>‌</w:t>
      </w:r>
      <w:r w:rsidRPr="00987F03">
        <w:rPr>
          <w:sz w:val="22"/>
          <w:rtl/>
        </w:rPr>
        <w:t>رفت</w:t>
      </w:r>
      <w:r w:rsidRPr="00987F03">
        <w:rPr>
          <w:sz w:val="22"/>
        </w:rPr>
        <w:t xml:space="preserve">. </w:t>
      </w:r>
      <w:r w:rsidRPr="00987F03">
        <w:rPr>
          <w:sz w:val="22"/>
          <w:rtl/>
        </w:rPr>
        <w:t>در</w:t>
      </w:r>
      <w:r w:rsidRPr="00987F03">
        <w:rPr>
          <w:sz w:val="22"/>
        </w:rPr>
        <w:t xml:space="preserve"> </w:t>
      </w:r>
      <w:r w:rsidRPr="00987F03">
        <w:rPr>
          <w:sz w:val="22"/>
          <w:rtl/>
        </w:rPr>
        <w:t>این</w:t>
      </w:r>
      <w:r w:rsidRPr="00987F03">
        <w:rPr>
          <w:sz w:val="22"/>
        </w:rPr>
        <w:t xml:space="preserve"> </w:t>
      </w:r>
      <w:r w:rsidRPr="00987F03">
        <w:rPr>
          <w:sz w:val="22"/>
          <w:rtl/>
        </w:rPr>
        <w:t>معنای</w:t>
      </w:r>
      <w:r w:rsidRPr="00987F03">
        <w:rPr>
          <w:sz w:val="22"/>
        </w:rPr>
        <w:t xml:space="preserve"> </w:t>
      </w:r>
      <w:r w:rsidRPr="00987F03">
        <w:rPr>
          <w:sz w:val="22"/>
          <w:rtl/>
        </w:rPr>
        <w:t>سیاسی،</w:t>
      </w:r>
      <w:r w:rsidRPr="00987F03">
        <w:rPr>
          <w:sz w:val="22"/>
        </w:rPr>
        <w:t xml:space="preserve"> </w:t>
      </w:r>
      <w:r w:rsidRPr="00987F03">
        <w:rPr>
          <w:sz w:val="22"/>
          <w:rtl/>
        </w:rPr>
        <w:t>ایران</w:t>
      </w:r>
      <w:r w:rsidRPr="00987F03">
        <w:rPr>
          <w:sz w:val="22"/>
        </w:rPr>
        <w:t xml:space="preserve"> </w:t>
      </w:r>
      <w:r w:rsidRPr="00987F03">
        <w:rPr>
          <w:sz w:val="22"/>
          <w:rtl/>
        </w:rPr>
        <w:t>برای</w:t>
      </w:r>
      <w:r w:rsidRPr="00987F03">
        <w:rPr>
          <w:sz w:val="22"/>
        </w:rPr>
        <w:t xml:space="preserve"> </w:t>
      </w:r>
      <w:r w:rsidRPr="00987F03">
        <w:rPr>
          <w:sz w:val="22"/>
          <w:rtl/>
        </w:rPr>
        <w:t>مدتی</w:t>
      </w:r>
      <w:r w:rsidRPr="00987F03">
        <w:rPr>
          <w:sz w:val="22"/>
        </w:rPr>
        <w:t xml:space="preserve"> </w:t>
      </w:r>
      <w:r w:rsidRPr="00987F03">
        <w:rPr>
          <w:sz w:val="22"/>
          <w:rtl/>
        </w:rPr>
        <w:t>طولانی</w:t>
      </w:r>
      <w:r w:rsidRPr="00987F03">
        <w:rPr>
          <w:sz w:val="22"/>
        </w:rPr>
        <w:t xml:space="preserve"> </w:t>
      </w:r>
      <w:r w:rsidRPr="00987F03">
        <w:rPr>
          <w:sz w:val="22"/>
          <w:rtl/>
        </w:rPr>
        <w:t>تاج</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دست</w:t>
      </w:r>
      <w:r w:rsidRPr="00987F03">
        <w:rPr>
          <w:sz w:val="22"/>
        </w:rPr>
        <w:t xml:space="preserve"> </w:t>
      </w:r>
      <w:r w:rsidRPr="00987F03">
        <w:rPr>
          <w:sz w:val="22"/>
          <w:rtl/>
        </w:rPr>
        <w:t>داد</w:t>
      </w:r>
      <w:r w:rsidRPr="00987F03">
        <w:rPr>
          <w:sz w:val="22"/>
        </w:rPr>
        <w:t xml:space="preserve">. </w:t>
      </w:r>
      <w:r w:rsidRPr="00987F03">
        <w:rPr>
          <w:sz w:val="22"/>
          <w:rtl/>
        </w:rPr>
        <w:t>اما</w:t>
      </w:r>
      <w:r w:rsidRPr="00987F03">
        <w:rPr>
          <w:sz w:val="22"/>
        </w:rPr>
        <w:t xml:space="preserve"> </w:t>
      </w:r>
      <w:r w:rsidRPr="00987F03">
        <w:rPr>
          <w:sz w:val="22"/>
          <w:rtl/>
        </w:rPr>
        <w:t>فاتحان</w:t>
      </w:r>
      <w:r w:rsidRPr="00987F03">
        <w:rPr>
          <w:sz w:val="22"/>
        </w:rPr>
        <w:t xml:space="preserve"> </w:t>
      </w:r>
      <w:r w:rsidRPr="00987F03">
        <w:rPr>
          <w:sz w:val="22"/>
          <w:rtl/>
        </w:rPr>
        <w:t>به</w:t>
      </w:r>
      <w:r w:rsidRPr="00987F03">
        <w:rPr>
          <w:sz w:val="22"/>
        </w:rPr>
        <w:t>‌</w:t>
      </w:r>
      <w:r w:rsidRPr="00987F03">
        <w:rPr>
          <w:sz w:val="22"/>
          <w:rtl/>
        </w:rPr>
        <w:t>زودی</w:t>
      </w:r>
      <w:r w:rsidRPr="00987F03">
        <w:rPr>
          <w:sz w:val="22"/>
        </w:rPr>
        <w:t xml:space="preserve"> </w:t>
      </w:r>
      <w:r w:rsidRPr="00987F03">
        <w:rPr>
          <w:sz w:val="22"/>
          <w:rtl/>
        </w:rPr>
        <w:t>دریافتند</w:t>
      </w:r>
      <w:r w:rsidRPr="00987F03">
        <w:rPr>
          <w:sz w:val="22"/>
        </w:rPr>
        <w:t xml:space="preserve"> </w:t>
      </w:r>
      <w:r w:rsidRPr="00987F03">
        <w:rPr>
          <w:sz w:val="22"/>
          <w:rtl/>
        </w:rPr>
        <w:t>که</w:t>
      </w:r>
      <w:r w:rsidRPr="00987F03">
        <w:rPr>
          <w:sz w:val="22"/>
        </w:rPr>
        <w:t xml:space="preserve"> </w:t>
      </w:r>
      <w:r w:rsidRPr="00987F03">
        <w:rPr>
          <w:sz w:val="22"/>
          <w:rtl/>
        </w:rPr>
        <w:t>تصرف</w:t>
      </w:r>
      <w:r w:rsidRPr="00987F03">
        <w:rPr>
          <w:sz w:val="22"/>
        </w:rPr>
        <w:t xml:space="preserve"> </w:t>
      </w:r>
      <w:r w:rsidRPr="00987F03">
        <w:rPr>
          <w:sz w:val="22"/>
          <w:rtl/>
        </w:rPr>
        <w:t>سرزمین</w:t>
      </w:r>
      <w:r w:rsidRPr="00987F03">
        <w:rPr>
          <w:sz w:val="22"/>
        </w:rPr>
        <w:t xml:space="preserve"> </w:t>
      </w:r>
      <w:r w:rsidRPr="00987F03">
        <w:rPr>
          <w:sz w:val="22"/>
          <w:rtl/>
        </w:rPr>
        <w:t>با</w:t>
      </w:r>
      <w:r w:rsidRPr="00987F03">
        <w:rPr>
          <w:sz w:val="22"/>
        </w:rPr>
        <w:t xml:space="preserve"> </w:t>
      </w:r>
      <w:r w:rsidRPr="00987F03">
        <w:rPr>
          <w:sz w:val="22"/>
          <w:rtl/>
        </w:rPr>
        <w:t>ادارهٔ</w:t>
      </w:r>
      <w:r w:rsidRPr="00987F03">
        <w:rPr>
          <w:sz w:val="22"/>
        </w:rPr>
        <w:t xml:space="preserve"> </w:t>
      </w:r>
      <w:r w:rsidRPr="00987F03">
        <w:rPr>
          <w:sz w:val="22"/>
          <w:rtl/>
        </w:rPr>
        <w:t>آن</w:t>
      </w:r>
      <w:r w:rsidRPr="00987F03">
        <w:rPr>
          <w:sz w:val="22"/>
        </w:rPr>
        <w:t xml:space="preserve"> </w:t>
      </w:r>
      <w:r w:rsidRPr="00987F03">
        <w:rPr>
          <w:sz w:val="22"/>
          <w:rtl/>
        </w:rPr>
        <w:t>یکی</w:t>
      </w:r>
      <w:r w:rsidRPr="00987F03">
        <w:rPr>
          <w:sz w:val="22"/>
        </w:rPr>
        <w:t xml:space="preserve"> </w:t>
      </w:r>
      <w:r w:rsidRPr="00987F03">
        <w:rPr>
          <w:sz w:val="22"/>
          <w:rtl/>
        </w:rPr>
        <w:t>نیست</w:t>
      </w:r>
      <w:r w:rsidRPr="00987F03">
        <w:rPr>
          <w:sz w:val="22"/>
        </w:rPr>
        <w:t xml:space="preserve"> </w:t>
      </w:r>
      <w:r w:rsidRPr="00987F03">
        <w:rPr>
          <w:sz w:val="22"/>
          <w:rtl/>
        </w:rPr>
        <w:t>و</w:t>
      </w:r>
      <w:r w:rsidRPr="00987F03">
        <w:rPr>
          <w:sz w:val="22"/>
        </w:rPr>
        <w:t xml:space="preserve"> </w:t>
      </w:r>
      <w:r w:rsidRPr="00987F03">
        <w:rPr>
          <w:sz w:val="22"/>
          <w:rtl/>
        </w:rPr>
        <w:t>برای</w:t>
      </w:r>
      <w:r w:rsidRPr="00987F03">
        <w:rPr>
          <w:sz w:val="22"/>
        </w:rPr>
        <w:t xml:space="preserve"> </w:t>
      </w:r>
      <w:r w:rsidRPr="00987F03">
        <w:rPr>
          <w:sz w:val="22"/>
          <w:rtl/>
        </w:rPr>
        <w:t>حکومت</w:t>
      </w:r>
      <w:r w:rsidRPr="00987F03">
        <w:rPr>
          <w:sz w:val="22"/>
        </w:rPr>
        <w:t>‌</w:t>
      </w:r>
      <w:r w:rsidRPr="00987F03">
        <w:rPr>
          <w:sz w:val="22"/>
          <w:rtl/>
        </w:rPr>
        <w:t>کردن</w:t>
      </w:r>
      <w:r w:rsidRPr="00987F03">
        <w:rPr>
          <w:sz w:val="22"/>
        </w:rPr>
        <w:t xml:space="preserve"> </w:t>
      </w:r>
      <w:r w:rsidRPr="00987F03">
        <w:rPr>
          <w:sz w:val="22"/>
          <w:rtl/>
        </w:rPr>
        <w:t>بر</w:t>
      </w:r>
      <w:r w:rsidRPr="00987F03">
        <w:rPr>
          <w:sz w:val="22"/>
        </w:rPr>
        <w:t xml:space="preserve"> </w:t>
      </w:r>
      <w:r w:rsidRPr="00987F03">
        <w:rPr>
          <w:sz w:val="22"/>
          <w:rtl/>
        </w:rPr>
        <w:t>ایران</w:t>
      </w:r>
      <w:r w:rsidRPr="00987F03">
        <w:rPr>
          <w:sz w:val="22"/>
        </w:rPr>
        <w:t xml:space="preserve"> </w:t>
      </w:r>
      <w:r w:rsidRPr="00987F03">
        <w:rPr>
          <w:sz w:val="22"/>
          <w:rtl/>
        </w:rPr>
        <w:t>باید</w:t>
      </w:r>
      <w:r w:rsidRPr="00987F03">
        <w:rPr>
          <w:sz w:val="22"/>
        </w:rPr>
        <w:t xml:space="preserve"> </w:t>
      </w:r>
      <w:r w:rsidRPr="00987F03">
        <w:rPr>
          <w:sz w:val="22"/>
          <w:rtl/>
        </w:rPr>
        <w:t>با</w:t>
      </w:r>
      <w:r w:rsidRPr="00987F03">
        <w:rPr>
          <w:sz w:val="22"/>
        </w:rPr>
        <w:t xml:space="preserve"> </w:t>
      </w:r>
      <w:r w:rsidRPr="00987F03">
        <w:rPr>
          <w:sz w:val="22"/>
          <w:rtl/>
        </w:rPr>
        <w:t>ساختارهایی</w:t>
      </w:r>
      <w:r w:rsidRPr="00987F03">
        <w:rPr>
          <w:sz w:val="22"/>
        </w:rPr>
        <w:t xml:space="preserve"> </w:t>
      </w:r>
      <w:r w:rsidRPr="00987F03">
        <w:rPr>
          <w:sz w:val="22"/>
          <w:rtl/>
        </w:rPr>
        <w:t>کار</w:t>
      </w:r>
      <w:r w:rsidRPr="00987F03">
        <w:rPr>
          <w:sz w:val="22"/>
        </w:rPr>
        <w:t xml:space="preserve"> </w:t>
      </w:r>
      <w:r w:rsidRPr="00987F03">
        <w:rPr>
          <w:sz w:val="22"/>
          <w:rtl/>
        </w:rPr>
        <w:t>کنند</w:t>
      </w:r>
      <w:r w:rsidRPr="00987F03">
        <w:rPr>
          <w:sz w:val="22"/>
        </w:rPr>
        <w:t xml:space="preserve"> </w:t>
      </w:r>
      <w:r w:rsidRPr="00987F03">
        <w:rPr>
          <w:sz w:val="22"/>
          <w:rtl/>
        </w:rPr>
        <w:t>که</w:t>
      </w:r>
      <w:r w:rsidRPr="00987F03">
        <w:rPr>
          <w:sz w:val="22"/>
        </w:rPr>
        <w:t xml:space="preserve"> </w:t>
      </w:r>
      <w:r w:rsidRPr="00987F03">
        <w:rPr>
          <w:sz w:val="22"/>
          <w:rtl/>
        </w:rPr>
        <w:t>پیش</w:t>
      </w:r>
      <w:r w:rsidRPr="00987F03">
        <w:rPr>
          <w:sz w:val="22"/>
        </w:rPr>
        <w:t xml:space="preserve"> </w:t>
      </w:r>
      <w:r w:rsidRPr="00987F03">
        <w:rPr>
          <w:sz w:val="22"/>
          <w:rtl/>
        </w:rPr>
        <w:t>از</w:t>
      </w:r>
      <w:r w:rsidRPr="00987F03">
        <w:rPr>
          <w:sz w:val="22"/>
        </w:rPr>
        <w:t xml:space="preserve"> </w:t>
      </w:r>
      <w:r w:rsidRPr="00987F03">
        <w:rPr>
          <w:sz w:val="22"/>
          <w:rtl/>
        </w:rPr>
        <w:t>ورود</w:t>
      </w:r>
      <w:r w:rsidRPr="00987F03">
        <w:rPr>
          <w:sz w:val="22"/>
        </w:rPr>
        <w:t xml:space="preserve"> </w:t>
      </w:r>
      <w:r w:rsidRPr="00987F03">
        <w:rPr>
          <w:sz w:val="22"/>
          <w:rtl/>
        </w:rPr>
        <w:t>آنان</w:t>
      </w:r>
      <w:r w:rsidRPr="00987F03">
        <w:rPr>
          <w:sz w:val="22"/>
        </w:rPr>
        <w:t xml:space="preserve"> </w:t>
      </w:r>
      <w:r w:rsidRPr="00987F03">
        <w:rPr>
          <w:sz w:val="22"/>
          <w:rtl/>
        </w:rPr>
        <w:t>وجود</w:t>
      </w:r>
      <w:r w:rsidRPr="00987F03">
        <w:rPr>
          <w:sz w:val="22"/>
        </w:rPr>
        <w:t xml:space="preserve"> </w:t>
      </w:r>
      <w:r w:rsidRPr="00987F03">
        <w:rPr>
          <w:sz w:val="22"/>
          <w:rtl/>
        </w:rPr>
        <w:t>داشت</w:t>
      </w:r>
      <w:r w:rsidRPr="00987F03">
        <w:rPr>
          <w:sz w:val="22"/>
        </w:rPr>
        <w:t>.</w:t>
      </w:r>
    </w:p>
    <w:p w:rsidR="009F3B78" w:rsidRPr="00987F03" w:rsidRDefault="00987F03" w:rsidP="00987F03">
      <w:pPr>
        <w:bidi/>
        <w:ind w:firstLine="720"/>
        <w:rPr>
          <w:sz w:val="22"/>
        </w:rPr>
      </w:pPr>
      <w:r w:rsidRPr="00987F03">
        <w:rPr>
          <w:sz w:val="22"/>
          <w:rtl/>
        </w:rPr>
        <w:t>سقوط</w:t>
      </w:r>
      <w:r w:rsidRPr="00987F03">
        <w:rPr>
          <w:sz w:val="22"/>
        </w:rPr>
        <w:t xml:space="preserve"> </w:t>
      </w:r>
      <w:r w:rsidRPr="00987F03">
        <w:rPr>
          <w:sz w:val="22"/>
          <w:rtl/>
        </w:rPr>
        <w:t>ساسانیان</w:t>
      </w:r>
      <w:r w:rsidRPr="00987F03">
        <w:rPr>
          <w:sz w:val="22"/>
        </w:rPr>
        <w:t xml:space="preserve"> </w:t>
      </w:r>
      <w:r w:rsidRPr="00987F03">
        <w:rPr>
          <w:sz w:val="22"/>
          <w:rtl/>
        </w:rPr>
        <w:t>تنها</w:t>
      </w:r>
      <w:r w:rsidRPr="00987F03">
        <w:rPr>
          <w:sz w:val="22"/>
        </w:rPr>
        <w:t xml:space="preserve"> </w:t>
      </w:r>
      <w:r w:rsidRPr="00987F03">
        <w:rPr>
          <w:sz w:val="22"/>
          <w:rtl/>
        </w:rPr>
        <w:t>نتیجهٔ</w:t>
      </w:r>
      <w:r w:rsidRPr="00987F03">
        <w:rPr>
          <w:sz w:val="22"/>
        </w:rPr>
        <w:t xml:space="preserve"> </w:t>
      </w:r>
      <w:r w:rsidRPr="00987F03">
        <w:rPr>
          <w:sz w:val="22"/>
          <w:rtl/>
        </w:rPr>
        <w:t>توان</w:t>
      </w:r>
      <w:r w:rsidRPr="00987F03">
        <w:rPr>
          <w:sz w:val="22"/>
        </w:rPr>
        <w:t xml:space="preserve"> </w:t>
      </w:r>
      <w:r w:rsidRPr="00987F03">
        <w:rPr>
          <w:sz w:val="22"/>
          <w:rtl/>
        </w:rPr>
        <w:t>سپاه</w:t>
      </w:r>
      <w:r w:rsidRPr="00987F03">
        <w:rPr>
          <w:sz w:val="22"/>
        </w:rPr>
        <w:t xml:space="preserve"> </w:t>
      </w:r>
      <w:r w:rsidRPr="00987F03">
        <w:rPr>
          <w:sz w:val="22"/>
          <w:rtl/>
        </w:rPr>
        <w:t>عرب</w:t>
      </w:r>
      <w:r w:rsidRPr="00987F03">
        <w:rPr>
          <w:sz w:val="22"/>
        </w:rPr>
        <w:t xml:space="preserve"> </w:t>
      </w:r>
      <w:r w:rsidRPr="00987F03">
        <w:rPr>
          <w:sz w:val="22"/>
          <w:rtl/>
        </w:rPr>
        <w:t>نبود</w:t>
      </w:r>
      <w:r w:rsidRPr="00987F03">
        <w:rPr>
          <w:sz w:val="22"/>
        </w:rPr>
        <w:t xml:space="preserve">. </w:t>
      </w:r>
      <w:r w:rsidRPr="00987F03">
        <w:rPr>
          <w:sz w:val="22"/>
          <w:rtl/>
        </w:rPr>
        <w:t>شاهنشاهی</w:t>
      </w:r>
      <w:r w:rsidRPr="00987F03">
        <w:rPr>
          <w:sz w:val="22"/>
        </w:rPr>
        <w:t xml:space="preserve"> </w:t>
      </w:r>
      <w:r w:rsidRPr="00987F03">
        <w:rPr>
          <w:sz w:val="22"/>
          <w:rtl/>
        </w:rPr>
        <w:t>پیش</w:t>
      </w:r>
      <w:r w:rsidRPr="00987F03">
        <w:rPr>
          <w:sz w:val="22"/>
        </w:rPr>
        <w:t xml:space="preserve"> </w:t>
      </w:r>
      <w:r w:rsidRPr="00987F03">
        <w:rPr>
          <w:sz w:val="22"/>
          <w:rtl/>
        </w:rPr>
        <w:t>از</w:t>
      </w:r>
      <w:r w:rsidRPr="00987F03">
        <w:rPr>
          <w:sz w:val="22"/>
        </w:rPr>
        <w:t xml:space="preserve"> </w:t>
      </w:r>
      <w:r w:rsidRPr="00987F03">
        <w:rPr>
          <w:sz w:val="22"/>
          <w:rtl/>
        </w:rPr>
        <w:t>قادسیه</w:t>
      </w:r>
      <w:r w:rsidRPr="00987F03">
        <w:rPr>
          <w:sz w:val="22"/>
        </w:rPr>
        <w:t xml:space="preserve"> </w:t>
      </w:r>
      <w:r w:rsidRPr="00987F03">
        <w:rPr>
          <w:sz w:val="22"/>
          <w:rtl/>
        </w:rPr>
        <w:t>گرفتار</w:t>
      </w:r>
      <w:r w:rsidRPr="00987F03">
        <w:rPr>
          <w:sz w:val="22"/>
        </w:rPr>
        <w:t xml:space="preserve"> </w:t>
      </w:r>
      <w:r w:rsidRPr="00987F03">
        <w:rPr>
          <w:sz w:val="22"/>
          <w:rtl/>
        </w:rPr>
        <w:t>جنگ</w:t>
      </w:r>
      <w:r w:rsidRPr="00987F03">
        <w:rPr>
          <w:sz w:val="22"/>
        </w:rPr>
        <w:t>‌</w:t>
      </w:r>
      <w:r w:rsidRPr="00987F03">
        <w:rPr>
          <w:sz w:val="22"/>
          <w:rtl/>
        </w:rPr>
        <w:t>های</w:t>
      </w:r>
      <w:r w:rsidRPr="00987F03">
        <w:rPr>
          <w:sz w:val="22"/>
        </w:rPr>
        <w:t xml:space="preserve"> </w:t>
      </w:r>
      <w:r w:rsidRPr="00987F03">
        <w:rPr>
          <w:sz w:val="22"/>
          <w:rtl/>
        </w:rPr>
        <w:t>طولانی،</w:t>
      </w:r>
      <w:r w:rsidRPr="00987F03">
        <w:rPr>
          <w:sz w:val="22"/>
        </w:rPr>
        <w:t xml:space="preserve"> </w:t>
      </w:r>
      <w:r w:rsidRPr="00987F03">
        <w:rPr>
          <w:sz w:val="22"/>
          <w:rtl/>
        </w:rPr>
        <w:t>اختلافات</w:t>
      </w:r>
      <w:r w:rsidRPr="00987F03">
        <w:rPr>
          <w:sz w:val="22"/>
        </w:rPr>
        <w:t xml:space="preserve"> </w:t>
      </w:r>
      <w:r w:rsidRPr="00987F03">
        <w:rPr>
          <w:sz w:val="22"/>
          <w:rtl/>
        </w:rPr>
        <w:t>خانوادگی،</w:t>
      </w:r>
      <w:r w:rsidRPr="00987F03">
        <w:rPr>
          <w:sz w:val="22"/>
        </w:rPr>
        <w:t xml:space="preserve"> </w:t>
      </w:r>
      <w:r w:rsidRPr="00987F03">
        <w:rPr>
          <w:sz w:val="22"/>
          <w:rtl/>
        </w:rPr>
        <w:t>رقابت</w:t>
      </w:r>
      <w:r w:rsidRPr="00987F03">
        <w:rPr>
          <w:sz w:val="22"/>
        </w:rPr>
        <w:t xml:space="preserve"> </w:t>
      </w:r>
      <w:r w:rsidRPr="00987F03">
        <w:rPr>
          <w:sz w:val="22"/>
          <w:rtl/>
        </w:rPr>
        <w:t>بزرگان</w:t>
      </w:r>
      <w:r w:rsidRPr="00987F03">
        <w:rPr>
          <w:sz w:val="22"/>
        </w:rPr>
        <w:t xml:space="preserve"> </w:t>
      </w:r>
      <w:r w:rsidRPr="00987F03">
        <w:rPr>
          <w:sz w:val="22"/>
          <w:rtl/>
        </w:rPr>
        <w:t>و</w:t>
      </w:r>
      <w:r w:rsidRPr="00987F03">
        <w:rPr>
          <w:sz w:val="22"/>
        </w:rPr>
        <w:t xml:space="preserve"> </w:t>
      </w:r>
      <w:r w:rsidRPr="00987F03">
        <w:rPr>
          <w:sz w:val="22"/>
          <w:rtl/>
        </w:rPr>
        <w:t>بحران</w:t>
      </w:r>
      <w:r w:rsidRPr="00987F03">
        <w:rPr>
          <w:sz w:val="22"/>
        </w:rPr>
        <w:t xml:space="preserve"> </w:t>
      </w:r>
      <w:r w:rsidRPr="00987F03">
        <w:rPr>
          <w:sz w:val="22"/>
          <w:rtl/>
        </w:rPr>
        <w:t>جانشینی</w:t>
      </w:r>
      <w:r w:rsidRPr="00987F03">
        <w:rPr>
          <w:sz w:val="22"/>
        </w:rPr>
        <w:t xml:space="preserve"> </w:t>
      </w:r>
      <w:r w:rsidRPr="00987F03">
        <w:rPr>
          <w:sz w:val="22"/>
          <w:rtl/>
        </w:rPr>
        <w:t>شده</w:t>
      </w:r>
      <w:r w:rsidRPr="00987F03">
        <w:rPr>
          <w:sz w:val="22"/>
        </w:rPr>
        <w:t xml:space="preserve"> </w:t>
      </w:r>
      <w:r w:rsidRPr="00987F03">
        <w:rPr>
          <w:sz w:val="22"/>
          <w:rtl/>
        </w:rPr>
        <w:t>بود</w:t>
      </w:r>
      <w:r w:rsidRPr="00987F03">
        <w:rPr>
          <w:sz w:val="22"/>
        </w:rPr>
        <w:t xml:space="preserve">. </w:t>
      </w:r>
      <w:r w:rsidRPr="00987F03">
        <w:rPr>
          <w:sz w:val="22"/>
          <w:rtl/>
        </w:rPr>
        <w:t>جنگ</w:t>
      </w:r>
      <w:r w:rsidRPr="00987F03">
        <w:rPr>
          <w:sz w:val="22"/>
        </w:rPr>
        <w:t xml:space="preserve"> </w:t>
      </w:r>
      <w:r w:rsidRPr="00987F03">
        <w:rPr>
          <w:sz w:val="22"/>
          <w:rtl/>
        </w:rPr>
        <w:t>خسرو</w:t>
      </w:r>
      <w:r w:rsidRPr="00987F03">
        <w:rPr>
          <w:sz w:val="22"/>
        </w:rPr>
        <w:t xml:space="preserve"> </w:t>
      </w:r>
      <w:r w:rsidRPr="00987F03">
        <w:rPr>
          <w:sz w:val="22"/>
          <w:rtl/>
        </w:rPr>
        <w:t>پرویز</w:t>
      </w:r>
      <w:r w:rsidRPr="00987F03">
        <w:rPr>
          <w:sz w:val="22"/>
        </w:rPr>
        <w:t xml:space="preserve"> </w:t>
      </w:r>
      <w:r w:rsidRPr="00987F03">
        <w:rPr>
          <w:sz w:val="22"/>
          <w:rtl/>
        </w:rPr>
        <w:t>با</w:t>
      </w:r>
      <w:r w:rsidRPr="00987F03">
        <w:rPr>
          <w:sz w:val="22"/>
        </w:rPr>
        <w:t xml:space="preserve"> </w:t>
      </w:r>
      <w:r w:rsidRPr="00987F03">
        <w:rPr>
          <w:sz w:val="22"/>
          <w:rtl/>
        </w:rPr>
        <w:t>امپراتوری</w:t>
      </w:r>
      <w:r w:rsidRPr="00987F03">
        <w:rPr>
          <w:sz w:val="22"/>
        </w:rPr>
        <w:t xml:space="preserve"> </w:t>
      </w:r>
      <w:r w:rsidRPr="00987F03">
        <w:rPr>
          <w:sz w:val="22"/>
          <w:rtl/>
        </w:rPr>
        <w:t>روم</w:t>
      </w:r>
      <w:r w:rsidRPr="00987F03">
        <w:rPr>
          <w:sz w:val="22"/>
        </w:rPr>
        <w:t xml:space="preserve"> </w:t>
      </w:r>
      <w:r w:rsidRPr="00987F03">
        <w:rPr>
          <w:sz w:val="22"/>
          <w:rtl/>
        </w:rPr>
        <w:t>شرقی</w:t>
      </w:r>
      <w:r w:rsidRPr="00987F03">
        <w:rPr>
          <w:sz w:val="22"/>
        </w:rPr>
        <w:t xml:space="preserve"> </w:t>
      </w:r>
      <w:r w:rsidRPr="00987F03">
        <w:rPr>
          <w:sz w:val="22"/>
          <w:rtl/>
        </w:rPr>
        <w:t>سال</w:t>
      </w:r>
      <w:r w:rsidRPr="00987F03">
        <w:rPr>
          <w:sz w:val="22"/>
        </w:rPr>
        <w:t>‌</w:t>
      </w:r>
      <w:r w:rsidRPr="00987F03">
        <w:rPr>
          <w:sz w:val="22"/>
          <w:rtl/>
        </w:rPr>
        <w:t>ها</w:t>
      </w:r>
      <w:r w:rsidRPr="00987F03">
        <w:rPr>
          <w:sz w:val="22"/>
        </w:rPr>
        <w:t xml:space="preserve"> </w:t>
      </w:r>
      <w:r w:rsidRPr="00987F03">
        <w:rPr>
          <w:sz w:val="22"/>
          <w:rtl/>
        </w:rPr>
        <w:t>ادامه</w:t>
      </w:r>
      <w:r w:rsidRPr="00987F03">
        <w:rPr>
          <w:sz w:val="22"/>
        </w:rPr>
        <w:t xml:space="preserve"> </w:t>
      </w:r>
      <w:r w:rsidRPr="00987F03">
        <w:rPr>
          <w:sz w:val="22"/>
          <w:rtl/>
        </w:rPr>
        <w:t>یافت</w:t>
      </w:r>
      <w:r w:rsidRPr="00987F03">
        <w:rPr>
          <w:sz w:val="22"/>
        </w:rPr>
        <w:t xml:space="preserve"> </w:t>
      </w:r>
      <w:r w:rsidRPr="00987F03">
        <w:rPr>
          <w:sz w:val="22"/>
          <w:rtl/>
        </w:rPr>
        <w:t>و</w:t>
      </w:r>
      <w:r w:rsidRPr="00987F03">
        <w:rPr>
          <w:sz w:val="22"/>
        </w:rPr>
        <w:t xml:space="preserve"> </w:t>
      </w:r>
      <w:r w:rsidRPr="00987F03">
        <w:rPr>
          <w:sz w:val="22"/>
          <w:rtl/>
        </w:rPr>
        <w:t>هر</w:t>
      </w:r>
      <w:r w:rsidRPr="00987F03">
        <w:rPr>
          <w:sz w:val="22"/>
        </w:rPr>
        <w:t xml:space="preserve"> </w:t>
      </w:r>
      <w:r w:rsidRPr="00987F03">
        <w:rPr>
          <w:sz w:val="22"/>
          <w:rtl/>
        </w:rPr>
        <w:t>دو</w:t>
      </w:r>
      <w:r w:rsidRPr="00987F03">
        <w:rPr>
          <w:sz w:val="22"/>
        </w:rPr>
        <w:t xml:space="preserve"> </w:t>
      </w:r>
      <w:r w:rsidRPr="00987F03">
        <w:rPr>
          <w:sz w:val="22"/>
          <w:rtl/>
        </w:rPr>
        <w:t>قدرت</w:t>
      </w:r>
      <w:r w:rsidRPr="00987F03">
        <w:rPr>
          <w:sz w:val="22"/>
        </w:rPr>
        <w:t xml:space="preserve"> </w:t>
      </w:r>
      <w:r w:rsidRPr="00987F03">
        <w:rPr>
          <w:sz w:val="22"/>
          <w:rtl/>
        </w:rPr>
        <w:t>را</w:t>
      </w:r>
      <w:r w:rsidRPr="00987F03">
        <w:rPr>
          <w:sz w:val="22"/>
        </w:rPr>
        <w:t xml:space="preserve"> </w:t>
      </w:r>
      <w:r w:rsidRPr="00987F03">
        <w:rPr>
          <w:sz w:val="22"/>
          <w:rtl/>
        </w:rPr>
        <w:t>فرسوده</w:t>
      </w:r>
      <w:r w:rsidRPr="00987F03">
        <w:rPr>
          <w:sz w:val="22"/>
        </w:rPr>
        <w:t xml:space="preserve"> </w:t>
      </w:r>
      <w:r w:rsidRPr="00987F03">
        <w:rPr>
          <w:sz w:val="22"/>
          <w:rtl/>
        </w:rPr>
        <w:t>کرد</w:t>
      </w:r>
      <w:r w:rsidRPr="00987F03">
        <w:rPr>
          <w:sz w:val="22"/>
        </w:rPr>
        <w:t xml:space="preserve">. </w:t>
      </w:r>
      <w:r w:rsidRPr="00987F03">
        <w:rPr>
          <w:sz w:val="22"/>
          <w:rtl/>
        </w:rPr>
        <w:t>سپاه</w:t>
      </w:r>
      <w:r w:rsidRPr="00987F03">
        <w:rPr>
          <w:sz w:val="22"/>
        </w:rPr>
        <w:t xml:space="preserve"> </w:t>
      </w:r>
      <w:r w:rsidRPr="00987F03">
        <w:rPr>
          <w:sz w:val="22"/>
          <w:rtl/>
        </w:rPr>
        <w:t>ساسانی</w:t>
      </w:r>
      <w:r w:rsidRPr="00987F03">
        <w:rPr>
          <w:sz w:val="22"/>
        </w:rPr>
        <w:t xml:space="preserve"> </w:t>
      </w:r>
      <w:r w:rsidRPr="00987F03">
        <w:rPr>
          <w:sz w:val="22"/>
          <w:rtl/>
        </w:rPr>
        <w:t>در</w:t>
      </w:r>
      <w:r w:rsidRPr="00987F03">
        <w:rPr>
          <w:sz w:val="22"/>
        </w:rPr>
        <w:t xml:space="preserve"> </w:t>
      </w:r>
      <w:r w:rsidRPr="00987F03">
        <w:rPr>
          <w:sz w:val="22"/>
          <w:rtl/>
        </w:rPr>
        <w:t>آغاز</w:t>
      </w:r>
      <w:r w:rsidRPr="00987F03">
        <w:rPr>
          <w:sz w:val="22"/>
        </w:rPr>
        <w:t xml:space="preserve"> </w:t>
      </w:r>
      <w:r w:rsidRPr="00987F03">
        <w:rPr>
          <w:sz w:val="22"/>
          <w:rtl/>
        </w:rPr>
        <w:t>توانست</w:t>
      </w:r>
      <w:r w:rsidRPr="00987F03">
        <w:rPr>
          <w:sz w:val="22"/>
        </w:rPr>
        <w:t xml:space="preserve"> </w:t>
      </w:r>
      <w:r w:rsidRPr="00987F03">
        <w:rPr>
          <w:sz w:val="22"/>
          <w:rtl/>
        </w:rPr>
        <w:t>تا</w:t>
      </w:r>
      <w:r w:rsidRPr="00987F03">
        <w:rPr>
          <w:sz w:val="22"/>
        </w:rPr>
        <w:t xml:space="preserve"> </w:t>
      </w:r>
      <w:r w:rsidRPr="00987F03">
        <w:rPr>
          <w:sz w:val="22"/>
          <w:rtl/>
        </w:rPr>
        <w:t>شام،</w:t>
      </w:r>
      <w:r w:rsidRPr="00987F03">
        <w:rPr>
          <w:sz w:val="22"/>
        </w:rPr>
        <w:t xml:space="preserve"> </w:t>
      </w:r>
      <w:r w:rsidRPr="00987F03">
        <w:rPr>
          <w:sz w:val="22"/>
          <w:rtl/>
        </w:rPr>
        <w:t>مصر</w:t>
      </w:r>
      <w:r w:rsidRPr="00987F03">
        <w:rPr>
          <w:sz w:val="22"/>
        </w:rPr>
        <w:t xml:space="preserve"> </w:t>
      </w:r>
      <w:r w:rsidRPr="00987F03">
        <w:rPr>
          <w:sz w:val="22"/>
          <w:rtl/>
        </w:rPr>
        <w:t>و</w:t>
      </w:r>
      <w:r w:rsidRPr="00987F03">
        <w:rPr>
          <w:sz w:val="22"/>
        </w:rPr>
        <w:t xml:space="preserve"> </w:t>
      </w:r>
      <w:r w:rsidRPr="00987F03">
        <w:rPr>
          <w:sz w:val="22"/>
          <w:rtl/>
        </w:rPr>
        <w:t>آسیای</w:t>
      </w:r>
      <w:r w:rsidRPr="00987F03">
        <w:rPr>
          <w:sz w:val="22"/>
        </w:rPr>
        <w:t xml:space="preserve"> </w:t>
      </w:r>
      <w:r w:rsidRPr="00987F03">
        <w:rPr>
          <w:sz w:val="22"/>
          <w:rtl/>
        </w:rPr>
        <w:t>صغیر</w:t>
      </w:r>
      <w:r w:rsidRPr="00987F03">
        <w:rPr>
          <w:sz w:val="22"/>
        </w:rPr>
        <w:t xml:space="preserve"> </w:t>
      </w:r>
      <w:r w:rsidRPr="00987F03">
        <w:rPr>
          <w:sz w:val="22"/>
          <w:rtl/>
        </w:rPr>
        <w:t>پیش</w:t>
      </w:r>
      <w:r w:rsidRPr="00987F03">
        <w:rPr>
          <w:sz w:val="22"/>
        </w:rPr>
        <w:t xml:space="preserve"> </w:t>
      </w:r>
      <w:r w:rsidRPr="00987F03">
        <w:rPr>
          <w:sz w:val="22"/>
          <w:rtl/>
        </w:rPr>
        <w:t>رود،</w:t>
      </w:r>
      <w:r w:rsidRPr="00987F03">
        <w:rPr>
          <w:sz w:val="22"/>
        </w:rPr>
        <w:t xml:space="preserve"> </w:t>
      </w:r>
      <w:r w:rsidRPr="00987F03">
        <w:rPr>
          <w:sz w:val="22"/>
          <w:rtl/>
        </w:rPr>
        <w:t>اما</w:t>
      </w:r>
      <w:r w:rsidRPr="00987F03">
        <w:rPr>
          <w:sz w:val="22"/>
        </w:rPr>
        <w:t xml:space="preserve"> </w:t>
      </w:r>
      <w:r w:rsidRPr="00987F03">
        <w:rPr>
          <w:sz w:val="22"/>
          <w:rtl/>
        </w:rPr>
        <w:t>ضدحملهٔ</w:t>
      </w:r>
      <w:r w:rsidRPr="00987F03">
        <w:rPr>
          <w:sz w:val="22"/>
        </w:rPr>
        <w:t xml:space="preserve"> </w:t>
      </w:r>
      <w:r w:rsidRPr="00987F03">
        <w:rPr>
          <w:sz w:val="22"/>
          <w:rtl/>
        </w:rPr>
        <w:t>هراکلیوس</w:t>
      </w:r>
      <w:r w:rsidRPr="00987F03">
        <w:rPr>
          <w:sz w:val="22"/>
        </w:rPr>
        <w:t xml:space="preserve"> </w:t>
      </w:r>
      <w:r w:rsidRPr="00987F03">
        <w:rPr>
          <w:sz w:val="22"/>
          <w:rtl/>
        </w:rPr>
        <w:t>موازنه</w:t>
      </w:r>
      <w:r w:rsidRPr="00987F03">
        <w:rPr>
          <w:sz w:val="22"/>
        </w:rPr>
        <w:t xml:space="preserve"> </w:t>
      </w:r>
      <w:r w:rsidRPr="00987F03">
        <w:rPr>
          <w:sz w:val="22"/>
          <w:rtl/>
        </w:rPr>
        <w:t>را</w:t>
      </w:r>
      <w:r w:rsidRPr="00987F03">
        <w:rPr>
          <w:sz w:val="22"/>
        </w:rPr>
        <w:t xml:space="preserve"> </w:t>
      </w:r>
      <w:r w:rsidRPr="00987F03">
        <w:rPr>
          <w:sz w:val="22"/>
          <w:rtl/>
        </w:rPr>
        <w:t>برهم</w:t>
      </w:r>
      <w:r w:rsidRPr="00987F03">
        <w:rPr>
          <w:sz w:val="22"/>
        </w:rPr>
        <w:t xml:space="preserve"> </w:t>
      </w:r>
      <w:r w:rsidRPr="00987F03">
        <w:rPr>
          <w:sz w:val="22"/>
          <w:rtl/>
        </w:rPr>
        <w:t>زد</w:t>
      </w:r>
      <w:r w:rsidRPr="00987F03">
        <w:rPr>
          <w:sz w:val="22"/>
        </w:rPr>
        <w:t xml:space="preserve"> </w:t>
      </w:r>
      <w:r w:rsidRPr="00987F03">
        <w:rPr>
          <w:sz w:val="22"/>
          <w:rtl/>
        </w:rPr>
        <w:t>و</w:t>
      </w:r>
      <w:r w:rsidRPr="00987F03">
        <w:rPr>
          <w:sz w:val="22"/>
        </w:rPr>
        <w:t xml:space="preserve"> </w:t>
      </w:r>
      <w:r w:rsidRPr="00987F03">
        <w:rPr>
          <w:sz w:val="22"/>
          <w:rtl/>
        </w:rPr>
        <w:t>شکست</w:t>
      </w:r>
      <w:r w:rsidRPr="00987F03">
        <w:rPr>
          <w:sz w:val="22"/>
        </w:rPr>
        <w:t>‌</w:t>
      </w:r>
      <w:r w:rsidRPr="00987F03">
        <w:rPr>
          <w:sz w:val="22"/>
          <w:rtl/>
        </w:rPr>
        <w:t>های</w:t>
      </w:r>
      <w:r w:rsidRPr="00987F03">
        <w:rPr>
          <w:sz w:val="22"/>
        </w:rPr>
        <w:t xml:space="preserve"> </w:t>
      </w:r>
      <w:r w:rsidRPr="00987F03">
        <w:rPr>
          <w:sz w:val="22"/>
          <w:rtl/>
        </w:rPr>
        <w:t>بعدی</w:t>
      </w:r>
      <w:r w:rsidRPr="00987F03">
        <w:rPr>
          <w:sz w:val="22"/>
        </w:rPr>
        <w:t xml:space="preserve"> </w:t>
      </w:r>
      <w:r w:rsidRPr="00987F03">
        <w:rPr>
          <w:sz w:val="22"/>
          <w:rtl/>
        </w:rPr>
        <w:t>اعتبار</w:t>
      </w:r>
      <w:r w:rsidRPr="00987F03">
        <w:rPr>
          <w:sz w:val="22"/>
        </w:rPr>
        <w:t xml:space="preserve"> </w:t>
      </w:r>
      <w:r w:rsidRPr="00987F03">
        <w:rPr>
          <w:sz w:val="22"/>
          <w:rtl/>
        </w:rPr>
        <w:t>خسرو</w:t>
      </w:r>
      <w:r w:rsidRPr="00987F03">
        <w:rPr>
          <w:sz w:val="22"/>
        </w:rPr>
        <w:t xml:space="preserve"> </w:t>
      </w:r>
      <w:r w:rsidRPr="00987F03">
        <w:rPr>
          <w:sz w:val="22"/>
          <w:rtl/>
        </w:rPr>
        <w:t>پرویز</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برد</w:t>
      </w:r>
      <w:r w:rsidRPr="00987F03">
        <w:rPr>
          <w:sz w:val="22"/>
        </w:rPr>
        <w:t>.</w:t>
      </w:r>
    </w:p>
    <w:p w:rsidR="009F3B78" w:rsidRPr="00987F03" w:rsidRDefault="00987F03" w:rsidP="00987F03">
      <w:pPr>
        <w:bidi/>
        <w:ind w:firstLine="720"/>
        <w:rPr>
          <w:sz w:val="22"/>
        </w:rPr>
      </w:pPr>
      <w:r w:rsidRPr="00987F03">
        <w:rPr>
          <w:sz w:val="22"/>
          <w:rtl/>
        </w:rPr>
        <w:t>برکناری</w:t>
      </w:r>
      <w:r w:rsidRPr="00987F03">
        <w:rPr>
          <w:sz w:val="22"/>
        </w:rPr>
        <w:t xml:space="preserve"> </w:t>
      </w:r>
      <w:r w:rsidRPr="00987F03">
        <w:rPr>
          <w:sz w:val="22"/>
          <w:rtl/>
        </w:rPr>
        <w:t>و</w:t>
      </w:r>
      <w:r w:rsidRPr="00987F03">
        <w:rPr>
          <w:sz w:val="22"/>
        </w:rPr>
        <w:t xml:space="preserve"> </w:t>
      </w:r>
      <w:r w:rsidRPr="00987F03">
        <w:rPr>
          <w:sz w:val="22"/>
          <w:rtl/>
        </w:rPr>
        <w:t>کشته</w:t>
      </w:r>
      <w:r w:rsidRPr="00987F03">
        <w:rPr>
          <w:sz w:val="22"/>
        </w:rPr>
        <w:t>‌</w:t>
      </w:r>
      <w:r w:rsidRPr="00987F03">
        <w:rPr>
          <w:sz w:val="22"/>
          <w:rtl/>
        </w:rPr>
        <w:t>شدن</w:t>
      </w:r>
      <w:r w:rsidRPr="00987F03">
        <w:rPr>
          <w:sz w:val="22"/>
        </w:rPr>
        <w:t xml:space="preserve"> </w:t>
      </w:r>
      <w:r w:rsidRPr="00987F03">
        <w:rPr>
          <w:sz w:val="22"/>
          <w:rtl/>
        </w:rPr>
        <w:t>خسرو</w:t>
      </w:r>
      <w:r w:rsidRPr="00987F03">
        <w:rPr>
          <w:sz w:val="22"/>
        </w:rPr>
        <w:t xml:space="preserve"> </w:t>
      </w:r>
      <w:r w:rsidRPr="00987F03">
        <w:rPr>
          <w:sz w:val="22"/>
          <w:rtl/>
        </w:rPr>
        <w:t>پرویز</w:t>
      </w:r>
      <w:r w:rsidRPr="00987F03">
        <w:rPr>
          <w:sz w:val="22"/>
        </w:rPr>
        <w:t xml:space="preserve"> </w:t>
      </w:r>
      <w:r w:rsidRPr="00987F03">
        <w:rPr>
          <w:sz w:val="22"/>
          <w:rtl/>
        </w:rPr>
        <w:t>در</w:t>
      </w:r>
      <w:r w:rsidRPr="00987F03">
        <w:rPr>
          <w:sz w:val="22"/>
        </w:rPr>
        <w:t xml:space="preserve"> </w:t>
      </w:r>
      <w:r w:rsidRPr="00987F03">
        <w:rPr>
          <w:sz w:val="22"/>
          <w:rtl/>
        </w:rPr>
        <w:t>سال</w:t>
      </w:r>
      <w:r w:rsidRPr="00987F03">
        <w:rPr>
          <w:sz w:val="22"/>
        </w:rPr>
        <w:t xml:space="preserve"> </w:t>
      </w:r>
      <w:r w:rsidRPr="00987F03">
        <w:rPr>
          <w:sz w:val="22"/>
          <w:rtl/>
        </w:rPr>
        <w:t>۶۲۸</w:t>
      </w:r>
      <w:r w:rsidRPr="00987F03">
        <w:rPr>
          <w:sz w:val="22"/>
        </w:rPr>
        <w:t xml:space="preserve"> </w:t>
      </w:r>
      <w:r w:rsidRPr="00987F03">
        <w:rPr>
          <w:sz w:val="22"/>
          <w:rtl/>
        </w:rPr>
        <w:t>میلادی</w:t>
      </w:r>
      <w:r w:rsidRPr="00987F03">
        <w:rPr>
          <w:sz w:val="22"/>
        </w:rPr>
        <w:t xml:space="preserve"> </w:t>
      </w:r>
      <w:r w:rsidRPr="00987F03">
        <w:rPr>
          <w:sz w:val="22"/>
          <w:rtl/>
        </w:rPr>
        <w:t>بحران</w:t>
      </w:r>
      <w:r w:rsidRPr="00987F03">
        <w:rPr>
          <w:sz w:val="22"/>
        </w:rPr>
        <w:t xml:space="preserve"> </w:t>
      </w:r>
      <w:r w:rsidRPr="00987F03">
        <w:rPr>
          <w:sz w:val="22"/>
          <w:rtl/>
        </w:rPr>
        <w:t>را</w:t>
      </w:r>
      <w:r w:rsidRPr="00987F03">
        <w:rPr>
          <w:sz w:val="22"/>
        </w:rPr>
        <w:t xml:space="preserve"> </w:t>
      </w:r>
      <w:r w:rsidRPr="00987F03">
        <w:rPr>
          <w:sz w:val="22"/>
          <w:rtl/>
        </w:rPr>
        <w:t>پایان</w:t>
      </w:r>
      <w:r w:rsidRPr="00987F03">
        <w:rPr>
          <w:sz w:val="22"/>
        </w:rPr>
        <w:t xml:space="preserve"> </w:t>
      </w:r>
      <w:r w:rsidRPr="00987F03">
        <w:rPr>
          <w:sz w:val="22"/>
          <w:rtl/>
        </w:rPr>
        <w:t>نداد</w:t>
      </w:r>
      <w:r w:rsidRPr="00987F03">
        <w:rPr>
          <w:sz w:val="22"/>
        </w:rPr>
        <w:t xml:space="preserve">. </w:t>
      </w:r>
      <w:r w:rsidRPr="00987F03">
        <w:rPr>
          <w:sz w:val="22"/>
          <w:rtl/>
        </w:rPr>
        <w:t>در</w:t>
      </w:r>
      <w:r w:rsidRPr="00987F03">
        <w:rPr>
          <w:sz w:val="22"/>
        </w:rPr>
        <w:t xml:space="preserve"> </w:t>
      </w:r>
      <w:r w:rsidRPr="00987F03">
        <w:rPr>
          <w:sz w:val="22"/>
          <w:rtl/>
        </w:rPr>
        <w:t>چند</w:t>
      </w:r>
      <w:r w:rsidRPr="00987F03">
        <w:rPr>
          <w:sz w:val="22"/>
        </w:rPr>
        <w:t xml:space="preserve"> </w:t>
      </w:r>
      <w:r w:rsidRPr="00987F03">
        <w:rPr>
          <w:sz w:val="22"/>
          <w:rtl/>
        </w:rPr>
        <w:t>سال،</w:t>
      </w:r>
      <w:r w:rsidRPr="00987F03">
        <w:rPr>
          <w:sz w:val="22"/>
        </w:rPr>
        <w:t xml:space="preserve"> </w:t>
      </w:r>
      <w:r w:rsidRPr="00987F03">
        <w:rPr>
          <w:sz w:val="22"/>
          <w:rtl/>
        </w:rPr>
        <w:t>مدعیان</w:t>
      </w:r>
      <w:r w:rsidRPr="00987F03">
        <w:rPr>
          <w:sz w:val="22"/>
        </w:rPr>
        <w:t xml:space="preserve"> </w:t>
      </w:r>
      <w:r w:rsidRPr="00987F03">
        <w:rPr>
          <w:sz w:val="22"/>
          <w:rtl/>
        </w:rPr>
        <w:t>متعددی</w:t>
      </w:r>
      <w:r w:rsidRPr="00987F03">
        <w:rPr>
          <w:sz w:val="22"/>
        </w:rPr>
        <w:t xml:space="preserve"> </w:t>
      </w:r>
      <w:r w:rsidRPr="00987F03">
        <w:rPr>
          <w:sz w:val="22"/>
          <w:rtl/>
        </w:rPr>
        <w:t>بر</w:t>
      </w:r>
      <w:r w:rsidRPr="00987F03">
        <w:rPr>
          <w:sz w:val="22"/>
        </w:rPr>
        <w:t xml:space="preserve"> </w:t>
      </w:r>
      <w:r w:rsidRPr="00987F03">
        <w:rPr>
          <w:sz w:val="22"/>
          <w:rtl/>
        </w:rPr>
        <w:t>تخت</w:t>
      </w:r>
      <w:r w:rsidRPr="00987F03">
        <w:rPr>
          <w:sz w:val="22"/>
        </w:rPr>
        <w:t xml:space="preserve"> </w:t>
      </w:r>
      <w:r w:rsidRPr="00987F03">
        <w:rPr>
          <w:sz w:val="22"/>
          <w:rtl/>
        </w:rPr>
        <w:t>نشستند</w:t>
      </w:r>
      <w:r w:rsidRPr="00987F03">
        <w:rPr>
          <w:sz w:val="22"/>
        </w:rPr>
        <w:t xml:space="preserve"> </w:t>
      </w:r>
      <w:r w:rsidRPr="00987F03">
        <w:rPr>
          <w:sz w:val="22"/>
          <w:rtl/>
        </w:rPr>
        <w:t>و</w:t>
      </w:r>
      <w:r w:rsidRPr="00987F03">
        <w:rPr>
          <w:sz w:val="22"/>
        </w:rPr>
        <w:t xml:space="preserve"> </w:t>
      </w:r>
      <w:r w:rsidRPr="00987F03">
        <w:rPr>
          <w:sz w:val="22"/>
          <w:rtl/>
        </w:rPr>
        <w:t>کنار</w:t>
      </w:r>
      <w:r w:rsidRPr="00987F03">
        <w:rPr>
          <w:sz w:val="22"/>
        </w:rPr>
        <w:t xml:space="preserve"> </w:t>
      </w:r>
      <w:r w:rsidRPr="00987F03">
        <w:rPr>
          <w:sz w:val="22"/>
          <w:rtl/>
        </w:rPr>
        <w:t>زده</w:t>
      </w:r>
      <w:r w:rsidRPr="00987F03">
        <w:rPr>
          <w:sz w:val="22"/>
        </w:rPr>
        <w:t xml:space="preserve"> </w:t>
      </w:r>
      <w:r w:rsidRPr="00987F03">
        <w:rPr>
          <w:sz w:val="22"/>
          <w:rtl/>
        </w:rPr>
        <w:t>شدند</w:t>
      </w:r>
      <w:r w:rsidRPr="00987F03">
        <w:rPr>
          <w:sz w:val="22"/>
        </w:rPr>
        <w:t xml:space="preserve">. </w:t>
      </w:r>
      <w:r w:rsidRPr="00987F03">
        <w:rPr>
          <w:sz w:val="22"/>
          <w:rtl/>
        </w:rPr>
        <w:t>کودکان،</w:t>
      </w:r>
      <w:r w:rsidRPr="00987F03">
        <w:rPr>
          <w:sz w:val="22"/>
        </w:rPr>
        <w:t xml:space="preserve"> </w:t>
      </w:r>
      <w:r w:rsidRPr="00987F03">
        <w:rPr>
          <w:sz w:val="22"/>
          <w:rtl/>
        </w:rPr>
        <w:t>شاهزادگان</w:t>
      </w:r>
      <w:r w:rsidRPr="00987F03">
        <w:rPr>
          <w:sz w:val="22"/>
        </w:rPr>
        <w:t xml:space="preserve"> </w:t>
      </w:r>
      <w:r w:rsidRPr="00987F03">
        <w:rPr>
          <w:sz w:val="22"/>
          <w:rtl/>
        </w:rPr>
        <w:t>و</w:t>
      </w:r>
      <w:r w:rsidRPr="00987F03">
        <w:rPr>
          <w:sz w:val="22"/>
        </w:rPr>
        <w:t xml:space="preserve"> </w:t>
      </w:r>
      <w:r w:rsidRPr="00987F03">
        <w:rPr>
          <w:sz w:val="22"/>
          <w:rtl/>
        </w:rPr>
        <w:t>حتی</w:t>
      </w:r>
      <w:r w:rsidRPr="00987F03">
        <w:rPr>
          <w:sz w:val="22"/>
        </w:rPr>
        <w:t xml:space="preserve"> </w:t>
      </w:r>
      <w:r w:rsidRPr="00987F03">
        <w:rPr>
          <w:sz w:val="22"/>
          <w:rtl/>
        </w:rPr>
        <w:t>دو</w:t>
      </w:r>
      <w:r w:rsidRPr="00987F03">
        <w:rPr>
          <w:sz w:val="22"/>
        </w:rPr>
        <w:t xml:space="preserve"> </w:t>
      </w:r>
      <w:r w:rsidRPr="00987F03">
        <w:rPr>
          <w:sz w:val="22"/>
          <w:rtl/>
        </w:rPr>
        <w:t>زن</w:t>
      </w:r>
      <w:r w:rsidRPr="00987F03">
        <w:rPr>
          <w:sz w:val="22"/>
        </w:rPr>
        <w:t xml:space="preserve"> </w:t>
      </w:r>
      <w:r w:rsidRPr="00987F03">
        <w:rPr>
          <w:sz w:val="22"/>
          <w:rtl/>
        </w:rPr>
        <w:t>از</w:t>
      </w:r>
      <w:r w:rsidRPr="00987F03">
        <w:rPr>
          <w:sz w:val="22"/>
        </w:rPr>
        <w:t xml:space="preserve"> </w:t>
      </w:r>
      <w:r w:rsidRPr="00987F03">
        <w:rPr>
          <w:sz w:val="22"/>
          <w:rtl/>
        </w:rPr>
        <w:t>خاندان</w:t>
      </w:r>
      <w:r w:rsidRPr="00987F03">
        <w:rPr>
          <w:sz w:val="22"/>
        </w:rPr>
        <w:t xml:space="preserve"> </w:t>
      </w:r>
      <w:r w:rsidRPr="00987F03">
        <w:rPr>
          <w:sz w:val="22"/>
          <w:rtl/>
        </w:rPr>
        <w:t>ساسانی،</w:t>
      </w:r>
      <w:r w:rsidRPr="00987F03">
        <w:rPr>
          <w:sz w:val="22"/>
        </w:rPr>
        <w:t xml:space="preserve"> </w:t>
      </w:r>
      <w:r w:rsidRPr="00987F03">
        <w:rPr>
          <w:sz w:val="22"/>
          <w:rtl/>
        </w:rPr>
        <w:t>پوراندخت</w:t>
      </w:r>
      <w:r w:rsidRPr="00987F03">
        <w:rPr>
          <w:sz w:val="22"/>
        </w:rPr>
        <w:t xml:space="preserve"> </w:t>
      </w:r>
      <w:r w:rsidRPr="00987F03">
        <w:rPr>
          <w:sz w:val="22"/>
          <w:rtl/>
        </w:rPr>
        <w:t>و</w:t>
      </w:r>
      <w:r w:rsidRPr="00987F03">
        <w:rPr>
          <w:sz w:val="22"/>
        </w:rPr>
        <w:t xml:space="preserve"> </w:t>
      </w:r>
      <w:r w:rsidRPr="00987F03">
        <w:rPr>
          <w:sz w:val="22"/>
          <w:rtl/>
        </w:rPr>
        <w:t>آزرمی</w:t>
      </w:r>
      <w:r w:rsidRPr="00987F03">
        <w:rPr>
          <w:sz w:val="22"/>
        </w:rPr>
        <w:t>‌</w:t>
      </w:r>
      <w:r w:rsidRPr="00987F03">
        <w:rPr>
          <w:sz w:val="22"/>
          <w:rtl/>
        </w:rPr>
        <w:t>دخت،</w:t>
      </w:r>
      <w:r w:rsidRPr="00987F03">
        <w:rPr>
          <w:sz w:val="22"/>
        </w:rPr>
        <w:t xml:space="preserve"> </w:t>
      </w:r>
      <w:r w:rsidRPr="00987F03">
        <w:rPr>
          <w:sz w:val="22"/>
          <w:rtl/>
        </w:rPr>
        <w:t>به</w:t>
      </w:r>
      <w:r w:rsidRPr="00987F03">
        <w:rPr>
          <w:sz w:val="22"/>
        </w:rPr>
        <w:t xml:space="preserve"> </w:t>
      </w:r>
      <w:r w:rsidRPr="00987F03">
        <w:rPr>
          <w:sz w:val="22"/>
          <w:rtl/>
        </w:rPr>
        <w:t>پادشاهی</w:t>
      </w:r>
      <w:r w:rsidRPr="00987F03">
        <w:rPr>
          <w:sz w:val="22"/>
        </w:rPr>
        <w:t xml:space="preserve"> </w:t>
      </w:r>
      <w:r w:rsidRPr="00987F03">
        <w:rPr>
          <w:sz w:val="22"/>
          <w:rtl/>
        </w:rPr>
        <w:t>رسیدند؛</w:t>
      </w:r>
      <w:r w:rsidRPr="00987F03">
        <w:rPr>
          <w:sz w:val="22"/>
        </w:rPr>
        <w:t xml:space="preserve"> </w:t>
      </w:r>
      <w:r w:rsidRPr="00987F03">
        <w:rPr>
          <w:sz w:val="22"/>
          <w:rtl/>
        </w:rPr>
        <w:t>نه</w:t>
      </w:r>
      <w:r w:rsidRPr="00987F03">
        <w:rPr>
          <w:sz w:val="22"/>
        </w:rPr>
        <w:t xml:space="preserve"> </w:t>
      </w:r>
      <w:r w:rsidRPr="00987F03">
        <w:rPr>
          <w:sz w:val="22"/>
          <w:rtl/>
        </w:rPr>
        <w:t>به</w:t>
      </w:r>
      <w:r w:rsidRPr="00987F03">
        <w:rPr>
          <w:sz w:val="22"/>
        </w:rPr>
        <w:t xml:space="preserve"> </w:t>
      </w:r>
      <w:r w:rsidRPr="00987F03">
        <w:rPr>
          <w:sz w:val="22"/>
          <w:rtl/>
        </w:rPr>
        <w:t>این</w:t>
      </w:r>
      <w:r w:rsidRPr="00987F03">
        <w:rPr>
          <w:sz w:val="22"/>
        </w:rPr>
        <w:t xml:space="preserve"> </w:t>
      </w:r>
      <w:r w:rsidRPr="00987F03">
        <w:rPr>
          <w:sz w:val="22"/>
          <w:rtl/>
        </w:rPr>
        <w:t>دلیل</w:t>
      </w:r>
      <w:r w:rsidRPr="00987F03">
        <w:rPr>
          <w:sz w:val="22"/>
        </w:rPr>
        <w:t xml:space="preserve"> </w:t>
      </w:r>
      <w:r w:rsidRPr="00987F03">
        <w:rPr>
          <w:sz w:val="22"/>
          <w:rtl/>
        </w:rPr>
        <w:t>که</w:t>
      </w:r>
      <w:r w:rsidRPr="00987F03">
        <w:rPr>
          <w:sz w:val="22"/>
        </w:rPr>
        <w:t xml:space="preserve"> </w:t>
      </w:r>
      <w:r w:rsidRPr="00987F03">
        <w:rPr>
          <w:sz w:val="22"/>
          <w:rtl/>
        </w:rPr>
        <w:t>ساختمان</w:t>
      </w:r>
      <w:r w:rsidRPr="00987F03">
        <w:rPr>
          <w:sz w:val="22"/>
        </w:rPr>
        <w:t xml:space="preserve"> </w:t>
      </w:r>
      <w:r w:rsidRPr="00987F03">
        <w:rPr>
          <w:sz w:val="22"/>
          <w:rtl/>
        </w:rPr>
        <w:t>حکومت</w:t>
      </w:r>
      <w:r w:rsidRPr="00987F03">
        <w:rPr>
          <w:sz w:val="22"/>
        </w:rPr>
        <w:t xml:space="preserve"> </w:t>
      </w:r>
      <w:r w:rsidRPr="00987F03">
        <w:rPr>
          <w:sz w:val="22"/>
          <w:rtl/>
        </w:rPr>
        <w:t>به</w:t>
      </w:r>
      <w:r w:rsidRPr="00987F03">
        <w:rPr>
          <w:sz w:val="22"/>
        </w:rPr>
        <w:t xml:space="preserve"> </w:t>
      </w:r>
      <w:r w:rsidRPr="00987F03">
        <w:rPr>
          <w:sz w:val="22"/>
          <w:rtl/>
        </w:rPr>
        <w:t>برابری</w:t>
      </w:r>
      <w:r w:rsidRPr="00987F03">
        <w:rPr>
          <w:sz w:val="22"/>
        </w:rPr>
        <w:t xml:space="preserve"> </w:t>
      </w:r>
      <w:r w:rsidRPr="00987F03">
        <w:rPr>
          <w:sz w:val="22"/>
          <w:rtl/>
        </w:rPr>
        <w:t>زن</w:t>
      </w:r>
      <w:r w:rsidRPr="00987F03">
        <w:rPr>
          <w:sz w:val="22"/>
        </w:rPr>
        <w:t xml:space="preserve"> </w:t>
      </w:r>
      <w:r w:rsidRPr="00987F03">
        <w:rPr>
          <w:sz w:val="22"/>
          <w:rtl/>
        </w:rPr>
        <w:t>و</w:t>
      </w:r>
      <w:r w:rsidRPr="00987F03">
        <w:rPr>
          <w:sz w:val="22"/>
        </w:rPr>
        <w:t xml:space="preserve"> </w:t>
      </w:r>
      <w:r w:rsidRPr="00987F03">
        <w:rPr>
          <w:sz w:val="22"/>
          <w:rtl/>
        </w:rPr>
        <w:t>مرد</w:t>
      </w:r>
      <w:r w:rsidRPr="00987F03">
        <w:rPr>
          <w:sz w:val="22"/>
        </w:rPr>
        <w:t xml:space="preserve"> </w:t>
      </w:r>
      <w:r w:rsidRPr="00987F03">
        <w:rPr>
          <w:sz w:val="22"/>
          <w:rtl/>
        </w:rPr>
        <w:t>رسیده</w:t>
      </w:r>
      <w:r w:rsidRPr="00987F03">
        <w:rPr>
          <w:sz w:val="22"/>
        </w:rPr>
        <w:t xml:space="preserve"> </w:t>
      </w:r>
      <w:r w:rsidRPr="00987F03">
        <w:rPr>
          <w:sz w:val="22"/>
          <w:rtl/>
        </w:rPr>
        <w:t>بود،</w:t>
      </w:r>
      <w:r w:rsidRPr="00987F03">
        <w:rPr>
          <w:sz w:val="22"/>
        </w:rPr>
        <w:t xml:space="preserve"> </w:t>
      </w:r>
      <w:r w:rsidRPr="00987F03">
        <w:rPr>
          <w:sz w:val="22"/>
          <w:rtl/>
        </w:rPr>
        <w:t>بلکه</w:t>
      </w:r>
      <w:r w:rsidRPr="00987F03">
        <w:rPr>
          <w:sz w:val="22"/>
        </w:rPr>
        <w:t xml:space="preserve"> </w:t>
      </w:r>
      <w:r w:rsidRPr="00987F03">
        <w:rPr>
          <w:sz w:val="22"/>
          <w:rtl/>
        </w:rPr>
        <w:t>چون</w:t>
      </w:r>
      <w:r w:rsidRPr="00987F03">
        <w:rPr>
          <w:sz w:val="22"/>
        </w:rPr>
        <w:t xml:space="preserve"> </w:t>
      </w:r>
      <w:r w:rsidRPr="00987F03">
        <w:rPr>
          <w:sz w:val="22"/>
          <w:rtl/>
        </w:rPr>
        <w:t>کشمکش</w:t>
      </w:r>
      <w:r w:rsidRPr="00987F03">
        <w:rPr>
          <w:sz w:val="22"/>
        </w:rPr>
        <w:t xml:space="preserve"> </w:t>
      </w:r>
      <w:r w:rsidRPr="00987F03">
        <w:rPr>
          <w:sz w:val="22"/>
          <w:rtl/>
        </w:rPr>
        <w:t>خاندان</w:t>
      </w:r>
      <w:r w:rsidRPr="00987F03">
        <w:rPr>
          <w:sz w:val="22"/>
        </w:rPr>
        <w:t>‌</w:t>
      </w:r>
      <w:r w:rsidRPr="00987F03">
        <w:rPr>
          <w:sz w:val="22"/>
          <w:rtl/>
        </w:rPr>
        <w:t>ها</w:t>
      </w:r>
      <w:r w:rsidRPr="00987F03">
        <w:rPr>
          <w:sz w:val="22"/>
        </w:rPr>
        <w:t xml:space="preserve"> </w:t>
      </w:r>
      <w:r w:rsidRPr="00987F03">
        <w:rPr>
          <w:sz w:val="22"/>
          <w:rtl/>
        </w:rPr>
        <w:t>و</w:t>
      </w:r>
      <w:r w:rsidRPr="00987F03">
        <w:rPr>
          <w:sz w:val="22"/>
        </w:rPr>
        <w:t xml:space="preserve"> </w:t>
      </w:r>
      <w:r w:rsidRPr="00987F03">
        <w:rPr>
          <w:sz w:val="22"/>
          <w:rtl/>
        </w:rPr>
        <w:t>کمبود</w:t>
      </w:r>
      <w:r w:rsidRPr="00987F03">
        <w:rPr>
          <w:sz w:val="22"/>
        </w:rPr>
        <w:t xml:space="preserve"> </w:t>
      </w:r>
      <w:r w:rsidRPr="00987F03">
        <w:rPr>
          <w:sz w:val="22"/>
          <w:rtl/>
        </w:rPr>
        <w:t>مدعیان</w:t>
      </w:r>
      <w:r w:rsidRPr="00987F03">
        <w:rPr>
          <w:sz w:val="22"/>
        </w:rPr>
        <w:t xml:space="preserve"> </w:t>
      </w:r>
      <w:r w:rsidRPr="00987F03">
        <w:rPr>
          <w:sz w:val="22"/>
          <w:rtl/>
        </w:rPr>
        <w:t>پذیرفتنی،</w:t>
      </w:r>
      <w:r w:rsidRPr="00987F03">
        <w:rPr>
          <w:sz w:val="22"/>
        </w:rPr>
        <w:t xml:space="preserve"> </w:t>
      </w:r>
      <w:r w:rsidRPr="00987F03">
        <w:rPr>
          <w:sz w:val="22"/>
          <w:rtl/>
        </w:rPr>
        <w:t>تاج</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دست</w:t>
      </w:r>
      <w:r w:rsidRPr="00987F03">
        <w:rPr>
          <w:sz w:val="22"/>
        </w:rPr>
        <w:t xml:space="preserve"> </w:t>
      </w:r>
      <w:r w:rsidRPr="00987F03">
        <w:rPr>
          <w:sz w:val="22"/>
          <w:rtl/>
        </w:rPr>
        <w:t>هر</w:t>
      </w:r>
      <w:r w:rsidRPr="00987F03">
        <w:rPr>
          <w:sz w:val="22"/>
        </w:rPr>
        <w:t xml:space="preserve"> </w:t>
      </w:r>
      <w:r w:rsidRPr="00987F03">
        <w:rPr>
          <w:sz w:val="22"/>
          <w:rtl/>
        </w:rPr>
        <w:t>کسی</w:t>
      </w:r>
      <w:r w:rsidRPr="00987F03">
        <w:rPr>
          <w:sz w:val="22"/>
        </w:rPr>
        <w:t xml:space="preserve"> </w:t>
      </w:r>
      <w:r w:rsidRPr="00987F03">
        <w:rPr>
          <w:sz w:val="22"/>
          <w:rtl/>
        </w:rPr>
        <w:t>می</w:t>
      </w:r>
      <w:r w:rsidRPr="00987F03">
        <w:rPr>
          <w:sz w:val="22"/>
        </w:rPr>
        <w:t>‌</w:t>
      </w:r>
      <w:r w:rsidRPr="00987F03">
        <w:rPr>
          <w:sz w:val="22"/>
          <w:rtl/>
        </w:rPr>
        <w:t>سپرد</w:t>
      </w:r>
      <w:r w:rsidRPr="00987F03">
        <w:rPr>
          <w:sz w:val="22"/>
        </w:rPr>
        <w:t xml:space="preserve"> </w:t>
      </w:r>
      <w:r w:rsidRPr="00987F03">
        <w:rPr>
          <w:sz w:val="22"/>
          <w:rtl/>
        </w:rPr>
        <w:t>که</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موقتاً</w:t>
      </w:r>
      <w:r w:rsidRPr="00987F03">
        <w:rPr>
          <w:sz w:val="22"/>
        </w:rPr>
        <w:t xml:space="preserve"> </w:t>
      </w:r>
      <w:r w:rsidRPr="00987F03">
        <w:rPr>
          <w:sz w:val="22"/>
          <w:rtl/>
        </w:rPr>
        <w:t>حمایت</w:t>
      </w:r>
      <w:r w:rsidRPr="00987F03">
        <w:rPr>
          <w:sz w:val="22"/>
        </w:rPr>
        <w:t xml:space="preserve"> </w:t>
      </w:r>
      <w:r w:rsidRPr="00987F03">
        <w:rPr>
          <w:sz w:val="22"/>
          <w:rtl/>
        </w:rPr>
        <w:t>بخشی</w:t>
      </w:r>
      <w:r w:rsidRPr="00987F03">
        <w:rPr>
          <w:sz w:val="22"/>
        </w:rPr>
        <w:t xml:space="preserve"> </w:t>
      </w:r>
      <w:r w:rsidRPr="00987F03">
        <w:rPr>
          <w:sz w:val="22"/>
          <w:rtl/>
        </w:rPr>
        <w:t>از</w:t>
      </w:r>
      <w:r w:rsidRPr="00987F03">
        <w:rPr>
          <w:sz w:val="22"/>
        </w:rPr>
        <w:t xml:space="preserve"> </w:t>
      </w:r>
      <w:r w:rsidRPr="00987F03">
        <w:rPr>
          <w:sz w:val="22"/>
          <w:rtl/>
        </w:rPr>
        <w:t>بزرگان</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دست</w:t>
      </w:r>
      <w:r w:rsidRPr="00987F03">
        <w:rPr>
          <w:sz w:val="22"/>
        </w:rPr>
        <w:t xml:space="preserve"> </w:t>
      </w:r>
      <w:r w:rsidRPr="00987F03">
        <w:rPr>
          <w:sz w:val="22"/>
          <w:rtl/>
        </w:rPr>
        <w:t>آورد</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چنین</w:t>
      </w:r>
      <w:r w:rsidRPr="00987F03">
        <w:rPr>
          <w:sz w:val="22"/>
        </w:rPr>
        <w:t xml:space="preserve"> </w:t>
      </w:r>
      <w:r w:rsidRPr="00987F03">
        <w:rPr>
          <w:sz w:val="22"/>
          <w:rtl/>
        </w:rPr>
        <w:t>وضعی،</w:t>
      </w:r>
      <w:r w:rsidRPr="00987F03">
        <w:rPr>
          <w:sz w:val="22"/>
        </w:rPr>
        <w:t xml:space="preserve"> </w:t>
      </w:r>
      <w:r w:rsidRPr="00987F03">
        <w:rPr>
          <w:sz w:val="22"/>
          <w:rtl/>
        </w:rPr>
        <w:t>پادشاه</w:t>
      </w:r>
      <w:r w:rsidRPr="00987F03">
        <w:rPr>
          <w:sz w:val="22"/>
        </w:rPr>
        <w:t xml:space="preserve"> </w:t>
      </w:r>
      <w:r w:rsidRPr="00987F03">
        <w:rPr>
          <w:sz w:val="22"/>
          <w:rtl/>
        </w:rPr>
        <w:t>دیگر</w:t>
      </w:r>
      <w:r w:rsidRPr="00987F03">
        <w:rPr>
          <w:sz w:val="22"/>
        </w:rPr>
        <w:t xml:space="preserve"> </w:t>
      </w:r>
      <w:r w:rsidRPr="00987F03">
        <w:rPr>
          <w:sz w:val="22"/>
          <w:rtl/>
        </w:rPr>
        <w:t>مرکز</w:t>
      </w:r>
      <w:r w:rsidRPr="00987F03">
        <w:rPr>
          <w:sz w:val="22"/>
        </w:rPr>
        <w:t xml:space="preserve"> </w:t>
      </w:r>
      <w:r w:rsidRPr="00987F03">
        <w:rPr>
          <w:sz w:val="22"/>
          <w:rtl/>
        </w:rPr>
        <w:t>بی</w:t>
      </w:r>
      <w:r w:rsidRPr="00987F03">
        <w:rPr>
          <w:sz w:val="22"/>
        </w:rPr>
        <w:t>‌</w:t>
      </w:r>
      <w:r w:rsidRPr="00987F03">
        <w:rPr>
          <w:sz w:val="22"/>
          <w:rtl/>
        </w:rPr>
        <w:t>رقیب</w:t>
      </w:r>
      <w:r w:rsidRPr="00987F03">
        <w:rPr>
          <w:sz w:val="22"/>
        </w:rPr>
        <w:t xml:space="preserve"> </w:t>
      </w:r>
      <w:r w:rsidRPr="00987F03">
        <w:rPr>
          <w:sz w:val="22"/>
          <w:rtl/>
        </w:rPr>
        <w:t>حاکمیت</w:t>
      </w:r>
      <w:r w:rsidRPr="00987F03">
        <w:rPr>
          <w:sz w:val="22"/>
        </w:rPr>
        <w:t xml:space="preserve"> </w:t>
      </w:r>
      <w:r w:rsidRPr="00987F03">
        <w:rPr>
          <w:sz w:val="22"/>
          <w:rtl/>
        </w:rPr>
        <w:t>نبود</w:t>
      </w:r>
      <w:r w:rsidRPr="00987F03">
        <w:rPr>
          <w:sz w:val="22"/>
        </w:rPr>
        <w:t xml:space="preserve">. </w:t>
      </w:r>
      <w:r w:rsidRPr="00987F03">
        <w:rPr>
          <w:sz w:val="22"/>
          <w:rtl/>
        </w:rPr>
        <w:t>خاندان</w:t>
      </w:r>
      <w:r w:rsidRPr="00987F03">
        <w:rPr>
          <w:sz w:val="22"/>
        </w:rPr>
        <w:t>‌</w:t>
      </w:r>
      <w:r w:rsidRPr="00987F03">
        <w:rPr>
          <w:sz w:val="22"/>
          <w:rtl/>
        </w:rPr>
        <w:t>های</w:t>
      </w:r>
      <w:r w:rsidRPr="00987F03">
        <w:rPr>
          <w:sz w:val="22"/>
        </w:rPr>
        <w:t xml:space="preserve"> </w:t>
      </w:r>
      <w:r w:rsidRPr="00987F03">
        <w:rPr>
          <w:sz w:val="22"/>
          <w:rtl/>
        </w:rPr>
        <w:t>بزرگ،</w:t>
      </w:r>
      <w:r w:rsidRPr="00987F03">
        <w:rPr>
          <w:sz w:val="22"/>
        </w:rPr>
        <w:t xml:space="preserve"> </w:t>
      </w:r>
      <w:r w:rsidRPr="00987F03">
        <w:rPr>
          <w:sz w:val="22"/>
          <w:rtl/>
        </w:rPr>
        <w:t>فرماندهان</w:t>
      </w:r>
      <w:r w:rsidRPr="00987F03">
        <w:rPr>
          <w:sz w:val="22"/>
        </w:rPr>
        <w:t xml:space="preserve"> </w:t>
      </w:r>
      <w:r w:rsidRPr="00987F03">
        <w:rPr>
          <w:sz w:val="22"/>
          <w:rtl/>
        </w:rPr>
        <w:t>قشون،</w:t>
      </w:r>
      <w:r w:rsidRPr="00987F03">
        <w:rPr>
          <w:sz w:val="22"/>
        </w:rPr>
        <w:t xml:space="preserve"> </w:t>
      </w:r>
      <w:r w:rsidRPr="00987F03">
        <w:rPr>
          <w:sz w:val="22"/>
          <w:rtl/>
        </w:rPr>
        <w:t>حاکمان</w:t>
      </w:r>
      <w:r w:rsidRPr="00987F03">
        <w:rPr>
          <w:sz w:val="22"/>
        </w:rPr>
        <w:t xml:space="preserve"> </w:t>
      </w:r>
      <w:r w:rsidRPr="00987F03">
        <w:rPr>
          <w:sz w:val="22"/>
          <w:rtl/>
        </w:rPr>
        <w:t>ایالات</w:t>
      </w:r>
      <w:r w:rsidRPr="00987F03">
        <w:rPr>
          <w:sz w:val="22"/>
        </w:rPr>
        <w:t xml:space="preserve"> </w:t>
      </w:r>
      <w:r w:rsidRPr="00987F03">
        <w:rPr>
          <w:sz w:val="22"/>
          <w:rtl/>
        </w:rPr>
        <w:t>و</w:t>
      </w:r>
      <w:r w:rsidRPr="00987F03">
        <w:rPr>
          <w:sz w:val="22"/>
        </w:rPr>
        <w:t xml:space="preserve"> </w:t>
      </w:r>
      <w:r w:rsidRPr="00987F03">
        <w:rPr>
          <w:sz w:val="22"/>
          <w:rtl/>
        </w:rPr>
        <w:t>دینکاران</w:t>
      </w:r>
      <w:r w:rsidRPr="00987F03">
        <w:rPr>
          <w:sz w:val="22"/>
        </w:rPr>
        <w:t xml:space="preserve"> </w:t>
      </w:r>
      <w:r w:rsidRPr="00987F03">
        <w:rPr>
          <w:sz w:val="22"/>
          <w:rtl/>
        </w:rPr>
        <w:t>زرتشتی</w:t>
      </w:r>
      <w:r w:rsidRPr="00987F03">
        <w:rPr>
          <w:sz w:val="22"/>
        </w:rPr>
        <w:t xml:space="preserve"> </w:t>
      </w:r>
      <w:r w:rsidRPr="00987F03">
        <w:rPr>
          <w:sz w:val="22"/>
          <w:rtl/>
        </w:rPr>
        <w:t>هر</w:t>
      </w:r>
      <w:r w:rsidRPr="00987F03">
        <w:rPr>
          <w:sz w:val="22"/>
        </w:rPr>
        <w:t xml:space="preserve"> </w:t>
      </w:r>
      <w:r w:rsidRPr="00987F03">
        <w:rPr>
          <w:sz w:val="22"/>
          <w:rtl/>
        </w:rPr>
        <w:t>یک</w:t>
      </w:r>
      <w:r w:rsidRPr="00987F03">
        <w:rPr>
          <w:sz w:val="22"/>
        </w:rPr>
        <w:t xml:space="preserve"> </w:t>
      </w:r>
      <w:r w:rsidRPr="00987F03">
        <w:rPr>
          <w:sz w:val="22"/>
          <w:rtl/>
        </w:rPr>
        <w:t>سهمی</w:t>
      </w:r>
      <w:r w:rsidRPr="00987F03">
        <w:rPr>
          <w:sz w:val="22"/>
        </w:rPr>
        <w:t xml:space="preserve"> </w:t>
      </w:r>
      <w:r w:rsidRPr="00987F03">
        <w:rPr>
          <w:sz w:val="22"/>
          <w:rtl/>
        </w:rPr>
        <w:t>از</w:t>
      </w:r>
      <w:r w:rsidRPr="00987F03">
        <w:rPr>
          <w:sz w:val="22"/>
        </w:rPr>
        <w:t xml:space="preserve"> </w:t>
      </w:r>
      <w:r w:rsidRPr="00987F03">
        <w:rPr>
          <w:sz w:val="22"/>
          <w:rtl/>
        </w:rPr>
        <w:t>قدرت</w:t>
      </w:r>
      <w:r w:rsidRPr="00987F03">
        <w:rPr>
          <w:sz w:val="22"/>
        </w:rPr>
        <w:t xml:space="preserve"> </w:t>
      </w:r>
      <w:r w:rsidRPr="00987F03">
        <w:rPr>
          <w:sz w:val="22"/>
          <w:rtl/>
        </w:rPr>
        <w:t>داشتند</w:t>
      </w:r>
      <w:r w:rsidRPr="00987F03">
        <w:rPr>
          <w:sz w:val="22"/>
        </w:rPr>
        <w:t xml:space="preserve"> </w:t>
      </w:r>
      <w:r w:rsidRPr="00987F03">
        <w:rPr>
          <w:sz w:val="22"/>
          <w:rtl/>
        </w:rPr>
        <w:t>و</w:t>
      </w:r>
      <w:r w:rsidRPr="00987F03">
        <w:rPr>
          <w:sz w:val="22"/>
        </w:rPr>
        <w:t xml:space="preserve"> </w:t>
      </w:r>
      <w:r w:rsidRPr="00987F03">
        <w:rPr>
          <w:sz w:val="22"/>
          <w:rtl/>
        </w:rPr>
        <w:t>می</w:t>
      </w:r>
      <w:r w:rsidRPr="00987F03">
        <w:rPr>
          <w:sz w:val="22"/>
        </w:rPr>
        <w:t>‌</w:t>
      </w:r>
      <w:r w:rsidRPr="00987F03">
        <w:rPr>
          <w:sz w:val="22"/>
          <w:rtl/>
        </w:rPr>
        <w:t>کوشیدند</w:t>
      </w:r>
      <w:r w:rsidRPr="00987F03">
        <w:rPr>
          <w:sz w:val="22"/>
        </w:rPr>
        <w:t xml:space="preserve"> </w:t>
      </w:r>
      <w:r w:rsidRPr="00987F03">
        <w:rPr>
          <w:sz w:val="22"/>
          <w:rtl/>
        </w:rPr>
        <w:t>شاهی</w:t>
      </w:r>
      <w:r w:rsidRPr="00987F03">
        <w:rPr>
          <w:sz w:val="22"/>
        </w:rPr>
        <w:t xml:space="preserve"> </w:t>
      </w:r>
      <w:r w:rsidRPr="00987F03">
        <w:rPr>
          <w:sz w:val="22"/>
          <w:rtl/>
        </w:rPr>
        <w:t>را</w:t>
      </w:r>
      <w:r w:rsidRPr="00987F03">
        <w:rPr>
          <w:sz w:val="22"/>
        </w:rPr>
        <w:t xml:space="preserve"> </w:t>
      </w:r>
      <w:r w:rsidRPr="00987F03">
        <w:rPr>
          <w:sz w:val="22"/>
          <w:rtl/>
        </w:rPr>
        <w:t>بر</w:t>
      </w:r>
      <w:r w:rsidRPr="00987F03">
        <w:rPr>
          <w:sz w:val="22"/>
        </w:rPr>
        <w:t xml:space="preserve"> </w:t>
      </w:r>
      <w:r w:rsidRPr="00987F03">
        <w:rPr>
          <w:sz w:val="22"/>
          <w:rtl/>
        </w:rPr>
        <w:t>تخت</w:t>
      </w:r>
      <w:r w:rsidRPr="00987F03">
        <w:rPr>
          <w:sz w:val="22"/>
        </w:rPr>
        <w:t xml:space="preserve"> </w:t>
      </w:r>
      <w:r w:rsidRPr="00987F03">
        <w:rPr>
          <w:sz w:val="22"/>
          <w:rtl/>
        </w:rPr>
        <w:t>بنشانند</w:t>
      </w:r>
      <w:r w:rsidRPr="00987F03">
        <w:rPr>
          <w:sz w:val="22"/>
        </w:rPr>
        <w:t xml:space="preserve"> </w:t>
      </w:r>
      <w:r w:rsidRPr="00987F03">
        <w:rPr>
          <w:sz w:val="22"/>
          <w:rtl/>
        </w:rPr>
        <w:t>که</w:t>
      </w:r>
      <w:r w:rsidRPr="00987F03">
        <w:rPr>
          <w:sz w:val="22"/>
        </w:rPr>
        <w:t xml:space="preserve"> </w:t>
      </w:r>
      <w:r w:rsidRPr="00987F03">
        <w:rPr>
          <w:sz w:val="22"/>
          <w:rtl/>
        </w:rPr>
        <w:t>موقعیت</w:t>
      </w:r>
      <w:r w:rsidRPr="00987F03">
        <w:rPr>
          <w:sz w:val="22"/>
        </w:rPr>
        <w:t xml:space="preserve"> </w:t>
      </w:r>
      <w:r w:rsidRPr="00987F03">
        <w:rPr>
          <w:sz w:val="22"/>
          <w:rtl/>
        </w:rPr>
        <w:t>آنان</w:t>
      </w:r>
      <w:r w:rsidRPr="00987F03">
        <w:rPr>
          <w:sz w:val="22"/>
        </w:rPr>
        <w:t xml:space="preserve"> </w:t>
      </w:r>
      <w:r w:rsidRPr="00987F03">
        <w:rPr>
          <w:sz w:val="22"/>
          <w:rtl/>
        </w:rPr>
        <w:t>را</w:t>
      </w:r>
      <w:r w:rsidRPr="00987F03">
        <w:rPr>
          <w:sz w:val="22"/>
        </w:rPr>
        <w:t xml:space="preserve"> </w:t>
      </w:r>
      <w:r w:rsidRPr="00987F03">
        <w:rPr>
          <w:sz w:val="22"/>
          <w:rtl/>
        </w:rPr>
        <w:t>حفظ</w:t>
      </w:r>
      <w:r w:rsidRPr="00987F03">
        <w:rPr>
          <w:sz w:val="22"/>
        </w:rPr>
        <w:t xml:space="preserve"> </w:t>
      </w:r>
      <w:r w:rsidRPr="00987F03">
        <w:rPr>
          <w:sz w:val="22"/>
          <w:rtl/>
        </w:rPr>
        <w:t>کند</w:t>
      </w:r>
      <w:r w:rsidRPr="00987F03">
        <w:rPr>
          <w:sz w:val="22"/>
        </w:rPr>
        <w:t xml:space="preserve">. </w:t>
      </w:r>
      <w:r w:rsidRPr="00987F03">
        <w:rPr>
          <w:sz w:val="22"/>
          <w:rtl/>
        </w:rPr>
        <w:t>یزدگرد</w:t>
      </w:r>
      <w:r w:rsidRPr="00987F03">
        <w:rPr>
          <w:sz w:val="22"/>
        </w:rPr>
        <w:t xml:space="preserve"> </w:t>
      </w:r>
      <w:r w:rsidRPr="00987F03">
        <w:rPr>
          <w:sz w:val="22"/>
          <w:rtl/>
        </w:rPr>
        <w:t>سوم</w:t>
      </w:r>
      <w:r w:rsidRPr="00987F03">
        <w:rPr>
          <w:sz w:val="22"/>
        </w:rPr>
        <w:t xml:space="preserve"> </w:t>
      </w:r>
      <w:r w:rsidRPr="00987F03">
        <w:rPr>
          <w:sz w:val="22"/>
          <w:rtl/>
        </w:rPr>
        <w:t>هنگامی</w:t>
      </w:r>
      <w:r w:rsidRPr="00987F03">
        <w:rPr>
          <w:sz w:val="22"/>
        </w:rPr>
        <w:t xml:space="preserve"> </w:t>
      </w:r>
      <w:r w:rsidRPr="00987F03">
        <w:rPr>
          <w:sz w:val="22"/>
          <w:rtl/>
        </w:rPr>
        <w:t>به</w:t>
      </w:r>
      <w:r w:rsidRPr="00987F03">
        <w:rPr>
          <w:sz w:val="22"/>
        </w:rPr>
        <w:t xml:space="preserve"> </w:t>
      </w:r>
      <w:r w:rsidRPr="00987F03">
        <w:rPr>
          <w:sz w:val="22"/>
          <w:rtl/>
        </w:rPr>
        <w:t>پادشاهی</w:t>
      </w:r>
      <w:r w:rsidRPr="00987F03">
        <w:rPr>
          <w:sz w:val="22"/>
        </w:rPr>
        <w:t xml:space="preserve"> </w:t>
      </w:r>
      <w:r w:rsidRPr="00987F03">
        <w:rPr>
          <w:sz w:val="22"/>
          <w:rtl/>
        </w:rPr>
        <w:t>رسید</w:t>
      </w:r>
      <w:r w:rsidRPr="00987F03">
        <w:rPr>
          <w:sz w:val="22"/>
        </w:rPr>
        <w:t xml:space="preserve"> </w:t>
      </w:r>
      <w:r w:rsidRPr="00987F03">
        <w:rPr>
          <w:sz w:val="22"/>
          <w:rtl/>
        </w:rPr>
        <w:t>که</w:t>
      </w:r>
      <w:r w:rsidRPr="00987F03">
        <w:rPr>
          <w:sz w:val="22"/>
        </w:rPr>
        <w:t xml:space="preserve"> </w:t>
      </w:r>
      <w:r w:rsidRPr="00987F03">
        <w:rPr>
          <w:sz w:val="22"/>
          <w:rtl/>
        </w:rPr>
        <w:t>نوجوان</w:t>
      </w:r>
      <w:r w:rsidRPr="00987F03">
        <w:rPr>
          <w:sz w:val="22"/>
        </w:rPr>
        <w:t xml:space="preserve"> </w:t>
      </w:r>
      <w:r w:rsidRPr="00987F03">
        <w:rPr>
          <w:sz w:val="22"/>
          <w:rtl/>
        </w:rPr>
        <w:t>بود</w:t>
      </w:r>
      <w:r w:rsidRPr="00987F03">
        <w:rPr>
          <w:sz w:val="22"/>
        </w:rPr>
        <w:t xml:space="preserve"> </w:t>
      </w:r>
      <w:r w:rsidRPr="00987F03">
        <w:rPr>
          <w:sz w:val="22"/>
          <w:rtl/>
        </w:rPr>
        <w:t>و</w:t>
      </w:r>
      <w:r w:rsidRPr="00987F03">
        <w:rPr>
          <w:sz w:val="22"/>
        </w:rPr>
        <w:t xml:space="preserve"> </w:t>
      </w:r>
      <w:r w:rsidRPr="00987F03">
        <w:rPr>
          <w:sz w:val="22"/>
          <w:rtl/>
        </w:rPr>
        <w:t>تاجی</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ارث</w:t>
      </w:r>
      <w:r w:rsidRPr="00987F03">
        <w:rPr>
          <w:sz w:val="22"/>
        </w:rPr>
        <w:t xml:space="preserve"> </w:t>
      </w:r>
      <w:r w:rsidRPr="00987F03">
        <w:rPr>
          <w:sz w:val="22"/>
          <w:rtl/>
        </w:rPr>
        <w:t>برد</w:t>
      </w:r>
      <w:r w:rsidRPr="00987F03">
        <w:rPr>
          <w:sz w:val="22"/>
        </w:rPr>
        <w:t xml:space="preserve"> </w:t>
      </w:r>
      <w:r w:rsidRPr="00987F03">
        <w:rPr>
          <w:sz w:val="22"/>
          <w:rtl/>
        </w:rPr>
        <w:t>که</w:t>
      </w:r>
      <w:r w:rsidRPr="00987F03">
        <w:rPr>
          <w:sz w:val="22"/>
        </w:rPr>
        <w:t xml:space="preserve"> </w:t>
      </w:r>
      <w:r w:rsidRPr="00987F03">
        <w:rPr>
          <w:sz w:val="22"/>
          <w:rtl/>
        </w:rPr>
        <w:t>قدرت</w:t>
      </w:r>
      <w:r w:rsidRPr="00987F03">
        <w:rPr>
          <w:sz w:val="22"/>
        </w:rPr>
        <w:t xml:space="preserve"> </w:t>
      </w:r>
      <w:r w:rsidRPr="00987F03">
        <w:rPr>
          <w:sz w:val="22"/>
          <w:rtl/>
        </w:rPr>
        <w:t>واقعی</w:t>
      </w:r>
      <w:r w:rsidRPr="00987F03">
        <w:rPr>
          <w:sz w:val="22"/>
        </w:rPr>
        <w:t xml:space="preserve"> </w:t>
      </w:r>
      <w:r w:rsidRPr="00987F03">
        <w:rPr>
          <w:sz w:val="22"/>
          <w:rtl/>
        </w:rPr>
        <w:t>آن</w:t>
      </w:r>
      <w:r w:rsidRPr="00987F03">
        <w:rPr>
          <w:sz w:val="22"/>
        </w:rPr>
        <w:t xml:space="preserve"> </w:t>
      </w:r>
      <w:r w:rsidRPr="00987F03">
        <w:rPr>
          <w:sz w:val="22"/>
          <w:rtl/>
        </w:rPr>
        <w:t>میان</w:t>
      </w:r>
      <w:r w:rsidRPr="00987F03">
        <w:rPr>
          <w:sz w:val="22"/>
        </w:rPr>
        <w:t xml:space="preserve"> </w:t>
      </w:r>
      <w:r w:rsidRPr="00987F03">
        <w:rPr>
          <w:sz w:val="22"/>
          <w:rtl/>
        </w:rPr>
        <w:t>نیروهای</w:t>
      </w:r>
      <w:r w:rsidRPr="00987F03">
        <w:rPr>
          <w:sz w:val="22"/>
        </w:rPr>
        <w:t xml:space="preserve"> </w:t>
      </w:r>
      <w:r w:rsidRPr="00987F03">
        <w:rPr>
          <w:sz w:val="22"/>
          <w:rtl/>
        </w:rPr>
        <w:t>رقیب</w:t>
      </w:r>
      <w:r w:rsidRPr="00987F03">
        <w:rPr>
          <w:sz w:val="22"/>
        </w:rPr>
        <w:t xml:space="preserve"> </w:t>
      </w:r>
      <w:r w:rsidRPr="00987F03">
        <w:rPr>
          <w:sz w:val="22"/>
          <w:rtl/>
        </w:rPr>
        <w:t>پراکنده</w:t>
      </w:r>
      <w:r w:rsidRPr="00987F03">
        <w:rPr>
          <w:sz w:val="22"/>
        </w:rPr>
        <w:t xml:space="preserve"> </w:t>
      </w:r>
      <w:r w:rsidRPr="00987F03">
        <w:rPr>
          <w:sz w:val="22"/>
          <w:rtl/>
        </w:rPr>
        <w:t>شده</w:t>
      </w:r>
      <w:r w:rsidRPr="00987F03">
        <w:rPr>
          <w:sz w:val="22"/>
        </w:rPr>
        <w:t xml:space="preserve"> </w:t>
      </w:r>
      <w:r w:rsidRPr="00987F03">
        <w:rPr>
          <w:sz w:val="22"/>
          <w:rtl/>
        </w:rPr>
        <w:t>بود</w:t>
      </w:r>
      <w:r w:rsidRPr="00987F03">
        <w:rPr>
          <w:sz w:val="22"/>
        </w:rPr>
        <w:t>.</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سخن</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آن</w:t>
      </w:r>
      <w:r w:rsidRPr="00987F03">
        <w:rPr>
          <w:sz w:val="22"/>
        </w:rPr>
        <w:t xml:space="preserve"> </w:t>
      </w:r>
      <w:r w:rsidRPr="00987F03">
        <w:rPr>
          <w:sz w:val="22"/>
          <w:rtl/>
        </w:rPr>
        <w:t>نیست</w:t>
      </w:r>
      <w:r w:rsidRPr="00987F03">
        <w:rPr>
          <w:sz w:val="22"/>
        </w:rPr>
        <w:t xml:space="preserve"> </w:t>
      </w:r>
      <w:r w:rsidRPr="00987F03">
        <w:rPr>
          <w:sz w:val="22"/>
          <w:rtl/>
        </w:rPr>
        <w:t>که</w:t>
      </w:r>
      <w:r w:rsidRPr="00987F03">
        <w:rPr>
          <w:sz w:val="22"/>
        </w:rPr>
        <w:t xml:space="preserve"> </w:t>
      </w:r>
      <w:r w:rsidRPr="00987F03">
        <w:rPr>
          <w:sz w:val="22"/>
          <w:rtl/>
        </w:rPr>
        <w:t>سقوط</w:t>
      </w:r>
      <w:r w:rsidRPr="00987F03">
        <w:rPr>
          <w:sz w:val="22"/>
        </w:rPr>
        <w:t xml:space="preserve"> </w:t>
      </w:r>
      <w:r w:rsidRPr="00987F03">
        <w:rPr>
          <w:sz w:val="22"/>
          <w:rtl/>
        </w:rPr>
        <w:t>ساسانیان</w:t>
      </w:r>
      <w:r w:rsidRPr="00987F03">
        <w:rPr>
          <w:sz w:val="22"/>
        </w:rPr>
        <w:t xml:space="preserve"> </w:t>
      </w:r>
      <w:r w:rsidRPr="00987F03">
        <w:rPr>
          <w:sz w:val="22"/>
          <w:rtl/>
        </w:rPr>
        <w:t>حتمی</w:t>
      </w:r>
      <w:r w:rsidRPr="00987F03">
        <w:rPr>
          <w:sz w:val="22"/>
        </w:rPr>
        <w:t xml:space="preserve"> </w:t>
      </w:r>
      <w:r w:rsidRPr="00987F03">
        <w:rPr>
          <w:sz w:val="22"/>
          <w:rtl/>
        </w:rPr>
        <w:t>بود</w:t>
      </w:r>
      <w:r w:rsidRPr="00987F03">
        <w:rPr>
          <w:sz w:val="22"/>
        </w:rPr>
        <w:t xml:space="preserve"> </w:t>
      </w:r>
      <w:r w:rsidRPr="00987F03">
        <w:rPr>
          <w:sz w:val="22"/>
          <w:rtl/>
        </w:rPr>
        <w:t>یا</w:t>
      </w:r>
      <w:r w:rsidRPr="00987F03">
        <w:rPr>
          <w:sz w:val="22"/>
        </w:rPr>
        <w:t xml:space="preserve"> </w:t>
      </w:r>
      <w:r w:rsidRPr="00987F03">
        <w:rPr>
          <w:sz w:val="22"/>
          <w:rtl/>
        </w:rPr>
        <w:t>سپاه</w:t>
      </w:r>
      <w:r w:rsidRPr="00987F03">
        <w:rPr>
          <w:sz w:val="22"/>
        </w:rPr>
        <w:t xml:space="preserve"> </w:t>
      </w:r>
      <w:r w:rsidRPr="00987F03">
        <w:rPr>
          <w:sz w:val="22"/>
          <w:rtl/>
        </w:rPr>
        <w:t>عرب</w:t>
      </w:r>
      <w:r w:rsidRPr="00987F03">
        <w:rPr>
          <w:sz w:val="22"/>
        </w:rPr>
        <w:t xml:space="preserve"> </w:t>
      </w:r>
      <w:r w:rsidRPr="00987F03">
        <w:rPr>
          <w:sz w:val="22"/>
          <w:rtl/>
        </w:rPr>
        <w:t>با</w:t>
      </w:r>
      <w:r w:rsidRPr="00987F03">
        <w:rPr>
          <w:sz w:val="22"/>
        </w:rPr>
        <w:t xml:space="preserve"> </w:t>
      </w:r>
      <w:r w:rsidRPr="00987F03">
        <w:rPr>
          <w:sz w:val="22"/>
          <w:rtl/>
        </w:rPr>
        <w:t>حکومتی</w:t>
      </w:r>
      <w:r w:rsidRPr="00987F03">
        <w:rPr>
          <w:sz w:val="22"/>
        </w:rPr>
        <w:t xml:space="preserve"> </w:t>
      </w:r>
      <w:r w:rsidRPr="00987F03">
        <w:rPr>
          <w:sz w:val="22"/>
          <w:rtl/>
        </w:rPr>
        <w:t>کاملاً</w:t>
      </w:r>
      <w:r w:rsidRPr="00987F03">
        <w:rPr>
          <w:sz w:val="22"/>
        </w:rPr>
        <w:t xml:space="preserve"> </w:t>
      </w:r>
      <w:r w:rsidRPr="00987F03">
        <w:rPr>
          <w:sz w:val="22"/>
          <w:rtl/>
        </w:rPr>
        <w:t>مرده</w:t>
      </w:r>
      <w:r w:rsidRPr="00987F03">
        <w:rPr>
          <w:sz w:val="22"/>
        </w:rPr>
        <w:t xml:space="preserve"> </w:t>
      </w:r>
      <w:r w:rsidRPr="00987F03">
        <w:rPr>
          <w:sz w:val="22"/>
          <w:rtl/>
        </w:rPr>
        <w:t>روبه</w:t>
      </w:r>
      <w:r w:rsidRPr="00987F03">
        <w:rPr>
          <w:sz w:val="22"/>
        </w:rPr>
        <w:t>‌</w:t>
      </w:r>
      <w:r w:rsidRPr="00987F03">
        <w:rPr>
          <w:sz w:val="22"/>
          <w:rtl/>
        </w:rPr>
        <w:t>رو</w:t>
      </w:r>
      <w:r w:rsidRPr="00987F03">
        <w:rPr>
          <w:sz w:val="22"/>
        </w:rPr>
        <w:t xml:space="preserve"> </w:t>
      </w:r>
      <w:r w:rsidRPr="00987F03">
        <w:rPr>
          <w:sz w:val="22"/>
          <w:rtl/>
        </w:rPr>
        <w:t>شد</w:t>
      </w:r>
      <w:r w:rsidRPr="00987F03">
        <w:rPr>
          <w:sz w:val="22"/>
        </w:rPr>
        <w:t xml:space="preserve">. </w:t>
      </w:r>
      <w:r w:rsidRPr="00987F03">
        <w:rPr>
          <w:sz w:val="22"/>
          <w:rtl/>
        </w:rPr>
        <w:t>شاهنشاهی</w:t>
      </w:r>
      <w:r w:rsidRPr="00987F03">
        <w:rPr>
          <w:sz w:val="22"/>
        </w:rPr>
        <w:t xml:space="preserve"> </w:t>
      </w:r>
      <w:r w:rsidRPr="00987F03">
        <w:rPr>
          <w:sz w:val="22"/>
          <w:rtl/>
        </w:rPr>
        <w:t>هنوز</w:t>
      </w:r>
      <w:r w:rsidRPr="00987F03">
        <w:rPr>
          <w:sz w:val="22"/>
        </w:rPr>
        <w:t xml:space="preserve"> </w:t>
      </w:r>
      <w:r w:rsidRPr="00987F03">
        <w:rPr>
          <w:sz w:val="22"/>
          <w:rtl/>
        </w:rPr>
        <w:t>شهر،</w:t>
      </w:r>
      <w:r w:rsidRPr="00987F03">
        <w:rPr>
          <w:sz w:val="22"/>
        </w:rPr>
        <w:t xml:space="preserve"> </w:t>
      </w:r>
      <w:r w:rsidRPr="00987F03">
        <w:rPr>
          <w:sz w:val="22"/>
          <w:rtl/>
        </w:rPr>
        <w:t>خزانه،</w:t>
      </w:r>
      <w:r w:rsidRPr="00987F03">
        <w:rPr>
          <w:sz w:val="22"/>
        </w:rPr>
        <w:t xml:space="preserve"> </w:t>
      </w:r>
      <w:r w:rsidRPr="00987F03">
        <w:rPr>
          <w:sz w:val="22"/>
          <w:rtl/>
        </w:rPr>
        <w:t>دیوان،</w:t>
      </w:r>
      <w:r w:rsidRPr="00987F03">
        <w:rPr>
          <w:sz w:val="22"/>
        </w:rPr>
        <w:t xml:space="preserve"> </w:t>
      </w:r>
      <w:r w:rsidRPr="00987F03">
        <w:rPr>
          <w:sz w:val="22"/>
          <w:rtl/>
        </w:rPr>
        <w:t>زمین</w:t>
      </w:r>
      <w:r w:rsidRPr="00987F03">
        <w:rPr>
          <w:sz w:val="22"/>
        </w:rPr>
        <w:t>‌</w:t>
      </w:r>
      <w:r w:rsidRPr="00987F03">
        <w:rPr>
          <w:sz w:val="22"/>
          <w:rtl/>
        </w:rPr>
        <w:t>های</w:t>
      </w:r>
      <w:r w:rsidRPr="00987F03">
        <w:rPr>
          <w:sz w:val="22"/>
        </w:rPr>
        <w:t xml:space="preserve"> </w:t>
      </w:r>
      <w:r w:rsidRPr="00987F03">
        <w:rPr>
          <w:sz w:val="22"/>
          <w:rtl/>
        </w:rPr>
        <w:t>کشاورزی،</w:t>
      </w:r>
      <w:r w:rsidRPr="00987F03">
        <w:rPr>
          <w:sz w:val="22"/>
        </w:rPr>
        <w:t xml:space="preserve"> </w:t>
      </w:r>
      <w:r w:rsidRPr="00987F03">
        <w:rPr>
          <w:sz w:val="22"/>
          <w:rtl/>
        </w:rPr>
        <w:t>قشون</w:t>
      </w:r>
      <w:r w:rsidRPr="00987F03">
        <w:rPr>
          <w:sz w:val="22"/>
        </w:rPr>
        <w:t xml:space="preserve"> </w:t>
      </w:r>
      <w:r w:rsidRPr="00987F03">
        <w:rPr>
          <w:sz w:val="22"/>
          <w:rtl/>
        </w:rPr>
        <w:t>و</w:t>
      </w:r>
      <w:r w:rsidRPr="00987F03">
        <w:rPr>
          <w:sz w:val="22"/>
        </w:rPr>
        <w:t xml:space="preserve"> </w:t>
      </w:r>
      <w:r w:rsidRPr="00987F03">
        <w:rPr>
          <w:sz w:val="22"/>
          <w:rtl/>
        </w:rPr>
        <w:t>سنت</w:t>
      </w:r>
      <w:r w:rsidRPr="00987F03">
        <w:rPr>
          <w:sz w:val="22"/>
        </w:rPr>
        <w:t xml:space="preserve"> </w:t>
      </w:r>
      <w:r w:rsidRPr="00987F03">
        <w:rPr>
          <w:sz w:val="22"/>
          <w:rtl/>
        </w:rPr>
        <w:t>فرمانروایی</w:t>
      </w:r>
      <w:r w:rsidRPr="00987F03">
        <w:rPr>
          <w:sz w:val="22"/>
        </w:rPr>
        <w:t xml:space="preserve"> </w:t>
      </w:r>
      <w:r w:rsidRPr="00987F03">
        <w:rPr>
          <w:sz w:val="22"/>
          <w:rtl/>
        </w:rPr>
        <w:t>داشت</w:t>
      </w:r>
      <w:r w:rsidRPr="00987F03">
        <w:rPr>
          <w:sz w:val="22"/>
        </w:rPr>
        <w:t xml:space="preserve">. </w:t>
      </w:r>
      <w:r w:rsidRPr="00987F03">
        <w:rPr>
          <w:sz w:val="22"/>
          <w:rtl/>
        </w:rPr>
        <w:t>در</w:t>
      </w:r>
      <w:r w:rsidRPr="00987F03">
        <w:rPr>
          <w:sz w:val="22"/>
        </w:rPr>
        <w:t xml:space="preserve"> </w:t>
      </w:r>
      <w:r w:rsidRPr="00987F03">
        <w:rPr>
          <w:sz w:val="22"/>
          <w:rtl/>
        </w:rPr>
        <w:t>برخی</w:t>
      </w:r>
      <w:r w:rsidRPr="00987F03">
        <w:rPr>
          <w:sz w:val="22"/>
        </w:rPr>
        <w:t xml:space="preserve"> </w:t>
      </w:r>
      <w:r w:rsidRPr="00987F03">
        <w:rPr>
          <w:sz w:val="22"/>
          <w:rtl/>
        </w:rPr>
        <w:t>مناطق</w:t>
      </w:r>
      <w:r w:rsidRPr="00987F03">
        <w:rPr>
          <w:sz w:val="22"/>
        </w:rPr>
        <w:t xml:space="preserve"> </w:t>
      </w:r>
      <w:r w:rsidRPr="00987F03">
        <w:rPr>
          <w:sz w:val="22"/>
          <w:rtl/>
        </w:rPr>
        <w:t>مقاومت</w:t>
      </w:r>
      <w:r w:rsidRPr="00987F03">
        <w:rPr>
          <w:sz w:val="22"/>
        </w:rPr>
        <w:t xml:space="preserve"> </w:t>
      </w:r>
      <w:r w:rsidRPr="00987F03">
        <w:rPr>
          <w:sz w:val="22"/>
          <w:rtl/>
        </w:rPr>
        <w:t>شدید</w:t>
      </w:r>
      <w:r w:rsidRPr="00987F03">
        <w:rPr>
          <w:sz w:val="22"/>
        </w:rPr>
        <w:t xml:space="preserve"> </w:t>
      </w:r>
      <w:r w:rsidRPr="00987F03">
        <w:rPr>
          <w:sz w:val="22"/>
          <w:rtl/>
        </w:rPr>
        <w:t>بود</w:t>
      </w:r>
      <w:r w:rsidRPr="00987F03">
        <w:rPr>
          <w:sz w:val="22"/>
        </w:rPr>
        <w:t xml:space="preserve"> </w:t>
      </w:r>
      <w:r w:rsidRPr="00987F03">
        <w:rPr>
          <w:sz w:val="22"/>
          <w:rtl/>
        </w:rPr>
        <w:t>و</w:t>
      </w:r>
      <w:r w:rsidRPr="00987F03">
        <w:rPr>
          <w:sz w:val="22"/>
        </w:rPr>
        <w:t xml:space="preserve"> </w:t>
      </w:r>
      <w:r w:rsidRPr="00987F03">
        <w:rPr>
          <w:sz w:val="22"/>
          <w:rtl/>
        </w:rPr>
        <w:t>فتح</w:t>
      </w:r>
      <w:r w:rsidRPr="00987F03">
        <w:rPr>
          <w:sz w:val="22"/>
        </w:rPr>
        <w:t xml:space="preserve"> </w:t>
      </w:r>
      <w:r w:rsidRPr="00987F03">
        <w:rPr>
          <w:sz w:val="22"/>
          <w:rtl/>
        </w:rPr>
        <w:t>چندین</w:t>
      </w:r>
      <w:r w:rsidRPr="00987F03">
        <w:rPr>
          <w:sz w:val="22"/>
        </w:rPr>
        <w:t xml:space="preserve"> </w:t>
      </w:r>
      <w:r w:rsidRPr="00987F03">
        <w:rPr>
          <w:sz w:val="22"/>
          <w:rtl/>
        </w:rPr>
        <w:t>بار</w:t>
      </w:r>
      <w:r w:rsidRPr="00987F03">
        <w:rPr>
          <w:sz w:val="22"/>
        </w:rPr>
        <w:t xml:space="preserve"> </w:t>
      </w:r>
      <w:r w:rsidRPr="00987F03">
        <w:rPr>
          <w:sz w:val="22"/>
          <w:rtl/>
        </w:rPr>
        <w:t>به</w:t>
      </w:r>
      <w:r w:rsidRPr="00987F03">
        <w:rPr>
          <w:sz w:val="22"/>
        </w:rPr>
        <w:t xml:space="preserve"> </w:t>
      </w:r>
      <w:r w:rsidRPr="00987F03">
        <w:rPr>
          <w:sz w:val="22"/>
          <w:rtl/>
        </w:rPr>
        <w:t>جنگ</w:t>
      </w:r>
      <w:r w:rsidRPr="00987F03">
        <w:rPr>
          <w:sz w:val="22"/>
        </w:rPr>
        <w:t>‌</w:t>
      </w:r>
      <w:r w:rsidRPr="00987F03">
        <w:rPr>
          <w:sz w:val="22"/>
          <w:rtl/>
        </w:rPr>
        <w:t>های</w:t>
      </w:r>
      <w:r w:rsidRPr="00987F03">
        <w:rPr>
          <w:sz w:val="22"/>
        </w:rPr>
        <w:t xml:space="preserve"> </w:t>
      </w:r>
      <w:r w:rsidRPr="00987F03">
        <w:rPr>
          <w:sz w:val="22"/>
          <w:rtl/>
        </w:rPr>
        <w:t>تازه</w:t>
      </w:r>
      <w:r w:rsidRPr="00987F03">
        <w:rPr>
          <w:sz w:val="22"/>
        </w:rPr>
        <w:t xml:space="preserve"> </w:t>
      </w:r>
      <w:r w:rsidRPr="00987F03">
        <w:rPr>
          <w:sz w:val="22"/>
          <w:rtl/>
        </w:rPr>
        <w:t>نیاز</w:t>
      </w:r>
      <w:r w:rsidRPr="00987F03">
        <w:rPr>
          <w:sz w:val="22"/>
        </w:rPr>
        <w:t xml:space="preserve"> </w:t>
      </w:r>
      <w:r w:rsidRPr="00987F03">
        <w:rPr>
          <w:sz w:val="22"/>
          <w:rtl/>
        </w:rPr>
        <w:t>پیدا</w:t>
      </w:r>
      <w:r w:rsidRPr="00987F03">
        <w:rPr>
          <w:sz w:val="22"/>
        </w:rPr>
        <w:t xml:space="preserve"> </w:t>
      </w:r>
      <w:r w:rsidRPr="00987F03">
        <w:rPr>
          <w:sz w:val="22"/>
          <w:rtl/>
        </w:rPr>
        <w:t>کرد</w:t>
      </w:r>
      <w:r w:rsidRPr="00987F03">
        <w:rPr>
          <w:sz w:val="22"/>
        </w:rPr>
        <w:t xml:space="preserve">. </w:t>
      </w:r>
      <w:r w:rsidRPr="00987F03">
        <w:rPr>
          <w:sz w:val="22"/>
          <w:rtl/>
        </w:rPr>
        <w:t>اما</w:t>
      </w:r>
      <w:r w:rsidRPr="00987F03">
        <w:rPr>
          <w:sz w:val="22"/>
        </w:rPr>
        <w:t xml:space="preserve"> </w:t>
      </w:r>
      <w:r w:rsidRPr="00987F03">
        <w:rPr>
          <w:sz w:val="22"/>
          <w:rtl/>
        </w:rPr>
        <w:t>دستگاهی</w:t>
      </w:r>
      <w:r w:rsidRPr="00987F03">
        <w:rPr>
          <w:sz w:val="22"/>
        </w:rPr>
        <w:t xml:space="preserve"> </w:t>
      </w:r>
      <w:r w:rsidRPr="00987F03">
        <w:rPr>
          <w:sz w:val="22"/>
          <w:rtl/>
        </w:rPr>
        <w:t>که</w:t>
      </w:r>
      <w:r w:rsidRPr="00987F03">
        <w:rPr>
          <w:sz w:val="22"/>
        </w:rPr>
        <w:t xml:space="preserve"> </w:t>
      </w:r>
      <w:r w:rsidRPr="00987F03">
        <w:rPr>
          <w:sz w:val="22"/>
          <w:rtl/>
        </w:rPr>
        <w:t>باید</w:t>
      </w:r>
      <w:r w:rsidRPr="00987F03">
        <w:rPr>
          <w:sz w:val="22"/>
        </w:rPr>
        <w:t xml:space="preserve"> </w:t>
      </w:r>
      <w:r w:rsidRPr="00987F03">
        <w:rPr>
          <w:sz w:val="22"/>
          <w:rtl/>
        </w:rPr>
        <w:t>همهٔ</w:t>
      </w:r>
      <w:r w:rsidRPr="00987F03">
        <w:rPr>
          <w:sz w:val="22"/>
        </w:rPr>
        <w:t xml:space="preserve"> </w:t>
      </w:r>
      <w:r w:rsidRPr="00987F03">
        <w:rPr>
          <w:sz w:val="22"/>
          <w:rtl/>
        </w:rPr>
        <w:t>این</w:t>
      </w:r>
      <w:r w:rsidRPr="00987F03">
        <w:rPr>
          <w:sz w:val="22"/>
        </w:rPr>
        <w:t xml:space="preserve"> </w:t>
      </w:r>
      <w:r w:rsidRPr="00987F03">
        <w:rPr>
          <w:sz w:val="22"/>
          <w:rtl/>
        </w:rPr>
        <w:t>منابع</w:t>
      </w:r>
      <w:r w:rsidRPr="00987F03">
        <w:rPr>
          <w:sz w:val="22"/>
        </w:rPr>
        <w:t xml:space="preserve"> </w:t>
      </w:r>
      <w:r w:rsidRPr="00987F03">
        <w:rPr>
          <w:sz w:val="22"/>
          <w:rtl/>
        </w:rPr>
        <w:t>را</w:t>
      </w:r>
      <w:r w:rsidRPr="00987F03">
        <w:rPr>
          <w:sz w:val="22"/>
        </w:rPr>
        <w:t xml:space="preserve"> </w:t>
      </w:r>
      <w:r w:rsidRPr="00987F03">
        <w:rPr>
          <w:sz w:val="22"/>
          <w:rtl/>
        </w:rPr>
        <w:t>زیر</w:t>
      </w:r>
      <w:r w:rsidRPr="00987F03">
        <w:rPr>
          <w:sz w:val="22"/>
        </w:rPr>
        <w:t xml:space="preserve"> </w:t>
      </w:r>
      <w:r w:rsidRPr="00987F03">
        <w:rPr>
          <w:sz w:val="22"/>
          <w:rtl/>
        </w:rPr>
        <w:t>فرمانی</w:t>
      </w:r>
      <w:r w:rsidRPr="00987F03">
        <w:rPr>
          <w:sz w:val="22"/>
        </w:rPr>
        <w:t xml:space="preserve"> </w:t>
      </w:r>
      <w:r w:rsidRPr="00987F03">
        <w:rPr>
          <w:sz w:val="22"/>
          <w:rtl/>
        </w:rPr>
        <w:t>واحد</w:t>
      </w:r>
      <w:r w:rsidRPr="00987F03">
        <w:rPr>
          <w:sz w:val="22"/>
        </w:rPr>
        <w:t xml:space="preserve"> </w:t>
      </w:r>
      <w:r w:rsidRPr="00987F03">
        <w:rPr>
          <w:sz w:val="22"/>
          <w:rtl/>
        </w:rPr>
        <w:t>گرد</w:t>
      </w:r>
      <w:r w:rsidRPr="00987F03">
        <w:rPr>
          <w:sz w:val="22"/>
        </w:rPr>
        <w:t xml:space="preserve"> </w:t>
      </w:r>
      <w:r w:rsidRPr="00987F03">
        <w:rPr>
          <w:sz w:val="22"/>
          <w:rtl/>
        </w:rPr>
        <w:t>می</w:t>
      </w:r>
      <w:r w:rsidRPr="00987F03">
        <w:rPr>
          <w:sz w:val="22"/>
        </w:rPr>
        <w:t>‌</w:t>
      </w:r>
      <w:r w:rsidRPr="00987F03">
        <w:rPr>
          <w:sz w:val="22"/>
          <w:rtl/>
        </w:rPr>
        <w:t>آورد،</w:t>
      </w:r>
      <w:r w:rsidRPr="00987F03">
        <w:rPr>
          <w:sz w:val="22"/>
        </w:rPr>
        <w:t xml:space="preserve"> </w:t>
      </w:r>
      <w:r w:rsidRPr="00987F03">
        <w:rPr>
          <w:sz w:val="22"/>
          <w:rtl/>
        </w:rPr>
        <w:t>از</w:t>
      </w:r>
      <w:r w:rsidRPr="00987F03">
        <w:rPr>
          <w:sz w:val="22"/>
        </w:rPr>
        <w:t xml:space="preserve"> </w:t>
      </w:r>
      <w:r w:rsidRPr="00987F03">
        <w:rPr>
          <w:sz w:val="22"/>
          <w:rtl/>
        </w:rPr>
        <w:t>درون</w:t>
      </w:r>
      <w:r w:rsidRPr="00987F03">
        <w:rPr>
          <w:sz w:val="22"/>
        </w:rPr>
        <w:t xml:space="preserve"> </w:t>
      </w:r>
      <w:r w:rsidRPr="00987F03">
        <w:rPr>
          <w:sz w:val="22"/>
          <w:rtl/>
        </w:rPr>
        <w:t>آسیب</w:t>
      </w:r>
      <w:r w:rsidRPr="00987F03">
        <w:rPr>
          <w:sz w:val="22"/>
        </w:rPr>
        <w:t xml:space="preserve"> </w:t>
      </w:r>
      <w:r w:rsidRPr="00987F03">
        <w:rPr>
          <w:sz w:val="22"/>
          <w:rtl/>
        </w:rPr>
        <w:t>دیده</w:t>
      </w:r>
      <w:r w:rsidRPr="00987F03">
        <w:rPr>
          <w:sz w:val="22"/>
        </w:rPr>
        <w:t xml:space="preserve"> </w:t>
      </w:r>
      <w:r w:rsidRPr="00987F03">
        <w:rPr>
          <w:sz w:val="22"/>
          <w:rtl/>
        </w:rPr>
        <w:t>بود</w:t>
      </w:r>
      <w:r w:rsidRPr="00987F03">
        <w:rPr>
          <w:sz w:val="22"/>
        </w:rPr>
        <w:t xml:space="preserve">. </w:t>
      </w:r>
      <w:r w:rsidRPr="00987F03">
        <w:rPr>
          <w:sz w:val="22"/>
          <w:rtl/>
        </w:rPr>
        <w:t>شکست</w:t>
      </w:r>
      <w:r w:rsidRPr="00987F03">
        <w:rPr>
          <w:sz w:val="22"/>
        </w:rPr>
        <w:t xml:space="preserve"> </w:t>
      </w:r>
      <w:r w:rsidRPr="00987F03">
        <w:rPr>
          <w:sz w:val="22"/>
          <w:rtl/>
        </w:rPr>
        <w:t>در</w:t>
      </w:r>
      <w:r w:rsidRPr="00987F03">
        <w:rPr>
          <w:sz w:val="22"/>
        </w:rPr>
        <w:t xml:space="preserve"> </w:t>
      </w:r>
      <w:r w:rsidRPr="00987F03">
        <w:rPr>
          <w:sz w:val="22"/>
          <w:rtl/>
        </w:rPr>
        <w:t>میدان</w:t>
      </w:r>
      <w:r w:rsidRPr="00987F03">
        <w:rPr>
          <w:sz w:val="22"/>
        </w:rPr>
        <w:t xml:space="preserve"> </w:t>
      </w:r>
      <w:r w:rsidRPr="00987F03">
        <w:rPr>
          <w:sz w:val="22"/>
          <w:rtl/>
        </w:rPr>
        <w:t>هنگامی</w:t>
      </w:r>
      <w:r w:rsidRPr="00987F03">
        <w:rPr>
          <w:sz w:val="22"/>
        </w:rPr>
        <w:t xml:space="preserve"> </w:t>
      </w:r>
      <w:r w:rsidRPr="00987F03">
        <w:rPr>
          <w:sz w:val="22"/>
          <w:rtl/>
        </w:rPr>
        <w:t>به</w:t>
      </w:r>
      <w:r w:rsidRPr="00987F03">
        <w:rPr>
          <w:sz w:val="22"/>
        </w:rPr>
        <w:t xml:space="preserve"> </w:t>
      </w:r>
      <w:r w:rsidRPr="00987F03">
        <w:rPr>
          <w:sz w:val="22"/>
          <w:rtl/>
        </w:rPr>
        <w:t>فروپاشی</w:t>
      </w:r>
      <w:r w:rsidRPr="00987F03">
        <w:rPr>
          <w:sz w:val="22"/>
        </w:rPr>
        <w:t xml:space="preserve"> </w:t>
      </w:r>
      <w:r w:rsidRPr="00987F03">
        <w:rPr>
          <w:sz w:val="22"/>
          <w:rtl/>
        </w:rPr>
        <w:t>انجامید</w:t>
      </w:r>
      <w:r w:rsidRPr="00987F03">
        <w:rPr>
          <w:sz w:val="22"/>
        </w:rPr>
        <w:t xml:space="preserve"> </w:t>
      </w:r>
      <w:r w:rsidRPr="00987F03">
        <w:rPr>
          <w:sz w:val="22"/>
          <w:rtl/>
        </w:rPr>
        <w:t>که</w:t>
      </w:r>
      <w:r w:rsidRPr="00987F03">
        <w:rPr>
          <w:sz w:val="22"/>
        </w:rPr>
        <w:t xml:space="preserve"> </w:t>
      </w:r>
      <w:r w:rsidRPr="00987F03">
        <w:rPr>
          <w:sz w:val="22"/>
          <w:rtl/>
        </w:rPr>
        <w:t>تاج</w:t>
      </w:r>
      <w:r w:rsidRPr="00987F03">
        <w:rPr>
          <w:sz w:val="22"/>
        </w:rPr>
        <w:t xml:space="preserve"> </w:t>
      </w:r>
      <w:r w:rsidRPr="00987F03">
        <w:rPr>
          <w:sz w:val="22"/>
          <w:rtl/>
        </w:rPr>
        <w:t>دیگر</w:t>
      </w:r>
      <w:r w:rsidRPr="00987F03">
        <w:rPr>
          <w:sz w:val="22"/>
        </w:rPr>
        <w:t xml:space="preserve"> </w:t>
      </w:r>
      <w:r w:rsidRPr="00987F03">
        <w:rPr>
          <w:sz w:val="22"/>
          <w:rtl/>
        </w:rPr>
        <w:t>نمی</w:t>
      </w:r>
      <w:r w:rsidRPr="00987F03">
        <w:rPr>
          <w:sz w:val="22"/>
        </w:rPr>
        <w:t>‌</w:t>
      </w:r>
      <w:r w:rsidRPr="00987F03">
        <w:rPr>
          <w:sz w:val="22"/>
          <w:rtl/>
        </w:rPr>
        <w:t>توانست</w:t>
      </w:r>
      <w:r w:rsidRPr="00987F03">
        <w:rPr>
          <w:sz w:val="22"/>
        </w:rPr>
        <w:t xml:space="preserve"> </w:t>
      </w:r>
      <w:r w:rsidRPr="00987F03">
        <w:rPr>
          <w:sz w:val="22"/>
          <w:rtl/>
        </w:rPr>
        <w:t>اعتماد</w:t>
      </w:r>
      <w:r w:rsidRPr="00987F03">
        <w:rPr>
          <w:sz w:val="22"/>
        </w:rPr>
        <w:t xml:space="preserve"> </w:t>
      </w:r>
      <w:r w:rsidRPr="00987F03">
        <w:rPr>
          <w:sz w:val="22"/>
          <w:rtl/>
        </w:rPr>
        <w:t>و</w:t>
      </w:r>
      <w:r w:rsidRPr="00987F03">
        <w:rPr>
          <w:sz w:val="22"/>
        </w:rPr>
        <w:t xml:space="preserve"> </w:t>
      </w:r>
      <w:r w:rsidRPr="00987F03">
        <w:rPr>
          <w:sz w:val="22"/>
          <w:rtl/>
        </w:rPr>
        <w:t>فرمانبری</w:t>
      </w:r>
      <w:r w:rsidRPr="00987F03">
        <w:rPr>
          <w:sz w:val="22"/>
        </w:rPr>
        <w:t xml:space="preserve"> </w:t>
      </w:r>
      <w:r w:rsidRPr="00987F03">
        <w:rPr>
          <w:sz w:val="22"/>
          <w:rtl/>
        </w:rPr>
        <w:t>همهٔ</w:t>
      </w:r>
      <w:r w:rsidRPr="00987F03">
        <w:rPr>
          <w:sz w:val="22"/>
        </w:rPr>
        <w:t xml:space="preserve"> </w:t>
      </w:r>
      <w:r w:rsidRPr="00987F03">
        <w:rPr>
          <w:sz w:val="22"/>
          <w:rtl/>
        </w:rPr>
        <w:t>اجزای</w:t>
      </w:r>
      <w:r w:rsidRPr="00987F03">
        <w:rPr>
          <w:sz w:val="22"/>
        </w:rPr>
        <w:t xml:space="preserve"> </w:t>
      </w:r>
      <w:r w:rsidRPr="00987F03">
        <w:rPr>
          <w:sz w:val="22"/>
          <w:rtl/>
        </w:rPr>
        <w:t>حکومت</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دست</w:t>
      </w:r>
      <w:r w:rsidRPr="00987F03">
        <w:rPr>
          <w:sz w:val="22"/>
        </w:rPr>
        <w:t xml:space="preserve"> </w:t>
      </w:r>
      <w:r w:rsidRPr="00987F03">
        <w:rPr>
          <w:sz w:val="22"/>
          <w:rtl/>
        </w:rPr>
        <w:t>آورد</w:t>
      </w:r>
      <w:r w:rsidRPr="00987F03">
        <w:rPr>
          <w:sz w:val="22"/>
        </w:rPr>
        <w:t>.</w:t>
      </w:r>
    </w:p>
    <w:p w:rsidR="009F3B78" w:rsidRPr="00987F03" w:rsidRDefault="00987F03" w:rsidP="00987F03">
      <w:pPr>
        <w:bidi/>
        <w:ind w:firstLine="720"/>
        <w:rPr>
          <w:sz w:val="22"/>
        </w:rPr>
      </w:pP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شکست</w:t>
      </w:r>
      <w:r w:rsidRPr="00987F03">
        <w:rPr>
          <w:sz w:val="22"/>
        </w:rPr>
        <w:t xml:space="preserve"> </w:t>
      </w:r>
      <w:r w:rsidRPr="00987F03">
        <w:rPr>
          <w:sz w:val="22"/>
          <w:rtl/>
        </w:rPr>
        <w:t>قادسیه،</w:t>
      </w:r>
      <w:r w:rsidRPr="00987F03">
        <w:rPr>
          <w:sz w:val="22"/>
        </w:rPr>
        <w:t xml:space="preserve"> </w:t>
      </w:r>
      <w:r w:rsidRPr="00987F03">
        <w:rPr>
          <w:sz w:val="22"/>
          <w:rtl/>
        </w:rPr>
        <w:t>یزدگرد</w:t>
      </w:r>
      <w:r w:rsidRPr="00987F03">
        <w:rPr>
          <w:sz w:val="22"/>
        </w:rPr>
        <w:t xml:space="preserve"> </w:t>
      </w:r>
      <w:r w:rsidRPr="00987F03">
        <w:rPr>
          <w:sz w:val="22"/>
          <w:rtl/>
        </w:rPr>
        <w:t>سوم</w:t>
      </w:r>
      <w:r w:rsidRPr="00987F03">
        <w:rPr>
          <w:sz w:val="22"/>
        </w:rPr>
        <w:t xml:space="preserve"> </w:t>
      </w:r>
      <w:r w:rsidRPr="00987F03">
        <w:rPr>
          <w:sz w:val="22"/>
          <w:rtl/>
        </w:rPr>
        <w:t>به</w:t>
      </w:r>
      <w:r w:rsidRPr="00987F03">
        <w:rPr>
          <w:sz w:val="22"/>
        </w:rPr>
        <w:t xml:space="preserve"> </w:t>
      </w:r>
      <w:r w:rsidRPr="00987F03">
        <w:rPr>
          <w:sz w:val="22"/>
          <w:rtl/>
        </w:rPr>
        <w:t>جای</w:t>
      </w:r>
      <w:r w:rsidRPr="00987F03">
        <w:rPr>
          <w:sz w:val="22"/>
        </w:rPr>
        <w:t xml:space="preserve"> </w:t>
      </w:r>
      <w:r w:rsidRPr="00987F03">
        <w:rPr>
          <w:sz w:val="22"/>
          <w:rtl/>
        </w:rPr>
        <w:t>آنکه</w:t>
      </w:r>
      <w:r w:rsidRPr="00987F03">
        <w:rPr>
          <w:sz w:val="22"/>
        </w:rPr>
        <w:t xml:space="preserve"> </w:t>
      </w:r>
      <w:r w:rsidRPr="00987F03">
        <w:rPr>
          <w:sz w:val="22"/>
          <w:rtl/>
        </w:rPr>
        <w:t>در</w:t>
      </w:r>
      <w:r w:rsidRPr="00987F03">
        <w:rPr>
          <w:sz w:val="22"/>
        </w:rPr>
        <w:t xml:space="preserve"> </w:t>
      </w:r>
      <w:r w:rsidRPr="00987F03">
        <w:rPr>
          <w:sz w:val="22"/>
          <w:rtl/>
        </w:rPr>
        <w:t>پایتخت</w:t>
      </w:r>
      <w:r w:rsidRPr="00987F03">
        <w:rPr>
          <w:sz w:val="22"/>
        </w:rPr>
        <w:t xml:space="preserve"> </w:t>
      </w:r>
      <w:r w:rsidRPr="00987F03">
        <w:rPr>
          <w:sz w:val="22"/>
          <w:rtl/>
        </w:rPr>
        <w:t>بماند،</w:t>
      </w:r>
      <w:r w:rsidRPr="00987F03">
        <w:rPr>
          <w:sz w:val="22"/>
        </w:rPr>
        <w:t xml:space="preserve"> </w:t>
      </w:r>
      <w:r w:rsidRPr="00987F03">
        <w:rPr>
          <w:sz w:val="22"/>
          <w:rtl/>
        </w:rPr>
        <w:t>به</w:t>
      </w:r>
      <w:r w:rsidRPr="00987F03">
        <w:rPr>
          <w:sz w:val="22"/>
        </w:rPr>
        <w:t xml:space="preserve"> </w:t>
      </w:r>
      <w:r w:rsidRPr="00987F03">
        <w:rPr>
          <w:sz w:val="22"/>
          <w:rtl/>
        </w:rPr>
        <w:t>سوی</w:t>
      </w:r>
      <w:r w:rsidRPr="00987F03">
        <w:rPr>
          <w:sz w:val="22"/>
        </w:rPr>
        <w:t xml:space="preserve"> </w:t>
      </w:r>
      <w:r w:rsidRPr="00987F03">
        <w:rPr>
          <w:sz w:val="22"/>
          <w:rtl/>
        </w:rPr>
        <w:t>نواحی</w:t>
      </w:r>
      <w:r w:rsidRPr="00987F03">
        <w:rPr>
          <w:sz w:val="22"/>
        </w:rPr>
        <w:t xml:space="preserve"> </w:t>
      </w:r>
      <w:r w:rsidRPr="00987F03">
        <w:rPr>
          <w:sz w:val="22"/>
          <w:rtl/>
        </w:rPr>
        <w:t>داخلی</w:t>
      </w:r>
      <w:r w:rsidRPr="00987F03">
        <w:rPr>
          <w:sz w:val="22"/>
        </w:rPr>
        <w:t xml:space="preserve"> </w:t>
      </w:r>
      <w:r w:rsidRPr="00987F03">
        <w:rPr>
          <w:sz w:val="22"/>
          <w:rtl/>
        </w:rPr>
        <w:t>و</w:t>
      </w:r>
      <w:r w:rsidRPr="00987F03">
        <w:rPr>
          <w:sz w:val="22"/>
        </w:rPr>
        <w:t xml:space="preserve"> </w:t>
      </w:r>
      <w:r w:rsidRPr="00987F03">
        <w:rPr>
          <w:sz w:val="22"/>
          <w:rtl/>
        </w:rPr>
        <w:t>سپس</w:t>
      </w:r>
      <w:r w:rsidRPr="00987F03">
        <w:rPr>
          <w:sz w:val="22"/>
        </w:rPr>
        <w:t xml:space="preserve"> </w:t>
      </w:r>
      <w:r w:rsidRPr="00987F03">
        <w:rPr>
          <w:sz w:val="22"/>
          <w:rtl/>
        </w:rPr>
        <w:t>شرقی</w:t>
      </w:r>
      <w:r w:rsidRPr="00987F03">
        <w:rPr>
          <w:sz w:val="22"/>
        </w:rPr>
        <w:t xml:space="preserve"> </w:t>
      </w:r>
      <w:r w:rsidRPr="00987F03">
        <w:rPr>
          <w:sz w:val="22"/>
          <w:rtl/>
        </w:rPr>
        <w:t>ایران</w:t>
      </w:r>
      <w:r w:rsidRPr="00987F03">
        <w:rPr>
          <w:sz w:val="22"/>
        </w:rPr>
        <w:t xml:space="preserve"> </w:t>
      </w:r>
      <w:r w:rsidRPr="00987F03">
        <w:rPr>
          <w:sz w:val="22"/>
          <w:rtl/>
        </w:rPr>
        <w:t>عقب</w:t>
      </w:r>
      <w:r w:rsidRPr="00987F03">
        <w:rPr>
          <w:sz w:val="22"/>
        </w:rPr>
        <w:t xml:space="preserve"> </w:t>
      </w:r>
      <w:r w:rsidRPr="00987F03">
        <w:rPr>
          <w:sz w:val="22"/>
          <w:rtl/>
        </w:rPr>
        <w:t>نشست</w:t>
      </w:r>
      <w:r w:rsidRPr="00987F03">
        <w:rPr>
          <w:sz w:val="22"/>
        </w:rPr>
        <w:t xml:space="preserve">. </w:t>
      </w:r>
      <w:r w:rsidRPr="00987F03">
        <w:rPr>
          <w:sz w:val="22"/>
          <w:rtl/>
        </w:rPr>
        <w:t>این</w:t>
      </w:r>
      <w:r w:rsidRPr="00987F03">
        <w:rPr>
          <w:sz w:val="22"/>
        </w:rPr>
        <w:t xml:space="preserve"> </w:t>
      </w:r>
      <w:r w:rsidRPr="00987F03">
        <w:rPr>
          <w:sz w:val="22"/>
          <w:rtl/>
        </w:rPr>
        <w:t>حرکت</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توان</w:t>
      </w:r>
      <w:r w:rsidRPr="00987F03">
        <w:rPr>
          <w:sz w:val="22"/>
        </w:rPr>
        <w:t xml:space="preserve"> </w:t>
      </w:r>
      <w:r w:rsidRPr="00987F03">
        <w:rPr>
          <w:sz w:val="22"/>
          <w:rtl/>
        </w:rPr>
        <w:t>تلاش</w:t>
      </w:r>
      <w:r w:rsidRPr="00987F03">
        <w:rPr>
          <w:sz w:val="22"/>
        </w:rPr>
        <w:t xml:space="preserve"> </w:t>
      </w:r>
      <w:r w:rsidRPr="00987F03">
        <w:rPr>
          <w:sz w:val="22"/>
          <w:rtl/>
        </w:rPr>
        <w:t>آخرین</w:t>
      </w:r>
      <w:r w:rsidRPr="00987F03">
        <w:rPr>
          <w:sz w:val="22"/>
        </w:rPr>
        <w:t xml:space="preserve"> </w:t>
      </w:r>
      <w:r w:rsidRPr="00987F03">
        <w:rPr>
          <w:sz w:val="22"/>
          <w:rtl/>
        </w:rPr>
        <w:t>شاه</w:t>
      </w:r>
      <w:r w:rsidRPr="00987F03">
        <w:rPr>
          <w:sz w:val="22"/>
        </w:rPr>
        <w:t xml:space="preserve"> </w:t>
      </w:r>
      <w:r w:rsidRPr="00987F03">
        <w:rPr>
          <w:sz w:val="22"/>
          <w:rtl/>
        </w:rPr>
        <w:t>برای</w:t>
      </w:r>
      <w:r w:rsidRPr="00987F03">
        <w:rPr>
          <w:sz w:val="22"/>
        </w:rPr>
        <w:t xml:space="preserve"> </w:t>
      </w:r>
      <w:r w:rsidRPr="00987F03">
        <w:rPr>
          <w:sz w:val="22"/>
          <w:rtl/>
        </w:rPr>
        <w:t>یافتن</w:t>
      </w:r>
      <w:r w:rsidRPr="00987F03">
        <w:rPr>
          <w:sz w:val="22"/>
        </w:rPr>
        <w:t xml:space="preserve"> </w:t>
      </w:r>
      <w:r w:rsidRPr="00987F03">
        <w:rPr>
          <w:sz w:val="22"/>
          <w:rtl/>
        </w:rPr>
        <w:t>منابع</w:t>
      </w:r>
      <w:r w:rsidRPr="00987F03">
        <w:rPr>
          <w:sz w:val="22"/>
        </w:rPr>
        <w:t xml:space="preserve"> </w:t>
      </w:r>
      <w:r w:rsidRPr="00987F03">
        <w:rPr>
          <w:sz w:val="22"/>
          <w:rtl/>
        </w:rPr>
        <w:t>تازهٔ</w:t>
      </w:r>
      <w:r w:rsidRPr="00987F03">
        <w:rPr>
          <w:sz w:val="22"/>
        </w:rPr>
        <w:t xml:space="preserve"> </w:t>
      </w:r>
      <w:r w:rsidRPr="00987F03">
        <w:rPr>
          <w:sz w:val="22"/>
          <w:rtl/>
        </w:rPr>
        <w:t>قدرت</w:t>
      </w:r>
      <w:r w:rsidRPr="00987F03">
        <w:rPr>
          <w:sz w:val="22"/>
        </w:rPr>
        <w:t xml:space="preserve"> </w:t>
      </w:r>
      <w:r w:rsidRPr="00987F03">
        <w:rPr>
          <w:sz w:val="22"/>
          <w:rtl/>
        </w:rPr>
        <w:t>دانست</w:t>
      </w:r>
      <w:r w:rsidRPr="00987F03">
        <w:rPr>
          <w:sz w:val="22"/>
        </w:rPr>
        <w:t xml:space="preserve">. </w:t>
      </w:r>
      <w:r w:rsidRPr="00987F03">
        <w:rPr>
          <w:sz w:val="22"/>
          <w:rtl/>
        </w:rPr>
        <w:t>او</w:t>
      </w:r>
      <w:r w:rsidRPr="00987F03">
        <w:rPr>
          <w:sz w:val="22"/>
        </w:rPr>
        <w:t xml:space="preserve"> </w:t>
      </w:r>
      <w:r w:rsidRPr="00987F03">
        <w:rPr>
          <w:sz w:val="22"/>
          <w:rtl/>
        </w:rPr>
        <w:t>هنوز</w:t>
      </w:r>
      <w:r w:rsidRPr="00987F03">
        <w:rPr>
          <w:sz w:val="22"/>
        </w:rPr>
        <w:t xml:space="preserve"> </w:t>
      </w:r>
      <w:r w:rsidRPr="00987F03">
        <w:rPr>
          <w:sz w:val="22"/>
          <w:rtl/>
        </w:rPr>
        <w:t>امیدوار</w:t>
      </w:r>
      <w:r w:rsidRPr="00987F03">
        <w:rPr>
          <w:sz w:val="22"/>
        </w:rPr>
        <w:t xml:space="preserve"> </w:t>
      </w:r>
      <w:r w:rsidRPr="00987F03">
        <w:rPr>
          <w:sz w:val="22"/>
          <w:rtl/>
        </w:rPr>
        <w:t>بود</w:t>
      </w:r>
      <w:r w:rsidRPr="00987F03">
        <w:rPr>
          <w:sz w:val="22"/>
        </w:rPr>
        <w:t xml:space="preserve"> </w:t>
      </w:r>
      <w:r w:rsidRPr="00987F03">
        <w:rPr>
          <w:sz w:val="22"/>
          <w:rtl/>
        </w:rPr>
        <w:t>حاکمان</w:t>
      </w:r>
      <w:r w:rsidRPr="00987F03">
        <w:rPr>
          <w:sz w:val="22"/>
        </w:rPr>
        <w:t xml:space="preserve"> </w:t>
      </w:r>
      <w:r w:rsidRPr="00987F03">
        <w:rPr>
          <w:sz w:val="22"/>
          <w:rtl/>
        </w:rPr>
        <w:t>ایالات،</w:t>
      </w:r>
      <w:r w:rsidRPr="00987F03">
        <w:rPr>
          <w:sz w:val="22"/>
        </w:rPr>
        <w:t xml:space="preserve"> </w:t>
      </w:r>
      <w:r w:rsidRPr="00987F03">
        <w:rPr>
          <w:sz w:val="22"/>
          <w:rtl/>
        </w:rPr>
        <w:t>خاندان</w:t>
      </w:r>
      <w:r w:rsidRPr="00987F03">
        <w:rPr>
          <w:sz w:val="22"/>
        </w:rPr>
        <w:t>‌</w:t>
      </w:r>
      <w:r w:rsidRPr="00987F03">
        <w:rPr>
          <w:sz w:val="22"/>
          <w:rtl/>
        </w:rPr>
        <w:t>های</w:t>
      </w:r>
      <w:r w:rsidRPr="00987F03">
        <w:rPr>
          <w:sz w:val="22"/>
        </w:rPr>
        <w:t xml:space="preserve"> </w:t>
      </w:r>
      <w:r w:rsidRPr="00987F03">
        <w:rPr>
          <w:sz w:val="22"/>
          <w:rtl/>
        </w:rPr>
        <w:t>بزرگ</w:t>
      </w:r>
      <w:r w:rsidRPr="00987F03">
        <w:rPr>
          <w:sz w:val="22"/>
        </w:rPr>
        <w:t xml:space="preserve"> </w:t>
      </w:r>
      <w:r w:rsidRPr="00987F03">
        <w:rPr>
          <w:sz w:val="22"/>
          <w:rtl/>
        </w:rPr>
        <w:t>و</w:t>
      </w:r>
      <w:r w:rsidRPr="00987F03">
        <w:rPr>
          <w:sz w:val="22"/>
        </w:rPr>
        <w:t xml:space="preserve"> </w:t>
      </w:r>
      <w:r w:rsidRPr="00987F03">
        <w:rPr>
          <w:sz w:val="22"/>
          <w:rtl/>
        </w:rPr>
        <w:t>دهقانان</w:t>
      </w:r>
      <w:r w:rsidRPr="00987F03">
        <w:rPr>
          <w:sz w:val="22"/>
        </w:rPr>
        <w:t xml:space="preserve"> </w:t>
      </w:r>
      <w:r w:rsidRPr="00987F03">
        <w:rPr>
          <w:sz w:val="22"/>
          <w:rtl/>
        </w:rPr>
        <w:t>نیرو</w:t>
      </w:r>
      <w:r w:rsidRPr="00987F03">
        <w:rPr>
          <w:sz w:val="22"/>
        </w:rPr>
        <w:t xml:space="preserve"> </w:t>
      </w:r>
      <w:r w:rsidRPr="00987F03">
        <w:rPr>
          <w:sz w:val="22"/>
          <w:rtl/>
        </w:rPr>
        <w:t>و</w:t>
      </w:r>
      <w:r w:rsidRPr="00987F03">
        <w:rPr>
          <w:sz w:val="22"/>
        </w:rPr>
        <w:t xml:space="preserve"> </w:t>
      </w:r>
      <w:r w:rsidRPr="00987F03">
        <w:rPr>
          <w:sz w:val="22"/>
          <w:rtl/>
        </w:rPr>
        <w:t>مالیات</w:t>
      </w:r>
      <w:r w:rsidRPr="00987F03">
        <w:rPr>
          <w:sz w:val="22"/>
        </w:rPr>
        <w:t xml:space="preserve"> </w:t>
      </w:r>
      <w:r w:rsidRPr="00987F03">
        <w:rPr>
          <w:sz w:val="22"/>
          <w:rtl/>
        </w:rPr>
        <w:t>لازم</w:t>
      </w:r>
      <w:r w:rsidRPr="00987F03">
        <w:rPr>
          <w:sz w:val="22"/>
        </w:rPr>
        <w:t xml:space="preserve"> </w:t>
      </w:r>
      <w:r w:rsidRPr="00987F03">
        <w:rPr>
          <w:sz w:val="22"/>
          <w:rtl/>
        </w:rPr>
        <w:t>را</w:t>
      </w:r>
      <w:r w:rsidRPr="00987F03">
        <w:rPr>
          <w:sz w:val="22"/>
        </w:rPr>
        <w:t xml:space="preserve"> </w:t>
      </w:r>
      <w:r w:rsidRPr="00987F03">
        <w:rPr>
          <w:sz w:val="22"/>
          <w:rtl/>
        </w:rPr>
        <w:t>برای</w:t>
      </w:r>
      <w:r w:rsidRPr="00987F03">
        <w:rPr>
          <w:sz w:val="22"/>
        </w:rPr>
        <w:t xml:space="preserve"> </w:t>
      </w:r>
      <w:r w:rsidRPr="00987F03">
        <w:rPr>
          <w:sz w:val="22"/>
          <w:rtl/>
        </w:rPr>
        <w:t>ادامهٔ</w:t>
      </w:r>
      <w:r w:rsidRPr="00987F03">
        <w:rPr>
          <w:sz w:val="22"/>
        </w:rPr>
        <w:t xml:space="preserve"> </w:t>
      </w:r>
      <w:r w:rsidRPr="00987F03">
        <w:rPr>
          <w:sz w:val="22"/>
          <w:rtl/>
        </w:rPr>
        <w:t>جنگ</w:t>
      </w:r>
      <w:r w:rsidRPr="00987F03">
        <w:rPr>
          <w:sz w:val="22"/>
        </w:rPr>
        <w:t xml:space="preserve"> </w:t>
      </w:r>
      <w:r w:rsidRPr="00987F03">
        <w:rPr>
          <w:sz w:val="22"/>
          <w:rtl/>
        </w:rPr>
        <w:t>فراهم</w:t>
      </w:r>
      <w:r w:rsidRPr="00987F03">
        <w:rPr>
          <w:sz w:val="22"/>
        </w:rPr>
        <w:t xml:space="preserve"> </w:t>
      </w:r>
      <w:r w:rsidRPr="00987F03">
        <w:rPr>
          <w:sz w:val="22"/>
          <w:rtl/>
        </w:rPr>
        <w:t>کنند</w:t>
      </w:r>
      <w:r w:rsidRPr="00987F03">
        <w:rPr>
          <w:sz w:val="22"/>
        </w:rPr>
        <w:t xml:space="preserve">. </w:t>
      </w:r>
      <w:r w:rsidRPr="00987F03">
        <w:rPr>
          <w:sz w:val="22"/>
          <w:rtl/>
        </w:rPr>
        <w:t>اما</w:t>
      </w:r>
      <w:r w:rsidRPr="00987F03">
        <w:rPr>
          <w:sz w:val="22"/>
        </w:rPr>
        <w:t xml:space="preserve"> </w:t>
      </w:r>
      <w:r w:rsidRPr="00987F03">
        <w:rPr>
          <w:sz w:val="22"/>
          <w:rtl/>
        </w:rPr>
        <w:t>هرچه</w:t>
      </w:r>
      <w:r w:rsidRPr="00987F03">
        <w:rPr>
          <w:sz w:val="22"/>
        </w:rPr>
        <w:t xml:space="preserve"> </w:t>
      </w:r>
      <w:r w:rsidRPr="00987F03">
        <w:rPr>
          <w:sz w:val="22"/>
          <w:rtl/>
        </w:rPr>
        <w:t>از</w:t>
      </w:r>
      <w:r w:rsidRPr="00987F03">
        <w:rPr>
          <w:sz w:val="22"/>
        </w:rPr>
        <w:t xml:space="preserve"> </w:t>
      </w:r>
      <w:r w:rsidRPr="00987F03">
        <w:rPr>
          <w:sz w:val="22"/>
          <w:rtl/>
        </w:rPr>
        <w:t>تیسفون</w:t>
      </w:r>
      <w:r w:rsidRPr="00987F03">
        <w:rPr>
          <w:sz w:val="22"/>
        </w:rPr>
        <w:t xml:space="preserve"> </w:t>
      </w:r>
      <w:r w:rsidRPr="00987F03">
        <w:rPr>
          <w:sz w:val="22"/>
          <w:rtl/>
        </w:rPr>
        <w:t>دورتر</w:t>
      </w:r>
      <w:r w:rsidRPr="00987F03">
        <w:rPr>
          <w:sz w:val="22"/>
        </w:rPr>
        <w:t xml:space="preserve"> </w:t>
      </w:r>
      <w:r w:rsidRPr="00987F03">
        <w:rPr>
          <w:sz w:val="22"/>
          <w:rtl/>
        </w:rPr>
        <w:t>می</w:t>
      </w:r>
      <w:r w:rsidRPr="00987F03">
        <w:rPr>
          <w:sz w:val="22"/>
        </w:rPr>
        <w:t>‌</w:t>
      </w:r>
      <w:r w:rsidRPr="00987F03">
        <w:rPr>
          <w:sz w:val="22"/>
          <w:rtl/>
        </w:rPr>
        <w:t>شد،</w:t>
      </w:r>
      <w:r w:rsidRPr="00987F03">
        <w:rPr>
          <w:sz w:val="22"/>
        </w:rPr>
        <w:t xml:space="preserve"> </w:t>
      </w:r>
      <w:r w:rsidRPr="00987F03">
        <w:rPr>
          <w:sz w:val="22"/>
          <w:rtl/>
        </w:rPr>
        <w:t>فاصلهٔ</w:t>
      </w:r>
      <w:r w:rsidRPr="00987F03">
        <w:rPr>
          <w:sz w:val="22"/>
        </w:rPr>
        <w:t xml:space="preserve"> </w:t>
      </w:r>
      <w:r w:rsidRPr="00987F03">
        <w:rPr>
          <w:sz w:val="22"/>
          <w:rtl/>
        </w:rPr>
        <w:t>میان</w:t>
      </w:r>
      <w:r w:rsidRPr="00987F03">
        <w:rPr>
          <w:sz w:val="22"/>
        </w:rPr>
        <w:t xml:space="preserve"> </w:t>
      </w:r>
      <w:r w:rsidRPr="00987F03">
        <w:rPr>
          <w:sz w:val="22"/>
          <w:rtl/>
        </w:rPr>
        <w:t>عنوان</w:t>
      </w:r>
      <w:r w:rsidRPr="00987F03">
        <w:rPr>
          <w:sz w:val="22"/>
        </w:rPr>
        <w:t xml:space="preserve"> </w:t>
      </w:r>
      <w:r w:rsidRPr="00987F03">
        <w:rPr>
          <w:sz w:val="22"/>
          <w:rtl/>
        </w:rPr>
        <w:t>شاهنشاه</w:t>
      </w:r>
      <w:r w:rsidRPr="00987F03">
        <w:rPr>
          <w:sz w:val="22"/>
        </w:rPr>
        <w:t xml:space="preserve"> </w:t>
      </w:r>
      <w:r w:rsidRPr="00987F03">
        <w:rPr>
          <w:sz w:val="22"/>
          <w:rtl/>
        </w:rPr>
        <w:t>و</w:t>
      </w:r>
      <w:r w:rsidRPr="00987F03">
        <w:rPr>
          <w:sz w:val="22"/>
        </w:rPr>
        <w:t xml:space="preserve"> </w:t>
      </w:r>
      <w:r w:rsidRPr="00987F03">
        <w:rPr>
          <w:sz w:val="22"/>
          <w:rtl/>
        </w:rPr>
        <w:t>توان</w:t>
      </w:r>
      <w:r w:rsidRPr="00987F03">
        <w:rPr>
          <w:sz w:val="22"/>
        </w:rPr>
        <w:t xml:space="preserve"> </w:t>
      </w:r>
      <w:r w:rsidRPr="00987F03">
        <w:rPr>
          <w:sz w:val="22"/>
          <w:rtl/>
        </w:rPr>
        <w:t>واقعی</w:t>
      </w:r>
      <w:r w:rsidRPr="00987F03">
        <w:rPr>
          <w:sz w:val="22"/>
        </w:rPr>
        <w:t xml:space="preserve"> </w:t>
      </w:r>
      <w:r w:rsidRPr="00987F03">
        <w:rPr>
          <w:sz w:val="22"/>
          <w:rtl/>
        </w:rPr>
        <w:t>او</w:t>
      </w:r>
      <w:r w:rsidRPr="00987F03">
        <w:rPr>
          <w:sz w:val="22"/>
        </w:rPr>
        <w:t xml:space="preserve"> </w:t>
      </w:r>
      <w:r w:rsidRPr="00987F03">
        <w:rPr>
          <w:sz w:val="22"/>
          <w:rtl/>
        </w:rPr>
        <w:t>آشکارتر</w:t>
      </w:r>
      <w:r w:rsidRPr="00987F03">
        <w:rPr>
          <w:sz w:val="22"/>
        </w:rPr>
        <w:t xml:space="preserve"> </w:t>
      </w:r>
      <w:r w:rsidRPr="00987F03">
        <w:rPr>
          <w:sz w:val="22"/>
          <w:rtl/>
        </w:rPr>
        <w:t>می</w:t>
      </w:r>
      <w:r w:rsidRPr="00987F03">
        <w:rPr>
          <w:sz w:val="22"/>
        </w:rPr>
        <w:t>‌</w:t>
      </w:r>
      <w:r w:rsidRPr="00987F03">
        <w:rPr>
          <w:sz w:val="22"/>
          <w:rtl/>
        </w:rPr>
        <w:t>گردید</w:t>
      </w:r>
      <w:r w:rsidRPr="00987F03">
        <w:rPr>
          <w:sz w:val="22"/>
        </w:rPr>
        <w:t>.</w:t>
      </w:r>
    </w:p>
    <w:p w:rsidR="009F3B78" w:rsidRPr="00987F03" w:rsidRDefault="00987F03" w:rsidP="00987F03">
      <w:pPr>
        <w:bidi/>
        <w:ind w:firstLine="720"/>
        <w:rPr>
          <w:sz w:val="22"/>
        </w:rPr>
      </w:pPr>
      <w:r w:rsidRPr="00987F03">
        <w:rPr>
          <w:sz w:val="22"/>
          <w:rtl/>
        </w:rPr>
        <w:t>شاه</w:t>
      </w:r>
      <w:r w:rsidRPr="00987F03">
        <w:rPr>
          <w:sz w:val="22"/>
        </w:rPr>
        <w:t xml:space="preserve"> </w:t>
      </w:r>
      <w:r w:rsidRPr="00987F03">
        <w:rPr>
          <w:sz w:val="22"/>
          <w:rtl/>
        </w:rPr>
        <w:t>ساسانی</w:t>
      </w:r>
      <w:r w:rsidRPr="00987F03">
        <w:rPr>
          <w:sz w:val="22"/>
        </w:rPr>
        <w:t xml:space="preserve"> </w:t>
      </w:r>
      <w:r w:rsidRPr="00987F03">
        <w:rPr>
          <w:sz w:val="22"/>
          <w:rtl/>
        </w:rPr>
        <w:t>از</w:t>
      </w:r>
      <w:r w:rsidRPr="00987F03">
        <w:rPr>
          <w:sz w:val="22"/>
        </w:rPr>
        <w:t xml:space="preserve"> </w:t>
      </w:r>
      <w:r w:rsidRPr="00987F03">
        <w:rPr>
          <w:sz w:val="22"/>
          <w:rtl/>
        </w:rPr>
        <w:t>نظر</w:t>
      </w:r>
      <w:r w:rsidRPr="00987F03">
        <w:rPr>
          <w:sz w:val="22"/>
        </w:rPr>
        <w:t xml:space="preserve"> </w:t>
      </w:r>
      <w:r w:rsidRPr="00987F03">
        <w:rPr>
          <w:sz w:val="22"/>
          <w:rtl/>
        </w:rPr>
        <w:t>سنت</w:t>
      </w:r>
      <w:r w:rsidRPr="00987F03">
        <w:rPr>
          <w:sz w:val="22"/>
        </w:rPr>
        <w:t xml:space="preserve"> </w:t>
      </w:r>
      <w:r w:rsidRPr="00987F03">
        <w:rPr>
          <w:sz w:val="22"/>
          <w:rtl/>
        </w:rPr>
        <w:t>و</w:t>
      </w:r>
      <w:r w:rsidRPr="00987F03">
        <w:rPr>
          <w:sz w:val="22"/>
        </w:rPr>
        <w:t xml:space="preserve"> </w:t>
      </w:r>
      <w:r w:rsidRPr="00987F03">
        <w:rPr>
          <w:sz w:val="22"/>
          <w:rtl/>
        </w:rPr>
        <w:t>نسب</w:t>
      </w:r>
      <w:r w:rsidRPr="00987F03">
        <w:rPr>
          <w:sz w:val="22"/>
        </w:rPr>
        <w:t xml:space="preserve"> </w:t>
      </w:r>
      <w:r w:rsidRPr="00987F03">
        <w:rPr>
          <w:sz w:val="22"/>
          <w:rtl/>
        </w:rPr>
        <w:t>همچنان</w:t>
      </w:r>
      <w:r w:rsidRPr="00987F03">
        <w:rPr>
          <w:sz w:val="22"/>
        </w:rPr>
        <w:t xml:space="preserve"> </w:t>
      </w:r>
      <w:r w:rsidRPr="00987F03">
        <w:rPr>
          <w:sz w:val="22"/>
          <w:rtl/>
        </w:rPr>
        <w:t>صاحب</w:t>
      </w:r>
      <w:r w:rsidRPr="00987F03">
        <w:rPr>
          <w:sz w:val="22"/>
        </w:rPr>
        <w:t xml:space="preserve"> </w:t>
      </w:r>
      <w:r w:rsidRPr="00987F03">
        <w:rPr>
          <w:sz w:val="22"/>
          <w:rtl/>
        </w:rPr>
        <w:t>تاج</w:t>
      </w:r>
      <w:r w:rsidRPr="00987F03">
        <w:rPr>
          <w:sz w:val="22"/>
        </w:rPr>
        <w:t xml:space="preserve"> </w:t>
      </w:r>
      <w:r w:rsidRPr="00987F03">
        <w:rPr>
          <w:sz w:val="22"/>
          <w:rtl/>
        </w:rPr>
        <w:t>بود،</w:t>
      </w:r>
      <w:r w:rsidRPr="00987F03">
        <w:rPr>
          <w:sz w:val="22"/>
        </w:rPr>
        <w:t xml:space="preserve"> </w:t>
      </w:r>
      <w:r w:rsidRPr="00987F03">
        <w:rPr>
          <w:sz w:val="22"/>
          <w:rtl/>
        </w:rPr>
        <w:t>اما</w:t>
      </w:r>
      <w:r w:rsidRPr="00987F03">
        <w:rPr>
          <w:sz w:val="22"/>
        </w:rPr>
        <w:t xml:space="preserve"> </w:t>
      </w:r>
      <w:r w:rsidRPr="00987F03">
        <w:rPr>
          <w:sz w:val="22"/>
          <w:rtl/>
        </w:rPr>
        <w:t>دیگر</w:t>
      </w:r>
      <w:r w:rsidRPr="00987F03">
        <w:rPr>
          <w:sz w:val="22"/>
        </w:rPr>
        <w:t xml:space="preserve"> </w:t>
      </w:r>
      <w:r w:rsidRPr="00987F03">
        <w:rPr>
          <w:sz w:val="22"/>
          <w:rtl/>
        </w:rPr>
        <w:t>خزانهٔ</w:t>
      </w:r>
      <w:r w:rsidRPr="00987F03">
        <w:rPr>
          <w:sz w:val="22"/>
        </w:rPr>
        <w:t xml:space="preserve"> </w:t>
      </w:r>
      <w:r w:rsidRPr="00987F03">
        <w:rPr>
          <w:sz w:val="22"/>
          <w:rtl/>
        </w:rPr>
        <w:t>مرکزی،</w:t>
      </w:r>
      <w:r w:rsidRPr="00987F03">
        <w:rPr>
          <w:sz w:val="22"/>
        </w:rPr>
        <w:t xml:space="preserve"> </w:t>
      </w:r>
      <w:r w:rsidRPr="00987F03">
        <w:rPr>
          <w:sz w:val="22"/>
          <w:rtl/>
        </w:rPr>
        <w:t>دیوان</w:t>
      </w:r>
      <w:r w:rsidRPr="00987F03">
        <w:rPr>
          <w:sz w:val="22"/>
        </w:rPr>
        <w:t xml:space="preserve"> </w:t>
      </w:r>
      <w:r w:rsidRPr="00987F03">
        <w:rPr>
          <w:sz w:val="22"/>
          <w:rtl/>
        </w:rPr>
        <w:t>فرمانبردار</w:t>
      </w:r>
      <w:r w:rsidRPr="00987F03">
        <w:rPr>
          <w:sz w:val="22"/>
        </w:rPr>
        <w:t xml:space="preserve"> </w:t>
      </w:r>
      <w:r w:rsidRPr="00987F03">
        <w:rPr>
          <w:sz w:val="22"/>
          <w:rtl/>
        </w:rPr>
        <w:t>و</w:t>
      </w:r>
      <w:r w:rsidRPr="00987F03">
        <w:rPr>
          <w:sz w:val="22"/>
        </w:rPr>
        <w:t xml:space="preserve"> </w:t>
      </w:r>
      <w:r w:rsidRPr="00987F03">
        <w:rPr>
          <w:sz w:val="22"/>
          <w:rtl/>
        </w:rPr>
        <w:t>قشونی</w:t>
      </w:r>
      <w:r w:rsidRPr="00987F03">
        <w:rPr>
          <w:sz w:val="22"/>
        </w:rPr>
        <w:t xml:space="preserve"> </w:t>
      </w:r>
      <w:r w:rsidRPr="00987F03">
        <w:rPr>
          <w:sz w:val="22"/>
          <w:rtl/>
        </w:rPr>
        <w:t>سراسری</w:t>
      </w:r>
      <w:r w:rsidRPr="00987F03">
        <w:rPr>
          <w:sz w:val="22"/>
        </w:rPr>
        <w:t xml:space="preserve"> </w:t>
      </w:r>
      <w:r w:rsidRPr="00987F03">
        <w:rPr>
          <w:sz w:val="22"/>
          <w:rtl/>
        </w:rPr>
        <w:t>در</w:t>
      </w:r>
      <w:r w:rsidRPr="00987F03">
        <w:rPr>
          <w:sz w:val="22"/>
        </w:rPr>
        <w:t xml:space="preserve"> </w:t>
      </w:r>
      <w:r w:rsidRPr="00987F03">
        <w:rPr>
          <w:sz w:val="22"/>
          <w:rtl/>
        </w:rPr>
        <w:t>اختیار</w:t>
      </w:r>
      <w:r w:rsidRPr="00987F03">
        <w:rPr>
          <w:sz w:val="22"/>
        </w:rPr>
        <w:t xml:space="preserve"> </w:t>
      </w:r>
      <w:r w:rsidRPr="00987F03">
        <w:rPr>
          <w:sz w:val="22"/>
          <w:rtl/>
        </w:rPr>
        <w:t>نداشت</w:t>
      </w:r>
      <w:r w:rsidRPr="00987F03">
        <w:rPr>
          <w:sz w:val="22"/>
        </w:rPr>
        <w:t xml:space="preserve">. </w:t>
      </w:r>
      <w:r w:rsidRPr="00987F03">
        <w:rPr>
          <w:sz w:val="22"/>
          <w:rtl/>
        </w:rPr>
        <w:t>برای</w:t>
      </w:r>
      <w:r w:rsidRPr="00987F03">
        <w:rPr>
          <w:sz w:val="22"/>
        </w:rPr>
        <w:t xml:space="preserve"> </w:t>
      </w:r>
      <w:r w:rsidRPr="00987F03">
        <w:rPr>
          <w:sz w:val="22"/>
          <w:rtl/>
        </w:rPr>
        <w:t>ادامهٔ</w:t>
      </w:r>
      <w:r w:rsidRPr="00987F03">
        <w:rPr>
          <w:sz w:val="22"/>
        </w:rPr>
        <w:t xml:space="preserve"> </w:t>
      </w:r>
      <w:r w:rsidRPr="00987F03">
        <w:rPr>
          <w:sz w:val="22"/>
          <w:rtl/>
        </w:rPr>
        <w:t>راه</w:t>
      </w:r>
      <w:r w:rsidRPr="00987F03">
        <w:rPr>
          <w:sz w:val="22"/>
        </w:rPr>
        <w:t xml:space="preserve"> </w:t>
      </w:r>
      <w:r w:rsidRPr="00987F03">
        <w:rPr>
          <w:sz w:val="22"/>
          <w:rtl/>
        </w:rPr>
        <w:t>به</w:t>
      </w:r>
      <w:r w:rsidRPr="00987F03">
        <w:rPr>
          <w:sz w:val="22"/>
        </w:rPr>
        <w:t xml:space="preserve"> </w:t>
      </w:r>
      <w:r w:rsidRPr="00987F03">
        <w:rPr>
          <w:sz w:val="22"/>
          <w:rtl/>
        </w:rPr>
        <w:t>همکاری</w:t>
      </w:r>
      <w:r w:rsidRPr="00987F03">
        <w:rPr>
          <w:sz w:val="22"/>
        </w:rPr>
        <w:t xml:space="preserve"> </w:t>
      </w:r>
      <w:r w:rsidRPr="00987F03">
        <w:rPr>
          <w:sz w:val="22"/>
          <w:rtl/>
        </w:rPr>
        <w:t>صاحبان</w:t>
      </w:r>
      <w:r w:rsidRPr="00987F03">
        <w:rPr>
          <w:sz w:val="22"/>
        </w:rPr>
        <w:t xml:space="preserve"> </w:t>
      </w:r>
      <w:r w:rsidRPr="00987F03">
        <w:rPr>
          <w:sz w:val="22"/>
          <w:rtl/>
        </w:rPr>
        <w:t>قدرت</w:t>
      </w:r>
      <w:r w:rsidRPr="00987F03">
        <w:rPr>
          <w:sz w:val="22"/>
        </w:rPr>
        <w:t xml:space="preserve"> </w:t>
      </w:r>
      <w:r w:rsidRPr="00987F03">
        <w:rPr>
          <w:sz w:val="22"/>
          <w:rtl/>
        </w:rPr>
        <w:t>محلی</w:t>
      </w:r>
      <w:r w:rsidRPr="00987F03">
        <w:rPr>
          <w:sz w:val="22"/>
        </w:rPr>
        <w:t xml:space="preserve"> </w:t>
      </w:r>
      <w:r w:rsidRPr="00987F03">
        <w:rPr>
          <w:sz w:val="22"/>
          <w:rtl/>
        </w:rPr>
        <w:t>نیازمند</w:t>
      </w:r>
      <w:r w:rsidRPr="00987F03">
        <w:rPr>
          <w:sz w:val="22"/>
        </w:rPr>
        <w:t xml:space="preserve"> </w:t>
      </w:r>
      <w:r w:rsidRPr="00987F03">
        <w:rPr>
          <w:sz w:val="22"/>
          <w:rtl/>
        </w:rPr>
        <w:t>بود</w:t>
      </w:r>
      <w:r w:rsidRPr="00987F03">
        <w:rPr>
          <w:sz w:val="22"/>
        </w:rPr>
        <w:t xml:space="preserve"> </w:t>
      </w:r>
      <w:r w:rsidRPr="00987F03">
        <w:rPr>
          <w:sz w:val="22"/>
          <w:rtl/>
        </w:rPr>
        <w:t>و</w:t>
      </w:r>
      <w:r w:rsidRPr="00987F03">
        <w:rPr>
          <w:sz w:val="22"/>
        </w:rPr>
        <w:t xml:space="preserve"> </w:t>
      </w:r>
      <w:r w:rsidRPr="00987F03">
        <w:rPr>
          <w:sz w:val="22"/>
          <w:rtl/>
        </w:rPr>
        <w:t>آنان</w:t>
      </w:r>
      <w:r w:rsidRPr="00987F03">
        <w:rPr>
          <w:sz w:val="22"/>
        </w:rPr>
        <w:t xml:space="preserve"> </w:t>
      </w:r>
      <w:r w:rsidRPr="00987F03">
        <w:rPr>
          <w:sz w:val="22"/>
          <w:rtl/>
        </w:rPr>
        <w:t>نیز</w:t>
      </w:r>
      <w:r w:rsidRPr="00987F03">
        <w:rPr>
          <w:sz w:val="22"/>
        </w:rPr>
        <w:t xml:space="preserve"> </w:t>
      </w:r>
      <w:r w:rsidRPr="00987F03">
        <w:rPr>
          <w:sz w:val="22"/>
          <w:rtl/>
        </w:rPr>
        <w:t>پیش</w:t>
      </w:r>
      <w:r w:rsidRPr="00987F03">
        <w:rPr>
          <w:sz w:val="22"/>
        </w:rPr>
        <w:t xml:space="preserve"> </w:t>
      </w:r>
      <w:r w:rsidRPr="00987F03">
        <w:rPr>
          <w:sz w:val="22"/>
          <w:rtl/>
        </w:rPr>
        <w:t>از</w:t>
      </w:r>
      <w:r w:rsidRPr="00987F03">
        <w:rPr>
          <w:sz w:val="22"/>
        </w:rPr>
        <w:t xml:space="preserve"> </w:t>
      </w:r>
      <w:r w:rsidRPr="00987F03">
        <w:rPr>
          <w:sz w:val="22"/>
          <w:rtl/>
        </w:rPr>
        <w:t>یاری</w:t>
      </w:r>
      <w:r w:rsidRPr="00987F03">
        <w:rPr>
          <w:sz w:val="22"/>
        </w:rPr>
        <w:t>‌</w:t>
      </w:r>
      <w:r w:rsidRPr="00987F03">
        <w:rPr>
          <w:sz w:val="22"/>
          <w:rtl/>
        </w:rPr>
        <w:t>دادن،</w:t>
      </w:r>
      <w:r w:rsidRPr="00987F03">
        <w:rPr>
          <w:sz w:val="22"/>
        </w:rPr>
        <w:t xml:space="preserve"> </w:t>
      </w:r>
      <w:r w:rsidRPr="00987F03">
        <w:rPr>
          <w:sz w:val="22"/>
          <w:rtl/>
        </w:rPr>
        <w:t>سود</w:t>
      </w:r>
      <w:r w:rsidRPr="00987F03">
        <w:rPr>
          <w:sz w:val="22"/>
        </w:rPr>
        <w:t xml:space="preserve"> </w:t>
      </w:r>
      <w:r w:rsidRPr="00987F03">
        <w:rPr>
          <w:sz w:val="22"/>
          <w:rtl/>
        </w:rPr>
        <w:t>و</w:t>
      </w:r>
      <w:r w:rsidRPr="00987F03">
        <w:rPr>
          <w:sz w:val="22"/>
        </w:rPr>
        <w:t xml:space="preserve"> </w:t>
      </w:r>
      <w:r w:rsidRPr="00987F03">
        <w:rPr>
          <w:sz w:val="22"/>
          <w:rtl/>
        </w:rPr>
        <w:t>زیان</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سنجیدند</w:t>
      </w:r>
      <w:r w:rsidRPr="00987F03">
        <w:rPr>
          <w:sz w:val="22"/>
        </w:rPr>
        <w:t xml:space="preserve">. </w:t>
      </w:r>
      <w:r w:rsidRPr="00987F03">
        <w:rPr>
          <w:sz w:val="22"/>
          <w:rtl/>
        </w:rPr>
        <w:t>برخی</w:t>
      </w:r>
      <w:r w:rsidRPr="00987F03">
        <w:rPr>
          <w:sz w:val="22"/>
        </w:rPr>
        <w:t xml:space="preserve"> </w:t>
      </w:r>
      <w:r w:rsidRPr="00987F03">
        <w:rPr>
          <w:sz w:val="22"/>
          <w:rtl/>
        </w:rPr>
        <w:t>هنوز</w:t>
      </w:r>
      <w:r w:rsidRPr="00987F03">
        <w:rPr>
          <w:sz w:val="22"/>
        </w:rPr>
        <w:t xml:space="preserve"> </w:t>
      </w:r>
      <w:r w:rsidRPr="00987F03">
        <w:rPr>
          <w:sz w:val="22"/>
          <w:rtl/>
        </w:rPr>
        <w:t>وفاداری</w:t>
      </w:r>
      <w:r w:rsidRPr="00987F03">
        <w:rPr>
          <w:sz w:val="22"/>
        </w:rPr>
        <w:t xml:space="preserve"> </w:t>
      </w:r>
      <w:r w:rsidRPr="00987F03">
        <w:rPr>
          <w:sz w:val="22"/>
          <w:rtl/>
        </w:rPr>
        <w:t>به</w:t>
      </w:r>
      <w:r w:rsidRPr="00987F03">
        <w:rPr>
          <w:sz w:val="22"/>
        </w:rPr>
        <w:t xml:space="preserve"> </w:t>
      </w:r>
      <w:r w:rsidRPr="00987F03">
        <w:rPr>
          <w:sz w:val="22"/>
          <w:rtl/>
        </w:rPr>
        <w:t>خاندان</w:t>
      </w:r>
      <w:r w:rsidRPr="00987F03">
        <w:rPr>
          <w:sz w:val="22"/>
        </w:rPr>
        <w:t xml:space="preserve"> </w:t>
      </w:r>
      <w:r w:rsidRPr="00987F03">
        <w:rPr>
          <w:sz w:val="22"/>
          <w:rtl/>
        </w:rPr>
        <w:t>ساسانی</w:t>
      </w:r>
      <w:r w:rsidRPr="00987F03">
        <w:rPr>
          <w:sz w:val="22"/>
        </w:rPr>
        <w:t xml:space="preserve"> </w:t>
      </w:r>
      <w:r w:rsidRPr="00987F03">
        <w:rPr>
          <w:sz w:val="22"/>
          <w:rtl/>
        </w:rPr>
        <w:t>را</w:t>
      </w:r>
      <w:r w:rsidRPr="00987F03">
        <w:rPr>
          <w:sz w:val="22"/>
        </w:rPr>
        <w:t xml:space="preserve"> </w:t>
      </w:r>
      <w:r w:rsidRPr="00987F03">
        <w:rPr>
          <w:sz w:val="22"/>
          <w:rtl/>
        </w:rPr>
        <w:t>وظیفه</w:t>
      </w:r>
      <w:r w:rsidRPr="00987F03">
        <w:rPr>
          <w:sz w:val="22"/>
        </w:rPr>
        <w:t xml:space="preserve"> </w:t>
      </w:r>
      <w:r w:rsidRPr="00987F03">
        <w:rPr>
          <w:sz w:val="22"/>
          <w:rtl/>
        </w:rPr>
        <w:t>می</w:t>
      </w:r>
      <w:r w:rsidRPr="00987F03">
        <w:rPr>
          <w:sz w:val="22"/>
        </w:rPr>
        <w:t>‌</w:t>
      </w:r>
      <w:r w:rsidRPr="00987F03">
        <w:rPr>
          <w:sz w:val="22"/>
          <w:rtl/>
        </w:rPr>
        <w:t>دانستند؛</w:t>
      </w:r>
      <w:r w:rsidRPr="00987F03">
        <w:rPr>
          <w:sz w:val="22"/>
        </w:rPr>
        <w:t xml:space="preserve"> </w:t>
      </w:r>
      <w:r w:rsidRPr="00987F03">
        <w:rPr>
          <w:sz w:val="22"/>
          <w:rtl/>
        </w:rPr>
        <w:t>برخی</w:t>
      </w:r>
      <w:r w:rsidRPr="00987F03">
        <w:rPr>
          <w:sz w:val="22"/>
        </w:rPr>
        <w:t xml:space="preserve"> </w:t>
      </w:r>
      <w:r w:rsidRPr="00987F03">
        <w:rPr>
          <w:sz w:val="22"/>
          <w:rtl/>
        </w:rPr>
        <w:t>از</w:t>
      </w:r>
      <w:r w:rsidRPr="00987F03">
        <w:rPr>
          <w:sz w:val="22"/>
        </w:rPr>
        <w:t xml:space="preserve"> </w:t>
      </w:r>
      <w:r w:rsidRPr="00987F03">
        <w:rPr>
          <w:sz w:val="22"/>
          <w:rtl/>
        </w:rPr>
        <w:t>قدرت</w:t>
      </w:r>
      <w:r w:rsidRPr="00987F03">
        <w:rPr>
          <w:sz w:val="22"/>
        </w:rPr>
        <w:t xml:space="preserve"> </w:t>
      </w:r>
      <w:r w:rsidRPr="00987F03">
        <w:rPr>
          <w:sz w:val="22"/>
          <w:rtl/>
        </w:rPr>
        <w:t>فاتحان</w:t>
      </w:r>
      <w:r w:rsidRPr="00987F03">
        <w:rPr>
          <w:sz w:val="22"/>
        </w:rPr>
        <w:t xml:space="preserve"> </w:t>
      </w:r>
      <w:r w:rsidRPr="00987F03">
        <w:rPr>
          <w:sz w:val="22"/>
          <w:rtl/>
        </w:rPr>
        <w:t>بیم</w:t>
      </w:r>
      <w:r w:rsidRPr="00987F03">
        <w:rPr>
          <w:sz w:val="22"/>
        </w:rPr>
        <w:t xml:space="preserve"> </w:t>
      </w:r>
      <w:r w:rsidRPr="00987F03">
        <w:rPr>
          <w:sz w:val="22"/>
          <w:rtl/>
        </w:rPr>
        <w:t>داشتند؛</w:t>
      </w:r>
      <w:r w:rsidRPr="00987F03">
        <w:rPr>
          <w:sz w:val="22"/>
        </w:rPr>
        <w:t xml:space="preserve"> </w:t>
      </w:r>
      <w:r w:rsidRPr="00987F03">
        <w:rPr>
          <w:sz w:val="22"/>
          <w:rtl/>
        </w:rPr>
        <w:t>و</w:t>
      </w:r>
      <w:r w:rsidRPr="00987F03">
        <w:rPr>
          <w:sz w:val="22"/>
        </w:rPr>
        <w:t xml:space="preserve"> </w:t>
      </w:r>
      <w:r w:rsidRPr="00987F03">
        <w:rPr>
          <w:sz w:val="22"/>
          <w:rtl/>
        </w:rPr>
        <w:t>برخی</w:t>
      </w:r>
      <w:r w:rsidRPr="00987F03">
        <w:rPr>
          <w:sz w:val="22"/>
        </w:rPr>
        <w:t xml:space="preserve"> </w:t>
      </w:r>
      <w:r w:rsidRPr="00987F03">
        <w:rPr>
          <w:sz w:val="22"/>
          <w:rtl/>
        </w:rPr>
        <w:t>می</w:t>
      </w:r>
      <w:r w:rsidRPr="00987F03">
        <w:rPr>
          <w:sz w:val="22"/>
        </w:rPr>
        <w:t>‌</w:t>
      </w:r>
      <w:r w:rsidRPr="00987F03">
        <w:rPr>
          <w:sz w:val="22"/>
          <w:rtl/>
        </w:rPr>
        <w:t>دیدند</w:t>
      </w:r>
      <w:r w:rsidRPr="00987F03">
        <w:rPr>
          <w:sz w:val="22"/>
        </w:rPr>
        <w:t xml:space="preserve"> </w:t>
      </w:r>
      <w:r w:rsidRPr="00987F03">
        <w:rPr>
          <w:sz w:val="22"/>
          <w:rtl/>
        </w:rPr>
        <w:t>شاهی</w:t>
      </w:r>
      <w:r w:rsidRPr="00987F03">
        <w:rPr>
          <w:sz w:val="22"/>
        </w:rPr>
        <w:t xml:space="preserve"> </w:t>
      </w:r>
      <w:r w:rsidRPr="00987F03">
        <w:rPr>
          <w:sz w:val="22"/>
          <w:rtl/>
        </w:rPr>
        <w:t>که</w:t>
      </w:r>
      <w:r w:rsidRPr="00987F03">
        <w:rPr>
          <w:sz w:val="22"/>
        </w:rPr>
        <w:t xml:space="preserve"> </w:t>
      </w:r>
      <w:r w:rsidRPr="00987F03">
        <w:rPr>
          <w:sz w:val="22"/>
          <w:rtl/>
        </w:rPr>
        <w:t>از</w:t>
      </w:r>
      <w:r w:rsidRPr="00987F03">
        <w:rPr>
          <w:sz w:val="22"/>
        </w:rPr>
        <w:t xml:space="preserve"> </w:t>
      </w:r>
      <w:r w:rsidRPr="00987F03">
        <w:rPr>
          <w:sz w:val="22"/>
          <w:rtl/>
        </w:rPr>
        <w:t>شهری</w:t>
      </w:r>
      <w:r w:rsidRPr="00987F03">
        <w:rPr>
          <w:sz w:val="22"/>
        </w:rPr>
        <w:t xml:space="preserve"> </w:t>
      </w:r>
      <w:r w:rsidRPr="00987F03">
        <w:rPr>
          <w:sz w:val="22"/>
          <w:rtl/>
        </w:rPr>
        <w:t>به</w:t>
      </w:r>
      <w:r w:rsidRPr="00987F03">
        <w:rPr>
          <w:sz w:val="22"/>
        </w:rPr>
        <w:t xml:space="preserve"> </w:t>
      </w:r>
      <w:r w:rsidRPr="00987F03">
        <w:rPr>
          <w:sz w:val="22"/>
          <w:rtl/>
        </w:rPr>
        <w:t>شهر</w:t>
      </w:r>
      <w:r w:rsidRPr="00987F03">
        <w:rPr>
          <w:sz w:val="22"/>
        </w:rPr>
        <w:t xml:space="preserve"> </w:t>
      </w:r>
      <w:r w:rsidRPr="00987F03">
        <w:rPr>
          <w:sz w:val="22"/>
          <w:rtl/>
        </w:rPr>
        <w:t>دیگر</w:t>
      </w:r>
      <w:r w:rsidRPr="00987F03">
        <w:rPr>
          <w:sz w:val="22"/>
        </w:rPr>
        <w:t xml:space="preserve"> </w:t>
      </w:r>
      <w:r w:rsidRPr="00987F03">
        <w:rPr>
          <w:sz w:val="22"/>
          <w:rtl/>
        </w:rPr>
        <w:t>می</w:t>
      </w:r>
      <w:r w:rsidRPr="00987F03">
        <w:rPr>
          <w:sz w:val="22"/>
        </w:rPr>
        <w:t>‌</w:t>
      </w:r>
      <w:r w:rsidRPr="00987F03">
        <w:rPr>
          <w:sz w:val="22"/>
          <w:rtl/>
        </w:rPr>
        <w:t>رود،</w:t>
      </w:r>
      <w:r w:rsidRPr="00987F03">
        <w:rPr>
          <w:sz w:val="22"/>
        </w:rPr>
        <w:t xml:space="preserve"> </w:t>
      </w:r>
      <w:r w:rsidRPr="00987F03">
        <w:rPr>
          <w:sz w:val="22"/>
          <w:rtl/>
        </w:rPr>
        <w:t>دیگر</w:t>
      </w:r>
      <w:r w:rsidRPr="00987F03">
        <w:rPr>
          <w:sz w:val="22"/>
        </w:rPr>
        <w:t xml:space="preserve"> </w:t>
      </w:r>
      <w:r w:rsidRPr="00987F03">
        <w:rPr>
          <w:sz w:val="22"/>
          <w:rtl/>
        </w:rPr>
        <w:t>نمی</w:t>
      </w:r>
      <w:r w:rsidRPr="00987F03">
        <w:rPr>
          <w:sz w:val="22"/>
        </w:rPr>
        <w:t>‌</w:t>
      </w:r>
      <w:r w:rsidRPr="00987F03">
        <w:rPr>
          <w:sz w:val="22"/>
          <w:rtl/>
        </w:rPr>
        <w:t>تواند</w:t>
      </w:r>
      <w:r w:rsidRPr="00987F03">
        <w:rPr>
          <w:sz w:val="22"/>
        </w:rPr>
        <w:t xml:space="preserve"> </w:t>
      </w:r>
      <w:r w:rsidRPr="00987F03">
        <w:rPr>
          <w:sz w:val="22"/>
          <w:rtl/>
        </w:rPr>
        <w:t>از</w:t>
      </w:r>
      <w:r w:rsidRPr="00987F03">
        <w:rPr>
          <w:sz w:val="22"/>
        </w:rPr>
        <w:t xml:space="preserve"> </w:t>
      </w:r>
      <w:r w:rsidRPr="00987F03">
        <w:rPr>
          <w:sz w:val="22"/>
          <w:rtl/>
        </w:rPr>
        <w:t>آنان</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دشمن</w:t>
      </w:r>
      <w:r w:rsidRPr="00987F03">
        <w:rPr>
          <w:sz w:val="22"/>
        </w:rPr>
        <w:t xml:space="preserve"> </w:t>
      </w:r>
      <w:r w:rsidRPr="00987F03">
        <w:rPr>
          <w:sz w:val="22"/>
          <w:rtl/>
        </w:rPr>
        <w:t>یا</w:t>
      </w:r>
      <w:r w:rsidRPr="00987F03">
        <w:rPr>
          <w:sz w:val="22"/>
        </w:rPr>
        <w:t xml:space="preserve"> </w:t>
      </w:r>
      <w:r w:rsidRPr="00987F03">
        <w:rPr>
          <w:sz w:val="22"/>
          <w:rtl/>
        </w:rPr>
        <w:t>رقیبان</w:t>
      </w:r>
      <w:r w:rsidRPr="00987F03">
        <w:rPr>
          <w:sz w:val="22"/>
        </w:rPr>
        <w:t xml:space="preserve"> </w:t>
      </w:r>
      <w:r w:rsidRPr="00987F03">
        <w:rPr>
          <w:sz w:val="22"/>
          <w:rtl/>
        </w:rPr>
        <w:t>محلی</w:t>
      </w:r>
      <w:r w:rsidRPr="00987F03">
        <w:rPr>
          <w:sz w:val="22"/>
        </w:rPr>
        <w:t xml:space="preserve"> </w:t>
      </w:r>
      <w:r w:rsidRPr="00987F03">
        <w:rPr>
          <w:sz w:val="22"/>
          <w:rtl/>
        </w:rPr>
        <w:t>محافظت</w:t>
      </w:r>
      <w:r w:rsidRPr="00987F03">
        <w:rPr>
          <w:sz w:val="22"/>
        </w:rPr>
        <w:t xml:space="preserve"> </w:t>
      </w:r>
      <w:r w:rsidRPr="00987F03">
        <w:rPr>
          <w:sz w:val="22"/>
          <w:rtl/>
        </w:rPr>
        <w:t>کند</w:t>
      </w:r>
      <w:r w:rsidRPr="00987F03">
        <w:rPr>
          <w:sz w:val="22"/>
        </w:rPr>
        <w:t>.</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همان</w:t>
      </w:r>
      <w:r w:rsidRPr="00987F03">
        <w:rPr>
          <w:sz w:val="22"/>
        </w:rPr>
        <w:t xml:space="preserve"> </w:t>
      </w:r>
      <w:r w:rsidRPr="00987F03">
        <w:rPr>
          <w:sz w:val="22"/>
          <w:rtl/>
        </w:rPr>
        <w:t>لحظه</w:t>
      </w:r>
      <w:r w:rsidRPr="00987F03">
        <w:rPr>
          <w:sz w:val="22"/>
        </w:rPr>
        <w:t>‌</w:t>
      </w:r>
      <w:r w:rsidRPr="00987F03">
        <w:rPr>
          <w:sz w:val="22"/>
          <w:rtl/>
        </w:rPr>
        <w:t>ای</w:t>
      </w:r>
      <w:r w:rsidRPr="00987F03">
        <w:rPr>
          <w:sz w:val="22"/>
        </w:rPr>
        <w:t xml:space="preserve"> </w:t>
      </w:r>
      <w:r w:rsidRPr="00987F03">
        <w:rPr>
          <w:sz w:val="22"/>
          <w:rtl/>
        </w:rPr>
        <w:t>بود</w:t>
      </w:r>
      <w:r w:rsidRPr="00987F03">
        <w:rPr>
          <w:sz w:val="22"/>
        </w:rPr>
        <w:t xml:space="preserve"> </w:t>
      </w:r>
      <w:r w:rsidRPr="00987F03">
        <w:rPr>
          <w:sz w:val="22"/>
          <w:rtl/>
        </w:rPr>
        <w:t>که</w:t>
      </w:r>
      <w:r w:rsidRPr="00987F03">
        <w:rPr>
          <w:sz w:val="22"/>
        </w:rPr>
        <w:t xml:space="preserve"> </w:t>
      </w:r>
      <w:r w:rsidRPr="00987F03">
        <w:rPr>
          <w:sz w:val="22"/>
          <w:rtl/>
        </w:rPr>
        <w:t>تفاوت</w:t>
      </w:r>
      <w:r w:rsidRPr="00987F03">
        <w:rPr>
          <w:sz w:val="22"/>
        </w:rPr>
        <w:t xml:space="preserve"> </w:t>
      </w:r>
      <w:r w:rsidRPr="00987F03">
        <w:rPr>
          <w:sz w:val="22"/>
          <w:rtl/>
        </w:rPr>
        <w:t>میان</w:t>
      </w:r>
      <w:r w:rsidRPr="00987F03">
        <w:rPr>
          <w:sz w:val="22"/>
        </w:rPr>
        <w:t xml:space="preserve"> </w:t>
      </w:r>
      <w:r w:rsidRPr="00987F03">
        <w:rPr>
          <w:sz w:val="22"/>
          <w:rtl/>
        </w:rPr>
        <w:t>حقانیت</w:t>
      </w:r>
      <w:r w:rsidRPr="00987F03">
        <w:rPr>
          <w:sz w:val="22"/>
        </w:rPr>
        <w:t xml:space="preserve"> </w:t>
      </w:r>
      <w:r w:rsidRPr="00987F03">
        <w:rPr>
          <w:sz w:val="22"/>
          <w:rtl/>
        </w:rPr>
        <w:t>حکمرانی</w:t>
      </w:r>
      <w:r w:rsidRPr="00987F03">
        <w:rPr>
          <w:sz w:val="22"/>
        </w:rPr>
        <w:t xml:space="preserve"> </w:t>
      </w:r>
      <w:r w:rsidRPr="00987F03">
        <w:rPr>
          <w:sz w:val="22"/>
          <w:rtl/>
        </w:rPr>
        <w:t>و</w:t>
      </w:r>
      <w:r w:rsidRPr="00987F03">
        <w:rPr>
          <w:sz w:val="22"/>
        </w:rPr>
        <w:t xml:space="preserve"> </w:t>
      </w:r>
      <w:r w:rsidRPr="00987F03">
        <w:rPr>
          <w:sz w:val="22"/>
          <w:rtl/>
        </w:rPr>
        <w:t>توان</w:t>
      </w:r>
      <w:r w:rsidRPr="00987F03">
        <w:rPr>
          <w:sz w:val="22"/>
        </w:rPr>
        <w:t xml:space="preserve"> </w:t>
      </w:r>
      <w:r w:rsidRPr="00987F03">
        <w:rPr>
          <w:sz w:val="22"/>
          <w:rtl/>
        </w:rPr>
        <w:t>حکومت</w:t>
      </w:r>
      <w:r w:rsidRPr="00987F03">
        <w:rPr>
          <w:sz w:val="22"/>
        </w:rPr>
        <w:t>‌</w:t>
      </w:r>
      <w:r w:rsidRPr="00987F03">
        <w:rPr>
          <w:sz w:val="22"/>
          <w:rtl/>
        </w:rPr>
        <w:t>کردن</w:t>
      </w:r>
      <w:r w:rsidRPr="00987F03">
        <w:rPr>
          <w:sz w:val="22"/>
        </w:rPr>
        <w:t xml:space="preserve"> </w:t>
      </w:r>
      <w:r w:rsidRPr="00987F03">
        <w:rPr>
          <w:sz w:val="22"/>
          <w:rtl/>
        </w:rPr>
        <w:t>آشکار</w:t>
      </w:r>
      <w:r w:rsidRPr="00987F03">
        <w:rPr>
          <w:sz w:val="22"/>
        </w:rPr>
        <w:t xml:space="preserve"> </w:t>
      </w:r>
      <w:r w:rsidRPr="00987F03">
        <w:rPr>
          <w:sz w:val="22"/>
          <w:rtl/>
        </w:rPr>
        <w:t>شد</w:t>
      </w:r>
      <w:r w:rsidRPr="00987F03">
        <w:rPr>
          <w:sz w:val="22"/>
        </w:rPr>
        <w:t xml:space="preserve">. </w:t>
      </w:r>
      <w:r w:rsidRPr="00987F03">
        <w:rPr>
          <w:sz w:val="22"/>
          <w:rtl/>
        </w:rPr>
        <w:t>یزدگرد</w:t>
      </w:r>
      <w:r w:rsidRPr="00987F03">
        <w:rPr>
          <w:sz w:val="22"/>
        </w:rPr>
        <w:t xml:space="preserve"> </w:t>
      </w:r>
      <w:r w:rsidRPr="00987F03">
        <w:rPr>
          <w:sz w:val="22"/>
          <w:rtl/>
        </w:rPr>
        <w:t>از</w:t>
      </w:r>
      <w:r w:rsidRPr="00987F03">
        <w:rPr>
          <w:sz w:val="22"/>
        </w:rPr>
        <w:t xml:space="preserve"> </w:t>
      </w:r>
      <w:r w:rsidRPr="00987F03">
        <w:rPr>
          <w:sz w:val="22"/>
          <w:rtl/>
        </w:rPr>
        <w:t>نظر</w:t>
      </w:r>
      <w:r w:rsidRPr="00987F03">
        <w:rPr>
          <w:sz w:val="22"/>
        </w:rPr>
        <w:t xml:space="preserve"> </w:t>
      </w:r>
      <w:r w:rsidRPr="00987F03">
        <w:rPr>
          <w:sz w:val="22"/>
          <w:rtl/>
        </w:rPr>
        <w:t>سنت</w:t>
      </w:r>
      <w:r w:rsidRPr="00987F03">
        <w:rPr>
          <w:sz w:val="22"/>
        </w:rPr>
        <w:t xml:space="preserve"> </w:t>
      </w:r>
      <w:r w:rsidRPr="00987F03">
        <w:rPr>
          <w:sz w:val="22"/>
          <w:rtl/>
        </w:rPr>
        <w:t>ساسانی</w:t>
      </w:r>
      <w:r w:rsidRPr="00987F03">
        <w:rPr>
          <w:sz w:val="22"/>
        </w:rPr>
        <w:t xml:space="preserve"> </w:t>
      </w:r>
      <w:r w:rsidRPr="00987F03">
        <w:rPr>
          <w:sz w:val="22"/>
          <w:rtl/>
        </w:rPr>
        <w:t>دارای</w:t>
      </w:r>
      <w:r w:rsidRPr="00987F03">
        <w:rPr>
          <w:sz w:val="22"/>
        </w:rPr>
        <w:t xml:space="preserve"> </w:t>
      </w:r>
      <w:r w:rsidRPr="00987F03">
        <w:rPr>
          <w:sz w:val="22"/>
          <w:rtl/>
        </w:rPr>
        <w:t>حقانیت</w:t>
      </w:r>
      <w:r w:rsidRPr="00987F03">
        <w:rPr>
          <w:sz w:val="22"/>
        </w:rPr>
        <w:t xml:space="preserve"> </w:t>
      </w:r>
      <w:r w:rsidRPr="00987F03">
        <w:rPr>
          <w:sz w:val="22"/>
          <w:rtl/>
        </w:rPr>
        <w:t>بود،</w:t>
      </w:r>
      <w:r w:rsidRPr="00987F03">
        <w:rPr>
          <w:sz w:val="22"/>
        </w:rPr>
        <w:t xml:space="preserve"> </w:t>
      </w:r>
      <w:r w:rsidRPr="00987F03">
        <w:rPr>
          <w:sz w:val="22"/>
          <w:rtl/>
        </w:rPr>
        <w:t>اما</w:t>
      </w:r>
      <w:r w:rsidRPr="00987F03">
        <w:rPr>
          <w:sz w:val="22"/>
        </w:rPr>
        <w:t xml:space="preserve"> </w:t>
      </w:r>
      <w:r w:rsidRPr="00987F03">
        <w:rPr>
          <w:sz w:val="22"/>
          <w:rtl/>
        </w:rPr>
        <w:t>توان</w:t>
      </w:r>
      <w:r w:rsidRPr="00987F03">
        <w:rPr>
          <w:sz w:val="22"/>
        </w:rPr>
        <w:t xml:space="preserve"> </w:t>
      </w:r>
      <w:r w:rsidRPr="00987F03">
        <w:rPr>
          <w:sz w:val="22"/>
          <w:rtl/>
        </w:rPr>
        <w:t>اجرای</w:t>
      </w:r>
      <w:r w:rsidRPr="00987F03">
        <w:rPr>
          <w:sz w:val="22"/>
        </w:rPr>
        <w:t xml:space="preserve"> </w:t>
      </w:r>
      <w:r w:rsidRPr="00987F03">
        <w:rPr>
          <w:sz w:val="22"/>
          <w:rtl/>
        </w:rPr>
        <w:t>فرمان</w:t>
      </w:r>
      <w:r w:rsidRPr="00987F03">
        <w:rPr>
          <w:sz w:val="22"/>
        </w:rPr>
        <w:t>‌</w:t>
      </w:r>
      <w:r w:rsidRPr="00987F03">
        <w:rPr>
          <w:sz w:val="22"/>
          <w:rtl/>
        </w:rPr>
        <w:t>هایش</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دست</w:t>
      </w:r>
      <w:r w:rsidRPr="00987F03">
        <w:rPr>
          <w:sz w:val="22"/>
        </w:rPr>
        <w:t xml:space="preserve"> </w:t>
      </w:r>
      <w:r w:rsidRPr="00987F03">
        <w:rPr>
          <w:sz w:val="22"/>
          <w:rtl/>
        </w:rPr>
        <w:t>داده</w:t>
      </w:r>
      <w:r w:rsidRPr="00987F03">
        <w:rPr>
          <w:sz w:val="22"/>
        </w:rPr>
        <w:t xml:space="preserve"> </w:t>
      </w:r>
      <w:r w:rsidRPr="00987F03">
        <w:rPr>
          <w:sz w:val="22"/>
          <w:rtl/>
        </w:rPr>
        <w:t>بود</w:t>
      </w:r>
      <w:r w:rsidRPr="00987F03">
        <w:rPr>
          <w:sz w:val="22"/>
        </w:rPr>
        <w:t xml:space="preserve">. </w:t>
      </w:r>
      <w:r w:rsidRPr="00987F03">
        <w:rPr>
          <w:sz w:val="22"/>
          <w:rtl/>
        </w:rPr>
        <w:t>فاتحان</w:t>
      </w:r>
      <w:r w:rsidRPr="00987F03">
        <w:rPr>
          <w:sz w:val="22"/>
        </w:rPr>
        <w:t xml:space="preserve"> </w:t>
      </w:r>
      <w:r w:rsidRPr="00987F03">
        <w:rPr>
          <w:sz w:val="22"/>
          <w:rtl/>
        </w:rPr>
        <w:t>عرب</w:t>
      </w:r>
      <w:r w:rsidRPr="00987F03">
        <w:rPr>
          <w:sz w:val="22"/>
        </w:rPr>
        <w:t xml:space="preserve"> </w:t>
      </w:r>
      <w:r w:rsidRPr="00987F03">
        <w:rPr>
          <w:sz w:val="22"/>
          <w:rtl/>
        </w:rPr>
        <w:t>هنوز</w:t>
      </w:r>
      <w:r w:rsidRPr="00987F03">
        <w:rPr>
          <w:sz w:val="22"/>
        </w:rPr>
        <w:t xml:space="preserve"> </w:t>
      </w:r>
      <w:r w:rsidRPr="00987F03">
        <w:rPr>
          <w:sz w:val="22"/>
          <w:rtl/>
        </w:rPr>
        <w:t>در</w:t>
      </w:r>
      <w:r w:rsidRPr="00987F03">
        <w:rPr>
          <w:sz w:val="22"/>
        </w:rPr>
        <w:t xml:space="preserve"> </w:t>
      </w:r>
      <w:r w:rsidRPr="00987F03">
        <w:rPr>
          <w:sz w:val="22"/>
          <w:rtl/>
        </w:rPr>
        <w:t>نگاه</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مردم</w:t>
      </w:r>
      <w:r w:rsidRPr="00987F03">
        <w:rPr>
          <w:sz w:val="22"/>
        </w:rPr>
        <w:t xml:space="preserve"> </w:t>
      </w:r>
      <w:r w:rsidRPr="00987F03">
        <w:rPr>
          <w:sz w:val="22"/>
          <w:rtl/>
        </w:rPr>
        <w:t>بیگانه</w:t>
      </w:r>
      <w:r w:rsidRPr="00987F03">
        <w:rPr>
          <w:sz w:val="22"/>
        </w:rPr>
        <w:t xml:space="preserve"> </w:t>
      </w:r>
      <w:r w:rsidRPr="00987F03">
        <w:rPr>
          <w:sz w:val="22"/>
          <w:rtl/>
        </w:rPr>
        <w:t>و</w:t>
      </w:r>
      <w:r w:rsidRPr="00987F03">
        <w:rPr>
          <w:sz w:val="22"/>
        </w:rPr>
        <w:t xml:space="preserve"> </w:t>
      </w:r>
      <w:r w:rsidRPr="00987F03">
        <w:rPr>
          <w:sz w:val="22"/>
          <w:rtl/>
        </w:rPr>
        <w:t>فاقد</w:t>
      </w:r>
      <w:r w:rsidRPr="00987F03">
        <w:rPr>
          <w:sz w:val="22"/>
        </w:rPr>
        <w:t xml:space="preserve"> </w:t>
      </w:r>
      <w:r w:rsidRPr="00987F03">
        <w:rPr>
          <w:sz w:val="22"/>
          <w:rtl/>
        </w:rPr>
        <w:t>حقانیت</w:t>
      </w:r>
      <w:r w:rsidRPr="00987F03">
        <w:rPr>
          <w:sz w:val="22"/>
        </w:rPr>
        <w:t xml:space="preserve"> </w:t>
      </w:r>
      <w:r w:rsidRPr="00987F03">
        <w:rPr>
          <w:sz w:val="22"/>
          <w:rtl/>
        </w:rPr>
        <w:t>بودند،</w:t>
      </w:r>
      <w:r w:rsidRPr="00987F03">
        <w:rPr>
          <w:sz w:val="22"/>
        </w:rPr>
        <w:t xml:space="preserve"> </w:t>
      </w:r>
      <w:r w:rsidRPr="00987F03">
        <w:rPr>
          <w:sz w:val="22"/>
          <w:rtl/>
        </w:rPr>
        <w:t>اما</w:t>
      </w:r>
      <w:r w:rsidRPr="00987F03">
        <w:rPr>
          <w:sz w:val="22"/>
        </w:rPr>
        <w:t xml:space="preserve"> </w:t>
      </w:r>
      <w:r w:rsidRPr="00987F03">
        <w:rPr>
          <w:sz w:val="22"/>
          <w:rtl/>
        </w:rPr>
        <w:t>قشون</w:t>
      </w:r>
      <w:r w:rsidRPr="00987F03">
        <w:rPr>
          <w:sz w:val="22"/>
        </w:rPr>
        <w:t xml:space="preserve"> </w:t>
      </w:r>
      <w:r w:rsidRPr="00987F03">
        <w:rPr>
          <w:sz w:val="22"/>
          <w:rtl/>
        </w:rPr>
        <w:t>و</w:t>
      </w:r>
      <w:r w:rsidRPr="00987F03">
        <w:rPr>
          <w:sz w:val="22"/>
        </w:rPr>
        <w:t xml:space="preserve"> </w:t>
      </w:r>
      <w:r w:rsidRPr="00987F03">
        <w:rPr>
          <w:sz w:val="22"/>
          <w:rtl/>
        </w:rPr>
        <w:t>امکان</w:t>
      </w:r>
      <w:r w:rsidRPr="00987F03">
        <w:rPr>
          <w:sz w:val="22"/>
        </w:rPr>
        <w:t xml:space="preserve"> </w:t>
      </w:r>
      <w:r w:rsidRPr="00987F03">
        <w:rPr>
          <w:sz w:val="22"/>
          <w:rtl/>
        </w:rPr>
        <w:t>تحمیل</w:t>
      </w:r>
      <w:r w:rsidRPr="00987F03">
        <w:rPr>
          <w:sz w:val="22"/>
        </w:rPr>
        <w:t xml:space="preserve"> </w:t>
      </w:r>
      <w:r w:rsidRPr="00987F03">
        <w:rPr>
          <w:sz w:val="22"/>
          <w:rtl/>
        </w:rPr>
        <w:t>فرمان</w:t>
      </w:r>
      <w:r w:rsidRPr="00987F03">
        <w:rPr>
          <w:sz w:val="22"/>
        </w:rPr>
        <w:t xml:space="preserve"> </w:t>
      </w:r>
      <w:r w:rsidRPr="00987F03">
        <w:rPr>
          <w:sz w:val="22"/>
          <w:rtl/>
        </w:rPr>
        <w:t>را</w:t>
      </w:r>
      <w:r w:rsidRPr="00987F03">
        <w:rPr>
          <w:sz w:val="22"/>
        </w:rPr>
        <w:t xml:space="preserve"> </w:t>
      </w:r>
      <w:r w:rsidRPr="00987F03">
        <w:rPr>
          <w:sz w:val="22"/>
          <w:rtl/>
        </w:rPr>
        <w:t>در</w:t>
      </w:r>
      <w:r w:rsidRPr="00987F03">
        <w:rPr>
          <w:sz w:val="22"/>
        </w:rPr>
        <w:t xml:space="preserve"> </w:t>
      </w:r>
      <w:r w:rsidRPr="00987F03">
        <w:rPr>
          <w:sz w:val="22"/>
          <w:rtl/>
        </w:rPr>
        <w:t>اختیار</w:t>
      </w:r>
      <w:r w:rsidRPr="00987F03">
        <w:rPr>
          <w:sz w:val="22"/>
        </w:rPr>
        <w:t xml:space="preserve"> </w:t>
      </w:r>
      <w:r w:rsidRPr="00987F03">
        <w:rPr>
          <w:sz w:val="22"/>
          <w:rtl/>
        </w:rPr>
        <w:t>داشتند</w:t>
      </w:r>
      <w:r w:rsidRPr="00987F03">
        <w:rPr>
          <w:sz w:val="22"/>
        </w:rPr>
        <w:t xml:space="preserve">. </w:t>
      </w:r>
      <w:r w:rsidRPr="00987F03">
        <w:rPr>
          <w:sz w:val="22"/>
          <w:rtl/>
        </w:rPr>
        <w:t>یکی</w:t>
      </w:r>
      <w:r w:rsidRPr="00987F03">
        <w:rPr>
          <w:sz w:val="22"/>
        </w:rPr>
        <w:t xml:space="preserve"> </w:t>
      </w:r>
      <w:r w:rsidRPr="00987F03">
        <w:rPr>
          <w:sz w:val="22"/>
          <w:rtl/>
        </w:rPr>
        <w:t>حقانیت</w:t>
      </w:r>
      <w:r w:rsidRPr="00987F03">
        <w:rPr>
          <w:sz w:val="22"/>
        </w:rPr>
        <w:t xml:space="preserve"> </w:t>
      </w:r>
      <w:r w:rsidRPr="00987F03">
        <w:rPr>
          <w:sz w:val="22"/>
          <w:rtl/>
        </w:rPr>
        <w:t>بی</w:t>
      </w:r>
      <w:r w:rsidRPr="00987F03">
        <w:rPr>
          <w:sz w:val="22"/>
        </w:rPr>
        <w:t>‌</w:t>
      </w:r>
      <w:r w:rsidRPr="00987F03">
        <w:rPr>
          <w:sz w:val="22"/>
          <w:rtl/>
        </w:rPr>
        <w:t>قدرت</w:t>
      </w:r>
      <w:r w:rsidRPr="00987F03">
        <w:rPr>
          <w:sz w:val="22"/>
        </w:rPr>
        <w:t xml:space="preserve"> </w:t>
      </w:r>
      <w:r w:rsidRPr="00987F03">
        <w:rPr>
          <w:sz w:val="22"/>
          <w:rtl/>
        </w:rPr>
        <w:t>داشت</w:t>
      </w:r>
      <w:r w:rsidRPr="00987F03">
        <w:rPr>
          <w:sz w:val="22"/>
        </w:rPr>
        <w:t xml:space="preserve"> </w:t>
      </w:r>
      <w:r w:rsidRPr="00987F03">
        <w:rPr>
          <w:sz w:val="22"/>
          <w:rtl/>
        </w:rPr>
        <w:t>و</w:t>
      </w:r>
      <w:r w:rsidRPr="00987F03">
        <w:rPr>
          <w:sz w:val="22"/>
        </w:rPr>
        <w:t xml:space="preserve"> </w:t>
      </w:r>
      <w:r w:rsidRPr="00987F03">
        <w:rPr>
          <w:sz w:val="22"/>
          <w:rtl/>
        </w:rPr>
        <w:t>دیگری</w:t>
      </w:r>
      <w:r w:rsidRPr="00987F03">
        <w:rPr>
          <w:sz w:val="22"/>
        </w:rPr>
        <w:t xml:space="preserve"> </w:t>
      </w:r>
      <w:r w:rsidRPr="00987F03">
        <w:rPr>
          <w:sz w:val="22"/>
          <w:rtl/>
        </w:rPr>
        <w:t>قدرتی</w:t>
      </w:r>
      <w:r w:rsidRPr="00987F03">
        <w:rPr>
          <w:sz w:val="22"/>
        </w:rPr>
        <w:t xml:space="preserve"> </w:t>
      </w:r>
      <w:r w:rsidRPr="00987F03">
        <w:rPr>
          <w:sz w:val="22"/>
          <w:rtl/>
        </w:rPr>
        <w:t>که</w:t>
      </w:r>
      <w:r w:rsidRPr="00987F03">
        <w:rPr>
          <w:sz w:val="22"/>
        </w:rPr>
        <w:t xml:space="preserve"> </w:t>
      </w:r>
      <w:r w:rsidRPr="00987F03">
        <w:rPr>
          <w:sz w:val="22"/>
          <w:rtl/>
        </w:rPr>
        <w:t>هنوز</w:t>
      </w:r>
      <w:r w:rsidRPr="00987F03">
        <w:rPr>
          <w:sz w:val="22"/>
        </w:rPr>
        <w:t xml:space="preserve"> </w:t>
      </w:r>
      <w:r w:rsidRPr="00987F03">
        <w:rPr>
          <w:sz w:val="22"/>
          <w:rtl/>
        </w:rPr>
        <w:t>باید</w:t>
      </w:r>
      <w:r w:rsidRPr="00987F03">
        <w:rPr>
          <w:sz w:val="22"/>
        </w:rPr>
        <w:t xml:space="preserve"> </w:t>
      </w:r>
      <w:r w:rsidRPr="00987F03">
        <w:rPr>
          <w:sz w:val="22"/>
          <w:rtl/>
        </w:rPr>
        <w:t>برای</w:t>
      </w:r>
      <w:r w:rsidRPr="00987F03">
        <w:rPr>
          <w:sz w:val="22"/>
        </w:rPr>
        <w:t xml:space="preserve"> </w:t>
      </w:r>
      <w:r w:rsidRPr="00987F03">
        <w:rPr>
          <w:sz w:val="22"/>
          <w:rtl/>
        </w:rPr>
        <w:t>خود</w:t>
      </w:r>
      <w:r w:rsidRPr="00987F03">
        <w:rPr>
          <w:sz w:val="22"/>
        </w:rPr>
        <w:t xml:space="preserve"> </w:t>
      </w:r>
      <w:r w:rsidRPr="00987F03">
        <w:rPr>
          <w:sz w:val="22"/>
          <w:rtl/>
        </w:rPr>
        <w:t>حقانیت</w:t>
      </w:r>
      <w:r w:rsidRPr="00987F03">
        <w:rPr>
          <w:sz w:val="22"/>
        </w:rPr>
        <w:t xml:space="preserve"> </w:t>
      </w:r>
      <w:r w:rsidRPr="00987F03">
        <w:rPr>
          <w:sz w:val="22"/>
          <w:rtl/>
        </w:rPr>
        <w:t>و</w:t>
      </w:r>
      <w:r w:rsidRPr="00987F03">
        <w:rPr>
          <w:sz w:val="22"/>
        </w:rPr>
        <w:t xml:space="preserve"> </w:t>
      </w:r>
      <w:r w:rsidRPr="00987F03">
        <w:rPr>
          <w:sz w:val="22"/>
          <w:rtl/>
        </w:rPr>
        <w:t>دستگاه</w:t>
      </w:r>
      <w:r w:rsidRPr="00987F03">
        <w:rPr>
          <w:sz w:val="22"/>
        </w:rPr>
        <w:t xml:space="preserve"> </w:t>
      </w:r>
      <w:r w:rsidRPr="00987F03">
        <w:rPr>
          <w:sz w:val="22"/>
          <w:rtl/>
        </w:rPr>
        <w:t>حکومت</w:t>
      </w:r>
      <w:r w:rsidRPr="00987F03">
        <w:rPr>
          <w:sz w:val="22"/>
        </w:rPr>
        <w:t xml:space="preserve"> </w:t>
      </w:r>
      <w:r w:rsidRPr="00987F03">
        <w:rPr>
          <w:sz w:val="22"/>
          <w:rtl/>
        </w:rPr>
        <w:t>می</w:t>
      </w:r>
      <w:r w:rsidRPr="00987F03">
        <w:rPr>
          <w:sz w:val="22"/>
        </w:rPr>
        <w:t>‌</w:t>
      </w:r>
      <w:r w:rsidRPr="00987F03">
        <w:rPr>
          <w:sz w:val="22"/>
          <w:rtl/>
        </w:rPr>
        <w:t>ساخت</w:t>
      </w:r>
      <w:r w:rsidRPr="00987F03">
        <w:rPr>
          <w:sz w:val="22"/>
        </w:rPr>
        <w:t>.</w:t>
      </w:r>
    </w:p>
    <w:p w:rsidR="009F3B78" w:rsidRPr="00987F03" w:rsidRDefault="00987F03" w:rsidP="00987F03">
      <w:pPr>
        <w:bidi/>
        <w:ind w:firstLine="720"/>
        <w:rPr>
          <w:sz w:val="22"/>
        </w:rPr>
      </w:pPr>
      <w:r w:rsidRPr="00987F03">
        <w:rPr>
          <w:sz w:val="22"/>
          <w:rtl/>
        </w:rPr>
        <w:t>مرگ</w:t>
      </w:r>
      <w:r w:rsidRPr="00987F03">
        <w:rPr>
          <w:sz w:val="22"/>
        </w:rPr>
        <w:t xml:space="preserve"> </w:t>
      </w:r>
      <w:r w:rsidRPr="00987F03">
        <w:rPr>
          <w:sz w:val="22"/>
          <w:rtl/>
        </w:rPr>
        <w:t>یزدگرد</w:t>
      </w:r>
      <w:r w:rsidRPr="00987F03">
        <w:rPr>
          <w:sz w:val="22"/>
        </w:rPr>
        <w:t xml:space="preserve"> </w:t>
      </w:r>
      <w:r w:rsidRPr="00987F03">
        <w:rPr>
          <w:sz w:val="22"/>
          <w:rtl/>
        </w:rPr>
        <w:t>در</w:t>
      </w:r>
      <w:r w:rsidRPr="00987F03">
        <w:rPr>
          <w:sz w:val="22"/>
        </w:rPr>
        <w:t xml:space="preserve"> </w:t>
      </w:r>
      <w:r w:rsidRPr="00987F03">
        <w:rPr>
          <w:sz w:val="22"/>
          <w:rtl/>
        </w:rPr>
        <w:t>مرو</w:t>
      </w:r>
      <w:r w:rsidRPr="00987F03">
        <w:rPr>
          <w:sz w:val="22"/>
        </w:rPr>
        <w:t xml:space="preserve"> </w:t>
      </w:r>
      <w:r w:rsidRPr="00987F03">
        <w:rPr>
          <w:sz w:val="22"/>
          <w:rtl/>
        </w:rPr>
        <w:t>پایان</w:t>
      </w:r>
      <w:r w:rsidRPr="00987F03">
        <w:rPr>
          <w:sz w:val="22"/>
        </w:rPr>
        <w:t xml:space="preserve"> </w:t>
      </w:r>
      <w:r w:rsidRPr="00987F03">
        <w:rPr>
          <w:sz w:val="22"/>
          <w:rtl/>
        </w:rPr>
        <w:t>همین</w:t>
      </w:r>
      <w:r w:rsidRPr="00987F03">
        <w:rPr>
          <w:sz w:val="22"/>
        </w:rPr>
        <w:t xml:space="preserve"> </w:t>
      </w:r>
      <w:r w:rsidRPr="00987F03">
        <w:rPr>
          <w:sz w:val="22"/>
          <w:rtl/>
        </w:rPr>
        <w:t>فاصله</w:t>
      </w:r>
      <w:r w:rsidRPr="00987F03">
        <w:rPr>
          <w:sz w:val="22"/>
        </w:rPr>
        <w:t xml:space="preserve"> </w:t>
      </w:r>
      <w:r w:rsidRPr="00987F03">
        <w:rPr>
          <w:sz w:val="22"/>
          <w:rtl/>
        </w:rPr>
        <w:t>بود</w:t>
      </w:r>
      <w:r w:rsidRPr="00987F03">
        <w:rPr>
          <w:sz w:val="22"/>
        </w:rPr>
        <w:t xml:space="preserve">. </w:t>
      </w:r>
      <w:r w:rsidRPr="00987F03">
        <w:rPr>
          <w:sz w:val="22"/>
          <w:rtl/>
        </w:rPr>
        <w:t>دربارهٔ</w:t>
      </w:r>
      <w:r w:rsidRPr="00987F03">
        <w:rPr>
          <w:sz w:val="22"/>
        </w:rPr>
        <w:t xml:space="preserve"> </w:t>
      </w:r>
      <w:r w:rsidRPr="00987F03">
        <w:rPr>
          <w:sz w:val="22"/>
          <w:rtl/>
        </w:rPr>
        <w:t>جزئیات</w:t>
      </w:r>
      <w:r w:rsidRPr="00987F03">
        <w:rPr>
          <w:sz w:val="22"/>
        </w:rPr>
        <w:t xml:space="preserve"> </w:t>
      </w:r>
      <w:r w:rsidRPr="00987F03">
        <w:rPr>
          <w:sz w:val="22"/>
          <w:rtl/>
        </w:rPr>
        <w:t>مرگ</w:t>
      </w:r>
      <w:r w:rsidRPr="00987F03">
        <w:rPr>
          <w:sz w:val="22"/>
        </w:rPr>
        <w:t xml:space="preserve"> </w:t>
      </w:r>
      <w:r w:rsidRPr="00987F03">
        <w:rPr>
          <w:sz w:val="22"/>
          <w:rtl/>
        </w:rPr>
        <w:t>او</w:t>
      </w:r>
      <w:r w:rsidRPr="00987F03">
        <w:rPr>
          <w:sz w:val="22"/>
        </w:rPr>
        <w:t xml:space="preserve"> </w:t>
      </w:r>
      <w:r w:rsidRPr="00987F03">
        <w:rPr>
          <w:sz w:val="22"/>
          <w:rtl/>
        </w:rPr>
        <w:t>روایت</w:t>
      </w:r>
      <w:r w:rsidRPr="00987F03">
        <w:rPr>
          <w:sz w:val="22"/>
        </w:rPr>
        <w:t>‌</w:t>
      </w:r>
      <w:r w:rsidRPr="00987F03">
        <w:rPr>
          <w:sz w:val="22"/>
          <w:rtl/>
        </w:rPr>
        <w:t>های</w:t>
      </w:r>
      <w:r w:rsidRPr="00987F03">
        <w:rPr>
          <w:sz w:val="22"/>
        </w:rPr>
        <w:t xml:space="preserve"> </w:t>
      </w:r>
      <w:r w:rsidRPr="00987F03">
        <w:rPr>
          <w:sz w:val="22"/>
          <w:rtl/>
        </w:rPr>
        <w:t>متفاوتی</w:t>
      </w:r>
      <w:r w:rsidRPr="00987F03">
        <w:rPr>
          <w:sz w:val="22"/>
        </w:rPr>
        <w:t xml:space="preserve"> </w:t>
      </w:r>
      <w:r w:rsidRPr="00987F03">
        <w:rPr>
          <w:sz w:val="22"/>
          <w:rtl/>
        </w:rPr>
        <w:t>وجود</w:t>
      </w:r>
      <w:r w:rsidRPr="00987F03">
        <w:rPr>
          <w:sz w:val="22"/>
        </w:rPr>
        <w:t xml:space="preserve"> </w:t>
      </w:r>
      <w:r w:rsidRPr="00987F03">
        <w:rPr>
          <w:sz w:val="22"/>
          <w:rtl/>
        </w:rPr>
        <w:t>دارد،</w:t>
      </w:r>
      <w:r w:rsidRPr="00987F03">
        <w:rPr>
          <w:sz w:val="22"/>
        </w:rPr>
        <w:t xml:space="preserve"> </w:t>
      </w:r>
      <w:r w:rsidRPr="00987F03">
        <w:rPr>
          <w:sz w:val="22"/>
          <w:rtl/>
        </w:rPr>
        <w:t>اما</w:t>
      </w:r>
      <w:r w:rsidRPr="00987F03">
        <w:rPr>
          <w:sz w:val="22"/>
        </w:rPr>
        <w:t xml:space="preserve"> </w:t>
      </w:r>
      <w:r w:rsidRPr="00987F03">
        <w:rPr>
          <w:sz w:val="22"/>
          <w:rtl/>
        </w:rPr>
        <w:t>اهمیت</w:t>
      </w:r>
      <w:r w:rsidRPr="00987F03">
        <w:rPr>
          <w:sz w:val="22"/>
        </w:rPr>
        <w:t xml:space="preserve"> </w:t>
      </w:r>
      <w:r w:rsidRPr="00987F03">
        <w:rPr>
          <w:sz w:val="22"/>
          <w:rtl/>
        </w:rPr>
        <w:t>سیاسی</w:t>
      </w:r>
      <w:r w:rsidRPr="00987F03">
        <w:rPr>
          <w:sz w:val="22"/>
        </w:rPr>
        <w:t xml:space="preserve"> </w:t>
      </w:r>
      <w:r w:rsidRPr="00987F03">
        <w:rPr>
          <w:sz w:val="22"/>
          <w:rtl/>
        </w:rPr>
        <w:t>حادثه</w:t>
      </w:r>
      <w:r w:rsidRPr="00987F03">
        <w:rPr>
          <w:sz w:val="22"/>
        </w:rPr>
        <w:t xml:space="preserve"> </w:t>
      </w:r>
      <w:r w:rsidRPr="00987F03">
        <w:rPr>
          <w:sz w:val="22"/>
          <w:rtl/>
        </w:rPr>
        <w:t>روشن</w:t>
      </w:r>
      <w:r w:rsidRPr="00987F03">
        <w:rPr>
          <w:sz w:val="22"/>
        </w:rPr>
        <w:t xml:space="preserve"> </w:t>
      </w:r>
      <w:r w:rsidRPr="00987F03">
        <w:rPr>
          <w:sz w:val="22"/>
          <w:rtl/>
        </w:rPr>
        <w:t>است</w:t>
      </w:r>
      <w:r w:rsidRPr="00987F03">
        <w:rPr>
          <w:sz w:val="22"/>
        </w:rPr>
        <w:t xml:space="preserve">: </w:t>
      </w:r>
      <w:r w:rsidRPr="00987F03">
        <w:rPr>
          <w:sz w:val="22"/>
          <w:rtl/>
        </w:rPr>
        <w:t>دیگر</w:t>
      </w:r>
      <w:r w:rsidRPr="00987F03">
        <w:rPr>
          <w:sz w:val="22"/>
        </w:rPr>
        <w:t xml:space="preserve"> </w:t>
      </w:r>
      <w:r w:rsidRPr="00987F03">
        <w:rPr>
          <w:sz w:val="22"/>
          <w:rtl/>
        </w:rPr>
        <w:t>شاهی</w:t>
      </w:r>
      <w:r w:rsidRPr="00987F03">
        <w:rPr>
          <w:sz w:val="22"/>
        </w:rPr>
        <w:t xml:space="preserve"> </w:t>
      </w:r>
      <w:r w:rsidRPr="00987F03">
        <w:rPr>
          <w:sz w:val="22"/>
          <w:rtl/>
        </w:rPr>
        <w:t>از</w:t>
      </w:r>
      <w:r w:rsidRPr="00987F03">
        <w:rPr>
          <w:sz w:val="22"/>
        </w:rPr>
        <w:t xml:space="preserve"> </w:t>
      </w:r>
      <w:r w:rsidRPr="00987F03">
        <w:rPr>
          <w:sz w:val="22"/>
          <w:rtl/>
        </w:rPr>
        <w:t>خاندان</w:t>
      </w:r>
      <w:r w:rsidRPr="00987F03">
        <w:rPr>
          <w:sz w:val="22"/>
        </w:rPr>
        <w:t xml:space="preserve"> </w:t>
      </w:r>
      <w:r w:rsidRPr="00987F03">
        <w:rPr>
          <w:sz w:val="22"/>
          <w:rtl/>
        </w:rPr>
        <w:t>ساسانی</w:t>
      </w:r>
      <w:r w:rsidRPr="00987F03">
        <w:rPr>
          <w:sz w:val="22"/>
        </w:rPr>
        <w:t xml:space="preserve"> </w:t>
      </w:r>
      <w:r w:rsidRPr="00987F03">
        <w:rPr>
          <w:sz w:val="22"/>
          <w:rtl/>
        </w:rPr>
        <w:t>باقی</w:t>
      </w:r>
      <w:r w:rsidRPr="00987F03">
        <w:rPr>
          <w:sz w:val="22"/>
        </w:rPr>
        <w:t xml:space="preserve"> </w:t>
      </w:r>
      <w:r w:rsidRPr="00987F03">
        <w:rPr>
          <w:sz w:val="22"/>
          <w:rtl/>
        </w:rPr>
        <w:t>نمانده</w:t>
      </w:r>
      <w:r w:rsidRPr="00987F03">
        <w:rPr>
          <w:sz w:val="22"/>
        </w:rPr>
        <w:t xml:space="preserve"> </w:t>
      </w:r>
      <w:r w:rsidRPr="00987F03">
        <w:rPr>
          <w:sz w:val="22"/>
          <w:rtl/>
        </w:rPr>
        <w:t>بود</w:t>
      </w:r>
      <w:r w:rsidRPr="00987F03">
        <w:rPr>
          <w:sz w:val="22"/>
        </w:rPr>
        <w:t xml:space="preserve"> </w:t>
      </w:r>
      <w:r w:rsidRPr="00987F03">
        <w:rPr>
          <w:sz w:val="22"/>
          <w:rtl/>
        </w:rPr>
        <w:t>که</w:t>
      </w:r>
      <w:r w:rsidRPr="00987F03">
        <w:rPr>
          <w:sz w:val="22"/>
        </w:rPr>
        <w:t xml:space="preserve"> </w:t>
      </w:r>
      <w:r w:rsidRPr="00987F03">
        <w:rPr>
          <w:sz w:val="22"/>
          <w:rtl/>
        </w:rPr>
        <w:t>مخالفان</w:t>
      </w:r>
      <w:r w:rsidRPr="00987F03">
        <w:rPr>
          <w:sz w:val="22"/>
        </w:rPr>
        <w:t xml:space="preserve"> </w:t>
      </w:r>
      <w:r w:rsidRPr="00987F03">
        <w:rPr>
          <w:sz w:val="22"/>
          <w:rtl/>
        </w:rPr>
        <w:t>فتح</w:t>
      </w:r>
      <w:r w:rsidRPr="00987F03">
        <w:rPr>
          <w:sz w:val="22"/>
        </w:rPr>
        <w:t xml:space="preserve"> </w:t>
      </w:r>
      <w:r w:rsidRPr="00987F03">
        <w:rPr>
          <w:sz w:val="22"/>
          <w:rtl/>
        </w:rPr>
        <w:t>بتوانند</w:t>
      </w:r>
      <w:r w:rsidRPr="00987F03">
        <w:rPr>
          <w:sz w:val="22"/>
        </w:rPr>
        <w:t xml:space="preserve"> </w:t>
      </w:r>
      <w:r w:rsidRPr="00987F03">
        <w:rPr>
          <w:sz w:val="22"/>
          <w:rtl/>
        </w:rPr>
        <w:t>به</w:t>
      </w:r>
      <w:r w:rsidRPr="00987F03">
        <w:rPr>
          <w:sz w:val="22"/>
        </w:rPr>
        <w:t xml:space="preserve"> </w:t>
      </w:r>
      <w:r w:rsidRPr="00987F03">
        <w:rPr>
          <w:sz w:val="22"/>
          <w:rtl/>
        </w:rPr>
        <w:t>نام</w:t>
      </w:r>
      <w:r w:rsidRPr="00987F03">
        <w:rPr>
          <w:sz w:val="22"/>
        </w:rPr>
        <w:t xml:space="preserve"> </w:t>
      </w:r>
      <w:r w:rsidRPr="00987F03">
        <w:rPr>
          <w:sz w:val="22"/>
          <w:rtl/>
        </w:rPr>
        <w:t>او</w:t>
      </w:r>
      <w:r w:rsidRPr="00987F03">
        <w:rPr>
          <w:sz w:val="22"/>
        </w:rPr>
        <w:t xml:space="preserve"> </w:t>
      </w:r>
      <w:r w:rsidRPr="00987F03">
        <w:rPr>
          <w:sz w:val="22"/>
          <w:rtl/>
        </w:rPr>
        <w:t>قشون</w:t>
      </w:r>
      <w:r w:rsidRPr="00987F03">
        <w:rPr>
          <w:sz w:val="22"/>
        </w:rPr>
        <w:t xml:space="preserve"> </w:t>
      </w:r>
      <w:r w:rsidRPr="00987F03">
        <w:rPr>
          <w:sz w:val="22"/>
          <w:rtl/>
        </w:rPr>
        <w:t>گرد</w:t>
      </w:r>
      <w:r w:rsidRPr="00987F03">
        <w:rPr>
          <w:sz w:val="22"/>
        </w:rPr>
        <w:t xml:space="preserve"> </w:t>
      </w:r>
      <w:r w:rsidRPr="00987F03">
        <w:rPr>
          <w:sz w:val="22"/>
          <w:rtl/>
        </w:rPr>
        <w:t>آورند</w:t>
      </w:r>
      <w:r w:rsidRPr="00987F03">
        <w:rPr>
          <w:sz w:val="22"/>
        </w:rPr>
        <w:t xml:space="preserve"> </w:t>
      </w:r>
      <w:r w:rsidRPr="00987F03">
        <w:rPr>
          <w:sz w:val="22"/>
          <w:rtl/>
        </w:rPr>
        <w:t>و</w:t>
      </w:r>
      <w:r w:rsidRPr="00987F03">
        <w:rPr>
          <w:sz w:val="22"/>
        </w:rPr>
        <w:t xml:space="preserve"> </w:t>
      </w:r>
      <w:r w:rsidRPr="00987F03">
        <w:rPr>
          <w:sz w:val="22"/>
          <w:rtl/>
        </w:rPr>
        <w:t>بازگشت</w:t>
      </w:r>
      <w:r w:rsidRPr="00987F03">
        <w:rPr>
          <w:sz w:val="22"/>
        </w:rPr>
        <w:t xml:space="preserve"> </w:t>
      </w:r>
      <w:r w:rsidRPr="00987F03">
        <w:rPr>
          <w:sz w:val="22"/>
          <w:rtl/>
        </w:rPr>
        <w:t>حکومت</w:t>
      </w:r>
      <w:r w:rsidRPr="00987F03">
        <w:rPr>
          <w:sz w:val="22"/>
        </w:rPr>
        <w:t xml:space="preserve"> </w:t>
      </w:r>
      <w:r w:rsidRPr="00987F03">
        <w:rPr>
          <w:sz w:val="22"/>
          <w:rtl/>
        </w:rPr>
        <w:t>پیشین</w:t>
      </w:r>
      <w:r w:rsidRPr="00987F03">
        <w:rPr>
          <w:sz w:val="22"/>
        </w:rPr>
        <w:t xml:space="preserve"> </w:t>
      </w:r>
      <w:r w:rsidRPr="00987F03">
        <w:rPr>
          <w:sz w:val="22"/>
          <w:rtl/>
        </w:rPr>
        <w:t>را</w:t>
      </w:r>
      <w:r w:rsidRPr="00987F03">
        <w:rPr>
          <w:sz w:val="22"/>
        </w:rPr>
        <w:t xml:space="preserve"> </w:t>
      </w:r>
      <w:r w:rsidRPr="00987F03">
        <w:rPr>
          <w:sz w:val="22"/>
          <w:rtl/>
        </w:rPr>
        <w:t>وعده</w:t>
      </w:r>
      <w:r w:rsidRPr="00987F03">
        <w:rPr>
          <w:sz w:val="22"/>
        </w:rPr>
        <w:t xml:space="preserve"> </w:t>
      </w:r>
      <w:r w:rsidRPr="00987F03">
        <w:rPr>
          <w:sz w:val="22"/>
          <w:rtl/>
        </w:rPr>
        <w:t>دهند</w:t>
      </w:r>
      <w:r w:rsidRPr="00987F03">
        <w:rPr>
          <w:sz w:val="22"/>
        </w:rPr>
        <w:t xml:space="preserve">. </w:t>
      </w:r>
      <w:r w:rsidRPr="00987F03">
        <w:rPr>
          <w:sz w:val="22"/>
          <w:rtl/>
        </w:rPr>
        <w:t>از</w:t>
      </w:r>
      <w:r w:rsidRPr="00987F03">
        <w:rPr>
          <w:sz w:val="22"/>
        </w:rPr>
        <w:t xml:space="preserve"> </w:t>
      </w:r>
      <w:r w:rsidRPr="00987F03">
        <w:rPr>
          <w:sz w:val="22"/>
          <w:rtl/>
        </w:rPr>
        <w:t>آن</w:t>
      </w:r>
      <w:r w:rsidRPr="00987F03">
        <w:rPr>
          <w:sz w:val="22"/>
        </w:rPr>
        <w:t xml:space="preserve"> </w:t>
      </w:r>
      <w:r w:rsidRPr="00987F03">
        <w:rPr>
          <w:sz w:val="22"/>
          <w:rtl/>
        </w:rPr>
        <w:t>پس،</w:t>
      </w:r>
      <w:r w:rsidRPr="00987F03">
        <w:rPr>
          <w:sz w:val="22"/>
        </w:rPr>
        <w:t xml:space="preserve"> </w:t>
      </w:r>
      <w:r w:rsidRPr="00987F03">
        <w:rPr>
          <w:sz w:val="22"/>
          <w:rtl/>
        </w:rPr>
        <w:t>مقاومت</w:t>
      </w:r>
      <w:r w:rsidRPr="00987F03">
        <w:rPr>
          <w:sz w:val="22"/>
        </w:rPr>
        <w:t>‌</w:t>
      </w:r>
      <w:r w:rsidRPr="00987F03">
        <w:rPr>
          <w:sz w:val="22"/>
          <w:rtl/>
        </w:rPr>
        <w:t>ها</w:t>
      </w:r>
      <w:r w:rsidRPr="00987F03">
        <w:rPr>
          <w:sz w:val="22"/>
        </w:rPr>
        <w:t xml:space="preserve"> </w:t>
      </w:r>
      <w:r w:rsidRPr="00987F03">
        <w:rPr>
          <w:sz w:val="22"/>
          <w:rtl/>
        </w:rPr>
        <w:t>می</w:t>
      </w:r>
      <w:r w:rsidRPr="00987F03">
        <w:rPr>
          <w:sz w:val="22"/>
        </w:rPr>
        <w:t>‌</w:t>
      </w:r>
      <w:r w:rsidRPr="00987F03">
        <w:rPr>
          <w:sz w:val="22"/>
          <w:rtl/>
        </w:rPr>
        <w:t>توانستند</w:t>
      </w:r>
      <w:r w:rsidRPr="00987F03">
        <w:rPr>
          <w:sz w:val="22"/>
        </w:rPr>
        <w:t xml:space="preserve"> </w:t>
      </w:r>
      <w:r w:rsidRPr="00987F03">
        <w:rPr>
          <w:sz w:val="22"/>
          <w:rtl/>
        </w:rPr>
        <w:t>محلی،</w:t>
      </w:r>
      <w:r w:rsidRPr="00987F03">
        <w:rPr>
          <w:sz w:val="22"/>
        </w:rPr>
        <w:t xml:space="preserve"> </w:t>
      </w:r>
      <w:r w:rsidRPr="00987F03">
        <w:rPr>
          <w:sz w:val="22"/>
          <w:rtl/>
        </w:rPr>
        <w:t>دینی،</w:t>
      </w:r>
      <w:r w:rsidRPr="00987F03">
        <w:rPr>
          <w:sz w:val="22"/>
        </w:rPr>
        <w:t xml:space="preserve"> </w:t>
      </w:r>
      <w:r w:rsidRPr="00987F03">
        <w:rPr>
          <w:sz w:val="22"/>
          <w:rtl/>
        </w:rPr>
        <w:t>اجتماعی</w:t>
      </w:r>
      <w:r w:rsidRPr="00987F03">
        <w:rPr>
          <w:sz w:val="22"/>
        </w:rPr>
        <w:t xml:space="preserve"> </w:t>
      </w:r>
      <w:r w:rsidRPr="00987F03">
        <w:rPr>
          <w:sz w:val="22"/>
          <w:rtl/>
        </w:rPr>
        <w:t>یا</w:t>
      </w:r>
      <w:r w:rsidRPr="00987F03">
        <w:rPr>
          <w:sz w:val="22"/>
        </w:rPr>
        <w:t xml:space="preserve"> </w:t>
      </w:r>
      <w:r w:rsidRPr="00987F03">
        <w:rPr>
          <w:sz w:val="22"/>
          <w:rtl/>
        </w:rPr>
        <w:t>سیاسی</w:t>
      </w:r>
      <w:r w:rsidRPr="00987F03">
        <w:rPr>
          <w:sz w:val="22"/>
        </w:rPr>
        <w:t xml:space="preserve"> </w:t>
      </w:r>
      <w:r w:rsidRPr="00987F03">
        <w:rPr>
          <w:sz w:val="22"/>
          <w:rtl/>
        </w:rPr>
        <w:t>باشند،</w:t>
      </w:r>
      <w:r w:rsidRPr="00987F03">
        <w:rPr>
          <w:sz w:val="22"/>
        </w:rPr>
        <w:t xml:space="preserve"> </w:t>
      </w:r>
      <w:r w:rsidRPr="00987F03">
        <w:rPr>
          <w:sz w:val="22"/>
          <w:rtl/>
        </w:rPr>
        <w:t>اما</w:t>
      </w:r>
      <w:r w:rsidRPr="00987F03">
        <w:rPr>
          <w:sz w:val="22"/>
        </w:rPr>
        <w:t xml:space="preserve"> </w:t>
      </w:r>
      <w:r w:rsidRPr="00987F03">
        <w:rPr>
          <w:sz w:val="22"/>
          <w:rtl/>
        </w:rPr>
        <w:t>بازگرداندن</w:t>
      </w:r>
      <w:r w:rsidRPr="00987F03">
        <w:rPr>
          <w:sz w:val="22"/>
        </w:rPr>
        <w:t xml:space="preserve"> </w:t>
      </w:r>
      <w:r w:rsidRPr="00987F03">
        <w:rPr>
          <w:sz w:val="22"/>
          <w:rtl/>
        </w:rPr>
        <w:t>تاج</w:t>
      </w:r>
      <w:r w:rsidRPr="00987F03">
        <w:rPr>
          <w:sz w:val="22"/>
        </w:rPr>
        <w:t xml:space="preserve"> </w:t>
      </w:r>
      <w:r w:rsidRPr="00987F03">
        <w:rPr>
          <w:sz w:val="22"/>
          <w:rtl/>
        </w:rPr>
        <w:t>ساسانی</w:t>
      </w:r>
      <w:r w:rsidRPr="00987F03">
        <w:rPr>
          <w:sz w:val="22"/>
        </w:rPr>
        <w:t xml:space="preserve"> </w:t>
      </w:r>
      <w:r w:rsidRPr="00987F03">
        <w:rPr>
          <w:sz w:val="22"/>
          <w:rtl/>
        </w:rPr>
        <w:t>دیگر</w:t>
      </w:r>
      <w:r w:rsidRPr="00987F03">
        <w:rPr>
          <w:sz w:val="22"/>
        </w:rPr>
        <w:t xml:space="preserve"> </w:t>
      </w:r>
      <w:r w:rsidRPr="00987F03">
        <w:rPr>
          <w:sz w:val="22"/>
          <w:rtl/>
        </w:rPr>
        <w:t>برنامه</w:t>
      </w:r>
      <w:r w:rsidRPr="00987F03">
        <w:rPr>
          <w:sz w:val="22"/>
        </w:rPr>
        <w:t>‌</w:t>
      </w:r>
      <w:r w:rsidRPr="00987F03">
        <w:rPr>
          <w:sz w:val="22"/>
          <w:rtl/>
        </w:rPr>
        <w:t>ای</w:t>
      </w:r>
      <w:r w:rsidRPr="00987F03">
        <w:rPr>
          <w:sz w:val="22"/>
        </w:rPr>
        <w:t xml:space="preserve"> </w:t>
      </w:r>
      <w:r w:rsidRPr="00987F03">
        <w:rPr>
          <w:sz w:val="22"/>
          <w:rtl/>
        </w:rPr>
        <w:t>عملی</w:t>
      </w:r>
      <w:r w:rsidRPr="00987F03">
        <w:rPr>
          <w:sz w:val="22"/>
        </w:rPr>
        <w:t xml:space="preserve"> </w:t>
      </w:r>
      <w:r w:rsidRPr="00987F03">
        <w:rPr>
          <w:sz w:val="22"/>
          <w:rtl/>
        </w:rPr>
        <w:t>نبود</w:t>
      </w:r>
      <w:r w:rsidRPr="00987F03">
        <w:rPr>
          <w:sz w:val="22"/>
        </w:rPr>
        <w:t>.</w:t>
      </w:r>
    </w:p>
    <w:p w:rsidR="009F3B78" w:rsidRPr="00987F03" w:rsidRDefault="00987F03" w:rsidP="00987F03">
      <w:pPr>
        <w:bidi/>
        <w:ind w:firstLine="720"/>
        <w:rPr>
          <w:sz w:val="22"/>
        </w:rPr>
      </w:pPr>
      <w:r w:rsidRPr="00987F03">
        <w:rPr>
          <w:sz w:val="22"/>
          <w:rtl/>
        </w:rPr>
        <w:t>کشور</w:t>
      </w:r>
      <w:r w:rsidRPr="00987F03">
        <w:rPr>
          <w:sz w:val="22"/>
        </w:rPr>
        <w:t xml:space="preserve"> </w:t>
      </w:r>
      <w:r w:rsidRPr="00987F03">
        <w:rPr>
          <w:sz w:val="22"/>
          <w:rtl/>
        </w:rPr>
        <w:t>تنها</w:t>
      </w:r>
      <w:r w:rsidRPr="00987F03">
        <w:rPr>
          <w:sz w:val="22"/>
        </w:rPr>
        <w:t xml:space="preserve"> </w:t>
      </w:r>
      <w:r w:rsidRPr="00987F03">
        <w:rPr>
          <w:sz w:val="22"/>
          <w:rtl/>
        </w:rPr>
        <w:t>در</w:t>
      </w:r>
      <w:r w:rsidRPr="00987F03">
        <w:rPr>
          <w:sz w:val="22"/>
        </w:rPr>
        <w:t xml:space="preserve"> </w:t>
      </w:r>
      <w:r w:rsidRPr="00987F03">
        <w:rPr>
          <w:sz w:val="22"/>
          <w:rtl/>
        </w:rPr>
        <w:t>دربار</w:t>
      </w:r>
      <w:r w:rsidRPr="00987F03">
        <w:rPr>
          <w:sz w:val="22"/>
        </w:rPr>
        <w:t xml:space="preserve"> </w:t>
      </w:r>
      <w:r w:rsidRPr="00987F03">
        <w:rPr>
          <w:sz w:val="22"/>
          <w:rtl/>
        </w:rPr>
        <w:t>زندگی</w:t>
      </w:r>
      <w:r w:rsidRPr="00987F03">
        <w:rPr>
          <w:sz w:val="22"/>
        </w:rPr>
        <w:t xml:space="preserve"> </w:t>
      </w:r>
      <w:r w:rsidRPr="00987F03">
        <w:rPr>
          <w:sz w:val="22"/>
          <w:rtl/>
        </w:rPr>
        <w:t>نمی</w:t>
      </w:r>
      <w:r w:rsidRPr="00987F03">
        <w:rPr>
          <w:sz w:val="22"/>
        </w:rPr>
        <w:t>‌</w:t>
      </w:r>
      <w:r w:rsidRPr="00987F03">
        <w:rPr>
          <w:sz w:val="22"/>
          <w:rtl/>
        </w:rPr>
        <w:t>کند</w:t>
      </w:r>
      <w:r w:rsidRPr="00987F03">
        <w:rPr>
          <w:sz w:val="22"/>
        </w:rPr>
        <w:t xml:space="preserve"> </w:t>
      </w:r>
      <w:r w:rsidRPr="00987F03">
        <w:rPr>
          <w:sz w:val="22"/>
          <w:rtl/>
        </w:rPr>
        <w:t>که</w:t>
      </w:r>
      <w:r w:rsidRPr="00987F03">
        <w:rPr>
          <w:sz w:val="22"/>
        </w:rPr>
        <w:t xml:space="preserve"> </w:t>
      </w:r>
      <w:r w:rsidRPr="00987F03">
        <w:rPr>
          <w:sz w:val="22"/>
          <w:rtl/>
        </w:rPr>
        <w:t>با</w:t>
      </w:r>
      <w:r w:rsidRPr="00987F03">
        <w:rPr>
          <w:sz w:val="22"/>
        </w:rPr>
        <w:t xml:space="preserve"> </w:t>
      </w:r>
      <w:r w:rsidRPr="00987F03">
        <w:rPr>
          <w:sz w:val="22"/>
          <w:rtl/>
        </w:rPr>
        <w:t>سقوط</w:t>
      </w:r>
      <w:r w:rsidRPr="00987F03">
        <w:rPr>
          <w:sz w:val="22"/>
        </w:rPr>
        <w:t xml:space="preserve"> </w:t>
      </w:r>
      <w:r w:rsidRPr="00987F03">
        <w:rPr>
          <w:sz w:val="22"/>
          <w:rtl/>
        </w:rPr>
        <w:t>دربار</w:t>
      </w:r>
      <w:r w:rsidRPr="00987F03">
        <w:rPr>
          <w:sz w:val="22"/>
        </w:rPr>
        <w:t xml:space="preserve"> </w:t>
      </w:r>
      <w:r w:rsidRPr="00987F03">
        <w:rPr>
          <w:sz w:val="22"/>
          <w:rtl/>
        </w:rPr>
        <w:t>نابود</w:t>
      </w:r>
      <w:r w:rsidRPr="00987F03">
        <w:rPr>
          <w:sz w:val="22"/>
        </w:rPr>
        <w:t xml:space="preserve"> </w:t>
      </w:r>
      <w:r w:rsidRPr="00987F03">
        <w:rPr>
          <w:sz w:val="22"/>
          <w:rtl/>
        </w:rPr>
        <w:t>شود</w:t>
      </w:r>
      <w:r w:rsidRPr="00987F03">
        <w:rPr>
          <w:sz w:val="22"/>
        </w:rPr>
        <w:t xml:space="preserve">. </w:t>
      </w:r>
      <w:r w:rsidRPr="00987F03">
        <w:rPr>
          <w:sz w:val="22"/>
          <w:rtl/>
        </w:rPr>
        <w:t>حکومت</w:t>
      </w:r>
      <w:r w:rsidRPr="00987F03">
        <w:rPr>
          <w:sz w:val="22"/>
        </w:rPr>
        <w:t xml:space="preserve"> </w:t>
      </w:r>
      <w:r w:rsidRPr="00987F03">
        <w:rPr>
          <w:sz w:val="22"/>
          <w:rtl/>
        </w:rPr>
        <w:t>برای</w:t>
      </w:r>
      <w:r w:rsidRPr="00987F03">
        <w:rPr>
          <w:sz w:val="22"/>
        </w:rPr>
        <w:t xml:space="preserve"> </w:t>
      </w:r>
      <w:r w:rsidRPr="00987F03">
        <w:rPr>
          <w:sz w:val="22"/>
          <w:rtl/>
        </w:rPr>
        <w:t>ادارهٔ</w:t>
      </w:r>
      <w:r w:rsidRPr="00987F03">
        <w:rPr>
          <w:sz w:val="22"/>
        </w:rPr>
        <w:t xml:space="preserve"> </w:t>
      </w:r>
      <w:r w:rsidRPr="00987F03">
        <w:rPr>
          <w:sz w:val="22"/>
          <w:rtl/>
        </w:rPr>
        <w:t>کشور</w:t>
      </w:r>
      <w:r w:rsidRPr="00987F03">
        <w:rPr>
          <w:sz w:val="22"/>
        </w:rPr>
        <w:t xml:space="preserve"> </w:t>
      </w:r>
      <w:r w:rsidRPr="00987F03">
        <w:rPr>
          <w:sz w:val="22"/>
          <w:rtl/>
        </w:rPr>
        <w:t>بر</w:t>
      </w:r>
      <w:r w:rsidRPr="00987F03">
        <w:rPr>
          <w:sz w:val="22"/>
        </w:rPr>
        <w:t xml:space="preserve"> </w:t>
      </w:r>
      <w:r w:rsidRPr="00987F03">
        <w:rPr>
          <w:sz w:val="22"/>
          <w:rtl/>
        </w:rPr>
        <w:t>روابطی</w:t>
      </w:r>
      <w:r w:rsidRPr="00987F03">
        <w:rPr>
          <w:sz w:val="22"/>
        </w:rPr>
        <w:t xml:space="preserve"> </w:t>
      </w:r>
      <w:r w:rsidRPr="00987F03">
        <w:rPr>
          <w:sz w:val="22"/>
          <w:rtl/>
        </w:rPr>
        <w:t>تکیه</w:t>
      </w:r>
      <w:r w:rsidRPr="00987F03">
        <w:rPr>
          <w:sz w:val="22"/>
        </w:rPr>
        <w:t xml:space="preserve"> </w:t>
      </w:r>
      <w:r w:rsidRPr="00987F03">
        <w:rPr>
          <w:sz w:val="22"/>
          <w:rtl/>
        </w:rPr>
        <w:t>دارد</w:t>
      </w:r>
      <w:r w:rsidRPr="00987F03">
        <w:rPr>
          <w:sz w:val="22"/>
        </w:rPr>
        <w:t xml:space="preserve"> </w:t>
      </w:r>
      <w:r w:rsidRPr="00987F03">
        <w:rPr>
          <w:sz w:val="22"/>
          <w:rtl/>
        </w:rPr>
        <w:t>که</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آنها</w:t>
      </w:r>
      <w:r w:rsidRPr="00987F03">
        <w:rPr>
          <w:sz w:val="22"/>
        </w:rPr>
        <w:t xml:space="preserve"> </w:t>
      </w:r>
      <w:r w:rsidRPr="00987F03">
        <w:rPr>
          <w:sz w:val="22"/>
          <w:rtl/>
        </w:rPr>
        <w:t>بیرون</w:t>
      </w:r>
      <w:r w:rsidRPr="00987F03">
        <w:rPr>
          <w:sz w:val="22"/>
        </w:rPr>
        <w:t xml:space="preserve"> </w:t>
      </w:r>
      <w:r w:rsidRPr="00987F03">
        <w:rPr>
          <w:sz w:val="22"/>
          <w:rtl/>
        </w:rPr>
        <w:t>از</w:t>
      </w:r>
      <w:r w:rsidRPr="00987F03">
        <w:rPr>
          <w:sz w:val="22"/>
        </w:rPr>
        <w:t xml:space="preserve"> </w:t>
      </w:r>
      <w:r w:rsidRPr="00987F03">
        <w:rPr>
          <w:sz w:val="22"/>
          <w:rtl/>
        </w:rPr>
        <w:t>کاخ</w:t>
      </w:r>
      <w:r w:rsidRPr="00987F03">
        <w:rPr>
          <w:sz w:val="22"/>
        </w:rPr>
        <w:t xml:space="preserve"> </w:t>
      </w:r>
      <w:r w:rsidRPr="00987F03">
        <w:rPr>
          <w:sz w:val="22"/>
          <w:rtl/>
        </w:rPr>
        <w:t>شکل</w:t>
      </w:r>
      <w:r w:rsidRPr="00987F03">
        <w:rPr>
          <w:sz w:val="22"/>
        </w:rPr>
        <w:t xml:space="preserve"> </w:t>
      </w:r>
      <w:r w:rsidRPr="00987F03">
        <w:rPr>
          <w:sz w:val="22"/>
          <w:rtl/>
        </w:rPr>
        <w:t>گرفته</w:t>
      </w:r>
      <w:r w:rsidRPr="00987F03">
        <w:rPr>
          <w:sz w:val="22"/>
        </w:rPr>
        <w:t>‌</w:t>
      </w:r>
      <w:r w:rsidRPr="00987F03">
        <w:rPr>
          <w:sz w:val="22"/>
          <w:rtl/>
        </w:rPr>
        <w:t>اند</w:t>
      </w:r>
      <w:r w:rsidRPr="00987F03">
        <w:rPr>
          <w:sz w:val="22"/>
        </w:rPr>
        <w:t xml:space="preserve">. </w:t>
      </w:r>
      <w:r w:rsidRPr="00987F03">
        <w:rPr>
          <w:sz w:val="22"/>
          <w:rtl/>
        </w:rPr>
        <w:t>کشاورز</w:t>
      </w:r>
      <w:r w:rsidRPr="00987F03">
        <w:rPr>
          <w:sz w:val="22"/>
        </w:rPr>
        <w:t xml:space="preserve"> </w:t>
      </w:r>
      <w:r w:rsidRPr="00987F03">
        <w:rPr>
          <w:sz w:val="22"/>
          <w:rtl/>
        </w:rPr>
        <w:t>باید</w:t>
      </w:r>
      <w:r w:rsidRPr="00987F03">
        <w:rPr>
          <w:sz w:val="22"/>
        </w:rPr>
        <w:t xml:space="preserve"> </w:t>
      </w:r>
      <w:r w:rsidRPr="00987F03">
        <w:rPr>
          <w:sz w:val="22"/>
          <w:rtl/>
        </w:rPr>
        <w:t>زمین</w:t>
      </w:r>
      <w:r w:rsidRPr="00987F03">
        <w:rPr>
          <w:sz w:val="22"/>
        </w:rPr>
        <w:t xml:space="preserve"> </w:t>
      </w:r>
      <w:r w:rsidRPr="00987F03">
        <w:rPr>
          <w:sz w:val="22"/>
          <w:rtl/>
        </w:rPr>
        <w:t>را</w:t>
      </w:r>
      <w:r w:rsidRPr="00987F03">
        <w:rPr>
          <w:sz w:val="22"/>
        </w:rPr>
        <w:t xml:space="preserve"> </w:t>
      </w:r>
      <w:r w:rsidRPr="00987F03">
        <w:rPr>
          <w:sz w:val="22"/>
          <w:rtl/>
        </w:rPr>
        <w:t>کشت</w:t>
      </w:r>
      <w:r w:rsidRPr="00987F03">
        <w:rPr>
          <w:sz w:val="22"/>
        </w:rPr>
        <w:t xml:space="preserve"> </w:t>
      </w:r>
      <w:r w:rsidRPr="00987F03">
        <w:rPr>
          <w:sz w:val="22"/>
          <w:rtl/>
        </w:rPr>
        <w:t>کند،</w:t>
      </w:r>
      <w:r w:rsidRPr="00987F03">
        <w:rPr>
          <w:sz w:val="22"/>
        </w:rPr>
        <w:t xml:space="preserve"> </w:t>
      </w:r>
      <w:r w:rsidRPr="00987F03">
        <w:rPr>
          <w:sz w:val="22"/>
          <w:rtl/>
        </w:rPr>
        <w:t>آب</w:t>
      </w:r>
      <w:r w:rsidRPr="00987F03">
        <w:rPr>
          <w:sz w:val="22"/>
        </w:rPr>
        <w:t xml:space="preserve"> </w:t>
      </w:r>
      <w:r w:rsidRPr="00987F03">
        <w:rPr>
          <w:sz w:val="22"/>
          <w:rtl/>
        </w:rPr>
        <w:t>باید</w:t>
      </w:r>
      <w:r w:rsidRPr="00987F03">
        <w:rPr>
          <w:sz w:val="22"/>
        </w:rPr>
        <w:t xml:space="preserve"> </w:t>
      </w:r>
      <w:r w:rsidRPr="00987F03">
        <w:rPr>
          <w:sz w:val="22"/>
          <w:rtl/>
        </w:rPr>
        <w:t>میان</w:t>
      </w:r>
      <w:r w:rsidRPr="00987F03">
        <w:rPr>
          <w:sz w:val="22"/>
        </w:rPr>
        <w:t xml:space="preserve"> </w:t>
      </w:r>
      <w:r w:rsidRPr="00987F03">
        <w:rPr>
          <w:sz w:val="22"/>
          <w:rtl/>
        </w:rPr>
        <w:t>زمین</w:t>
      </w:r>
      <w:r w:rsidRPr="00987F03">
        <w:rPr>
          <w:sz w:val="22"/>
        </w:rPr>
        <w:t>‌</w:t>
      </w:r>
      <w:r w:rsidRPr="00987F03">
        <w:rPr>
          <w:sz w:val="22"/>
          <w:rtl/>
        </w:rPr>
        <w:t>ها</w:t>
      </w:r>
      <w:r w:rsidRPr="00987F03">
        <w:rPr>
          <w:sz w:val="22"/>
        </w:rPr>
        <w:t xml:space="preserve"> </w:t>
      </w:r>
      <w:r w:rsidRPr="00987F03">
        <w:rPr>
          <w:sz w:val="22"/>
          <w:rtl/>
        </w:rPr>
        <w:t>تقسیم</w:t>
      </w:r>
      <w:r w:rsidRPr="00987F03">
        <w:rPr>
          <w:sz w:val="22"/>
        </w:rPr>
        <w:t xml:space="preserve"> </w:t>
      </w:r>
      <w:r w:rsidRPr="00987F03">
        <w:rPr>
          <w:sz w:val="22"/>
          <w:rtl/>
        </w:rPr>
        <w:t>شود،</w:t>
      </w:r>
      <w:r w:rsidRPr="00987F03">
        <w:rPr>
          <w:sz w:val="22"/>
        </w:rPr>
        <w:t xml:space="preserve"> </w:t>
      </w:r>
      <w:r w:rsidRPr="00987F03">
        <w:rPr>
          <w:sz w:val="22"/>
          <w:rtl/>
        </w:rPr>
        <w:t>راه</w:t>
      </w:r>
      <w:r w:rsidRPr="00987F03">
        <w:rPr>
          <w:sz w:val="22"/>
        </w:rPr>
        <w:t xml:space="preserve"> </w:t>
      </w:r>
      <w:r w:rsidRPr="00987F03">
        <w:rPr>
          <w:sz w:val="22"/>
          <w:rtl/>
        </w:rPr>
        <w:t>و</w:t>
      </w:r>
      <w:r w:rsidRPr="00987F03">
        <w:rPr>
          <w:sz w:val="22"/>
        </w:rPr>
        <w:t xml:space="preserve"> </w:t>
      </w:r>
      <w:r w:rsidRPr="00987F03">
        <w:rPr>
          <w:sz w:val="22"/>
          <w:rtl/>
        </w:rPr>
        <w:t>پل</w:t>
      </w:r>
      <w:r w:rsidRPr="00987F03">
        <w:rPr>
          <w:sz w:val="22"/>
        </w:rPr>
        <w:t xml:space="preserve"> </w:t>
      </w:r>
      <w:r w:rsidRPr="00987F03">
        <w:rPr>
          <w:sz w:val="22"/>
          <w:rtl/>
        </w:rPr>
        <w:t>باید</w:t>
      </w:r>
      <w:r w:rsidRPr="00987F03">
        <w:rPr>
          <w:sz w:val="22"/>
        </w:rPr>
        <w:t xml:space="preserve"> </w:t>
      </w:r>
      <w:r w:rsidRPr="00987F03">
        <w:rPr>
          <w:sz w:val="22"/>
          <w:rtl/>
        </w:rPr>
        <w:t>نگهداری</w:t>
      </w:r>
      <w:r w:rsidRPr="00987F03">
        <w:rPr>
          <w:sz w:val="22"/>
        </w:rPr>
        <w:t xml:space="preserve"> </w:t>
      </w:r>
      <w:r w:rsidRPr="00987F03">
        <w:rPr>
          <w:sz w:val="22"/>
          <w:rtl/>
        </w:rPr>
        <w:t>شود،</w:t>
      </w:r>
      <w:r w:rsidRPr="00987F03">
        <w:rPr>
          <w:sz w:val="22"/>
        </w:rPr>
        <w:t xml:space="preserve"> </w:t>
      </w:r>
      <w:r w:rsidRPr="00987F03">
        <w:rPr>
          <w:sz w:val="22"/>
          <w:rtl/>
        </w:rPr>
        <w:t>بازار</w:t>
      </w:r>
      <w:r w:rsidRPr="00987F03">
        <w:rPr>
          <w:sz w:val="22"/>
        </w:rPr>
        <w:t xml:space="preserve"> </w:t>
      </w:r>
      <w:r w:rsidRPr="00987F03">
        <w:rPr>
          <w:sz w:val="22"/>
          <w:rtl/>
        </w:rPr>
        <w:t>باید</w:t>
      </w:r>
      <w:r w:rsidRPr="00987F03">
        <w:rPr>
          <w:sz w:val="22"/>
        </w:rPr>
        <w:t xml:space="preserve"> </w:t>
      </w:r>
      <w:r w:rsidRPr="00987F03">
        <w:rPr>
          <w:sz w:val="22"/>
          <w:rtl/>
        </w:rPr>
        <w:t>به</w:t>
      </w:r>
      <w:r w:rsidRPr="00987F03">
        <w:rPr>
          <w:sz w:val="22"/>
        </w:rPr>
        <w:t xml:space="preserve"> </w:t>
      </w:r>
      <w:r w:rsidRPr="00987F03">
        <w:rPr>
          <w:sz w:val="22"/>
          <w:rtl/>
        </w:rPr>
        <w:t>کار</w:t>
      </w:r>
      <w:r w:rsidRPr="00987F03">
        <w:rPr>
          <w:sz w:val="22"/>
        </w:rPr>
        <w:t xml:space="preserve"> </w:t>
      </w:r>
      <w:r w:rsidRPr="00987F03">
        <w:rPr>
          <w:sz w:val="22"/>
          <w:rtl/>
        </w:rPr>
        <w:t>ادامه</w:t>
      </w:r>
      <w:r w:rsidRPr="00987F03">
        <w:rPr>
          <w:sz w:val="22"/>
        </w:rPr>
        <w:t xml:space="preserve"> </w:t>
      </w:r>
      <w:r w:rsidRPr="00987F03">
        <w:rPr>
          <w:sz w:val="22"/>
          <w:rtl/>
        </w:rPr>
        <w:t>دهد،</w:t>
      </w:r>
      <w:r w:rsidRPr="00987F03">
        <w:rPr>
          <w:sz w:val="22"/>
        </w:rPr>
        <w:t xml:space="preserve"> </w:t>
      </w:r>
      <w:r w:rsidRPr="00987F03">
        <w:rPr>
          <w:sz w:val="22"/>
          <w:rtl/>
        </w:rPr>
        <w:t>اختلاف</w:t>
      </w:r>
      <w:r w:rsidRPr="00987F03">
        <w:rPr>
          <w:sz w:val="22"/>
        </w:rPr>
        <w:t>‌</w:t>
      </w:r>
      <w:r w:rsidRPr="00987F03">
        <w:rPr>
          <w:sz w:val="22"/>
          <w:rtl/>
        </w:rPr>
        <w:t>ها</w:t>
      </w:r>
      <w:r w:rsidRPr="00987F03">
        <w:rPr>
          <w:sz w:val="22"/>
        </w:rPr>
        <w:t xml:space="preserve"> </w:t>
      </w:r>
      <w:r w:rsidRPr="00987F03">
        <w:rPr>
          <w:sz w:val="22"/>
          <w:rtl/>
        </w:rPr>
        <w:t>باید</w:t>
      </w:r>
      <w:r w:rsidRPr="00987F03">
        <w:rPr>
          <w:sz w:val="22"/>
        </w:rPr>
        <w:t xml:space="preserve"> </w:t>
      </w:r>
      <w:r w:rsidRPr="00987F03">
        <w:rPr>
          <w:sz w:val="22"/>
          <w:rtl/>
        </w:rPr>
        <w:t>حل</w:t>
      </w:r>
      <w:r w:rsidRPr="00987F03">
        <w:rPr>
          <w:sz w:val="22"/>
        </w:rPr>
        <w:t xml:space="preserve"> </w:t>
      </w:r>
      <w:r w:rsidRPr="00987F03">
        <w:rPr>
          <w:sz w:val="22"/>
          <w:rtl/>
        </w:rPr>
        <w:t>شوند</w:t>
      </w:r>
      <w:r w:rsidRPr="00987F03">
        <w:rPr>
          <w:sz w:val="22"/>
        </w:rPr>
        <w:t xml:space="preserve"> </w:t>
      </w:r>
      <w:r w:rsidRPr="00987F03">
        <w:rPr>
          <w:sz w:val="22"/>
          <w:rtl/>
        </w:rPr>
        <w:t>و</w:t>
      </w:r>
      <w:r w:rsidRPr="00987F03">
        <w:rPr>
          <w:sz w:val="22"/>
        </w:rPr>
        <w:t xml:space="preserve"> </w:t>
      </w:r>
      <w:r w:rsidRPr="00987F03">
        <w:rPr>
          <w:sz w:val="22"/>
          <w:rtl/>
        </w:rPr>
        <w:t>مالیات</w:t>
      </w:r>
      <w:r w:rsidRPr="00987F03">
        <w:rPr>
          <w:sz w:val="22"/>
        </w:rPr>
        <w:t xml:space="preserve"> </w:t>
      </w:r>
      <w:r w:rsidRPr="00987F03">
        <w:rPr>
          <w:sz w:val="22"/>
          <w:rtl/>
        </w:rPr>
        <w:t>باید</w:t>
      </w:r>
      <w:r w:rsidRPr="00987F03">
        <w:rPr>
          <w:sz w:val="22"/>
        </w:rPr>
        <w:t xml:space="preserve"> </w:t>
      </w:r>
      <w:r w:rsidRPr="00987F03">
        <w:rPr>
          <w:sz w:val="22"/>
          <w:rtl/>
        </w:rPr>
        <w:t>از</w:t>
      </w:r>
      <w:r w:rsidRPr="00987F03">
        <w:rPr>
          <w:sz w:val="22"/>
        </w:rPr>
        <w:t xml:space="preserve"> </w:t>
      </w:r>
      <w:r w:rsidRPr="00987F03">
        <w:rPr>
          <w:sz w:val="22"/>
          <w:rtl/>
        </w:rPr>
        <w:t>روستا</w:t>
      </w:r>
      <w:r w:rsidRPr="00987F03">
        <w:rPr>
          <w:sz w:val="22"/>
        </w:rPr>
        <w:t xml:space="preserve"> </w:t>
      </w:r>
      <w:r w:rsidRPr="00987F03">
        <w:rPr>
          <w:sz w:val="22"/>
          <w:rtl/>
        </w:rPr>
        <w:t>به</w:t>
      </w:r>
      <w:r w:rsidRPr="00987F03">
        <w:rPr>
          <w:sz w:val="22"/>
        </w:rPr>
        <w:t xml:space="preserve"> </w:t>
      </w:r>
      <w:r w:rsidRPr="00987F03">
        <w:rPr>
          <w:sz w:val="22"/>
          <w:rtl/>
        </w:rPr>
        <w:t>شهر</w:t>
      </w:r>
      <w:r w:rsidRPr="00987F03">
        <w:rPr>
          <w:sz w:val="22"/>
        </w:rPr>
        <w:t xml:space="preserve"> </w:t>
      </w:r>
      <w:r w:rsidRPr="00987F03">
        <w:rPr>
          <w:sz w:val="22"/>
          <w:rtl/>
        </w:rPr>
        <w:t>و</w:t>
      </w:r>
      <w:r w:rsidRPr="00987F03">
        <w:rPr>
          <w:sz w:val="22"/>
        </w:rPr>
        <w:t xml:space="preserve"> </w:t>
      </w:r>
      <w:r w:rsidRPr="00987F03">
        <w:rPr>
          <w:sz w:val="22"/>
          <w:rtl/>
        </w:rPr>
        <w:t>از</w:t>
      </w:r>
      <w:r w:rsidRPr="00987F03">
        <w:rPr>
          <w:sz w:val="22"/>
        </w:rPr>
        <w:t xml:space="preserve"> </w:t>
      </w:r>
      <w:r w:rsidRPr="00987F03">
        <w:rPr>
          <w:sz w:val="22"/>
          <w:rtl/>
        </w:rPr>
        <w:t>شهر</w:t>
      </w:r>
      <w:r w:rsidRPr="00987F03">
        <w:rPr>
          <w:sz w:val="22"/>
        </w:rPr>
        <w:t xml:space="preserve"> </w:t>
      </w:r>
      <w:r w:rsidRPr="00987F03">
        <w:rPr>
          <w:sz w:val="22"/>
          <w:rtl/>
        </w:rPr>
        <w:t>به</w:t>
      </w:r>
      <w:r w:rsidRPr="00987F03">
        <w:rPr>
          <w:sz w:val="22"/>
        </w:rPr>
        <w:t xml:space="preserve"> </w:t>
      </w:r>
      <w:r w:rsidRPr="00987F03">
        <w:rPr>
          <w:sz w:val="22"/>
          <w:rtl/>
        </w:rPr>
        <w:t>مرکز</w:t>
      </w:r>
      <w:r w:rsidRPr="00987F03">
        <w:rPr>
          <w:sz w:val="22"/>
        </w:rPr>
        <w:t xml:space="preserve"> </w:t>
      </w:r>
      <w:r w:rsidRPr="00987F03">
        <w:rPr>
          <w:sz w:val="22"/>
          <w:rtl/>
        </w:rPr>
        <w:t>برسد</w:t>
      </w:r>
      <w:r w:rsidRPr="00987F03">
        <w:rPr>
          <w:sz w:val="22"/>
        </w:rPr>
        <w:t xml:space="preserve">. </w:t>
      </w:r>
      <w:r w:rsidRPr="00987F03">
        <w:rPr>
          <w:sz w:val="22"/>
          <w:rtl/>
        </w:rPr>
        <w:t>سقوط</w:t>
      </w:r>
      <w:r w:rsidRPr="00987F03">
        <w:rPr>
          <w:sz w:val="22"/>
        </w:rPr>
        <w:t xml:space="preserve"> </w:t>
      </w:r>
      <w:r w:rsidRPr="00987F03">
        <w:rPr>
          <w:sz w:val="22"/>
          <w:rtl/>
        </w:rPr>
        <w:t>پادشاه</w:t>
      </w:r>
      <w:r w:rsidRPr="00987F03">
        <w:rPr>
          <w:sz w:val="22"/>
        </w:rPr>
        <w:t xml:space="preserve"> </w:t>
      </w:r>
      <w:r w:rsidRPr="00987F03">
        <w:rPr>
          <w:sz w:val="22"/>
          <w:rtl/>
        </w:rPr>
        <w:t>می</w:t>
      </w:r>
      <w:r w:rsidRPr="00987F03">
        <w:rPr>
          <w:sz w:val="22"/>
        </w:rPr>
        <w:t>‌</w:t>
      </w:r>
      <w:r w:rsidRPr="00987F03">
        <w:rPr>
          <w:sz w:val="22"/>
          <w:rtl/>
        </w:rPr>
        <w:t>تواند</w:t>
      </w:r>
      <w:r w:rsidRPr="00987F03">
        <w:rPr>
          <w:sz w:val="22"/>
        </w:rPr>
        <w:t xml:space="preserve"> </w:t>
      </w:r>
      <w:r w:rsidRPr="00987F03">
        <w:rPr>
          <w:sz w:val="22"/>
          <w:rtl/>
        </w:rPr>
        <w:t>همهٔ</w:t>
      </w:r>
      <w:r w:rsidRPr="00987F03">
        <w:rPr>
          <w:sz w:val="22"/>
        </w:rPr>
        <w:t xml:space="preserve"> </w:t>
      </w:r>
      <w:r w:rsidRPr="00987F03">
        <w:rPr>
          <w:sz w:val="22"/>
          <w:rtl/>
        </w:rPr>
        <w:t>این</w:t>
      </w:r>
      <w:r w:rsidRPr="00987F03">
        <w:rPr>
          <w:sz w:val="22"/>
        </w:rPr>
        <w:t xml:space="preserve"> </w:t>
      </w:r>
      <w:r w:rsidRPr="00987F03">
        <w:rPr>
          <w:sz w:val="22"/>
          <w:rtl/>
        </w:rPr>
        <w:t>روابط</w:t>
      </w:r>
      <w:r w:rsidRPr="00987F03">
        <w:rPr>
          <w:sz w:val="22"/>
        </w:rPr>
        <w:t xml:space="preserve"> </w:t>
      </w:r>
      <w:r w:rsidRPr="00987F03">
        <w:rPr>
          <w:sz w:val="22"/>
          <w:rtl/>
        </w:rPr>
        <w:t>را</w:t>
      </w:r>
      <w:r w:rsidRPr="00987F03">
        <w:rPr>
          <w:sz w:val="22"/>
        </w:rPr>
        <w:t xml:space="preserve"> </w:t>
      </w:r>
      <w:r w:rsidRPr="00987F03">
        <w:rPr>
          <w:sz w:val="22"/>
          <w:rtl/>
        </w:rPr>
        <w:t>مختل</w:t>
      </w:r>
      <w:r w:rsidRPr="00987F03">
        <w:rPr>
          <w:sz w:val="22"/>
        </w:rPr>
        <w:t xml:space="preserve"> </w:t>
      </w:r>
      <w:r w:rsidRPr="00987F03">
        <w:rPr>
          <w:sz w:val="22"/>
          <w:rtl/>
        </w:rPr>
        <w:t>کند،</w:t>
      </w:r>
      <w:r w:rsidRPr="00987F03">
        <w:rPr>
          <w:sz w:val="22"/>
        </w:rPr>
        <w:t xml:space="preserve"> </w:t>
      </w:r>
      <w:r w:rsidRPr="00987F03">
        <w:rPr>
          <w:sz w:val="22"/>
          <w:rtl/>
        </w:rPr>
        <w:t>اما</w:t>
      </w:r>
      <w:r w:rsidRPr="00987F03">
        <w:rPr>
          <w:sz w:val="22"/>
        </w:rPr>
        <w:t xml:space="preserve"> </w:t>
      </w:r>
      <w:r w:rsidRPr="00987F03">
        <w:rPr>
          <w:sz w:val="22"/>
          <w:rtl/>
        </w:rPr>
        <w:t>نمی</w:t>
      </w:r>
      <w:r w:rsidRPr="00987F03">
        <w:rPr>
          <w:sz w:val="22"/>
        </w:rPr>
        <w:t>‌</w:t>
      </w:r>
      <w:r w:rsidRPr="00987F03">
        <w:rPr>
          <w:sz w:val="22"/>
          <w:rtl/>
        </w:rPr>
        <w:t>تواند</w:t>
      </w:r>
      <w:r w:rsidRPr="00987F03">
        <w:rPr>
          <w:sz w:val="22"/>
        </w:rPr>
        <w:t xml:space="preserve"> </w:t>
      </w:r>
      <w:r w:rsidRPr="00987F03">
        <w:rPr>
          <w:sz w:val="22"/>
          <w:rtl/>
        </w:rPr>
        <w:t>یک</w:t>
      </w:r>
      <w:r w:rsidRPr="00987F03">
        <w:rPr>
          <w:sz w:val="22"/>
        </w:rPr>
        <w:t>‌</w:t>
      </w:r>
      <w:r w:rsidRPr="00987F03">
        <w:rPr>
          <w:sz w:val="22"/>
          <w:rtl/>
        </w:rPr>
        <w:t>باره</w:t>
      </w:r>
      <w:r w:rsidRPr="00987F03">
        <w:rPr>
          <w:sz w:val="22"/>
        </w:rPr>
        <w:t xml:space="preserve"> </w:t>
      </w:r>
      <w:r w:rsidRPr="00987F03">
        <w:rPr>
          <w:sz w:val="22"/>
          <w:rtl/>
        </w:rPr>
        <w:t>نیاز</w:t>
      </w:r>
      <w:r w:rsidRPr="00987F03">
        <w:rPr>
          <w:sz w:val="22"/>
        </w:rPr>
        <w:t xml:space="preserve"> </w:t>
      </w:r>
      <w:r w:rsidRPr="00987F03">
        <w:rPr>
          <w:sz w:val="22"/>
          <w:rtl/>
        </w:rPr>
        <w:t>به</w:t>
      </w:r>
      <w:r w:rsidRPr="00987F03">
        <w:rPr>
          <w:sz w:val="22"/>
        </w:rPr>
        <w:t xml:space="preserve"> </w:t>
      </w:r>
      <w:r w:rsidRPr="00987F03">
        <w:rPr>
          <w:sz w:val="22"/>
          <w:rtl/>
        </w:rPr>
        <w:t>آنها</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ببرد</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ایران</w:t>
      </w:r>
      <w:r w:rsidRPr="00987F03">
        <w:rPr>
          <w:sz w:val="22"/>
        </w:rPr>
        <w:t xml:space="preserve"> </w:t>
      </w:r>
      <w:r w:rsidRPr="00987F03">
        <w:rPr>
          <w:sz w:val="22"/>
          <w:rtl/>
        </w:rPr>
        <w:t>ساسانی،</w:t>
      </w:r>
      <w:r w:rsidRPr="00987F03">
        <w:rPr>
          <w:sz w:val="22"/>
        </w:rPr>
        <w:t xml:space="preserve"> </w:t>
      </w:r>
      <w:r w:rsidRPr="00987F03">
        <w:rPr>
          <w:sz w:val="22"/>
          <w:rtl/>
        </w:rPr>
        <w:t>بخش</w:t>
      </w:r>
      <w:r w:rsidRPr="00987F03">
        <w:rPr>
          <w:sz w:val="22"/>
        </w:rPr>
        <w:t xml:space="preserve"> </w:t>
      </w:r>
      <w:r w:rsidRPr="00987F03">
        <w:rPr>
          <w:sz w:val="22"/>
          <w:rtl/>
        </w:rPr>
        <w:t>بزرگی</w:t>
      </w:r>
      <w:r w:rsidRPr="00987F03">
        <w:rPr>
          <w:sz w:val="22"/>
        </w:rPr>
        <w:t xml:space="preserve"> </w:t>
      </w:r>
      <w:r w:rsidRPr="00987F03">
        <w:rPr>
          <w:sz w:val="22"/>
          <w:rtl/>
        </w:rPr>
        <w:t>از</w:t>
      </w:r>
      <w:r w:rsidRPr="00987F03">
        <w:rPr>
          <w:sz w:val="22"/>
        </w:rPr>
        <w:t xml:space="preserve"> </w:t>
      </w:r>
      <w:r w:rsidRPr="00987F03">
        <w:rPr>
          <w:sz w:val="22"/>
          <w:rtl/>
        </w:rPr>
        <w:t>ادارهٔ</w:t>
      </w:r>
      <w:r w:rsidRPr="00987F03">
        <w:rPr>
          <w:sz w:val="22"/>
        </w:rPr>
        <w:t xml:space="preserve"> </w:t>
      </w:r>
      <w:r w:rsidRPr="00987F03">
        <w:rPr>
          <w:sz w:val="22"/>
          <w:rtl/>
        </w:rPr>
        <w:t>روزانه</w:t>
      </w:r>
      <w:r w:rsidRPr="00987F03">
        <w:rPr>
          <w:sz w:val="22"/>
        </w:rPr>
        <w:t xml:space="preserve"> </w:t>
      </w:r>
      <w:r w:rsidRPr="00987F03">
        <w:rPr>
          <w:sz w:val="22"/>
          <w:rtl/>
        </w:rPr>
        <w:t>در</w:t>
      </w:r>
      <w:r w:rsidRPr="00987F03">
        <w:rPr>
          <w:sz w:val="22"/>
        </w:rPr>
        <w:t xml:space="preserve"> </w:t>
      </w:r>
      <w:r w:rsidRPr="00987F03">
        <w:rPr>
          <w:sz w:val="22"/>
          <w:rtl/>
        </w:rPr>
        <w:t>دست</w:t>
      </w:r>
      <w:r w:rsidRPr="00987F03">
        <w:rPr>
          <w:sz w:val="22"/>
        </w:rPr>
        <w:t xml:space="preserve"> </w:t>
      </w:r>
      <w:r w:rsidRPr="00987F03">
        <w:rPr>
          <w:sz w:val="22"/>
          <w:rtl/>
        </w:rPr>
        <w:t>کسانی</w:t>
      </w:r>
      <w:r w:rsidRPr="00987F03">
        <w:rPr>
          <w:sz w:val="22"/>
        </w:rPr>
        <w:t xml:space="preserve"> </w:t>
      </w:r>
      <w:r w:rsidRPr="00987F03">
        <w:rPr>
          <w:sz w:val="22"/>
          <w:rtl/>
        </w:rPr>
        <w:t>بود</w:t>
      </w:r>
      <w:r w:rsidRPr="00987F03">
        <w:rPr>
          <w:sz w:val="22"/>
        </w:rPr>
        <w:t xml:space="preserve"> </w:t>
      </w:r>
      <w:r w:rsidRPr="00987F03">
        <w:rPr>
          <w:sz w:val="22"/>
          <w:rtl/>
        </w:rPr>
        <w:t>که</w:t>
      </w:r>
      <w:r w:rsidRPr="00987F03">
        <w:rPr>
          <w:sz w:val="22"/>
        </w:rPr>
        <w:t xml:space="preserve"> </w:t>
      </w:r>
      <w:r w:rsidRPr="00987F03">
        <w:rPr>
          <w:sz w:val="22"/>
          <w:rtl/>
        </w:rPr>
        <w:t>با</w:t>
      </w:r>
      <w:r w:rsidRPr="00987F03">
        <w:rPr>
          <w:sz w:val="22"/>
        </w:rPr>
        <w:t xml:space="preserve"> </w:t>
      </w:r>
      <w:r w:rsidRPr="00987F03">
        <w:rPr>
          <w:sz w:val="22"/>
          <w:rtl/>
        </w:rPr>
        <w:t>سقوط</w:t>
      </w:r>
      <w:r w:rsidRPr="00987F03">
        <w:rPr>
          <w:sz w:val="22"/>
        </w:rPr>
        <w:t xml:space="preserve"> </w:t>
      </w:r>
      <w:r w:rsidRPr="00987F03">
        <w:rPr>
          <w:sz w:val="22"/>
          <w:rtl/>
        </w:rPr>
        <w:t>تاج</w:t>
      </w:r>
      <w:r w:rsidRPr="00987F03">
        <w:rPr>
          <w:sz w:val="22"/>
        </w:rPr>
        <w:t xml:space="preserve"> </w:t>
      </w:r>
      <w:r w:rsidRPr="00987F03">
        <w:rPr>
          <w:sz w:val="22"/>
          <w:rtl/>
        </w:rPr>
        <w:t>ناپدید</w:t>
      </w:r>
      <w:r w:rsidRPr="00987F03">
        <w:rPr>
          <w:sz w:val="22"/>
        </w:rPr>
        <w:t xml:space="preserve"> </w:t>
      </w:r>
      <w:r w:rsidRPr="00987F03">
        <w:rPr>
          <w:sz w:val="22"/>
          <w:rtl/>
        </w:rPr>
        <w:t>نشدند</w:t>
      </w:r>
      <w:r w:rsidRPr="00987F03">
        <w:rPr>
          <w:sz w:val="22"/>
        </w:rPr>
        <w:t xml:space="preserve">. </w:t>
      </w:r>
      <w:r w:rsidRPr="00987F03">
        <w:rPr>
          <w:sz w:val="22"/>
          <w:rtl/>
        </w:rPr>
        <w:t>دبیران</w:t>
      </w:r>
      <w:r w:rsidRPr="00987F03">
        <w:rPr>
          <w:sz w:val="22"/>
        </w:rPr>
        <w:t xml:space="preserve"> </w:t>
      </w:r>
      <w:r w:rsidRPr="00987F03">
        <w:rPr>
          <w:sz w:val="22"/>
          <w:rtl/>
        </w:rPr>
        <w:t>حساب</w:t>
      </w:r>
      <w:r w:rsidRPr="00987F03">
        <w:rPr>
          <w:sz w:val="22"/>
        </w:rPr>
        <w:t xml:space="preserve"> </w:t>
      </w:r>
      <w:r w:rsidRPr="00987F03">
        <w:rPr>
          <w:sz w:val="22"/>
          <w:rtl/>
        </w:rPr>
        <w:t>زمین</w:t>
      </w:r>
      <w:r w:rsidRPr="00987F03">
        <w:rPr>
          <w:sz w:val="22"/>
        </w:rPr>
        <w:t xml:space="preserve"> </w:t>
      </w:r>
      <w:r w:rsidRPr="00987F03">
        <w:rPr>
          <w:sz w:val="22"/>
          <w:rtl/>
        </w:rPr>
        <w:t>و</w:t>
      </w:r>
      <w:r w:rsidRPr="00987F03">
        <w:rPr>
          <w:sz w:val="22"/>
        </w:rPr>
        <w:t xml:space="preserve"> </w:t>
      </w:r>
      <w:r w:rsidRPr="00987F03">
        <w:rPr>
          <w:sz w:val="22"/>
          <w:rtl/>
        </w:rPr>
        <w:t>مالیات</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شناختند</w:t>
      </w:r>
      <w:r w:rsidRPr="00987F03">
        <w:rPr>
          <w:sz w:val="22"/>
        </w:rPr>
        <w:t xml:space="preserve">. </w:t>
      </w:r>
      <w:r w:rsidRPr="00987F03">
        <w:rPr>
          <w:sz w:val="22"/>
          <w:rtl/>
        </w:rPr>
        <w:t>دهقانان</w:t>
      </w:r>
      <w:r w:rsidRPr="00987F03">
        <w:rPr>
          <w:sz w:val="22"/>
        </w:rPr>
        <w:t xml:space="preserve"> </w:t>
      </w:r>
      <w:r w:rsidRPr="00987F03">
        <w:rPr>
          <w:sz w:val="22"/>
          <w:rtl/>
        </w:rPr>
        <w:t>بر</w:t>
      </w:r>
      <w:r w:rsidRPr="00987F03">
        <w:rPr>
          <w:sz w:val="22"/>
        </w:rPr>
        <w:t xml:space="preserve"> </w:t>
      </w:r>
      <w:r w:rsidRPr="00987F03">
        <w:rPr>
          <w:sz w:val="22"/>
          <w:rtl/>
        </w:rPr>
        <w:t>روستاها</w:t>
      </w:r>
      <w:r w:rsidRPr="00987F03">
        <w:rPr>
          <w:sz w:val="22"/>
        </w:rPr>
        <w:t xml:space="preserve"> </w:t>
      </w:r>
      <w:r w:rsidRPr="00987F03">
        <w:rPr>
          <w:sz w:val="22"/>
          <w:rtl/>
        </w:rPr>
        <w:t>و</w:t>
      </w:r>
      <w:r w:rsidRPr="00987F03">
        <w:rPr>
          <w:sz w:val="22"/>
        </w:rPr>
        <w:t xml:space="preserve"> </w:t>
      </w:r>
      <w:r w:rsidRPr="00987F03">
        <w:rPr>
          <w:sz w:val="22"/>
          <w:rtl/>
        </w:rPr>
        <w:t>نواحی</w:t>
      </w:r>
      <w:r w:rsidRPr="00987F03">
        <w:rPr>
          <w:sz w:val="22"/>
        </w:rPr>
        <w:t xml:space="preserve"> </w:t>
      </w:r>
      <w:r w:rsidRPr="00987F03">
        <w:rPr>
          <w:sz w:val="22"/>
          <w:rtl/>
        </w:rPr>
        <w:t>کشاورزی</w:t>
      </w:r>
      <w:r w:rsidRPr="00987F03">
        <w:rPr>
          <w:sz w:val="22"/>
        </w:rPr>
        <w:t xml:space="preserve"> </w:t>
      </w:r>
      <w:r w:rsidRPr="00987F03">
        <w:rPr>
          <w:sz w:val="22"/>
          <w:rtl/>
        </w:rPr>
        <w:t>نفوذ</w:t>
      </w:r>
      <w:r w:rsidRPr="00987F03">
        <w:rPr>
          <w:sz w:val="22"/>
        </w:rPr>
        <w:t xml:space="preserve"> </w:t>
      </w:r>
      <w:r w:rsidRPr="00987F03">
        <w:rPr>
          <w:sz w:val="22"/>
          <w:rtl/>
        </w:rPr>
        <w:t>داشتند</w:t>
      </w:r>
      <w:r w:rsidRPr="00987F03">
        <w:rPr>
          <w:sz w:val="22"/>
        </w:rPr>
        <w:t xml:space="preserve"> </w:t>
      </w:r>
      <w:r w:rsidRPr="00987F03">
        <w:rPr>
          <w:sz w:val="22"/>
          <w:rtl/>
        </w:rPr>
        <w:t>و</w:t>
      </w:r>
      <w:r w:rsidRPr="00987F03">
        <w:rPr>
          <w:sz w:val="22"/>
        </w:rPr>
        <w:t xml:space="preserve"> </w:t>
      </w:r>
      <w:r w:rsidRPr="00987F03">
        <w:rPr>
          <w:sz w:val="22"/>
          <w:rtl/>
        </w:rPr>
        <w:t>میان</w:t>
      </w:r>
      <w:r w:rsidRPr="00987F03">
        <w:rPr>
          <w:sz w:val="22"/>
        </w:rPr>
        <w:t xml:space="preserve"> </w:t>
      </w:r>
      <w:r w:rsidRPr="00987F03">
        <w:rPr>
          <w:sz w:val="22"/>
          <w:rtl/>
        </w:rPr>
        <w:t>حکومت</w:t>
      </w:r>
      <w:r w:rsidRPr="00987F03">
        <w:rPr>
          <w:sz w:val="22"/>
        </w:rPr>
        <w:t xml:space="preserve"> </w:t>
      </w:r>
      <w:r w:rsidRPr="00987F03">
        <w:rPr>
          <w:sz w:val="22"/>
          <w:rtl/>
        </w:rPr>
        <w:t>و</w:t>
      </w:r>
      <w:r w:rsidRPr="00987F03">
        <w:rPr>
          <w:sz w:val="22"/>
        </w:rPr>
        <w:t xml:space="preserve"> </w:t>
      </w:r>
      <w:r w:rsidRPr="00987F03">
        <w:rPr>
          <w:sz w:val="22"/>
          <w:rtl/>
        </w:rPr>
        <w:t>کشاورزان</w:t>
      </w:r>
      <w:r w:rsidRPr="00987F03">
        <w:rPr>
          <w:sz w:val="22"/>
        </w:rPr>
        <w:t xml:space="preserve"> </w:t>
      </w:r>
      <w:r w:rsidRPr="00987F03">
        <w:rPr>
          <w:sz w:val="22"/>
          <w:rtl/>
        </w:rPr>
        <w:t>واسطه</w:t>
      </w:r>
      <w:r w:rsidRPr="00987F03">
        <w:rPr>
          <w:sz w:val="22"/>
        </w:rPr>
        <w:t xml:space="preserve"> </w:t>
      </w:r>
      <w:r w:rsidRPr="00987F03">
        <w:rPr>
          <w:sz w:val="22"/>
          <w:rtl/>
        </w:rPr>
        <w:t>بودند</w:t>
      </w:r>
      <w:r w:rsidRPr="00987F03">
        <w:rPr>
          <w:sz w:val="22"/>
        </w:rPr>
        <w:t xml:space="preserve">. </w:t>
      </w:r>
      <w:r w:rsidRPr="00987F03">
        <w:rPr>
          <w:sz w:val="22"/>
          <w:rtl/>
        </w:rPr>
        <w:t>حاکمان</w:t>
      </w:r>
      <w:r w:rsidRPr="00987F03">
        <w:rPr>
          <w:sz w:val="22"/>
        </w:rPr>
        <w:t xml:space="preserve"> </w:t>
      </w:r>
      <w:r w:rsidRPr="00987F03">
        <w:rPr>
          <w:sz w:val="22"/>
          <w:rtl/>
        </w:rPr>
        <w:t>محلی،</w:t>
      </w:r>
      <w:r w:rsidRPr="00987F03">
        <w:rPr>
          <w:sz w:val="22"/>
        </w:rPr>
        <w:t xml:space="preserve"> </w:t>
      </w:r>
      <w:r w:rsidRPr="00987F03">
        <w:rPr>
          <w:sz w:val="22"/>
          <w:rtl/>
        </w:rPr>
        <w:t>مرزبانان</w:t>
      </w:r>
      <w:r w:rsidRPr="00987F03">
        <w:rPr>
          <w:sz w:val="22"/>
        </w:rPr>
        <w:t xml:space="preserve"> </w:t>
      </w:r>
      <w:r w:rsidRPr="00987F03">
        <w:rPr>
          <w:sz w:val="22"/>
          <w:rtl/>
        </w:rPr>
        <w:t>و</w:t>
      </w:r>
      <w:r w:rsidRPr="00987F03">
        <w:rPr>
          <w:sz w:val="22"/>
        </w:rPr>
        <w:t xml:space="preserve"> </w:t>
      </w:r>
      <w:r w:rsidRPr="00987F03">
        <w:rPr>
          <w:sz w:val="22"/>
          <w:rtl/>
        </w:rPr>
        <w:t>خاندان</w:t>
      </w:r>
      <w:r w:rsidRPr="00987F03">
        <w:rPr>
          <w:sz w:val="22"/>
        </w:rPr>
        <w:t>‌</w:t>
      </w:r>
      <w:r w:rsidRPr="00987F03">
        <w:rPr>
          <w:sz w:val="22"/>
          <w:rtl/>
        </w:rPr>
        <w:t>های</w:t>
      </w:r>
      <w:r w:rsidRPr="00987F03">
        <w:rPr>
          <w:sz w:val="22"/>
        </w:rPr>
        <w:t xml:space="preserve"> </w:t>
      </w:r>
      <w:r w:rsidRPr="00987F03">
        <w:rPr>
          <w:sz w:val="22"/>
          <w:rtl/>
        </w:rPr>
        <w:t>نیرومند</w:t>
      </w:r>
      <w:r w:rsidRPr="00987F03">
        <w:rPr>
          <w:sz w:val="22"/>
        </w:rPr>
        <w:t xml:space="preserve"> </w:t>
      </w:r>
      <w:r w:rsidRPr="00987F03">
        <w:rPr>
          <w:sz w:val="22"/>
          <w:rtl/>
        </w:rPr>
        <w:t>در</w:t>
      </w:r>
      <w:r w:rsidRPr="00987F03">
        <w:rPr>
          <w:sz w:val="22"/>
        </w:rPr>
        <w:t xml:space="preserve"> </w:t>
      </w:r>
      <w:r w:rsidRPr="00987F03">
        <w:rPr>
          <w:sz w:val="22"/>
          <w:rtl/>
        </w:rPr>
        <w:t>مناطق</w:t>
      </w:r>
      <w:r w:rsidRPr="00987F03">
        <w:rPr>
          <w:sz w:val="22"/>
        </w:rPr>
        <w:t xml:space="preserve"> </w:t>
      </w:r>
      <w:r w:rsidRPr="00987F03">
        <w:rPr>
          <w:sz w:val="22"/>
          <w:rtl/>
        </w:rPr>
        <w:t>گوناگون</w:t>
      </w:r>
      <w:r w:rsidRPr="00987F03">
        <w:rPr>
          <w:sz w:val="22"/>
        </w:rPr>
        <w:t xml:space="preserve"> </w:t>
      </w:r>
      <w:r w:rsidRPr="00987F03">
        <w:rPr>
          <w:sz w:val="22"/>
          <w:rtl/>
        </w:rPr>
        <w:t>شبکهٔ</w:t>
      </w:r>
      <w:r w:rsidRPr="00987F03">
        <w:rPr>
          <w:sz w:val="22"/>
        </w:rPr>
        <w:t xml:space="preserve"> </w:t>
      </w:r>
      <w:r w:rsidRPr="00987F03">
        <w:rPr>
          <w:sz w:val="22"/>
          <w:rtl/>
        </w:rPr>
        <w:t>پیروان</w:t>
      </w:r>
      <w:r w:rsidRPr="00987F03">
        <w:rPr>
          <w:sz w:val="22"/>
        </w:rPr>
        <w:t xml:space="preserve"> </w:t>
      </w:r>
      <w:r w:rsidRPr="00987F03">
        <w:rPr>
          <w:sz w:val="22"/>
          <w:rtl/>
        </w:rPr>
        <w:t>و</w:t>
      </w:r>
      <w:r w:rsidRPr="00987F03">
        <w:rPr>
          <w:sz w:val="22"/>
        </w:rPr>
        <w:t xml:space="preserve"> </w:t>
      </w:r>
      <w:r w:rsidRPr="00987F03">
        <w:rPr>
          <w:sz w:val="22"/>
          <w:rtl/>
        </w:rPr>
        <w:t>منابع</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حفظ</w:t>
      </w:r>
      <w:r w:rsidRPr="00987F03">
        <w:rPr>
          <w:sz w:val="22"/>
        </w:rPr>
        <w:t xml:space="preserve"> </w:t>
      </w:r>
      <w:r w:rsidRPr="00987F03">
        <w:rPr>
          <w:sz w:val="22"/>
          <w:rtl/>
        </w:rPr>
        <w:t>کرده</w:t>
      </w:r>
      <w:r w:rsidRPr="00987F03">
        <w:rPr>
          <w:sz w:val="22"/>
        </w:rPr>
        <w:t xml:space="preserve"> </w:t>
      </w:r>
      <w:r w:rsidRPr="00987F03">
        <w:rPr>
          <w:sz w:val="22"/>
          <w:rtl/>
        </w:rPr>
        <w:t>بودند</w:t>
      </w:r>
      <w:r w:rsidRPr="00987F03">
        <w:rPr>
          <w:sz w:val="22"/>
        </w:rPr>
        <w:t xml:space="preserve">. </w:t>
      </w:r>
      <w:r w:rsidRPr="00987F03">
        <w:rPr>
          <w:sz w:val="22"/>
          <w:rtl/>
        </w:rPr>
        <w:t>دینکاران</w:t>
      </w:r>
      <w:r w:rsidRPr="00987F03">
        <w:rPr>
          <w:sz w:val="22"/>
        </w:rPr>
        <w:t xml:space="preserve"> </w:t>
      </w:r>
      <w:r w:rsidRPr="00987F03">
        <w:rPr>
          <w:sz w:val="22"/>
          <w:rtl/>
        </w:rPr>
        <w:t>زرتشتی</w:t>
      </w:r>
      <w:r w:rsidRPr="00987F03">
        <w:rPr>
          <w:sz w:val="22"/>
        </w:rPr>
        <w:t xml:space="preserve"> </w:t>
      </w:r>
      <w:r w:rsidRPr="00987F03">
        <w:rPr>
          <w:sz w:val="22"/>
          <w:rtl/>
        </w:rPr>
        <w:t>آتشکده</w:t>
      </w:r>
      <w:r w:rsidRPr="00987F03">
        <w:rPr>
          <w:sz w:val="22"/>
        </w:rPr>
        <w:t>‌</w:t>
      </w:r>
      <w:r w:rsidRPr="00987F03">
        <w:rPr>
          <w:sz w:val="22"/>
          <w:rtl/>
        </w:rPr>
        <w:t>ها،</w:t>
      </w:r>
      <w:r w:rsidRPr="00987F03">
        <w:rPr>
          <w:sz w:val="22"/>
        </w:rPr>
        <w:t xml:space="preserve"> </w:t>
      </w:r>
      <w:r w:rsidRPr="00987F03">
        <w:rPr>
          <w:sz w:val="22"/>
          <w:rtl/>
        </w:rPr>
        <w:t>موقوفات</w:t>
      </w:r>
      <w:r w:rsidRPr="00987F03">
        <w:rPr>
          <w:sz w:val="22"/>
        </w:rPr>
        <w:t xml:space="preserve"> </w:t>
      </w:r>
      <w:r w:rsidRPr="00987F03">
        <w:rPr>
          <w:sz w:val="22"/>
          <w:rtl/>
        </w:rPr>
        <w:t>و</w:t>
      </w:r>
      <w:r w:rsidRPr="00987F03">
        <w:rPr>
          <w:sz w:val="22"/>
        </w:rPr>
        <w:t xml:space="preserve"> </w:t>
      </w:r>
      <w:r w:rsidRPr="00987F03">
        <w:rPr>
          <w:sz w:val="22"/>
          <w:rtl/>
        </w:rPr>
        <w:t>زندگی</w:t>
      </w:r>
      <w:r w:rsidRPr="00987F03">
        <w:rPr>
          <w:sz w:val="22"/>
        </w:rPr>
        <w:t xml:space="preserve"> </w:t>
      </w:r>
      <w:r w:rsidRPr="00987F03">
        <w:rPr>
          <w:sz w:val="22"/>
          <w:rtl/>
        </w:rPr>
        <w:t>دینی</w:t>
      </w:r>
      <w:r w:rsidRPr="00987F03">
        <w:rPr>
          <w:sz w:val="22"/>
        </w:rPr>
        <w:t xml:space="preserve"> </w:t>
      </w:r>
      <w:r w:rsidRPr="00987F03">
        <w:rPr>
          <w:sz w:val="22"/>
          <w:rtl/>
        </w:rPr>
        <w:t>جامعه</w:t>
      </w:r>
      <w:r w:rsidRPr="00987F03">
        <w:rPr>
          <w:sz w:val="22"/>
        </w:rPr>
        <w:t xml:space="preserve"> </w:t>
      </w:r>
      <w:r w:rsidRPr="00987F03">
        <w:rPr>
          <w:sz w:val="22"/>
          <w:rtl/>
        </w:rPr>
        <w:t>را</w:t>
      </w:r>
      <w:r w:rsidRPr="00987F03">
        <w:rPr>
          <w:sz w:val="22"/>
        </w:rPr>
        <w:t xml:space="preserve"> </w:t>
      </w:r>
      <w:r w:rsidRPr="00987F03">
        <w:rPr>
          <w:sz w:val="22"/>
          <w:rtl/>
        </w:rPr>
        <w:t>اداره</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بازرگانان</w:t>
      </w:r>
      <w:r w:rsidRPr="00987F03">
        <w:rPr>
          <w:sz w:val="22"/>
        </w:rPr>
        <w:t xml:space="preserve"> </w:t>
      </w:r>
      <w:r w:rsidRPr="00987F03">
        <w:rPr>
          <w:sz w:val="22"/>
          <w:rtl/>
        </w:rPr>
        <w:t>نیز</w:t>
      </w:r>
      <w:r w:rsidRPr="00987F03">
        <w:rPr>
          <w:sz w:val="22"/>
        </w:rPr>
        <w:t xml:space="preserve"> </w:t>
      </w:r>
      <w:r w:rsidRPr="00987F03">
        <w:rPr>
          <w:sz w:val="22"/>
          <w:rtl/>
        </w:rPr>
        <w:t>راه</w:t>
      </w:r>
      <w:r w:rsidRPr="00987F03">
        <w:rPr>
          <w:sz w:val="22"/>
        </w:rPr>
        <w:t>‌</w:t>
      </w:r>
      <w:r w:rsidRPr="00987F03">
        <w:rPr>
          <w:sz w:val="22"/>
          <w:rtl/>
        </w:rPr>
        <w:t>ها،</w:t>
      </w:r>
      <w:r w:rsidRPr="00987F03">
        <w:rPr>
          <w:sz w:val="22"/>
        </w:rPr>
        <w:t xml:space="preserve"> </w:t>
      </w:r>
      <w:r w:rsidRPr="00987F03">
        <w:rPr>
          <w:sz w:val="22"/>
          <w:rtl/>
        </w:rPr>
        <w:t>بازارها</w:t>
      </w:r>
      <w:r w:rsidRPr="00987F03">
        <w:rPr>
          <w:sz w:val="22"/>
        </w:rPr>
        <w:t xml:space="preserve"> </w:t>
      </w:r>
      <w:r w:rsidRPr="00987F03">
        <w:rPr>
          <w:sz w:val="22"/>
          <w:rtl/>
        </w:rPr>
        <w:t>و</w:t>
      </w:r>
      <w:r w:rsidRPr="00987F03">
        <w:rPr>
          <w:sz w:val="22"/>
        </w:rPr>
        <w:t xml:space="preserve"> </w:t>
      </w:r>
      <w:r w:rsidRPr="00987F03">
        <w:rPr>
          <w:sz w:val="22"/>
          <w:rtl/>
        </w:rPr>
        <w:t>شیوه</w:t>
      </w:r>
      <w:r w:rsidRPr="00987F03">
        <w:rPr>
          <w:sz w:val="22"/>
        </w:rPr>
        <w:t>‌</w:t>
      </w:r>
      <w:r w:rsidRPr="00987F03">
        <w:rPr>
          <w:sz w:val="22"/>
          <w:rtl/>
        </w:rPr>
        <w:t>های</w:t>
      </w:r>
      <w:r w:rsidRPr="00987F03">
        <w:rPr>
          <w:sz w:val="22"/>
        </w:rPr>
        <w:t xml:space="preserve"> </w:t>
      </w:r>
      <w:r w:rsidRPr="00987F03">
        <w:rPr>
          <w:sz w:val="22"/>
          <w:rtl/>
        </w:rPr>
        <w:t>دادوستد</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شناختند</w:t>
      </w:r>
      <w:r w:rsidRPr="00987F03">
        <w:rPr>
          <w:sz w:val="22"/>
        </w:rPr>
        <w:t>.</w:t>
      </w:r>
    </w:p>
    <w:p w:rsidR="009F3B78" w:rsidRPr="00987F03" w:rsidRDefault="00987F03" w:rsidP="00987F03">
      <w:pPr>
        <w:bidi/>
        <w:ind w:firstLine="720"/>
        <w:rPr>
          <w:sz w:val="22"/>
        </w:rPr>
      </w:pPr>
      <w:r w:rsidRPr="00987F03">
        <w:rPr>
          <w:sz w:val="22"/>
          <w:rtl/>
        </w:rPr>
        <w:t>فاتحان</w:t>
      </w:r>
      <w:r w:rsidRPr="00987F03">
        <w:rPr>
          <w:sz w:val="22"/>
        </w:rPr>
        <w:t xml:space="preserve"> </w:t>
      </w:r>
      <w:r w:rsidRPr="00987F03">
        <w:rPr>
          <w:sz w:val="22"/>
          <w:rtl/>
        </w:rPr>
        <w:t>می</w:t>
      </w:r>
      <w:r w:rsidRPr="00987F03">
        <w:rPr>
          <w:sz w:val="22"/>
        </w:rPr>
        <w:t>‌</w:t>
      </w:r>
      <w:r w:rsidRPr="00987F03">
        <w:rPr>
          <w:sz w:val="22"/>
          <w:rtl/>
        </w:rPr>
        <w:t>توانستند</w:t>
      </w:r>
      <w:r w:rsidRPr="00987F03">
        <w:rPr>
          <w:sz w:val="22"/>
        </w:rPr>
        <w:t xml:space="preserve"> </w:t>
      </w:r>
      <w:r w:rsidRPr="00987F03">
        <w:rPr>
          <w:sz w:val="22"/>
          <w:rtl/>
        </w:rPr>
        <w:t>این</w:t>
      </w:r>
      <w:r w:rsidRPr="00987F03">
        <w:rPr>
          <w:sz w:val="22"/>
        </w:rPr>
        <w:t xml:space="preserve"> </w:t>
      </w:r>
      <w:r w:rsidRPr="00987F03">
        <w:rPr>
          <w:sz w:val="22"/>
          <w:rtl/>
        </w:rPr>
        <w:t>گروه</w:t>
      </w:r>
      <w:r w:rsidRPr="00987F03">
        <w:rPr>
          <w:sz w:val="22"/>
        </w:rPr>
        <w:t>‌</w:t>
      </w:r>
      <w:r w:rsidRPr="00987F03">
        <w:rPr>
          <w:sz w:val="22"/>
          <w:rtl/>
        </w:rPr>
        <w:t>ها</w:t>
      </w:r>
      <w:r w:rsidRPr="00987F03">
        <w:rPr>
          <w:sz w:val="22"/>
        </w:rPr>
        <w:t xml:space="preserve"> </w:t>
      </w:r>
      <w:r w:rsidRPr="00987F03">
        <w:rPr>
          <w:sz w:val="22"/>
          <w:rtl/>
        </w:rPr>
        <w:t>را</w:t>
      </w:r>
      <w:r w:rsidRPr="00987F03">
        <w:rPr>
          <w:sz w:val="22"/>
        </w:rPr>
        <w:t xml:space="preserve"> </w:t>
      </w:r>
      <w:r w:rsidRPr="00987F03">
        <w:rPr>
          <w:sz w:val="22"/>
          <w:rtl/>
        </w:rPr>
        <w:t>کنار</w:t>
      </w:r>
      <w:r w:rsidRPr="00987F03">
        <w:rPr>
          <w:sz w:val="22"/>
        </w:rPr>
        <w:t xml:space="preserve"> </w:t>
      </w:r>
      <w:r w:rsidRPr="00987F03">
        <w:rPr>
          <w:sz w:val="22"/>
          <w:rtl/>
        </w:rPr>
        <w:t>بزنند،</w:t>
      </w:r>
      <w:r w:rsidRPr="00987F03">
        <w:rPr>
          <w:sz w:val="22"/>
        </w:rPr>
        <w:t xml:space="preserve"> </w:t>
      </w:r>
      <w:r w:rsidRPr="00987F03">
        <w:rPr>
          <w:sz w:val="22"/>
          <w:rtl/>
        </w:rPr>
        <w:t>اما</w:t>
      </w:r>
      <w:r w:rsidRPr="00987F03">
        <w:rPr>
          <w:sz w:val="22"/>
        </w:rPr>
        <w:t xml:space="preserve"> </w:t>
      </w:r>
      <w:r w:rsidRPr="00987F03">
        <w:rPr>
          <w:sz w:val="22"/>
          <w:rtl/>
        </w:rPr>
        <w:t>اگر</w:t>
      </w:r>
      <w:r w:rsidRPr="00987F03">
        <w:rPr>
          <w:sz w:val="22"/>
        </w:rPr>
        <w:t xml:space="preserve"> </w:t>
      </w:r>
      <w:r w:rsidRPr="00987F03">
        <w:rPr>
          <w:sz w:val="22"/>
          <w:rtl/>
        </w:rPr>
        <w:t>همه</w:t>
      </w:r>
      <w:r w:rsidRPr="00987F03">
        <w:rPr>
          <w:sz w:val="22"/>
        </w:rPr>
        <w:t xml:space="preserve"> </w:t>
      </w:r>
      <w:r w:rsidRPr="00987F03">
        <w:rPr>
          <w:sz w:val="22"/>
          <w:rtl/>
        </w:rPr>
        <w:t>را</w:t>
      </w:r>
      <w:r w:rsidRPr="00987F03">
        <w:rPr>
          <w:sz w:val="22"/>
        </w:rPr>
        <w:t xml:space="preserve"> </w:t>
      </w:r>
      <w:r w:rsidRPr="00987F03">
        <w:rPr>
          <w:sz w:val="22"/>
          <w:rtl/>
        </w:rPr>
        <w:t>یک</w:t>
      </w:r>
      <w:r w:rsidRPr="00987F03">
        <w:rPr>
          <w:sz w:val="22"/>
        </w:rPr>
        <w:t>‌</w:t>
      </w:r>
      <w:r w:rsidRPr="00987F03">
        <w:rPr>
          <w:sz w:val="22"/>
          <w:rtl/>
        </w:rPr>
        <w:t>باره</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می</w:t>
      </w:r>
      <w:r w:rsidRPr="00987F03">
        <w:rPr>
          <w:sz w:val="22"/>
        </w:rPr>
        <w:t>‌</w:t>
      </w:r>
      <w:r w:rsidRPr="00987F03">
        <w:rPr>
          <w:sz w:val="22"/>
          <w:rtl/>
        </w:rPr>
        <w:t>بردند،</w:t>
      </w:r>
      <w:r w:rsidRPr="00987F03">
        <w:rPr>
          <w:sz w:val="22"/>
        </w:rPr>
        <w:t xml:space="preserve"> </w:t>
      </w:r>
      <w:r w:rsidRPr="00987F03">
        <w:rPr>
          <w:sz w:val="22"/>
          <w:rtl/>
        </w:rPr>
        <w:t>خود</w:t>
      </w:r>
      <w:r w:rsidRPr="00987F03">
        <w:rPr>
          <w:sz w:val="22"/>
        </w:rPr>
        <w:t xml:space="preserve"> </w:t>
      </w:r>
      <w:r w:rsidRPr="00987F03">
        <w:rPr>
          <w:sz w:val="22"/>
          <w:rtl/>
        </w:rPr>
        <w:t>باید</w:t>
      </w:r>
      <w:r w:rsidRPr="00987F03">
        <w:rPr>
          <w:sz w:val="22"/>
        </w:rPr>
        <w:t xml:space="preserve"> </w:t>
      </w:r>
      <w:r w:rsidRPr="00987F03">
        <w:rPr>
          <w:sz w:val="22"/>
          <w:rtl/>
        </w:rPr>
        <w:t>کسانی</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یافتند</w:t>
      </w:r>
      <w:r w:rsidRPr="00987F03">
        <w:rPr>
          <w:sz w:val="22"/>
        </w:rPr>
        <w:t xml:space="preserve"> </w:t>
      </w:r>
      <w:r w:rsidRPr="00987F03">
        <w:rPr>
          <w:sz w:val="22"/>
          <w:rtl/>
        </w:rPr>
        <w:t>که</w:t>
      </w:r>
      <w:r w:rsidRPr="00987F03">
        <w:rPr>
          <w:sz w:val="22"/>
        </w:rPr>
        <w:t xml:space="preserve"> </w:t>
      </w:r>
      <w:r w:rsidRPr="00987F03">
        <w:rPr>
          <w:sz w:val="22"/>
          <w:rtl/>
        </w:rPr>
        <w:t>همان</w:t>
      </w:r>
      <w:r w:rsidRPr="00987F03">
        <w:rPr>
          <w:sz w:val="22"/>
        </w:rPr>
        <w:t xml:space="preserve"> </w:t>
      </w:r>
      <w:r w:rsidRPr="00987F03">
        <w:rPr>
          <w:sz w:val="22"/>
          <w:rtl/>
        </w:rPr>
        <w:t>وظایف</w:t>
      </w:r>
      <w:r w:rsidRPr="00987F03">
        <w:rPr>
          <w:sz w:val="22"/>
        </w:rPr>
        <w:t xml:space="preserve"> </w:t>
      </w:r>
      <w:r w:rsidRPr="00987F03">
        <w:rPr>
          <w:sz w:val="22"/>
          <w:rtl/>
        </w:rPr>
        <w:t>را</w:t>
      </w:r>
      <w:r w:rsidRPr="00987F03">
        <w:rPr>
          <w:sz w:val="22"/>
        </w:rPr>
        <w:t xml:space="preserve"> </w:t>
      </w:r>
      <w:r w:rsidRPr="00987F03">
        <w:rPr>
          <w:sz w:val="22"/>
          <w:rtl/>
        </w:rPr>
        <w:t>انجام</w:t>
      </w:r>
      <w:r w:rsidRPr="00987F03">
        <w:rPr>
          <w:sz w:val="22"/>
        </w:rPr>
        <w:t xml:space="preserve"> </w:t>
      </w:r>
      <w:r w:rsidRPr="00987F03">
        <w:rPr>
          <w:sz w:val="22"/>
          <w:rtl/>
        </w:rPr>
        <w:t>دهند</w:t>
      </w:r>
      <w:r w:rsidRPr="00987F03">
        <w:rPr>
          <w:sz w:val="22"/>
        </w:rPr>
        <w:t xml:space="preserve">. </w:t>
      </w:r>
      <w:r w:rsidRPr="00987F03">
        <w:rPr>
          <w:sz w:val="22"/>
          <w:rtl/>
        </w:rPr>
        <w:t>قشون</w:t>
      </w:r>
      <w:r w:rsidRPr="00987F03">
        <w:rPr>
          <w:sz w:val="22"/>
        </w:rPr>
        <w:t xml:space="preserve"> </w:t>
      </w:r>
      <w:r w:rsidRPr="00987F03">
        <w:rPr>
          <w:sz w:val="22"/>
          <w:rtl/>
        </w:rPr>
        <w:t>عرب</w:t>
      </w:r>
      <w:r w:rsidRPr="00987F03">
        <w:rPr>
          <w:sz w:val="22"/>
        </w:rPr>
        <w:t xml:space="preserve"> </w:t>
      </w:r>
      <w:r w:rsidRPr="00987F03">
        <w:rPr>
          <w:sz w:val="22"/>
          <w:rtl/>
        </w:rPr>
        <w:t>برای</w:t>
      </w:r>
      <w:r w:rsidRPr="00987F03">
        <w:rPr>
          <w:sz w:val="22"/>
        </w:rPr>
        <w:t xml:space="preserve"> </w:t>
      </w:r>
      <w:r w:rsidRPr="00987F03">
        <w:rPr>
          <w:sz w:val="22"/>
          <w:rtl/>
        </w:rPr>
        <w:t>جنگ</w:t>
      </w:r>
      <w:r w:rsidRPr="00987F03">
        <w:rPr>
          <w:sz w:val="22"/>
        </w:rPr>
        <w:t xml:space="preserve"> </w:t>
      </w:r>
      <w:r w:rsidRPr="00987F03">
        <w:rPr>
          <w:sz w:val="22"/>
          <w:rtl/>
        </w:rPr>
        <w:t>سازمان</w:t>
      </w:r>
      <w:r w:rsidRPr="00987F03">
        <w:rPr>
          <w:sz w:val="22"/>
        </w:rPr>
        <w:t xml:space="preserve"> </w:t>
      </w:r>
      <w:r w:rsidRPr="00987F03">
        <w:rPr>
          <w:sz w:val="22"/>
          <w:rtl/>
        </w:rPr>
        <w:t>یافته</w:t>
      </w:r>
      <w:r w:rsidRPr="00987F03">
        <w:rPr>
          <w:sz w:val="22"/>
        </w:rPr>
        <w:t xml:space="preserve"> </w:t>
      </w:r>
      <w:r w:rsidRPr="00987F03">
        <w:rPr>
          <w:sz w:val="22"/>
          <w:rtl/>
        </w:rPr>
        <w:t>بود،</w:t>
      </w:r>
      <w:r w:rsidRPr="00987F03">
        <w:rPr>
          <w:sz w:val="22"/>
        </w:rPr>
        <w:t xml:space="preserve"> </w:t>
      </w:r>
      <w:r w:rsidRPr="00987F03">
        <w:rPr>
          <w:sz w:val="22"/>
          <w:rtl/>
        </w:rPr>
        <w:t>نه</w:t>
      </w:r>
      <w:r w:rsidRPr="00987F03">
        <w:rPr>
          <w:sz w:val="22"/>
        </w:rPr>
        <w:t xml:space="preserve"> </w:t>
      </w:r>
      <w:r w:rsidRPr="00987F03">
        <w:rPr>
          <w:sz w:val="22"/>
          <w:rtl/>
        </w:rPr>
        <w:t>برای</w:t>
      </w:r>
      <w:r w:rsidRPr="00987F03">
        <w:rPr>
          <w:sz w:val="22"/>
        </w:rPr>
        <w:t xml:space="preserve"> </w:t>
      </w:r>
      <w:r w:rsidRPr="00987F03">
        <w:rPr>
          <w:sz w:val="22"/>
          <w:rtl/>
        </w:rPr>
        <w:t>اندازه</w:t>
      </w:r>
      <w:r w:rsidRPr="00987F03">
        <w:rPr>
          <w:sz w:val="22"/>
        </w:rPr>
        <w:t>‌</w:t>
      </w:r>
      <w:r w:rsidRPr="00987F03">
        <w:rPr>
          <w:sz w:val="22"/>
          <w:rtl/>
        </w:rPr>
        <w:t>گیری</w:t>
      </w:r>
      <w:r w:rsidRPr="00987F03">
        <w:rPr>
          <w:sz w:val="22"/>
        </w:rPr>
        <w:t xml:space="preserve"> </w:t>
      </w:r>
      <w:r w:rsidRPr="00987F03">
        <w:rPr>
          <w:sz w:val="22"/>
          <w:rtl/>
        </w:rPr>
        <w:t>زمین،</w:t>
      </w:r>
      <w:r w:rsidRPr="00987F03">
        <w:rPr>
          <w:sz w:val="22"/>
        </w:rPr>
        <w:t xml:space="preserve"> </w:t>
      </w:r>
      <w:r w:rsidRPr="00987F03">
        <w:rPr>
          <w:sz w:val="22"/>
          <w:rtl/>
        </w:rPr>
        <w:t>ثبت</w:t>
      </w:r>
      <w:r w:rsidRPr="00987F03">
        <w:rPr>
          <w:sz w:val="22"/>
        </w:rPr>
        <w:t xml:space="preserve"> </w:t>
      </w:r>
      <w:r w:rsidRPr="00987F03">
        <w:rPr>
          <w:sz w:val="22"/>
          <w:rtl/>
        </w:rPr>
        <w:t>محصول،</w:t>
      </w:r>
      <w:r w:rsidRPr="00987F03">
        <w:rPr>
          <w:sz w:val="22"/>
        </w:rPr>
        <w:t xml:space="preserve"> </w:t>
      </w:r>
      <w:r w:rsidRPr="00987F03">
        <w:rPr>
          <w:sz w:val="22"/>
          <w:rtl/>
        </w:rPr>
        <w:t>نگهداری</w:t>
      </w:r>
      <w:r w:rsidRPr="00987F03">
        <w:rPr>
          <w:sz w:val="22"/>
        </w:rPr>
        <w:t xml:space="preserve"> </w:t>
      </w:r>
      <w:r w:rsidRPr="00987F03">
        <w:rPr>
          <w:sz w:val="22"/>
          <w:rtl/>
        </w:rPr>
        <w:t>کاریز</w:t>
      </w:r>
      <w:r w:rsidRPr="00987F03">
        <w:rPr>
          <w:sz w:val="22"/>
        </w:rPr>
        <w:t xml:space="preserve"> </w:t>
      </w:r>
      <w:r w:rsidRPr="00987F03">
        <w:rPr>
          <w:sz w:val="22"/>
          <w:rtl/>
        </w:rPr>
        <w:t>یا</w:t>
      </w:r>
      <w:r w:rsidRPr="00987F03">
        <w:rPr>
          <w:sz w:val="22"/>
        </w:rPr>
        <w:t xml:space="preserve"> </w:t>
      </w:r>
      <w:r w:rsidRPr="00987F03">
        <w:rPr>
          <w:sz w:val="22"/>
          <w:rtl/>
        </w:rPr>
        <w:t>شناختن</w:t>
      </w:r>
      <w:r w:rsidRPr="00987F03">
        <w:rPr>
          <w:sz w:val="22"/>
        </w:rPr>
        <w:t xml:space="preserve"> </w:t>
      </w:r>
      <w:r w:rsidRPr="00987F03">
        <w:rPr>
          <w:sz w:val="22"/>
          <w:rtl/>
        </w:rPr>
        <w:t>سهم</w:t>
      </w:r>
      <w:r w:rsidRPr="00987F03">
        <w:rPr>
          <w:sz w:val="22"/>
        </w:rPr>
        <w:t xml:space="preserve"> </w:t>
      </w:r>
      <w:r w:rsidRPr="00987F03">
        <w:rPr>
          <w:sz w:val="22"/>
          <w:rtl/>
        </w:rPr>
        <w:t>هر</w:t>
      </w:r>
      <w:r w:rsidRPr="00987F03">
        <w:rPr>
          <w:sz w:val="22"/>
        </w:rPr>
        <w:t xml:space="preserve"> </w:t>
      </w:r>
      <w:r w:rsidRPr="00987F03">
        <w:rPr>
          <w:sz w:val="22"/>
          <w:rtl/>
        </w:rPr>
        <w:t>روستا</w:t>
      </w:r>
      <w:r w:rsidRPr="00987F03">
        <w:rPr>
          <w:sz w:val="22"/>
        </w:rPr>
        <w:t xml:space="preserve"> </w:t>
      </w:r>
      <w:r w:rsidRPr="00987F03">
        <w:rPr>
          <w:sz w:val="22"/>
          <w:rtl/>
        </w:rPr>
        <w:t>از</w:t>
      </w:r>
      <w:r w:rsidRPr="00987F03">
        <w:rPr>
          <w:sz w:val="22"/>
        </w:rPr>
        <w:t xml:space="preserve"> </w:t>
      </w:r>
      <w:r w:rsidRPr="00987F03">
        <w:rPr>
          <w:sz w:val="22"/>
          <w:rtl/>
        </w:rPr>
        <w:t>مالیات</w:t>
      </w:r>
      <w:r w:rsidRPr="00987F03">
        <w:rPr>
          <w:sz w:val="22"/>
        </w:rPr>
        <w:t xml:space="preserve">. </w:t>
      </w:r>
      <w:r w:rsidRPr="00987F03">
        <w:rPr>
          <w:sz w:val="22"/>
          <w:rtl/>
        </w:rPr>
        <w:t>فرمانده</w:t>
      </w:r>
      <w:r w:rsidRPr="00987F03">
        <w:rPr>
          <w:sz w:val="22"/>
        </w:rPr>
        <w:t xml:space="preserve"> </w:t>
      </w:r>
      <w:r w:rsidRPr="00987F03">
        <w:rPr>
          <w:sz w:val="22"/>
          <w:rtl/>
        </w:rPr>
        <w:t>فاتح</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مبلغی</w:t>
      </w:r>
      <w:r w:rsidRPr="00987F03">
        <w:rPr>
          <w:sz w:val="22"/>
        </w:rPr>
        <w:t xml:space="preserve"> </w:t>
      </w:r>
      <w:r w:rsidRPr="00987F03">
        <w:rPr>
          <w:sz w:val="22"/>
          <w:rtl/>
        </w:rPr>
        <w:t>از</w:t>
      </w:r>
      <w:r w:rsidRPr="00987F03">
        <w:rPr>
          <w:sz w:val="22"/>
        </w:rPr>
        <w:t xml:space="preserve"> </w:t>
      </w:r>
      <w:r w:rsidRPr="00987F03">
        <w:rPr>
          <w:sz w:val="22"/>
          <w:rtl/>
        </w:rPr>
        <w:t>یک</w:t>
      </w:r>
      <w:r w:rsidRPr="00987F03">
        <w:rPr>
          <w:sz w:val="22"/>
        </w:rPr>
        <w:t xml:space="preserve"> </w:t>
      </w:r>
      <w:r w:rsidRPr="00987F03">
        <w:rPr>
          <w:sz w:val="22"/>
          <w:rtl/>
        </w:rPr>
        <w:t>شهر</w:t>
      </w:r>
      <w:r w:rsidRPr="00987F03">
        <w:rPr>
          <w:sz w:val="22"/>
        </w:rPr>
        <w:t xml:space="preserve"> </w:t>
      </w:r>
      <w:r w:rsidRPr="00987F03">
        <w:rPr>
          <w:sz w:val="22"/>
          <w:rtl/>
        </w:rPr>
        <w:t>مطالبه</w:t>
      </w:r>
      <w:r w:rsidRPr="00987F03">
        <w:rPr>
          <w:sz w:val="22"/>
        </w:rPr>
        <w:t xml:space="preserve"> </w:t>
      </w:r>
      <w:r w:rsidRPr="00987F03">
        <w:rPr>
          <w:sz w:val="22"/>
          <w:rtl/>
        </w:rPr>
        <w:t>کند،</w:t>
      </w:r>
      <w:r w:rsidRPr="00987F03">
        <w:rPr>
          <w:sz w:val="22"/>
        </w:rPr>
        <w:t xml:space="preserve"> </w:t>
      </w:r>
      <w:r w:rsidRPr="00987F03">
        <w:rPr>
          <w:sz w:val="22"/>
          <w:rtl/>
        </w:rPr>
        <w:t>اما</w:t>
      </w:r>
      <w:r w:rsidRPr="00987F03">
        <w:rPr>
          <w:sz w:val="22"/>
        </w:rPr>
        <w:t xml:space="preserve"> </w:t>
      </w:r>
      <w:r w:rsidRPr="00987F03">
        <w:rPr>
          <w:sz w:val="22"/>
          <w:rtl/>
        </w:rPr>
        <w:t>بدون</w:t>
      </w:r>
      <w:r w:rsidRPr="00987F03">
        <w:rPr>
          <w:sz w:val="22"/>
        </w:rPr>
        <w:t xml:space="preserve"> </w:t>
      </w:r>
      <w:r w:rsidRPr="00987F03">
        <w:rPr>
          <w:sz w:val="22"/>
          <w:rtl/>
        </w:rPr>
        <w:t>یاری</w:t>
      </w:r>
      <w:r w:rsidRPr="00987F03">
        <w:rPr>
          <w:sz w:val="22"/>
        </w:rPr>
        <w:t xml:space="preserve"> </w:t>
      </w:r>
      <w:r w:rsidRPr="00987F03">
        <w:rPr>
          <w:sz w:val="22"/>
          <w:rtl/>
        </w:rPr>
        <w:t>کسانی</w:t>
      </w:r>
      <w:r w:rsidRPr="00987F03">
        <w:rPr>
          <w:sz w:val="22"/>
        </w:rPr>
        <w:t xml:space="preserve"> </w:t>
      </w:r>
      <w:r w:rsidRPr="00987F03">
        <w:rPr>
          <w:sz w:val="22"/>
          <w:rtl/>
        </w:rPr>
        <w:t>که</w:t>
      </w:r>
      <w:r w:rsidRPr="00987F03">
        <w:rPr>
          <w:sz w:val="22"/>
        </w:rPr>
        <w:t xml:space="preserve"> </w:t>
      </w:r>
      <w:r w:rsidRPr="00987F03">
        <w:rPr>
          <w:sz w:val="22"/>
          <w:rtl/>
        </w:rPr>
        <w:t>جمعیت،</w:t>
      </w:r>
      <w:r w:rsidRPr="00987F03">
        <w:rPr>
          <w:sz w:val="22"/>
        </w:rPr>
        <w:t xml:space="preserve"> </w:t>
      </w:r>
      <w:r w:rsidRPr="00987F03">
        <w:rPr>
          <w:sz w:val="22"/>
          <w:rtl/>
        </w:rPr>
        <w:t>زمین</w:t>
      </w:r>
      <w:r w:rsidRPr="00987F03">
        <w:rPr>
          <w:sz w:val="22"/>
        </w:rPr>
        <w:t xml:space="preserve"> </w:t>
      </w:r>
      <w:r w:rsidRPr="00987F03">
        <w:rPr>
          <w:sz w:val="22"/>
          <w:rtl/>
        </w:rPr>
        <w:t>و</w:t>
      </w:r>
      <w:r w:rsidRPr="00987F03">
        <w:rPr>
          <w:sz w:val="22"/>
        </w:rPr>
        <w:t xml:space="preserve"> </w:t>
      </w:r>
      <w:r w:rsidRPr="00987F03">
        <w:rPr>
          <w:sz w:val="22"/>
          <w:rtl/>
        </w:rPr>
        <w:t>توان</w:t>
      </w:r>
      <w:r w:rsidRPr="00987F03">
        <w:rPr>
          <w:sz w:val="22"/>
        </w:rPr>
        <w:t xml:space="preserve"> </w:t>
      </w:r>
      <w:r w:rsidRPr="00987F03">
        <w:rPr>
          <w:sz w:val="22"/>
          <w:rtl/>
        </w:rPr>
        <w:t>پرداخت</w:t>
      </w:r>
      <w:r w:rsidRPr="00987F03">
        <w:rPr>
          <w:sz w:val="22"/>
        </w:rPr>
        <w:t xml:space="preserve"> </w:t>
      </w:r>
      <w:r w:rsidRPr="00987F03">
        <w:rPr>
          <w:sz w:val="22"/>
          <w:rtl/>
        </w:rPr>
        <w:t>مردم</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شناختند،</w:t>
      </w:r>
      <w:r w:rsidRPr="00987F03">
        <w:rPr>
          <w:sz w:val="22"/>
        </w:rPr>
        <w:t xml:space="preserve"> </w:t>
      </w:r>
      <w:r w:rsidRPr="00987F03">
        <w:rPr>
          <w:sz w:val="22"/>
          <w:rtl/>
        </w:rPr>
        <w:t>نمی</w:t>
      </w:r>
      <w:r w:rsidRPr="00987F03">
        <w:rPr>
          <w:sz w:val="22"/>
        </w:rPr>
        <w:t>‌</w:t>
      </w:r>
      <w:r w:rsidRPr="00987F03">
        <w:rPr>
          <w:sz w:val="22"/>
          <w:rtl/>
        </w:rPr>
        <w:t>توانست</w:t>
      </w:r>
      <w:r w:rsidRPr="00987F03">
        <w:rPr>
          <w:sz w:val="22"/>
        </w:rPr>
        <w:t xml:space="preserve"> </w:t>
      </w:r>
      <w:r w:rsidRPr="00987F03">
        <w:rPr>
          <w:sz w:val="22"/>
          <w:rtl/>
        </w:rPr>
        <w:t>آن</w:t>
      </w:r>
      <w:r w:rsidRPr="00987F03">
        <w:rPr>
          <w:sz w:val="22"/>
        </w:rPr>
        <w:t xml:space="preserve"> </w:t>
      </w:r>
      <w:r w:rsidRPr="00987F03">
        <w:rPr>
          <w:sz w:val="22"/>
          <w:rtl/>
        </w:rPr>
        <w:t>مطالبه</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درآمدی</w:t>
      </w:r>
      <w:r w:rsidRPr="00987F03">
        <w:rPr>
          <w:sz w:val="22"/>
        </w:rPr>
        <w:t xml:space="preserve"> </w:t>
      </w:r>
      <w:r w:rsidRPr="00987F03">
        <w:rPr>
          <w:sz w:val="22"/>
          <w:rtl/>
        </w:rPr>
        <w:t>منظم</w:t>
      </w:r>
      <w:r w:rsidRPr="00987F03">
        <w:rPr>
          <w:sz w:val="22"/>
        </w:rPr>
        <w:t xml:space="preserve"> </w:t>
      </w:r>
      <w:r w:rsidRPr="00987F03">
        <w:rPr>
          <w:sz w:val="22"/>
          <w:rtl/>
        </w:rPr>
        <w:t>تبدیل</w:t>
      </w:r>
      <w:r w:rsidRPr="00987F03">
        <w:rPr>
          <w:sz w:val="22"/>
        </w:rPr>
        <w:t xml:space="preserve"> </w:t>
      </w:r>
      <w:r w:rsidRPr="00987F03">
        <w:rPr>
          <w:sz w:val="22"/>
          <w:rtl/>
        </w:rPr>
        <w:t>کند</w:t>
      </w:r>
      <w:r w:rsidRPr="00987F03">
        <w:rPr>
          <w:sz w:val="22"/>
        </w:rPr>
        <w:t>.</w:t>
      </w:r>
    </w:p>
    <w:p w:rsidR="009F3B78" w:rsidRPr="00987F03" w:rsidRDefault="00987F03" w:rsidP="00987F03">
      <w:pPr>
        <w:bidi/>
        <w:ind w:firstLine="720"/>
        <w:rPr>
          <w:sz w:val="22"/>
        </w:rPr>
      </w:pPr>
      <w:r w:rsidRPr="00987F03">
        <w:rPr>
          <w:sz w:val="22"/>
          <w:rtl/>
        </w:rPr>
        <w:t>به</w:t>
      </w:r>
      <w:r w:rsidRPr="00987F03">
        <w:rPr>
          <w:sz w:val="22"/>
        </w:rPr>
        <w:t xml:space="preserve"> </w:t>
      </w:r>
      <w:r w:rsidRPr="00987F03">
        <w:rPr>
          <w:sz w:val="22"/>
          <w:rtl/>
        </w:rPr>
        <w:t>همین</w:t>
      </w:r>
      <w:r w:rsidRPr="00987F03">
        <w:rPr>
          <w:sz w:val="22"/>
        </w:rPr>
        <w:t xml:space="preserve"> </w:t>
      </w:r>
      <w:r w:rsidRPr="00987F03">
        <w:rPr>
          <w:sz w:val="22"/>
          <w:rtl/>
        </w:rPr>
        <w:t>دلیل،</w:t>
      </w:r>
      <w:r w:rsidRPr="00987F03">
        <w:rPr>
          <w:sz w:val="22"/>
        </w:rPr>
        <w:t xml:space="preserve"> </w:t>
      </w:r>
      <w:r w:rsidRPr="00987F03">
        <w:rPr>
          <w:sz w:val="22"/>
          <w:rtl/>
        </w:rPr>
        <w:t>در</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مناطق</w:t>
      </w:r>
      <w:r w:rsidRPr="00987F03">
        <w:rPr>
          <w:sz w:val="22"/>
        </w:rPr>
        <w:t xml:space="preserve"> </w:t>
      </w:r>
      <w:r w:rsidRPr="00987F03">
        <w:rPr>
          <w:sz w:val="22"/>
          <w:rtl/>
        </w:rPr>
        <w:t>نخستین</w:t>
      </w:r>
      <w:r w:rsidRPr="00987F03">
        <w:rPr>
          <w:sz w:val="22"/>
        </w:rPr>
        <w:t xml:space="preserve"> </w:t>
      </w:r>
      <w:r w:rsidRPr="00987F03">
        <w:rPr>
          <w:sz w:val="22"/>
          <w:rtl/>
        </w:rPr>
        <w:t>رابطهٔ</w:t>
      </w:r>
      <w:r w:rsidRPr="00987F03">
        <w:rPr>
          <w:sz w:val="22"/>
        </w:rPr>
        <w:t xml:space="preserve"> </w:t>
      </w:r>
      <w:r w:rsidRPr="00987F03">
        <w:rPr>
          <w:sz w:val="22"/>
          <w:rtl/>
        </w:rPr>
        <w:t>فاتحان</w:t>
      </w:r>
      <w:r w:rsidRPr="00987F03">
        <w:rPr>
          <w:sz w:val="22"/>
        </w:rPr>
        <w:t xml:space="preserve"> </w:t>
      </w:r>
      <w:r w:rsidRPr="00987F03">
        <w:rPr>
          <w:sz w:val="22"/>
          <w:rtl/>
        </w:rPr>
        <w:t>با</w:t>
      </w:r>
      <w:r w:rsidRPr="00987F03">
        <w:rPr>
          <w:sz w:val="22"/>
        </w:rPr>
        <w:t xml:space="preserve"> </w:t>
      </w:r>
      <w:r w:rsidRPr="00987F03">
        <w:rPr>
          <w:sz w:val="22"/>
          <w:rtl/>
        </w:rPr>
        <w:t>مردم</w:t>
      </w:r>
      <w:r w:rsidRPr="00987F03">
        <w:rPr>
          <w:sz w:val="22"/>
        </w:rPr>
        <w:t xml:space="preserve"> </w:t>
      </w:r>
      <w:r w:rsidRPr="00987F03">
        <w:rPr>
          <w:sz w:val="22"/>
          <w:rtl/>
        </w:rPr>
        <w:t>از</w:t>
      </w:r>
      <w:r w:rsidRPr="00987F03">
        <w:rPr>
          <w:sz w:val="22"/>
        </w:rPr>
        <w:t xml:space="preserve"> </w:t>
      </w:r>
      <w:r w:rsidRPr="00987F03">
        <w:rPr>
          <w:sz w:val="22"/>
          <w:rtl/>
        </w:rPr>
        <w:t>راه</w:t>
      </w:r>
      <w:r w:rsidRPr="00987F03">
        <w:rPr>
          <w:sz w:val="22"/>
        </w:rPr>
        <w:t xml:space="preserve"> </w:t>
      </w:r>
      <w:r w:rsidRPr="00987F03">
        <w:rPr>
          <w:sz w:val="22"/>
          <w:rtl/>
        </w:rPr>
        <w:t>پیمان</w:t>
      </w:r>
      <w:r w:rsidRPr="00987F03">
        <w:rPr>
          <w:sz w:val="22"/>
        </w:rPr>
        <w:t xml:space="preserve"> </w:t>
      </w:r>
      <w:r w:rsidRPr="00987F03">
        <w:rPr>
          <w:sz w:val="22"/>
          <w:rtl/>
        </w:rPr>
        <w:t>با</w:t>
      </w:r>
      <w:r w:rsidRPr="00987F03">
        <w:rPr>
          <w:sz w:val="22"/>
        </w:rPr>
        <w:t xml:space="preserve"> </w:t>
      </w:r>
      <w:r w:rsidRPr="00987F03">
        <w:rPr>
          <w:sz w:val="22"/>
          <w:rtl/>
        </w:rPr>
        <w:t>صاحبان</w:t>
      </w:r>
      <w:r w:rsidRPr="00987F03">
        <w:rPr>
          <w:sz w:val="22"/>
        </w:rPr>
        <w:t xml:space="preserve"> </w:t>
      </w:r>
      <w:r w:rsidRPr="00987F03">
        <w:rPr>
          <w:sz w:val="22"/>
          <w:rtl/>
        </w:rPr>
        <w:t>قدرت</w:t>
      </w:r>
      <w:r w:rsidRPr="00987F03">
        <w:rPr>
          <w:sz w:val="22"/>
        </w:rPr>
        <w:t xml:space="preserve"> </w:t>
      </w:r>
      <w:r w:rsidRPr="00987F03">
        <w:rPr>
          <w:sz w:val="22"/>
          <w:rtl/>
        </w:rPr>
        <w:t>محلی</w:t>
      </w:r>
      <w:r w:rsidRPr="00987F03">
        <w:rPr>
          <w:sz w:val="22"/>
        </w:rPr>
        <w:t xml:space="preserve"> </w:t>
      </w:r>
      <w:r w:rsidRPr="00987F03">
        <w:rPr>
          <w:sz w:val="22"/>
          <w:rtl/>
        </w:rPr>
        <w:t>شکل</w:t>
      </w:r>
      <w:r w:rsidRPr="00987F03">
        <w:rPr>
          <w:sz w:val="22"/>
        </w:rPr>
        <w:t xml:space="preserve"> </w:t>
      </w:r>
      <w:r w:rsidRPr="00987F03">
        <w:rPr>
          <w:sz w:val="22"/>
          <w:rtl/>
        </w:rPr>
        <w:t>گرفت</w:t>
      </w:r>
      <w:r w:rsidRPr="00987F03">
        <w:rPr>
          <w:sz w:val="22"/>
        </w:rPr>
        <w:t xml:space="preserve">. </w:t>
      </w:r>
      <w:r w:rsidRPr="00987F03">
        <w:rPr>
          <w:sz w:val="22"/>
          <w:rtl/>
        </w:rPr>
        <w:t>شهر</w:t>
      </w:r>
      <w:r w:rsidRPr="00987F03">
        <w:rPr>
          <w:sz w:val="22"/>
        </w:rPr>
        <w:t xml:space="preserve"> </w:t>
      </w:r>
      <w:r w:rsidRPr="00987F03">
        <w:rPr>
          <w:sz w:val="22"/>
          <w:rtl/>
        </w:rPr>
        <w:t>یا</w:t>
      </w:r>
      <w:r w:rsidRPr="00987F03">
        <w:rPr>
          <w:sz w:val="22"/>
        </w:rPr>
        <w:t xml:space="preserve"> </w:t>
      </w:r>
      <w:r w:rsidRPr="00987F03">
        <w:rPr>
          <w:sz w:val="22"/>
          <w:rtl/>
        </w:rPr>
        <w:t>ناحیه</w:t>
      </w:r>
      <w:r w:rsidRPr="00987F03">
        <w:rPr>
          <w:sz w:val="22"/>
        </w:rPr>
        <w:t>‌</w:t>
      </w:r>
      <w:r w:rsidRPr="00987F03">
        <w:rPr>
          <w:sz w:val="22"/>
          <w:rtl/>
        </w:rPr>
        <w:t>ای</w:t>
      </w:r>
      <w:r w:rsidRPr="00987F03">
        <w:rPr>
          <w:sz w:val="22"/>
        </w:rPr>
        <w:t xml:space="preserve"> </w:t>
      </w:r>
      <w:r w:rsidRPr="00987F03">
        <w:rPr>
          <w:sz w:val="22"/>
          <w:rtl/>
        </w:rPr>
        <w:t>می</w:t>
      </w:r>
      <w:r w:rsidRPr="00987F03">
        <w:rPr>
          <w:sz w:val="22"/>
        </w:rPr>
        <w:t>‌</w:t>
      </w:r>
      <w:r w:rsidRPr="00987F03">
        <w:rPr>
          <w:sz w:val="22"/>
          <w:rtl/>
        </w:rPr>
        <w:t>پذیرفت</w:t>
      </w:r>
      <w:r w:rsidRPr="00987F03">
        <w:rPr>
          <w:sz w:val="22"/>
        </w:rPr>
        <w:t xml:space="preserve"> </w:t>
      </w:r>
      <w:r w:rsidRPr="00987F03">
        <w:rPr>
          <w:sz w:val="22"/>
          <w:rtl/>
        </w:rPr>
        <w:t>مبلغی</w:t>
      </w:r>
      <w:r w:rsidRPr="00987F03">
        <w:rPr>
          <w:sz w:val="22"/>
        </w:rPr>
        <w:t xml:space="preserve"> </w:t>
      </w:r>
      <w:r w:rsidRPr="00987F03">
        <w:rPr>
          <w:sz w:val="22"/>
          <w:rtl/>
        </w:rPr>
        <w:t>بپردازد</w:t>
      </w:r>
      <w:r w:rsidRPr="00987F03">
        <w:rPr>
          <w:sz w:val="22"/>
        </w:rPr>
        <w:t xml:space="preserve"> </w:t>
      </w:r>
      <w:r w:rsidRPr="00987F03">
        <w:rPr>
          <w:sz w:val="22"/>
          <w:rtl/>
        </w:rPr>
        <w:t>و</w:t>
      </w:r>
      <w:r w:rsidRPr="00987F03">
        <w:rPr>
          <w:sz w:val="22"/>
        </w:rPr>
        <w:t xml:space="preserve"> </w:t>
      </w:r>
      <w:r w:rsidRPr="00987F03">
        <w:rPr>
          <w:sz w:val="22"/>
          <w:rtl/>
        </w:rPr>
        <w:t>فرمانبری</w:t>
      </w:r>
      <w:r w:rsidRPr="00987F03">
        <w:rPr>
          <w:sz w:val="22"/>
        </w:rPr>
        <w:t xml:space="preserve"> </w:t>
      </w:r>
      <w:r w:rsidRPr="00987F03">
        <w:rPr>
          <w:sz w:val="22"/>
          <w:rtl/>
        </w:rPr>
        <w:t>سیاسی</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رسمیت</w:t>
      </w:r>
      <w:r w:rsidRPr="00987F03">
        <w:rPr>
          <w:sz w:val="22"/>
        </w:rPr>
        <w:t xml:space="preserve"> </w:t>
      </w:r>
      <w:r w:rsidRPr="00987F03">
        <w:rPr>
          <w:sz w:val="22"/>
          <w:rtl/>
        </w:rPr>
        <w:t>بشناسد؛</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جان</w:t>
      </w:r>
      <w:r w:rsidRPr="00987F03">
        <w:rPr>
          <w:sz w:val="22"/>
        </w:rPr>
        <w:t xml:space="preserve"> </w:t>
      </w:r>
      <w:r w:rsidRPr="00987F03">
        <w:rPr>
          <w:sz w:val="22"/>
          <w:rtl/>
        </w:rPr>
        <w:t>و</w:t>
      </w:r>
      <w:r w:rsidRPr="00987F03">
        <w:rPr>
          <w:sz w:val="22"/>
        </w:rPr>
        <w:t xml:space="preserve"> </w:t>
      </w:r>
      <w:r w:rsidRPr="00987F03">
        <w:rPr>
          <w:sz w:val="22"/>
          <w:rtl/>
        </w:rPr>
        <w:t>مال</w:t>
      </w:r>
      <w:r w:rsidRPr="00987F03">
        <w:rPr>
          <w:sz w:val="22"/>
        </w:rPr>
        <w:t xml:space="preserve"> </w:t>
      </w:r>
      <w:r w:rsidRPr="00987F03">
        <w:rPr>
          <w:sz w:val="22"/>
          <w:rtl/>
        </w:rPr>
        <w:t>مردم،</w:t>
      </w:r>
      <w:r w:rsidRPr="00987F03">
        <w:rPr>
          <w:sz w:val="22"/>
        </w:rPr>
        <w:t xml:space="preserve"> </w:t>
      </w:r>
      <w:r w:rsidRPr="00987F03">
        <w:rPr>
          <w:sz w:val="22"/>
          <w:rtl/>
        </w:rPr>
        <w:t>زمین</w:t>
      </w:r>
      <w:r w:rsidRPr="00987F03">
        <w:rPr>
          <w:sz w:val="22"/>
        </w:rPr>
        <w:t>‌</w:t>
      </w:r>
      <w:r w:rsidRPr="00987F03">
        <w:rPr>
          <w:sz w:val="22"/>
          <w:rtl/>
        </w:rPr>
        <w:t>های</w:t>
      </w:r>
      <w:r w:rsidRPr="00987F03">
        <w:rPr>
          <w:sz w:val="22"/>
        </w:rPr>
        <w:t xml:space="preserve"> </w:t>
      </w:r>
      <w:r w:rsidRPr="00987F03">
        <w:rPr>
          <w:sz w:val="22"/>
          <w:rtl/>
        </w:rPr>
        <w:t>کشاورزی</w:t>
      </w:r>
      <w:r w:rsidRPr="00987F03">
        <w:rPr>
          <w:sz w:val="22"/>
        </w:rPr>
        <w:t xml:space="preserve"> </w:t>
      </w:r>
      <w:r w:rsidRPr="00987F03">
        <w:rPr>
          <w:sz w:val="22"/>
          <w:rtl/>
        </w:rPr>
        <w:t>یا</w:t>
      </w:r>
      <w:r w:rsidRPr="00987F03">
        <w:rPr>
          <w:sz w:val="22"/>
        </w:rPr>
        <w:t xml:space="preserve"> </w:t>
      </w:r>
      <w:r w:rsidRPr="00987F03">
        <w:rPr>
          <w:sz w:val="22"/>
          <w:rtl/>
        </w:rPr>
        <w:t>موقعیت</w:t>
      </w:r>
      <w:r w:rsidRPr="00987F03">
        <w:rPr>
          <w:sz w:val="22"/>
        </w:rPr>
        <w:t xml:space="preserve"> </w:t>
      </w:r>
      <w:r w:rsidRPr="00987F03">
        <w:rPr>
          <w:sz w:val="22"/>
          <w:rtl/>
        </w:rPr>
        <w:t>گروه</w:t>
      </w:r>
      <w:r w:rsidRPr="00987F03">
        <w:rPr>
          <w:sz w:val="22"/>
        </w:rPr>
        <w:t>‌</w:t>
      </w:r>
      <w:r w:rsidRPr="00987F03">
        <w:rPr>
          <w:sz w:val="22"/>
          <w:rtl/>
        </w:rPr>
        <w:t>های</w:t>
      </w:r>
      <w:r w:rsidRPr="00987F03">
        <w:rPr>
          <w:sz w:val="22"/>
        </w:rPr>
        <w:t xml:space="preserve"> </w:t>
      </w:r>
      <w:r w:rsidRPr="00987F03">
        <w:rPr>
          <w:sz w:val="22"/>
          <w:rtl/>
        </w:rPr>
        <w:t>محلی</w:t>
      </w:r>
      <w:r w:rsidRPr="00987F03">
        <w:rPr>
          <w:sz w:val="22"/>
        </w:rPr>
        <w:t xml:space="preserve"> </w:t>
      </w:r>
      <w:r w:rsidRPr="00987F03">
        <w:rPr>
          <w:sz w:val="22"/>
          <w:rtl/>
        </w:rPr>
        <w:t>تا</w:t>
      </w:r>
      <w:r w:rsidRPr="00987F03">
        <w:rPr>
          <w:sz w:val="22"/>
        </w:rPr>
        <w:t xml:space="preserve"> </w:t>
      </w:r>
      <w:r w:rsidRPr="00987F03">
        <w:rPr>
          <w:sz w:val="22"/>
          <w:rtl/>
        </w:rPr>
        <w:t>اندازه</w:t>
      </w:r>
      <w:r w:rsidRPr="00987F03">
        <w:rPr>
          <w:sz w:val="22"/>
        </w:rPr>
        <w:t>‌</w:t>
      </w:r>
      <w:r w:rsidRPr="00987F03">
        <w:rPr>
          <w:sz w:val="22"/>
          <w:rtl/>
        </w:rPr>
        <w:t>ای</w:t>
      </w:r>
      <w:r w:rsidRPr="00987F03">
        <w:rPr>
          <w:sz w:val="22"/>
        </w:rPr>
        <w:t xml:space="preserve"> </w:t>
      </w:r>
      <w:r w:rsidRPr="00987F03">
        <w:rPr>
          <w:sz w:val="22"/>
          <w:rtl/>
        </w:rPr>
        <w:t>حفظ</w:t>
      </w:r>
      <w:r w:rsidRPr="00987F03">
        <w:rPr>
          <w:sz w:val="22"/>
        </w:rPr>
        <w:t xml:space="preserve"> </w:t>
      </w:r>
      <w:r w:rsidRPr="00987F03">
        <w:rPr>
          <w:sz w:val="22"/>
          <w:rtl/>
        </w:rPr>
        <w:t>می</w:t>
      </w:r>
      <w:r w:rsidRPr="00987F03">
        <w:rPr>
          <w:sz w:val="22"/>
        </w:rPr>
        <w:t>‌</w:t>
      </w:r>
      <w:r w:rsidRPr="00987F03">
        <w:rPr>
          <w:sz w:val="22"/>
          <w:rtl/>
        </w:rPr>
        <w:t>شد</w:t>
      </w:r>
      <w:r w:rsidRPr="00987F03">
        <w:rPr>
          <w:sz w:val="22"/>
        </w:rPr>
        <w:t xml:space="preserve">. </w:t>
      </w:r>
      <w:r w:rsidRPr="00987F03">
        <w:rPr>
          <w:sz w:val="22"/>
          <w:rtl/>
        </w:rPr>
        <w:t>مضمون</w:t>
      </w:r>
      <w:r w:rsidRPr="00987F03">
        <w:rPr>
          <w:sz w:val="22"/>
        </w:rPr>
        <w:t xml:space="preserve"> </w:t>
      </w:r>
      <w:r w:rsidRPr="00987F03">
        <w:rPr>
          <w:sz w:val="22"/>
          <w:rtl/>
        </w:rPr>
        <w:t>و</w:t>
      </w:r>
      <w:r w:rsidRPr="00987F03">
        <w:rPr>
          <w:sz w:val="22"/>
        </w:rPr>
        <w:t xml:space="preserve"> </w:t>
      </w:r>
      <w:r w:rsidRPr="00987F03">
        <w:rPr>
          <w:sz w:val="22"/>
          <w:rtl/>
        </w:rPr>
        <w:t>اجرای</w:t>
      </w:r>
      <w:r w:rsidRPr="00987F03">
        <w:rPr>
          <w:sz w:val="22"/>
        </w:rPr>
        <w:t xml:space="preserve"> </w:t>
      </w:r>
      <w:r w:rsidRPr="00987F03">
        <w:rPr>
          <w:sz w:val="22"/>
          <w:rtl/>
        </w:rPr>
        <w:t>این</w:t>
      </w:r>
      <w:r w:rsidRPr="00987F03">
        <w:rPr>
          <w:sz w:val="22"/>
        </w:rPr>
        <w:t xml:space="preserve"> </w:t>
      </w:r>
      <w:r w:rsidRPr="00987F03">
        <w:rPr>
          <w:sz w:val="22"/>
          <w:rtl/>
        </w:rPr>
        <w:t>پیمان</w:t>
      </w:r>
      <w:r w:rsidRPr="00987F03">
        <w:rPr>
          <w:sz w:val="22"/>
        </w:rPr>
        <w:t>‌</w:t>
      </w:r>
      <w:r w:rsidRPr="00987F03">
        <w:rPr>
          <w:sz w:val="22"/>
          <w:rtl/>
        </w:rPr>
        <w:t>ها</w:t>
      </w:r>
      <w:r w:rsidRPr="00987F03">
        <w:rPr>
          <w:sz w:val="22"/>
        </w:rPr>
        <w:t xml:space="preserve"> </w:t>
      </w:r>
      <w:r w:rsidRPr="00987F03">
        <w:rPr>
          <w:sz w:val="22"/>
          <w:rtl/>
        </w:rPr>
        <w:t>در</w:t>
      </w:r>
      <w:r w:rsidRPr="00987F03">
        <w:rPr>
          <w:sz w:val="22"/>
        </w:rPr>
        <w:t xml:space="preserve"> </w:t>
      </w:r>
      <w:r w:rsidRPr="00987F03">
        <w:rPr>
          <w:sz w:val="22"/>
          <w:rtl/>
        </w:rPr>
        <w:t>همه</w:t>
      </w:r>
      <w:r w:rsidRPr="00987F03">
        <w:rPr>
          <w:sz w:val="22"/>
        </w:rPr>
        <w:t>‌</w:t>
      </w:r>
      <w:r w:rsidRPr="00987F03">
        <w:rPr>
          <w:sz w:val="22"/>
          <w:rtl/>
        </w:rPr>
        <w:t>جا</w:t>
      </w:r>
      <w:r w:rsidRPr="00987F03">
        <w:rPr>
          <w:sz w:val="22"/>
        </w:rPr>
        <w:t xml:space="preserve"> </w:t>
      </w:r>
      <w:r w:rsidRPr="00987F03">
        <w:rPr>
          <w:sz w:val="22"/>
          <w:rtl/>
        </w:rPr>
        <w:t>یکسان</w:t>
      </w:r>
      <w:r w:rsidRPr="00987F03">
        <w:rPr>
          <w:sz w:val="22"/>
        </w:rPr>
        <w:t xml:space="preserve"> </w:t>
      </w:r>
      <w:r w:rsidRPr="00987F03">
        <w:rPr>
          <w:sz w:val="22"/>
          <w:rtl/>
        </w:rPr>
        <w:t>نبود،</w:t>
      </w:r>
      <w:r w:rsidRPr="00987F03">
        <w:rPr>
          <w:sz w:val="22"/>
        </w:rPr>
        <w:t xml:space="preserve"> </w:t>
      </w:r>
      <w:r w:rsidRPr="00987F03">
        <w:rPr>
          <w:sz w:val="22"/>
          <w:rtl/>
        </w:rPr>
        <w:t>اما</w:t>
      </w:r>
      <w:r w:rsidRPr="00987F03">
        <w:rPr>
          <w:sz w:val="22"/>
        </w:rPr>
        <w:t xml:space="preserve"> </w:t>
      </w:r>
      <w:r w:rsidRPr="00987F03">
        <w:rPr>
          <w:sz w:val="22"/>
          <w:rtl/>
        </w:rPr>
        <w:t>اصل</w:t>
      </w:r>
      <w:r w:rsidRPr="00987F03">
        <w:rPr>
          <w:sz w:val="22"/>
        </w:rPr>
        <w:t xml:space="preserve"> </w:t>
      </w:r>
      <w:r w:rsidRPr="00987F03">
        <w:rPr>
          <w:sz w:val="22"/>
          <w:rtl/>
        </w:rPr>
        <w:t>آنها</w:t>
      </w:r>
      <w:r w:rsidRPr="00987F03">
        <w:rPr>
          <w:sz w:val="22"/>
        </w:rPr>
        <w:t xml:space="preserve"> </w:t>
      </w:r>
      <w:r w:rsidRPr="00987F03">
        <w:rPr>
          <w:sz w:val="22"/>
          <w:rtl/>
        </w:rPr>
        <w:t>نشان</w:t>
      </w:r>
      <w:r w:rsidRPr="00987F03">
        <w:rPr>
          <w:sz w:val="22"/>
        </w:rPr>
        <w:t xml:space="preserve"> </w:t>
      </w:r>
      <w:r w:rsidRPr="00987F03">
        <w:rPr>
          <w:sz w:val="22"/>
          <w:rtl/>
        </w:rPr>
        <w:t>می</w:t>
      </w:r>
      <w:r w:rsidRPr="00987F03">
        <w:rPr>
          <w:sz w:val="22"/>
        </w:rPr>
        <w:t>‌</w:t>
      </w:r>
      <w:r w:rsidRPr="00987F03">
        <w:rPr>
          <w:sz w:val="22"/>
          <w:rtl/>
        </w:rPr>
        <w:t>داد</w:t>
      </w:r>
      <w:r w:rsidRPr="00987F03">
        <w:rPr>
          <w:sz w:val="22"/>
        </w:rPr>
        <w:t xml:space="preserve"> </w:t>
      </w:r>
      <w:r w:rsidRPr="00987F03">
        <w:rPr>
          <w:sz w:val="22"/>
          <w:rtl/>
        </w:rPr>
        <w:t>که</w:t>
      </w:r>
      <w:r w:rsidRPr="00987F03">
        <w:rPr>
          <w:sz w:val="22"/>
        </w:rPr>
        <w:t xml:space="preserve"> </w:t>
      </w:r>
      <w:r w:rsidRPr="00987F03">
        <w:rPr>
          <w:sz w:val="22"/>
          <w:rtl/>
        </w:rPr>
        <w:t>فاتحان</w:t>
      </w:r>
      <w:r w:rsidRPr="00987F03">
        <w:rPr>
          <w:sz w:val="22"/>
        </w:rPr>
        <w:t xml:space="preserve"> </w:t>
      </w:r>
      <w:r w:rsidRPr="00987F03">
        <w:rPr>
          <w:sz w:val="22"/>
          <w:rtl/>
        </w:rPr>
        <w:t>برای</w:t>
      </w:r>
      <w:r w:rsidRPr="00987F03">
        <w:rPr>
          <w:sz w:val="22"/>
        </w:rPr>
        <w:t xml:space="preserve"> </w:t>
      </w:r>
      <w:r w:rsidRPr="00987F03">
        <w:rPr>
          <w:sz w:val="22"/>
          <w:rtl/>
        </w:rPr>
        <w:t>تبدیل</w:t>
      </w:r>
      <w:r w:rsidRPr="00987F03">
        <w:rPr>
          <w:sz w:val="22"/>
        </w:rPr>
        <w:t xml:space="preserve"> </w:t>
      </w:r>
      <w:r w:rsidRPr="00987F03">
        <w:rPr>
          <w:sz w:val="22"/>
          <w:rtl/>
        </w:rPr>
        <w:t>پیروزی</w:t>
      </w:r>
      <w:r w:rsidRPr="00987F03">
        <w:rPr>
          <w:sz w:val="22"/>
        </w:rPr>
        <w:t xml:space="preserve"> </w:t>
      </w:r>
      <w:r w:rsidRPr="00987F03">
        <w:rPr>
          <w:sz w:val="22"/>
          <w:rtl/>
        </w:rPr>
        <w:t>نظامی</w:t>
      </w:r>
      <w:r w:rsidRPr="00987F03">
        <w:rPr>
          <w:sz w:val="22"/>
        </w:rPr>
        <w:t xml:space="preserve"> </w:t>
      </w:r>
      <w:r w:rsidRPr="00987F03">
        <w:rPr>
          <w:sz w:val="22"/>
          <w:rtl/>
        </w:rPr>
        <w:t>به</w:t>
      </w:r>
      <w:r w:rsidRPr="00987F03">
        <w:rPr>
          <w:sz w:val="22"/>
        </w:rPr>
        <w:t xml:space="preserve"> </w:t>
      </w:r>
      <w:r w:rsidRPr="00987F03">
        <w:rPr>
          <w:sz w:val="22"/>
          <w:rtl/>
        </w:rPr>
        <w:t>حکومت</w:t>
      </w:r>
      <w:r w:rsidRPr="00987F03">
        <w:rPr>
          <w:sz w:val="22"/>
        </w:rPr>
        <w:t xml:space="preserve"> </w:t>
      </w:r>
      <w:r w:rsidRPr="00987F03">
        <w:rPr>
          <w:sz w:val="22"/>
          <w:rtl/>
        </w:rPr>
        <w:t>به</w:t>
      </w:r>
      <w:r w:rsidRPr="00987F03">
        <w:rPr>
          <w:sz w:val="22"/>
        </w:rPr>
        <w:t xml:space="preserve"> </w:t>
      </w:r>
      <w:r w:rsidRPr="00987F03">
        <w:rPr>
          <w:sz w:val="22"/>
          <w:rtl/>
        </w:rPr>
        <w:t>واسطه</w:t>
      </w:r>
      <w:r w:rsidRPr="00987F03">
        <w:rPr>
          <w:sz w:val="22"/>
        </w:rPr>
        <w:t>‌</w:t>
      </w:r>
      <w:r w:rsidRPr="00987F03">
        <w:rPr>
          <w:sz w:val="22"/>
          <w:rtl/>
        </w:rPr>
        <w:t>های</w:t>
      </w:r>
      <w:r w:rsidRPr="00987F03">
        <w:rPr>
          <w:sz w:val="22"/>
        </w:rPr>
        <w:t xml:space="preserve"> </w:t>
      </w:r>
      <w:r w:rsidRPr="00987F03">
        <w:rPr>
          <w:sz w:val="22"/>
          <w:rtl/>
        </w:rPr>
        <w:t>ایرانی</w:t>
      </w:r>
      <w:r w:rsidRPr="00987F03">
        <w:rPr>
          <w:sz w:val="22"/>
        </w:rPr>
        <w:t xml:space="preserve"> </w:t>
      </w:r>
      <w:r w:rsidRPr="00987F03">
        <w:rPr>
          <w:sz w:val="22"/>
          <w:rtl/>
        </w:rPr>
        <w:t>نیاز</w:t>
      </w:r>
      <w:r w:rsidRPr="00987F03">
        <w:rPr>
          <w:sz w:val="22"/>
        </w:rPr>
        <w:t xml:space="preserve"> </w:t>
      </w:r>
      <w:r w:rsidRPr="00987F03">
        <w:rPr>
          <w:sz w:val="22"/>
          <w:rtl/>
        </w:rPr>
        <w:t>داشتند</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این</w:t>
      </w:r>
      <w:r w:rsidRPr="00987F03">
        <w:rPr>
          <w:sz w:val="22"/>
        </w:rPr>
        <w:t xml:space="preserve"> </w:t>
      </w:r>
      <w:r w:rsidRPr="00987F03">
        <w:rPr>
          <w:sz w:val="22"/>
          <w:rtl/>
        </w:rPr>
        <w:t>میان،</w:t>
      </w:r>
      <w:r w:rsidRPr="00987F03">
        <w:rPr>
          <w:sz w:val="22"/>
        </w:rPr>
        <w:t xml:space="preserve"> </w:t>
      </w:r>
      <w:r w:rsidRPr="00987F03">
        <w:rPr>
          <w:sz w:val="22"/>
          <w:rtl/>
        </w:rPr>
        <w:t>دهقانان</w:t>
      </w:r>
      <w:r w:rsidRPr="00987F03">
        <w:rPr>
          <w:sz w:val="22"/>
        </w:rPr>
        <w:t xml:space="preserve"> </w:t>
      </w:r>
      <w:r w:rsidRPr="00987F03">
        <w:rPr>
          <w:sz w:val="22"/>
          <w:rtl/>
        </w:rPr>
        <w:t>جایگاهی</w:t>
      </w:r>
      <w:r w:rsidRPr="00987F03">
        <w:rPr>
          <w:sz w:val="22"/>
        </w:rPr>
        <w:t xml:space="preserve"> </w:t>
      </w:r>
      <w:r w:rsidRPr="00987F03">
        <w:rPr>
          <w:sz w:val="22"/>
          <w:rtl/>
        </w:rPr>
        <w:t>ویژه</w:t>
      </w:r>
      <w:r w:rsidRPr="00987F03">
        <w:rPr>
          <w:sz w:val="22"/>
        </w:rPr>
        <w:t xml:space="preserve"> </w:t>
      </w:r>
      <w:r w:rsidRPr="00987F03">
        <w:rPr>
          <w:sz w:val="22"/>
          <w:rtl/>
        </w:rPr>
        <w:t>یافتند</w:t>
      </w:r>
      <w:r w:rsidRPr="00987F03">
        <w:rPr>
          <w:sz w:val="22"/>
        </w:rPr>
        <w:t xml:space="preserve">. </w:t>
      </w:r>
      <w:r w:rsidRPr="00987F03">
        <w:rPr>
          <w:sz w:val="22"/>
          <w:rtl/>
        </w:rPr>
        <w:t>واژهٔ</w:t>
      </w:r>
      <w:r w:rsidRPr="00987F03">
        <w:rPr>
          <w:sz w:val="22"/>
        </w:rPr>
        <w:t xml:space="preserve"> </w:t>
      </w:r>
      <w:r w:rsidRPr="00987F03">
        <w:rPr>
          <w:sz w:val="22"/>
          <w:rtl/>
        </w:rPr>
        <w:t>دهقان</w:t>
      </w:r>
      <w:r w:rsidRPr="00987F03">
        <w:rPr>
          <w:sz w:val="22"/>
        </w:rPr>
        <w:t xml:space="preserve"> </w:t>
      </w:r>
      <w:r w:rsidRPr="00987F03">
        <w:rPr>
          <w:sz w:val="22"/>
          <w:rtl/>
        </w:rPr>
        <w:t>در</w:t>
      </w:r>
      <w:r w:rsidRPr="00987F03">
        <w:rPr>
          <w:sz w:val="22"/>
        </w:rPr>
        <w:t xml:space="preserve"> </w:t>
      </w:r>
      <w:r w:rsidRPr="00987F03">
        <w:rPr>
          <w:sz w:val="22"/>
          <w:rtl/>
        </w:rPr>
        <w:t>این</w:t>
      </w:r>
      <w:r w:rsidRPr="00987F03">
        <w:rPr>
          <w:sz w:val="22"/>
        </w:rPr>
        <w:t xml:space="preserve"> </w:t>
      </w:r>
      <w:r w:rsidRPr="00987F03">
        <w:rPr>
          <w:sz w:val="22"/>
          <w:rtl/>
        </w:rPr>
        <w:t>دوره</w:t>
      </w:r>
      <w:r w:rsidRPr="00987F03">
        <w:rPr>
          <w:sz w:val="22"/>
        </w:rPr>
        <w:t xml:space="preserve"> </w:t>
      </w:r>
      <w:r w:rsidRPr="00987F03">
        <w:rPr>
          <w:sz w:val="22"/>
          <w:rtl/>
        </w:rPr>
        <w:t>فقط</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کشاورز</w:t>
      </w:r>
      <w:r w:rsidRPr="00987F03">
        <w:rPr>
          <w:sz w:val="22"/>
        </w:rPr>
        <w:t xml:space="preserve"> </w:t>
      </w:r>
      <w:r w:rsidRPr="00987F03">
        <w:rPr>
          <w:sz w:val="22"/>
          <w:rtl/>
        </w:rPr>
        <w:t>ساده</w:t>
      </w:r>
      <w:r w:rsidRPr="00987F03">
        <w:rPr>
          <w:sz w:val="22"/>
        </w:rPr>
        <w:t xml:space="preserve"> </w:t>
      </w:r>
      <w:r w:rsidRPr="00987F03">
        <w:rPr>
          <w:sz w:val="22"/>
          <w:rtl/>
        </w:rPr>
        <w:t>نبود</w:t>
      </w:r>
      <w:r w:rsidRPr="00987F03">
        <w:rPr>
          <w:sz w:val="22"/>
        </w:rPr>
        <w:t xml:space="preserve">. </w:t>
      </w:r>
      <w:r w:rsidRPr="00987F03">
        <w:rPr>
          <w:sz w:val="22"/>
          <w:rtl/>
        </w:rPr>
        <w:t>دهقانان</w:t>
      </w:r>
      <w:r w:rsidRPr="00987F03">
        <w:rPr>
          <w:sz w:val="22"/>
        </w:rPr>
        <w:t xml:space="preserve"> </w:t>
      </w:r>
      <w:r w:rsidRPr="00987F03">
        <w:rPr>
          <w:sz w:val="22"/>
          <w:rtl/>
        </w:rPr>
        <w:t>گروهی</w:t>
      </w:r>
      <w:r w:rsidRPr="00987F03">
        <w:rPr>
          <w:sz w:val="22"/>
        </w:rPr>
        <w:t xml:space="preserve"> </w:t>
      </w:r>
      <w:r w:rsidRPr="00987F03">
        <w:rPr>
          <w:sz w:val="22"/>
          <w:rtl/>
        </w:rPr>
        <w:t>از</w:t>
      </w:r>
      <w:r w:rsidRPr="00987F03">
        <w:rPr>
          <w:sz w:val="22"/>
        </w:rPr>
        <w:t xml:space="preserve"> </w:t>
      </w:r>
      <w:r w:rsidRPr="00987F03">
        <w:rPr>
          <w:sz w:val="22"/>
          <w:rtl/>
        </w:rPr>
        <w:t>مالکان</w:t>
      </w:r>
      <w:r w:rsidRPr="00987F03">
        <w:rPr>
          <w:sz w:val="22"/>
        </w:rPr>
        <w:t xml:space="preserve"> </w:t>
      </w:r>
      <w:r w:rsidRPr="00987F03">
        <w:rPr>
          <w:sz w:val="22"/>
          <w:rtl/>
        </w:rPr>
        <w:t>و</w:t>
      </w:r>
      <w:r w:rsidRPr="00987F03">
        <w:rPr>
          <w:sz w:val="22"/>
        </w:rPr>
        <w:t xml:space="preserve"> </w:t>
      </w:r>
      <w:r w:rsidRPr="00987F03">
        <w:rPr>
          <w:sz w:val="22"/>
          <w:rtl/>
        </w:rPr>
        <w:t>بزرگان</w:t>
      </w:r>
      <w:r w:rsidRPr="00987F03">
        <w:rPr>
          <w:sz w:val="22"/>
        </w:rPr>
        <w:t xml:space="preserve"> </w:t>
      </w:r>
      <w:r w:rsidRPr="00987F03">
        <w:rPr>
          <w:sz w:val="22"/>
          <w:rtl/>
        </w:rPr>
        <w:t>محلی</w:t>
      </w:r>
      <w:r w:rsidRPr="00987F03">
        <w:rPr>
          <w:sz w:val="22"/>
        </w:rPr>
        <w:t xml:space="preserve"> </w:t>
      </w:r>
      <w:r w:rsidRPr="00987F03">
        <w:rPr>
          <w:sz w:val="22"/>
          <w:rtl/>
        </w:rPr>
        <w:t>بودند</w:t>
      </w:r>
      <w:r w:rsidRPr="00987F03">
        <w:rPr>
          <w:sz w:val="22"/>
        </w:rPr>
        <w:t xml:space="preserve"> </w:t>
      </w:r>
      <w:r w:rsidRPr="00987F03">
        <w:rPr>
          <w:sz w:val="22"/>
          <w:rtl/>
        </w:rPr>
        <w:t>که</w:t>
      </w:r>
      <w:r w:rsidRPr="00987F03">
        <w:rPr>
          <w:sz w:val="22"/>
        </w:rPr>
        <w:t xml:space="preserve"> </w:t>
      </w:r>
      <w:r w:rsidRPr="00987F03">
        <w:rPr>
          <w:sz w:val="22"/>
          <w:rtl/>
        </w:rPr>
        <w:t>ادارهٔ</w:t>
      </w:r>
      <w:r w:rsidRPr="00987F03">
        <w:rPr>
          <w:sz w:val="22"/>
        </w:rPr>
        <w:t xml:space="preserve"> </w:t>
      </w:r>
      <w:r w:rsidRPr="00987F03">
        <w:rPr>
          <w:sz w:val="22"/>
          <w:rtl/>
        </w:rPr>
        <w:t>روستاها،</w:t>
      </w:r>
      <w:r w:rsidRPr="00987F03">
        <w:rPr>
          <w:sz w:val="22"/>
        </w:rPr>
        <w:t xml:space="preserve"> </w:t>
      </w:r>
      <w:r w:rsidRPr="00987F03">
        <w:rPr>
          <w:sz w:val="22"/>
          <w:rtl/>
        </w:rPr>
        <w:t>گردآوری</w:t>
      </w:r>
      <w:r w:rsidRPr="00987F03">
        <w:rPr>
          <w:sz w:val="22"/>
        </w:rPr>
        <w:t xml:space="preserve"> </w:t>
      </w:r>
      <w:r w:rsidRPr="00987F03">
        <w:rPr>
          <w:sz w:val="22"/>
          <w:rtl/>
        </w:rPr>
        <w:t>مالیات</w:t>
      </w:r>
      <w:r w:rsidRPr="00987F03">
        <w:rPr>
          <w:sz w:val="22"/>
        </w:rPr>
        <w:t xml:space="preserve"> </w:t>
      </w:r>
      <w:r w:rsidRPr="00987F03">
        <w:rPr>
          <w:sz w:val="22"/>
          <w:rtl/>
        </w:rPr>
        <w:t>و</w:t>
      </w:r>
      <w:r w:rsidRPr="00987F03">
        <w:rPr>
          <w:sz w:val="22"/>
        </w:rPr>
        <w:t xml:space="preserve"> </w:t>
      </w:r>
      <w:r w:rsidRPr="00987F03">
        <w:rPr>
          <w:sz w:val="22"/>
          <w:rtl/>
        </w:rPr>
        <w:t>نمایندگی</w:t>
      </w:r>
      <w:r w:rsidRPr="00987F03">
        <w:rPr>
          <w:sz w:val="22"/>
        </w:rPr>
        <w:t xml:space="preserve"> </w:t>
      </w:r>
      <w:r w:rsidRPr="00987F03">
        <w:rPr>
          <w:sz w:val="22"/>
          <w:rtl/>
        </w:rPr>
        <w:t>حکومت</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کشاورزان</w:t>
      </w:r>
      <w:r w:rsidRPr="00987F03">
        <w:rPr>
          <w:sz w:val="22"/>
        </w:rPr>
        <w:t xml:space="preserve"> </w:t>
      </w:r>
      <w:r w:rsidRPr="00987F03">
        <w:rPr>
          <w:sz w:val="22"/>
          <w:rtl/>
        </w:rPr>
        <w:t>را</w:t>
      </w:r>
      <w:r w:rsidRPr="00987F03">
        <w:rPr>
          <w:sz w:val="22"/>
        </w:rPr>
        <w:t xml:space="preserve"> </w:t>
      </w:r>
      <w:r w:rsidRPr="00987F03">
        <w:rPr>
          <w:sz w:val="22"/>
          <w:rtl/>
        </w:rPr>
        <w:t>بر</w:t>
      </w:r>
      <w:r w:rsidRPr="00987F03">
        <w:rPr>
          <w:sz w:val="22"/>
        </w:rPr>
        <w:t xml:space="preserve"> </w:t>
      </w:r>
      <w:r w:rsidRPr="00987F03">
        <w:rPr>
          <w:sz w:val="22"/>
          <w:rtl/>
        </w:rPr>
        <w:t>عهده</w:t>
      </w:r>
      <w:r w:rsidRPr="00987F03">
        <w:rPr>
          <w:sz w:val="22"/>
        </w:rPr>
        <w:t xml:space="preserve"> </w:t>
      </w:r>
      <w:r w:rsidRPr="00987F03">
        <w:rPr>
          <w:sz w:val="22"/>
          <w:rtl/>
        </w:rPr>
        <w:t>داشتند</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ناپدیدشدن</w:t>
      </w:r>
      <w:r w:rsidRPr="00987F03">
        <w:rPr>
          <w:sz w:val="22"/>
        </w:rPr>
        <w:t xml:space="preserve"> </w:t>
      </w:r>
      <w:r w:rsidRPr="00987F03">
        <w:rPr>
          <w:sz w:val="22"/>
          <w:rtl/>
        </w:rPr>
        <w:t>یا</w:t>
      </w:r>
      <w:r w:rsidRPr="00987F03">
        <w:rPr>
          <w:sz w:val="22"/>
        </w:rPr>
        <w:t xml:space="preserve"> </w:t>
      </w:r>
      <w:r w:rsidRPr="00987F03">
        <w:rPr>
          <w:sz w:val="22"/>
          <w:rtl/>
        </w:rPr>
        <w:t>ضعیف</w:t>
      </w:r>
      <w:r w:rsidRPr="00987F03">
        <w:rPr>
          <w:sz w:val="22"/>
        </w:rPr>
        <w:t>‌</w:t>
      </w:r>
      <w:r w:rsidRPr="00987F03">
        <w:rPr>
          <w:sz w:val="22"/>
          <w:rtl/>
        </w:rPr>
        <w:t>شدن</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بزرگان</w:t>
      </w:r>
      <w:r w:rsidRPr="00987F03">
        <w:rPr>
          <w:sz w:val="22"/>
        </w:rPr>
        <w:t xml:space="preserve"> </w:t>
      </w:r>
      <w:r w:rsidRPr="00987F03">
        <w:rPr>
          <w:sz w:val="22"/>
          <w:rtl/>
        </w:rPr>
        <w:t>بلندپایهٔ</w:t>
      </w:r>
      <w:r w:rsidRPr="00987F03">
        <w:rPr>
          <w:sz w:val="22"/>
        </w:rPr>
        <w:t xml:space="preserve"> </w:t>
      </w:r>
      <w:r w:rsidRPr="00987F03">
        <w:rPr>
          <w:sz w:val="22"/>
          <w:rtl/>
        </w:rPr>
        <w:t>ساسانی،</w:t>
      </w:r>
      <w:r w:rsidRPr="00987F03">
        <w:rPr>
          <w:sz w:val="22"/>
        </w:rPr>
        <w:t xml:space="preserve"> </w:t>
      </w:r>
      <w:r w:rsidRPr="00987F03">
        <w:rPr>
          <w:sz w:val="22"/>
          <w:rtl/>
        </w:rPr>
        <w:t>اهمیت</w:t>
      </w:r>
      <w:r w:rsidRPr="00987F03">
        <w:rPr>
          <w:sz w:val="22"/>
        </w:rPr>
        <w:t xml:space="preserve"> </w:t>
      </w:r>
      <w:r w:rsidRPr="00987F03">
        <w:rPr>
          <w:sz w:val="22"/>
          <w:rtl/>
        </w:rPr>
        <w:t>آنان</w:t>
      </w:r>
      <w:r w:rsidRPr="00987F03">
        <w:rPr>
          <w:sz w:val="22"/>
        </w:rPr>
        <w:t xml:space="preserve"> </w:t>
      </w:r>
      <w:r w:rsidRPr="00987F03">
        <w:rPr>
          <w:sz w:val="22"/>
          <w:rtl/>
        </w:rPr>
        <w:t>بیشتر</w:t>
      </w:r>
      <w:r w:rsidRPr="00987F03">
        <w:rPr>
          <w:sz w:val="22"/>
        </w:rPr>
        <w:t xml:space="preserve"> </w:t>
      </w:r>
      <w:r w:rsidRPr="00987F03">
        <w:rPr>
          <w:sz w:val="22"/>
          <w:rtl/>
        </w:rPr>
        <w:t>شد</w:t>
      </w:r>
      <w:r w:rsidRPr="00987F03">
        <w:rPr>
          <w:sz w:val="22"/>
        </w:rPr>
        <w:t xml:space="preserve">. </w:t>
      </w:r>
      <w:r w:rsidRPr="00987F03">
        <w:rPr>
          <w:sz w:val="22"/>
          <w:rtl/>
        </w:rPr>
        <w:t>برخی</w:t>
      </w:r>
      <w:r w:rsidRPr="00987F03">
        <w:rPr>
          <w:sz w:val="22"/>
        </w:rPr>
        <w:t xml:space="preserve"> </w:t>
      </w:r>
      <w:r w:rsidRPr="00987F03">
        <w:rPr>
          <w:sz w:val="22"/>
          <w:rtl/>
        </w:rPr>
        <w:t>با</w:t>
      </w:r>
      <w:r w:rsidRPr="00987F03">
        <w:rPr>
          <w:sz w:val="22"/>
        </w:rPr>
        <w:t xml:space="preserve"> </w:t>
      </w:r>
      <w:r w:rsidRPr="00987F03">
        <w:rPr>
          <w:sz w:val="22"/>
          <w:rtl/>
        </w:rPr>
        <w:t>فرماندهان</w:t>
      </w:r>
      <w:r w:rsidRPr="00987F03">
        <w:rPr>
          <w:sz w:val="22"/>
        </w:rPr>
        <w:t xml:space="preserve"> </w:t>
      </w:r>
      <w:r w:rsidRPr="00987F03">
        <w:rPr>
          <w:sz w:val="22"/>
          <w:rtl/>
        </w:rPr>
        <w:t>عرب</w:t>
      </w:r>
      <w:r w:rsidRPr="00987F03">
        <w:rPr>
          <w:sz w:val="22"/>
        </w:rPr>
        <w:t xml:space="preserve"> </w:t>
      </w:r>
      <w:r w:rsidRPr="00987F03">
        <w:rPr>
          <w:sz w:val="22"/>
          <w:rtl/>
        </w:rPr>
        <w:t>پیمان</w:t>
      </w:r>
      <w:r w:rsidRPr="00987F03">
        <w:rPr>
          <w:sz w:val="22"/>
        </w:rPr>
        <w:t xml:space="preserve"> </w:t>
      </w:r>
      <w:r w:rsidRPr="00987F03">
        <w:rPr>
          <w:sz w:val="22"/>
          <w:rtl/>
        </w:rPr>
        <w:t>بستند</w:t>
      </w:r>
      <w:r w:rsidRPr="00987F03">
        <w:rPr>
          <w:sz w:val="22"/>
        </w:rPr>
        <w:t xml:space="preserve"> </w:t>
      </w:r>
      <w:r w:rsidRPr="00987F03">
        <w:rPr>
          <w:sz w:val="22"/>
          <w:rtl/>
        </w:rPr>
        <w:t>و</w:t>
      </w:r>
      <w:r w:rsidRPr="00987F03">
        <w:rPr>
          <w:sz w:val="22"/>
        </w:rPr>
        <w:t xml:space="preserve"> </w:t>
      </w:r>
      <w:r w:rsidRPr="00987F03">
        <w:rPr>
          <w:sz w:val="22"/>
          <w:rtl/>
        </w:rPr>
        <w:t>از</w:t>
      </w:r>
      <w:r w:rsidRPr="00987F03">
        <w:rPr>
          <w:sz w:val="22"/>
        </w:rPr>
        <w:t xml:space="preserve"> </w:t>
      </w:r>
      <w:r w:rsidRPr="00987F03">
        <w:rPr>
          <w:sz w:val="22"/>
          <w:rtl/>
        </w:rPr>
        <w:t>راه</w:t>
      </w:r>
      <w:r w:rsidRPr="00987F03">
        <w:rPr>
          <w:sz w:val="22"/>
        </w:rPr>
        <w:t xml:space="preserve"> </w:t>
      </w:r>
      <w:r w:rsidRPr="00987F03">
        <w:rPr>
          <w:sz w:val="22"/>
          <w:rtl/>
        </w:rPr>
        <w:t>پرداخت</w:t>
      </w:r>
      <w:r w:rsidRPr="00987F03">
        <w:rPr>
          <w:sz w:val="22"/>
        </w:rPr>
        <w:t xml:space="preserve"> </w:t>
      </w:r>
      <w:r w:rsidRPr="00987F03">
        <w:rPr>
          <w:sz w:val="22"/>
          <w:rtl/>
        </w:rPr>
        <w:t>مالیات</w:t>
      </w:r>
      <w:r w:rsidRPr="00987F03">
        <w:rPr>
          <w:sz w:val="22"/>
        </w:rPr>
        <w:t xml:space="preserve"> </w:t>
      </w:r>
      <w:r w:rsidRPr="00987F03">
        <w:rPr>
          <w:sz w:val="22"/>
          <w:rtl/>
        </w:rPr>
        <w:t>یا</w:t>
      </w:r>
      <w:r w:rsidRPr="00987F03">
        <w:rPr>
          <w:sz w:val="22"/>
        </w:rPr>
        <w:t xml:space="preserve"> </w:t>
      </w:r>
      <w:r w:rsidRPr="00987F03">
        <w:rPr>
          <w:sz w:val="22"/>
          <w:rtl/>
        </w:rPr>
        <w:t>فراهم</w:t>
      </w:r>
      <w:r w:rsidRPr="00987F03">
        <w:rPr>
          <w:sz w:val="22"/>
        </w:rPr>
        <w:t>‌</w:t>
      </w:r>
      <w:r w:rsidRPr="00987F03">
        <w:rPr>
          <w:sz w:val="22"/>
          <w:rtl/>
        </w:rPr>
        <w:t>کردن</w:t>
      </w:r>
      <w:r w:rsidRPr="00987F03">
        <w:rPr>
          <w:sz w:val="22"/>
        </w:rPr>
        <w:t xml:space="preserve"> </w:t>
      </w:r>
      <w:r w:rsidRPr="00987F03">
        <w:rPr>
          <w:sz w:val="22"/>
          <w:rtl/>
        </w:rPr>
        <w:t>راه</w:t>
      </w:r>
      <w:r w:rsidRPr="00987F03">
        <w:rPr>
          <w:sz w:val="22"/>
        </w:rPr>
        <w:t xml:space="preserve"> </w:t>
      </w:r>
      <w:r w:rsidRPr="00987F03">
        <w:rPr>
          <w:sz w:val="22"/>
          <w:rtl/>
        </w:rPr>
        <w:t>و</w:t>
      </w:r>
      <w:r w:rsidRPr="00987F03">
        <w:rPr>
          <w:sz w:val="22"/>
        </w:rPr>
        <w:t xml:space="preserve"> </w:t>
      </w:r>
      <w:r w:rsidRPr="00987F03">
        <w:rPr>
          <w:sz w:val="22"/>
          <w:rtl/>
        </w:rPr>
        <w:t>آذوقه،</w:t>
      </w:r>
      <w:r w:rsidRPr="00987F03">
        <w:rPr>
          <w:sz w:val="22"/>
        </w:rPr>
        <w:t xml:space="preserve"> </w:t>
      </w:r>
      <w:r w:rsidRPr="00987F03">
        <w:rPr>
          <w:sz w:val="22"/>
          <w:rtl/>
        </w:rPr>
        <w:t>مردم</w:t>
      </w:r>
      <w:r w:rsidRPr="00987F03">
        <w:rPr>
          <w:sz w:val="22"/>
        </w:rPr>
        <w:t xml:space="preserve"> </w:t>
      </w:r>
      <w:r w:rsidRPr="00987F03">
        <w:rPr>
          <w:sz w:val="22"/>
          <w:rtl/>
        </w:rPr>
        <w:t>ناحیهٔ</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کشتار</w:t>
      </w:r>
      <w:r w:rsidRPr="00987F03">
        <w:rPr>
          <w:sz w:val="22"/>
        </w:rPr>
        <w:t xml:space="preserve"> </w:t>
      </w:r>
      <w:r w:rsidRPr="00987F03">
        <w:rPr>
          <w:sz w:val="22"/>
          <w:rtl/>
        </w:rPr>
        <w:t>و</w:t>
      </w:r>
      <w:r w:rsidRPr="00987F03">
        <w:rPr>
          <w:sz w:val="22"/>
        </w:rPr>
        <w:t xml:space="preserve"> </w:t>
      </w:r>
      <w:r w:rsidRPr="00987F03">
        <w:rPr>
          <w:sz w:val="22"/>
          <w:rtl/>
        </w:rPr>
        <w:t>غارت</w:t>
      </w:r>
      <w:r w:rsidRPr="00987F03">
        <w:rPr>
          <w:sz w:val="22"/>
        </w:rPr>
        <w:t xml:space="preserve"> </w:t>
      </w:r>
      <w:r w:rsidRPr="00987F03">
        <w:rPr>
          <w:sz w:val="22"/>
          <w:rtl/>
        </w:rPr>
        <w:t>حفظ</w:t>
      </w:r>
      <w:r w:rsidRPr="00987F03">
        <w:rPr>
          <w:sz w:val="22"/>
        </w:rPr>
        <w:t xml:space="preserve"> </w:t>
      </w:r>
      <w:r w:rsidRPr="00987F03">
        <w:rPr>
          <w:sz w:val="22"/>
          <w:rtl/>
        </w:rPr>
        <w:t>کردند</w:t>
      </w:r>
      <w:r w:rsidRPr="00987F03">
        <w:rPr>
          <w:sz w:val="22"/>
        </w:rPr>
        <w:t xml:space="preserve">. </w:t>
      </w:r>
      <w:r w:rsidRPr="00987F03">
        <w:rPr>
          <w:sz w:val="22"/>
          <w:rtl/>
        </w:rPr>
        <w:t>برخی</w:t>
      </w:r>
      <w:r w:rsidRPr="00987F03">
        <w:rPr>
          <w:sz w:val="22"/>
        </w:rPr>
        <w:t xml:space="preserve"> </w:t>
      </w:r>
      <w:r w:rsidRPr="00987F03">
        <w:rPr>
          <w:sz w:val="22"/>
          <w:rtl/>
        </w:rPr>
        <w:t>دیگر</w:t>
      </w:r>
      <w:r w:rsidRPr="00987F03">
        <w:rPr>
          <w:sz w:val="22"/>
        </w:rPr>
        <w:t xml:space="preserve"> </w:t>
      </w:r>
      <w:r w:rsidRPr="00987F03">
        <w:rPr>
          <w:sz w:val="22"/>
          <w:rtl/>
        </w:rPr>
        <w:t>مقاومت</w:t>
      </w:r>
      <w:r w:rsidRPr="00987F03">
        <w:rPr>
          <w:sz w:val="22"/>
        </w:rPr>
        <w:t xml:space="preserve"> </w:t>
      </w:r>
      <w:r w:rsidRPr="00987F03">
        <w:rPr>
          <w:sz w:val="22"/>
          <w:rtl/>
        </w:rPr>
        <w:t>کردند،</w:t>
      </w:r>
      <w:r w:rsidRPr="00987F03">
        <w:rPr>
          <w:sz w:val="22"/>
        </w:rPr>
        <w:t xml:space="preserve"> </w:t>
      </w:r>
      <w:r w:rsidRPr="00987F03">
        <w:rPr>
          <w:sz w:val="22"/>
          <w:rtl/>
        </w:rPr>
        <w:t>گریختند</w:t>
      </w:r>
      <w:r w:rsidRPr="00987F03">
        <w:rPr>
          <w:sz w:val="22"/>
        </w:rPr>
        <w:t xml:space="preserve"> </w:t>
      </w:r>
      <w:r w:rsidRPr="00987F03">
        <w:rPr>
          <w:sz w:val="22"/>
          <w:rtl/>
        </w:rPr>
        <w:t>یا</w:t>
      </w:r>
      <w:r w:rsidRPr="00987F03">
        <w:rPr>
          <w:sz w:val="22"/>
        </w:rPr>
        <w:t xml:space="preserve"> </w:t>
      </w:r>
      <w:r w:rsidRPr="00987F03">
        <w:rPr>
          <w:sz w:val="22"/>
          <w:rtl/>
        </w:rPr>
        <w:t>موقعیت</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دست</w:t>
      </w:r>
      <w:r w:rsidRPr="00987F03">
        <w:rPr>
          <w:sz w:val="22"/>
        </w:rPr>
        <w:t xml:space="preserve"> </w:t>
      </w:r>
      <w:r w:rsidRPr="00987F03">
        <w:rPr>
          <w:sz w:val="22"/>
          <w:rtl/>
        </w:rPr>
        <w:t>دادند</w:t>
      </w:r>
      <w:r w:rsidRPr="00987F03">
        <w:rPr>
          <w:sz w:val="22"/>
        </w:rPr>
        <w:t>.</w:t>
      </w:r>
    </w:p>
    <w:p w:rsidR="009F3B78" w:rsidRPr="00987F03" w:rsidRDefault="00987F03" w:rsidP="00987F03">
      <w:pPr>
        <w:bidi/>
        <w:ind w:firstLine="720"/>
        <w:rPr>
          <w:sz w:val="22"/>
        </w:rPr>
      </w:pPr>
      <w:r w:rsidRPr="00987F03">
        <w:rPr>
          <w:sz w:val="22"/>
          <w:rtl/>
        </w:rPr>
        <w:t>همکاری</w:t>
      </w:r>
      <w:r w:rsidRPr="00987F03">
        <w:rPr>
          <w:sz w:val="22"/>
        </w:rPr>
        <w:t xml:space="preserve"> </w:t>
      </w:r>
      <w:r w:rsidRPr="00987F03">
        <w:rPr>
          <w:sz w:val="22"/>
          <w:rtl/>
        </w:rPr>
        <w:t>دهقانان</w:t>
      </w:r>
      <w:r w:rsidRPr="00987F03">
        <w:rPr>
          <w:sz w:val="22"/>
        </w:rPr>
        <w:t xml:space="preserve"> </w:t>
      </w:r>
      <w:r w:rsidRPr="00987F03">
        <w:rPr>
          <w:sz w:val="22"/>
          <w:rtl/>
        </w:rPr>
        <w:t>با</w:t>
      </w:r>
      <w:r w:rsidRPr="00987F03">
        <w:rPr>
          <w:sz w:val="22"/>
        </w:rPr>
        <w:t xml:space="preserve"> </w:t>
      </w:r>
      <w:r w:rsidRPr="00987F03">
        <w:rPr>
          <w:sz w:val="22"/>
          <w:rtl/>
        </w:rPr>
        <w:t>فاتحان</w:t>
      </w:r>
      <w:r w:rsidRPr="00987F03">
        <w:rPr>
          <w:sz w:val="22"/>
        </w:rPr>
        <w:t xml:space="preserve"> </w:t>
      </w:r>
      <w:r w:rsidRPr="00987F03">
        <w:rPr>
          <w:sz w:val="22"/>
          <w:rtl/>
        </w:rPr>
        <w:t>را</w:t>
      </w:r>
      <w:r w:rsidRPr="00987F03">
        <w:rPr>
          <w:sz w:val="22"/>
        </w:rPr>
        <w:t xml:space="preserve"> </w:t>
      </w:r>
      <w:r w:rsidRPr="00987F03">
        <w:rPr>
          <w:sz w:val="22"/>
          <w:rtl/>
        </w:rPr>
        <w:t>نمی</w:t>
      </w:r>
      <w:r w:rsidRPr="00987F03">
        <w:rPr>
          <w:sz w:val="22"/>
        </w:rPr>
        <w:t>‌</w:t>
      </w:r>
      <w:r w:rsidRPr="00987F03">
        <w:rPr>
          <w:sz w:val="22"/>
          <w:rtl/>
        </w:rPr>
        <w:t>توان</w:t>
      </w:r>
      <w:r w:rsidRPr="00987F03">
        <w:rPr>
          <w:sz w:val="22"/>
        </w:rPr>
        <w:t xml:space="preserve"> </w:t>
      </w:r>
      <w:r w:rsidRPr="00987F03">
        <w:rPr>
          <w:sz w:val="22"/>
          <w:rtl/>
        </w:rPr>
        <w:t>فقط</w:t>
      </w:r>
      <w:r w:rsidRPr="00987F03">
        <w:rPr>
          <w:sz w:val="22"/>
        </w:rPr>
        <w:t xml:space="preserve"> </w:t>
      </w:r>
      <w:r w:rsidRPr="00987F03">
        <w:rPr>
          <w:sz w:val="22"/>
          <w:rtl/>
        </w:rPr>
        <w:t>خیانت</w:t>
      </w:r>
      <w:r w:rsidRPr="00987F03">
        <w:rPr>
          <w:sz w:val="22"/>
        </w:rPr>
        <w:t xml:space="preserve"> </w:t>
      </w:r>
      <w:r w:rsidRPr="00987F03">
        <w:rPr>
          <w:sz w:val="22"/>
          <w:rtl/>
        </w:rPr>
        <w:t>به</w:t>
      </w:r>
      <w:r w:rsidRPr="00987F03">
        <w:rPr>
          <w:sz w:val="22"/>
        </w:rPr>
        <w:t xml:space="preserve"> </w:t>
      </w:r>
      <w:r w:rsidRPr="00987F03">
        <w:rPr>
          <w:sz w:val="22"/>
          <w:rtl/>
        </w:rPr>
        <w:t>حکومت</w:t>
      </w:r>
      <w:r w:rsidRPr="00987F03">
        <w:rPr>
          <w:sz w:val="22"/>
        </w:rPr>
        <w:t xml:space="preserve"> </w:t>
      </w:r>
      <w:r w:rsidRPr="00987F03">
        <w:rPr>
          <w:sz w:val="22"/>
          <w:rtl/>
        </w:rPr>
        <w:t>پیشین</w:t>
      </w:r>
      <w:r w:rsidRPr="00987F03">
        <w:rPr>
          <w:sz w:val="22"/>
        </w:rPr>
        <w:t xml:space="preserve"> </w:t>
      </w:r>
      <w:r w:rsidRPr="00987F03">
        <w:rPr>
          <w:sz w:val="22"/>
          <w:rtl/>
        </w:rPr>
        <w:t>یا</w:t>
      </w:r>
      <w:r w:rsidRPr="00987F03">
        <w:rPr>
          <w:sz w:val="22"/>
        </w:rPr>
        <w:t xml:space="preserve"> </w:t>
      </w:r>
      <w:r w:rsidRPr="00987F03">
        <w:rPr>
          <w:sz w:val="22"/>
          <w:rtl/>
        </w:rPr>
        <w:t>پذیرش</w:t>
      </w:r>
      <w:r w:rsidRPr="00987F03">
        <w:rPr>
          <w:sz w:val="22"/>
        </w:rPr>
        <w:t xml:space="preserve"> </w:t>
      </w:r>
      <w:r w:rsidRPr="00987F03">
        <w:rPr>
          <w:sz w:val="22"/>
          <w:rtl/>
        </w:rPr>
        <w:t>داوطلبانهٔ</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دانست</w:t>
      </w:r>
      <w:r w:rsidRPr="00987F03">
        <w:rPr>
          <w:sz w:val="22"/>
        </w:rPr>
        <w:t xml:space="preserve">. </w:t>
      </w:r>
      <w:r w:rsidRPr="00987F03">
        <w:rPr>
          <w:sz w:val="22"/>
          <w:rtl/>
        </w:rPr>
        <w:t>آنان</w:t>
      </w:r>
      <w:r w:rsidRPr="00987F03">
        <w:rPr>
          <w:sz w:val="22"/>
        </w:rPr>
        <w:t xml:space="preserve"> </w:t>
      </w:r>
      <w:r w:rsidRPr="00987F03">
        <w:rPr>
          <w:sz w:val="22"/>
          <w:rtl/>
        </w:rPr>
        <w:t>در</w:t>
      </w:r>
      <w:r w:rsidRPr="00987F03">
        <w:rPr>
          <w:sz w:val="22"/>
        </w:rPr>
        <w:t xml:space="preserve"> </w:t>
      </w:r>
      <w:r w:rsidRPr="00987F03">
        <w:rPr>
          <w:sz w:val="22"/>
          <w:rtl/>
        </w:rPr>
        <w:t>وضعیتی</w:t>
      </w:r>
      <w:r w:rsidRPr="00987F03">
        <w:rPr>
          <w:sz w:val="22"/>
        </w:rPr>
        <w:t xml:space="preserve"> </w:t>
      </w:r>
      <w:r w:rsidRPr="00987F03">
        <w:rPr>
          <w:sz w:val="22"/>
          <w:rtl/>
        </w:rPr>
        <w:t>تصمیم</w:t>
      </w:r>
      <w:r w:rsidRPr="00987F03">
        <w:rPr>
          <w:sz w:val="22"/>
        </w:rPr>
        <w:t xml:space="preserve"> </w:t>
      </w:r>
      <w:r w:rsidRPr="00987F03">
        <w:rPr>
          <w:sz w:val="22"/>
          <w:rtl/>
        </w:rPr>
        <w:t>می</w:t>
      </w:r>
      <w:r w:rsidRPr="00987F03">
        <w:rPr>
          <w:sz w:val="22"/>
        </w:rPr>
        <w:t>‌</w:t>
      </w:r>
      <w:r w:rsidRPr="00987F03">
        <w:rPr>
          <w:sz w:val="22"/>
          <w:rtl/>
        </w:rPr>
        <w:t>گرفتند</w:t>
      </w:r>
      <w:r w:rsidRPr="00987F03">
        <w:rPr>
          <w:sz w:val="22"/>
        </w:rPr>
        <w:t xml:space="preserve"> </w:t>
      </w:r>
      <w:r w:rsidRPr="00987F03">
        <w:rPr>
          <w:sz w:val="22"/>
          <w:rtl/>
        </w:rPr>
        <w:t>که</w:t>
      </w:r>
      <w:r w:rsidRPr="00987F03">
        <w:rPr>
          <w:sz w:val="22"/>
        </w:rPr>
        <w:t xml:space="preserve"> </w:t>
      </w:r>
      <w:r w:rsidRPr="00987F03">
        <w:rPr>
          <w:sz w:val="22"/>
          <w:rtl/>
        </w:rPr>
        <w:t>تاج</w:t>
      </w:r>
      <w:r w:rsidRPr="00987F03">
        <w:rPr>
          <w:sz w:val="22"/>
        </w:rPr>
        <w:t xml:space="preserve"> </w:t>
      </w:r>
      <w:r w:rsidRPr="00987F03">
        <w:rPr>
          <w:sz w:val="22"/>
          <w:rtl/>
        </w:rPr>
        <w:t>ساسانی</w:t>
      </w:r>
      <w:r w:rsidRPr="00987F03">
        <w:rPr>
          <w:sz w:val="22"/>
        </w:rPr>
        <w:t xml:space="preserve"> </w:t>
      </w:r>
      <w:r w:rsidRPr="00987F03">
        <w:rPr>
          <w:sz w:val="22"/>
          <w:rtl/>
        </w:rPr>
        <w:t>توان</w:t>
      </w:r>
      <w:r w:rsidRPr="00987F03">
        <w:rPr>
          <w:sz w:val="22"/>
        </w:rPr>
        <w:t xml:space="preserve"> </w:t>
      </w:r>
      <w:r w:rsidRPr="00987F03">
        <w:rPr>
          <w:sz w:val="22"/>
          <w:rtl/>
        </w:rPr>
        <w:t>حمایت</w:t>
      </w:r>
      <w:r w:rsidRPr="00987F03">
        <w:rPr>
          <w:sz w:val="22"/>
        </w:rPr>
        <w:t xml:space="preserve"> </w:t>
      </w:r>
      <w:r w:rsidRPr="00987F03">
        <w:rPr>
          <w:sz w:val="22"/>
          <w:rtl/>
        </w:rPr>
        <w:t>از</w:t>
      </w:r>
      <w:r w:rsidRPr="00987F03">
        <w:rPr>
          <w:sz w:val="22"/>
        </w:rPr>
        <w:t xml:space="preserve"> </w:t>
      </w:r>
      <w:r w:rsidRPr="00987F03">
        <w:rPr>
          <w:sz w:val="22"/>
          <w:rtl/>
        </w:rPr>
        <w:t>ایشان</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دست</w:t>
      </w:r>
      <w:r w:rsidRPr="00987F03">
        <w:rPr>
          <w:sz w:val="22"/>
        </w:rPr>
        <w:t xml:space="preserve"> </w:t>
      </w:r>
      <w:r w:rsidRPr="00987F03">
        <w:rPr>
          <w:sz w:val="22"/>
          <w:rtl/>
        </w:rPr>
        <w:t>داده</w:t>
      </w:r>
      <w:r w:rsidRPr="00987F03">
        <w:rPr>
          <w:sz w:val="22"/>
        </w:rPr>
        <w:t xml:space="preserve"> </w:t>
      </w:r>
      <w:r w:rsidRPr="00987F03">
        <w:rPr>
          <w:sz w:val="22"/>
          <w:rtl/>
        </w:rPr>
        <w:t>بود</w:t>
      </w:r>
      <w:r w:rsidRPr="00987F03">
        <w:rPr>
          <w:sz w:val="22"/>
        </w:rPr>
        <w:t xml:space="preserve"> </w:t>
      </w:r>
      <w:r w:rsidRPr="00987F03">
        <w:rPr>
          <w:sz w:val="22"/>
          <w:rtl/>
        </w:rPr>
        <w:t>و</w:t>
      </w:r>
      <w:r w:rsidRPr="00987F03">
        <w:rPr>
          <w:sz w:val="22"/>
        </w:rPr>
        <w:t xml:space="preserve"> </w:t>
      </w:r>
      <w:r w:rsidRPr="00987F03">
        <w:rPr>
          <w:sz w:val="22"/>
          <w:rtl/>
        </w:rPr>
        <w:t>قشون</w:t>
      </w:r>
      <w:r w:rsidRPr="00987F03">
        <w:rPr>
          <w:sz w:val="22"/>
        </w:rPr>
        <w:t xml:space="preserve"> </w:t>
      </w:r>
      <w:r w:rsidRPr="00987F03">
        <w:rPr>
          <w:sz w:val="22"/>
          <w:rtl/>
        </w:rPr>
        <w:t>تازه</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شهر</w:t>
      </w:r>
      <w:r w:rsidRPr="00987F03">
        <w:rPr>
          <w:sz w:val="22"/>
        </w:rPr>
        <w:t xml:space="preserve"> </w:t>
      </w:r>
      <w:r w:rsidRPr="00987F03">
        <w:rPr>
          <w:sz w:val="22"/>
          <w:rtl/>
        </w:rPr>
        <w:t>یا</w:t>
      </w:r>
      <w:r w:rsidRPr="00987F03">
        <w:rPr>
          <w:sz w:val="22"/>
        </w:rPr>
        <w:t xml:space="preserve"> </w:t>
      </w:r>
      <w:r w:rsidRPr="00987F03">
        <w:rPr>
          <w:sz w:val="22"/>
          <w:rtl/>
        </w:rPr>
        <w:t>روستای</w:t>
      </w:r>
      <w:r w:rsidRPr="00987F03">
        <w:rPr>
          <w:sz w:val="22"/>
        </w:rPr>
        <w:t xml:space="preserve"> </w:t>
      </w:r>
      <w:r w:rsidRPr="00987F03">
        <w:rPr>
          <w:sz w:val="22"/>
          <w:rtl/>
        </w:rPr>
        <w:t>آنان</w:t>
      </w:r>
      <w:r w:rsidRPr="00987F03">
        <w:rPr>
          <w:sz w:val="22"/>
        </w:rPr>
        <w:t xml:space="preserve"> </w:t>
      </w:r>
      <w:r w:rsidRPr="00987F03">
        <w:rPr>
          <w:sz w:val="22"/>
          <w:rtl/>
        </w:rPr>
        <w:t>قرار</w:t>
      </w:r>
      <w:r w:rsidRPr="00987F03">
        <w:rPr>
          <w:sz w:val="22"/>
        </w:rPr>
        <w:t xml:space="preserve"> </w:t>
      </w:r>
      <w:r w:rsidRPr="00987F03">
        <w:rPr>
          <w:sz w:val="22"/>
          <w:rtl/>
        </w:rPr>
        <w:t>داشت</w:t>
      </w:r>
      <w:r w:rsidRPr="00987F03">
        <w:rPr>
          <w:sz w:val="22"/>
        </w:rPr>
        <w:t xml:space="preserve">. </w:t>
      </w:r>
      <w:r w:rsidRPr="00987F03">
        <w:rPr>
          <w:sz w:val="22"/>
          <w:rtl/>
        </w:rPr>
        <w:t>ممکن</w:t>
      </w:r>
      <w:r w:rsidRPr="00987F03">
        <w:rPr>
          <w:sz w:val="22"/>
        </w:rPr>
        <w:t xml:space="preserve"> </w:t>
      </w:r>
      <w:r w:rsidRPr="00987F03">
        <w:rPr>
          <w:sz w:val="22"/>
          <w:rtl/>
        </w:rPr>
        <w:t>بود</w:t>
      </w:r>
      <w:r w:rsidRPr="00987F03">
        <w:rPr>
          <w:sz w:val="22"/>
        </w:rPr>
        <w:t xml:space="preserve"> </w:t>
      </w:r>
      <w:r w:rsidRPr="00987F03">
        <w:rPr>
          <w:sz w:val="22"/>
          <w:rtl/>
        </w:rPr>
        <w:t>تسلیم</w:t>
      </w:r>
      <w:r w:rsidRPr="00987F03">
        <w:rPr>
          <w:sz w:val="22"/>
        </w:rPr>
        <w:t xml:space="preserve"> </w:t>
      </w:r>
      <w:r w:rsidRPr="00987F03">
        <w:rPr>
          <w:sz w:val="22"/>
          <w:rtl/>
        </w:rPr>
        <w:t>و</w:t>
      </w:r>
      <w:r w:rsidRPr="00987F03">
        <w:rPr>
          <w:sz w:val="22"/>
        </w:rPr>
        <w:t xml:space="preserve"> </w:t>
      </w:r>
      <w:r w:rsidRPr="00987F03">
        <w:rPr>
          <w:sz w:val="22"/>
          <w:rtl/>
        </w:rPr>
        <w:t>پرداخت</w:t>
      </w:r>
      <w:r w:rsidRPr="00987F03">
        <w:rPr>
          <w:sz w:val="22"/>
        </w:rPr>
        <w:t xml:space="preserve"> </w:t>
      </w:r>
      <w:r w:rsidRPr="00987F03">
        <w:rPr>
          <w:sz w:val="22"/>
          <w:rtl/>
        </w:rPr>
        <w:t>مالیات</w:t>
      </w:r>
      <w:r w:rsidRPr="00987F03">
        <w:rPr>
          <w:sz w:val="22"/>
        </w:rPr>
        <w:t xml:space="preserve"> </w:t>
      </w:r>
      <w:r w:rsidRPr="00987F03">
        <w:rPr>
          <w:sz w:val="22"/>
          <w:rtl/>
        </w:rPr>
        <w:t>تنها</w:t>
      </w:r>
      <w:r w:rsidRPr="00987F03">
        <w:rPr>
          <w:sz w:val="22"/>
        </w:rPr>
        <w:t xml:space="preserve"> </w:t>
      </w:r>
      <w:r w:rsidRPr="00987F03">
        <w:rPr>
          <w:sz w:val="22"/>
          <w:rtl/>
        </w:rPr>
        <w:t>راه</w:t>
      </w:r>
      <w:r w:rsidRPr="00987F03">
        <w:rPr>
          <w:sz w:val="22"/>
        </w:rPr>
        <w:t xml:space="preserve"> </w:t>
      </w:r>
      <w:r w:rsidRPr="00987F03">
        <w:rPr>
          <w:sz w:val="22"/>
          <w:rtl/>
        </w:rPr>
        <w:t>حفظ</w:t>
      </w:r>
      <w:r w:rsidRPr="00987F03">
        <w:rPr>
          <w:sz w:val="22"/>
        </w:rPr>
        <w:t xml:space="preserve"> </w:t>
      </w:r>
      <w:r w:rsidRPr="00987F03">
        <w:rPr>
          <w:sz w:val="22"/>
          <w:rtl/>
        </w:rPr>
        <w:t>جان</w:t>
      </w:r>
      <w:r w:rsidRPr="00987F03">
        <w:rPr>
          <w:sz w:val="22"/>
        </w:rPr>
        <w:t xml:space="preserve"> </w:t>
      </w:r>
      <w:r w:rsidRPr="00987F03">
        <w:rPr>
          <w:sz w:val="22"/>
          <w:rtl/>
        </w:rPr>
        <w:t>مردم،</w:t>
      </w:r>
      <w:r w:rsidRPr="00987F03">
        <w:rPr>
          <w:sz w:val="22"/>
        </w:rPr>
        <w:t xml:space="preserve"> </w:t>
      </w:r>
      <w:r w:rsidRPr="00987F03">
        <w:rPr>
          <w:sz w:val="22"/>
          <w:rtl/>
        </w:rPr>
        <w:t>زمین</w:t>
      </w:r>
      <w:r w:rsidRPr="00987F03">
        <w:rPr>
          <w:sz w:val="22"/>
        </w:rPr>
        <w:t xml:space="preserve"> </w:t>
      </w:r>
      <w:r w:rsidRPr="00987F03">
        <w:rPr>
          <w:sz w:val="22"/>
          <w:rtl/>
        </w:rPr>
        <w:t>و</w:t>
      </w:r>
      <w:r w:rsidRPr="00987F03">
        <w:rPr>
          <w:sz w:val="22"/>
        </w:rPr>
        <w:t xml:space="preserve"> </w:t>
      </w:r>
      <w:r w:rsidRPr="00987F03">
        <w:rPr>
          <w:sz w:val="22"/>
          <w:rtl/>
        </w:rPr>
        <w:t>موقعیت</w:t>
      </w:r>
      <w:r w:rsidRPr="00987F03">
        <w:rPr>
          <w:sz w:val="22"/>
        </w:rPr>
        <w:t xml:space="preserve"> </w:t>
      </w:r>
      <w:r w:rsidRPr="00987F03">
        <w:rPr>
          <w:sz w:val="22"/>
          <w:rtl/>
        </w:rPr>
        <w:t>محلی</w:t>
      </w:r>
      <w:r w:rsidRPr="00987F03">
        <w:rPr>
          <w:sz w:val="22"/>
        </w:rPr>
        <w:t xml:space="preserve"> </w:t>
      </w:r>
      <w:r w:rsidRPr="00987F03">
        <w:rPr>
          <w:sz w:val="22"/>
          <w:rtl/>
        </w:rPr>
        <w:t>باشد</w:t>
      </w:r>
      <w:r w:rsidRPr="00987F03">
        <w:rPr>
          <w:sz w:val="22"/>
        </w:rPr>
        <w:t xml:space="preserve">. </w:t>
      </w:r>
      <w:r w:rsidRPr="00987F03">
        <w:rPr>
          <w:sz w:val="22"/>
          <w:rtl/>
        </w:rPr>
        <w:t>در</w:t>
      </w:r>
      <w:r w:rsidRPr="00987F03">
        <w:rPr>
          <w:sz w:val="22"/>
        </w:rPr>
        <w:t xml:space="preserve"> </w:t>
      </w:r>
      <w:r w:rsidRPr="00987F03">
        <w:rPr>
          <w:sz w:val="22"/>
          <w:rtl/>
        </w:rPr>
        <w:t>همان</w:t>
      </w:r>
      <w:r w:rsidRPr="00987F03">
        <w:rPr>
          <w:sz w:val="22"/>
        </w:rPr>
        <w:t xml:space="preserve"> </w:t>
      </w:r>
      <w:r w:rsidRPr="00987F03">
        <w:rPr>
          <w:sz w:val="22"/>
          <w:rtl/>
        </w:rPr>
        <w:t>حال،</w:t>
      </w:r>
      <w:r w:rsidRPr="00987F03">
        <w:rPr>
          <w:sz w:val="22"/>
        </w:rPr>
        <w:t xml:space="preserve"> </w:t>
      </w:r>
      <w:r w:rsidRPr="00987F03">
        <w:rPr>
          <w:sz w:val="22"/>
          <w:rtl/>
        </w:rPr>
        <w:t>همکاری</w:t>
      </w:r>
      <w:r w:rsidRPr="00987F03">
        <w:rPr>
          <w:sz w:val="22"/>
        </w:rPr>
        <w:t xml:space="preserve"> </w:t>
      </w:r>
      <w:r w:rsidRPr="00987F03">
        <w:rPr>
          <w:sz w:val="22"/>
          <w:rtl/>
        </w:rPr>
        <w:t>با</w:t>
      </w:r>
      <w:r w:rsidRPr="00987F03">
        <w:rPr>
          <w:sz w:val="22"/>
        </w:rPr>
        <w:t xml:space="preserve"> </w:t>
      </w:r>
      <w:r w:rsidRPr="00987F03">
        <w:rPr>
          <w:sz w:val="22"/>
          <w:rtl/>
        </w:rPr>
        <w:t>فاتحان</w:t>
      </w:r>
      <w:r w:rsidRPr="00987F03">
        <w:rPr>
          <w:sz w:val="22"/>
        </w:rPr>
        <w:t xml:space="preserve"> </w:t>
      </w:r>
      <w:r w:rsidRPr="00987F03">
        <w:rPr>
          <w:sz w:val="22"/>
          <w:rtl/>
        </w:rPr>
        <w:t>به</w:t>
      </w:r>
      <w:r w:rsidRPr="00987F03">
        <w:rPr>
          <w:sz w:val="22"/>
        </w:rPr>
        <w:t xml:space="preserve"> </w:t>
      </w:r>
      <w:r w:rsidRPr="00987F03">
        <w:rPr>
          <w:sz w:val="22"/>
          <w:rtl/>
        </w:rPr>
        <w:t>آنان</w:t>
      </w:r>
      <w:r w:rsidRPr="00987F03">
        <w:rPr>
          <w:sz w:val="22"/>
        </w:rPr>
        <w:t xml:space="preserve"> </w:t>
      </w:r>
      <w:r w:rsidRPr="00987F03">
        <w:rPr>
          <w:sz w:val="22"/>
          <w:rtl/>
        </w:rPr>
        <w:t>امکان</w:t>
      </w:r>
      <w:r w:rsidRPr="00987F03">
        <w:rPr>
          <w:sz w:val="22"/>
        </w:rPr>
        <w:t xml:space="preserve"> </w:t>
      </w:r>
      <w:r w:rsidRPr="00987F03">
        <w:rPr>
          <w:sz w:val="22"/>
          <w:rtl/>
        </w:rPr>
        <w:t>می</w:t>
      </w:r>
      <w:r w:rsidRPr="00987F03">
        <w:rPr>
          <w:sz w:val="22"/>
        </w:rPr>
        <w:t>‌</w:t>
      </w:r>
      <w:r w:rsidRPr="00987F03">
        <w:rPr>
          <w:sz w:val="22"/>
          <w:rtl/>
        </w:rPr>
        <w:t>داد</w:t>
      </w:r>
      <w:r w:rsidRPr="00987F03">
        <w:rPr>
          <w:sz w:val="22"/>
        </w:rPr>
        <w:t xml:space="preserve"> </w:t>
      </w:r>
      <w:r w:rsidRPr="00987F03">
        <w:rPr>
          <w:sz w:val="22"/>
          <w:rtl/>
        </w:rPr>
        <w:t>بخشی</w:t>
      </w:r>
      <w:r w:rsidRPr="00987F03">
        <w:rPr>
          <w:sz w:val="22"/>
        </w:rPr>
        <w:t xml:space="preserve"> </w:t>
      </w:r>
      <w:r w:rsidRPr="00987F03">
        <w:rPr>
          <w:sz w:val="22"/>
          <w:rtl/>
        </w:rPr>
        <w:t>از</w:t>
      </w:r>
      <w:r w:rsidRPr="00987F03">
        <w:rPr>
          <w:sz w:val="22"/>
        </w:rPr>
        <w:t xml:space="preserve"> </w:t>
      </w:r>
      <w:r w:rsidRPr="00987F03">
        <w:rPr>
          <w:sz w:val="22"/>
          <w:rtl/>
        </w:rPr>
        <w:t>قدرت</w:t>
      </w:r>
      <w:r w:rsidRPr="00987F03">
        <w:rPr>
          <w:sz w:val="22"/>
        </w:rPr>
        <w:t xml:space="preserve"> </w:t>
      </w:r>
      <w:r w:rsidRPr="00987F03">
        <w:rPr>
          <w:sz w:val="22"/>
          <w:rtl/>
        </w:rPr>
        <w:t>و</w:t>
      </w:r>
      <w:r w:rsidRPr="00987F03">
        <w:rPr>
          <w:sz w:val="22"/>
        </w:rPr>
        <w:t xml:space="preserve"> </w:t>
      </w:r>
      <w:r w:rsidRPr="00987F03">
        <w:rPr>
          <w:sz w:val="22"/>
          <w:rtl/>
        </w:rPr>
        <w:t>دارایی</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نیز</w:t>
      </w:r>
      <w:r w:rsidRPr="00987F03">
        <w:rPr>
          <w:sz w:val="22"/>
        </w:rPr>
        <w:t xml:space="preserve"> </w:t>
      </w:r>
      <w:r w:rsidRPr="00987F03">
        <w:rPr>
          <w:sz w:val="22"/>
          <w:rtl/>
        </w:rPr>
        <w:t>نگاه</w:t>
      </w:r>
      <w:r w:rsidRPr="00987F03">
        <w:rPr>
          <w:sz w:val="22"/>
        </w:rPr>
        <w:t xml:space="preserve"> </w:t>
      </w:r>
      <w:r w:rsidRPr="00987F03">
        <w:rPr>
          <w:sz w:val="22"/>
          <w:rtl/>
        </w:rPr>
        <w:t>دارند</w:t>
      </w:r>
      <w:r w:rsidRPr="00987F03">
        <w:rPr>
          <w:sz w:val="22"/>
        </w:rPr>
        <w:t xml:space="preserve">. </w:t>
      </w:r>
      <w:r w:rsidRPr="00987F03">
        <w:rPr>
          <w:sz w:val="22"/>
          <w:rtl/>
        </w:rPr>
        <w:t>حفظ</w:t>
      </w:r>
      <w:r w:rsidRPr="00987F03">
        <w:rPr>
          <w:sz w:val="22"/>
        </w:rPr>
        <w:t xml:space="preserve"> </w:t>
      </w:r>
      <w:r w:rsidRPr="00987F03">
        <w:rPr>
          <w:sz w:val="22"/>
          <w:rtl/>
        </w:rPr>
        <w:t>مردم</w:t>
      </w:r>
      <w:r w:rsidRPr="00987F03">
        <w:rPr>
          <w:sz w:val="22"/>
        </w:rPr>
        <w:t xml:space="preserve"> </w:t>
      </w:r>
      <w:r w:rsidRPr="00987F03">
        <w:rPr>
          <w:sz w:val="22"/>
          <w:rtl/>
        </w:rPr>
        <w:t>و</w:t>
      </w:r>
      <w:r w:rsidRPr="00987F03">
        <w:rPr>
          <w:sz w:val="22"/>
        </w:rPr>
        <w:t xml:space="preserve"> </w:t>
      </w:r>
      <w:r w:rsidRPr="00987F03">
        <w:rPr>
          <w:sz w:val="22"/>
          <w:rtl/>
        </w:rPr>
        <w:t>حفظ</w:t>
      </w:r>
      <w:r w:rsidRPr="00987F03">
        <w:rPr>
          <w:sz w:val="22"/>
        </w:rPr>
        <w:t xml:space="preserve"> </w:t>
      </w:r>
      <w:r w:rsidRPr="00987F03">
        <w:rPr>
          <w:sz w:val="22"/>
          <w:rtl/>
        </w:rPr>
        <w:t>موقعیت</w:t>
      </w:r>
      <w:r w:rsidRPr="00987F03">
        <w:rPr>
          <w:sz w:val="22"/>
        </w:rPr>
        <w:t xml:space="preserve"> </w:t>
      </w:r>
      <w:r w:rsidRPr="00987F03">
        <w:rPr>
          <w:sz w:val="22"/>
          <w:rtl/>
        </w:rPr>
        <w:t>شخصی</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در</w:t>
      </w:r>
      <w:r w:rsidRPr="00987F03">
        <w:rPr>
          <w:sz w:val="22"/>
        </w:rPr>
        <w:t xml:space="preserve"> </w:t>
      </w:r>
      <w:r w:rsidRPr="00987F03">
        <w:rPr>
          <w:sz w:val="22"/>
          <w:rtl/>
        </w:rPr>
        <w:t>یک</w:t>
      </w:r>
      <w:r w:rsidRPr="00987F03">
        <w:rPr>
          <w:sz w:val="22"/>
        </w:rPr>
        <w:t xml:space="preserve"> </w:t>
      </w:r>
      <w:r w:rsidRPr="00987F03">
        <w:rPr>
          <w:sz w:val="22"/>
          <w:rtl/>
        </w:rPr>
        <w:t>تصمیم</w:t>
      </w:r>
      <w:r w:rsidRPr="00987F03">
        <w:rPr>
          <w:sz w:val="22"/>
        </w:rPr>
        <w:t xml:space="preserve"> </w:t>
      </w:r>
      <w:r w:rsidRPr="00987F03">
        <w:rPr>
          <w:sz w:val="22"/>
          <w:rtl/>
        </w:rPr>
        <w:t>به</w:t>
      </w:r>
      <w:r w:rsidRPr="00987F03">
        <w:rPr>
          <w:sz w:val="22"/>
        </w:rPr>
        <w:t xml:space="preserve"> </w:t>
      </w:r>
      <w:r w:rsidRPr="00987F03">
        <w:rPr>
          <w:sz w:val="22"/>
          <w:rtl/>
        </w:rPr>
        <w:t>هم</w:t>
      </w:r>
      <w:r w:rsidRPr="00987F03">
        <w:rPr>
          <w:sz w:val="22"/>
        </w:rPr>
        <w:t xml:space="preserve"> </w:t>
      </w:r>
      <w:r w:rsidRPr="00987F03">
        <w:rPr>
          <w:sz w:val="22"/>
          <w:rtl/>
        </w:rPr>
        <w:t>آمیخته</w:t>
      </w:r>
      <w:r w:rsidRPr="00987F03">
        <w:rPr>
          <w:sz w:val="22"/>
        </w:rPr>
        <w:t xml:space="preserve"> </w:t>
      </w:r>
      <w:r w:rsidRPr="00987F03">
        <w:rPr>
          <w:sz w:val="22"/>
          <w:rtl/>
        </w:rPr>
        <w:t>باشد</w:t>
      </w:r>
      <w:r w:rsidRPr="00987F03">
        <w:rPr>
          <w:sz w:val="22"/>
        </w:rPr>
        <w:t>.</w:t>
      </w:r>
    </w:p>
    <w:p w:rsidR="009F3B78" w:rsidRPr="00987F03" w:rsidRDefault="00987F03" w:rsidP="00987F03">
      <w:pPr>
        <w:bidi/>
        <w:ind w:firstLine="720"/>
        <w:rPr>
          <w:sz w:val="22"/>
        </w:rPr>
      </w:pPr>
      <w:r w:rsidRPr="00987F03">
        <w:rPr>
          <w:sz w:val="22"/>
          <w:rtl/>
        </w:rPr>
        <w:t>با</w:t>
      </w:r>
      <w:r w:rsidRPr="00987F03">
        <w:rPr>
          <w:sz w:val="22"/>
        </w:rPr>
        <w:t xml:space="preserve"> </w:t>
      </w:r>
      <w:r w:rsidRPr="00987F03">
        <w:rPr>
          <w:sz w:val="22"/>
          <w:rtl/>
        </w:rPr>
        <w:t>سقوط</w:t>
      </w:r>
      <w:r w:rsidRPr="00987F03">
        <w:rPr>
          <w:sz w:val="22"/>
        </w:rPr>
        <w:t xml:space="preserve"> </w:t>
      </w:r>
      <w:r w:rsidRPr="00987F03">
        <w:rPr>
          <w:sz w:val="22"/>
          <w:rtl/>
        </w:rPr>
        <w:t>ساسانیان،</w:t>
      </w:r>
      <w:r w:rsidRPr="00987F03">
        <w:rPr>
          <w:sz w:val="22"/>
        </w:rPr>
        <w:t xml:space="preserve"> </w:t>
      </w:r>
      <w:r w:rsidRPr="00987F03">
        <w:rPr>
          <w:sz w:val="22"/>
          <w:rtl/>
        </w:rPr>
        <w:t>ایران</w:t>
      </w:r>
      <w:r w:rsidRPr="00987F03">
        <w:rPr>
          <w:sz w:val="22"/>
        </w:rPr>
        <w:t xml:space="preserve"> </w:t>
      </w:r>
      <w:r w:rsidRPr="00987F03">
        <w:rPr>
          <w:sz w:val="22"/>
          <w:rtl/>
        </w:rPr>
        <w:t>دیگر</w:t>
      </w:r>
      <w:r w:rsidRPr="00987F03">
        <w:rPr>
          <w:sz w:val="22"/>
        </w:rPr>
        <w:t xml:space="preserve"> </w:t>
      </w:r>
      <w:r w:rsidRPr="00987F03">
        <w:rPr>
          <w:sz w:val="22"/>
          <w:rtl/>
        </w:rPr>
        <w:t>مرکز</w:t>
      </w:r>
      <w:r w:rsidRPr="00987F03">
        <w:rPr>
          <w:sz w:val="22"/>
        </w:rPr>
        <w:t xml:space="preserve"> </w:t>
      </w:r>
      <w:r w:rsidRPr="00987F03">
        <w:rPr>
          <w:sz w:val="22"/>
          <w:rtl/>
        </w:rPr>
        <w:t>سیاسی</w:t>
      </w:r>
      <w:r w:rsidRPr="00987F03">
        <w:rPr>
          <w:sz w:val="22"/>
        </w:rPr>
        <w:t xml:space="preserve"> </w:t>
      </w:r>
      <w:r w:rsidRPr="00987F03">
        <w:rPr>
          <w:sz w:val="22"/>
          <w:rtl/>
        </w:rPr>
        <w:t>مستقلی</w:t>
      </w:r>
      <w:r w:rsidRPr="00987F03">
        <w:rPr>
          <w:sz w:val="22"/>
        </w:rPr>
        <w:t xml:space="preserve"> </w:t>
      </w:r>
      <w:r w:rsidRPr="00987F03">
        <w:rPr>
          <w:sz w:val="22"/>
          <w:rtl/>
        </w:rPr>
        <w:t>نداشت</w:t>
      </w:r>
      <w:r w:rsidRPr="00987F03">
        <w:rPr>
          <w:sz w:val="22"/>
        </w:rPr>
        <w:t xml:space="preserve"> </w:t>
      </w:r>
      <w:r w:rsidRPr="00987F03">
        <w:rPr>
          <w:sz w:val="22"/>
          <w:rtl/>
        </w:rPr>
        <w:t>که</w:t>
      </w:r>
      <w:r w:rsidRPr="00987F03">
        <w:rPr>
          <w:sz w:val="22"/>
        </w:rPr>
        <w:t xml:space="preserve"> </w:t>
      </w:r>
      <w:r w:rsidRPr="00987F03">
        <w:rPr>
          <w:sz w:val="22"/>
          <w:rtl/>
        </w:rPr>
        <w:t>از</w:t>
      </w:r>
      <w:r w:rsidRPr="00987F03">
        <w:rPr>
          <w:sz w:val="22"/>
        </w:rPr>
        <w:t xml:space="preserve"> </w:t>
      </w:r>
      <w:r w:rsidRPr="00987F03">
        <w:rPr>
          <w:sz w:val="22"/>
          <w:rtl/>
        </w:rPr>
        <w:t>مرزهای</w:t>
      </w:r>
      <w:r w:rsidRPr="00987F03">
        <w:rPr>
          <w:sz w:val="22"/>
        </w:rPr>
        <w:t xml:space="preserve"> </w:t>
      </w:r>
      <w:r w:rsidRPr="00987F03">
        <w:rPr>
          <w:sz w:val="22"/>
          <w:rtl/>
        </w:rPr>
        <w:t>آن</w:t>
      </w:r>
      <w:r w:rsidRPr="00987F03">
        <w:rPr>
          <w:sz w:val="22"/>
        </w:rPr>
        <w:t xml:space="preserve"> </w:t>
      </w:r>
      <w:r w:rsidRPr="00987F03">
        <w:rPr>
          <w:sz w:val="22"/>
          <w:rtl/>
        </w:rPr>
        <w:t>دفاع</w:t>
      </w:r>
      <w:r w:rsidRPr="00987F03">
        <w:rPr>
          <w:sz w:val="22"/>
        </w:rPr>
        <w:t xml:space="preserve"> </w:t>
      </w:r>
      <w:r w:rsidRPr="00987F03">
        <w:rPr>
          <w:sz w:val="22"/>
          <w:rtl/>
        </w:rPr>
        <w:t>کند</w:t>
      </w:r>
      <w:r w:rsidRPr="00987F03">
        <w:rPr>
          <w:sz w:val="22"/>
        </w:rPr>
        <w:t xml:space="preserve"> </w:t>
      </w:r>
      <w:r w:rsidRPr="00987F03">
        <w:rPr>
          <w:sz w:val="22"/>
          <w:rtl/>
        </w:rPr>
        <w:t>و</w:t>
      </w:r>
      <w:r w:rsidRPr="00987F03">
        <w:rPr>
          <w:sz w:val="22"/>
        </w:rPr>
        <w:t xml:space="preserve"> </w:t>
      </w:r>
      <w:r w:rsidRPr="00987F03">
        <w:rPr>
          <w:sz w:val="22"/>
          <w:rtl/>
        </w:rPr>
        <w:t>به</w:t>
      </w:r>
      <w:r w:rsidRPr="00987F03">
        <w:rPr>
          <w:sz w:val="22"/>
        </w:rPr>
        <w:t xml:space="preserve"> </w:t>
      </w:r>
      <w:r w:rsidRPr="00987F03">
        <w:rPr>
          <w:sz w:val="22"/>
          <w:rtl/>
        </w:rPr>
        <w:t>نام</w:t>
      </w:r>
      <w:r w:rsidRPr="00987F03">
        <w:rPr>
          <w:sz w:val="22"/>
        </w:rPr>
        <w:t xml:space="preserve"> </w:t>
      </w:r>
      <w:r w:rsidRPr="00987F03">
        <w:rPr>
          <w:sz w:val="22"/>
          <w:rtl/>
        </w:rPr>
        <w:t>مردم</w:t>
      </w:r>
      <w:r w:rsidRPr="00987F03">
        <w:rPr>
          <w:sz w:val="22"/>
        </w:rPr>
        <w:t xml:space="preserve"> </w:t>
      </w:r>
      <w:r w:rsidRPr="00987F03">
        <w:rPr>
          <w:sz w:val="22"/>
          <w:rtl/>
        </w:rPr>
        <w:t>و</w:t>
      </w:r>
      <w:r w:rsidRPr="00987F03">
        <w:rPr>
          <w:sz w:val="22"/>
        </w:rPr>
        <w:t xml:space="preserve"> </w:t>
      </w:r>
      <w:r w:rsidRPr="00987F03">
        <w:rPr>
          <w:sz w:val="22"/>
          <w:rtl/>
        </w:rPr>
        <w:t>سرزمین</w:t>
      </w:r>
      <w:r w:rsidRPr="00987F03">
        <w:rPr>
          <w:sz w:val="22"/>
        </w:rPr>
        <w:t xml:space="preserve"> </w:t>
      </w:r>
      <w:r w:rsidRPr="00987F03">
        <w:rPr>
          <w:sz w:val="22"/>
          <w:rtl/>
        </w:rPr>
        <w:t>فرمان</w:t>
      </w:r>
      <w:r w:rsidRPr="00987F03">
        <w:rPr>
          <w:sz w:val="22"/>
        </w:rPr>
        <w:t xml:space="preserve"> </w:t>
      </w:r>
      <w:r w:rsidRPr="00987F03">
        <w:rPr>
          <w:sz w:val="22"/>
          <w:rtl/>
        </w:rPr>
        <w:t>براند</w:t>
      </w:r>
      <w:r w:rsidRPr="00987F03">
        <w:rPr>
          <w:sz w:val="22"/>
        </w:rPr>
        <w:t xml:space="preserve">. </w:t>
      </w:r>
      <w:r w:rsidRPr="00987F03">
        <w:rPr>
          <w:sz w:val="22"/>
          <w:rtl/>
        </w:rPr>
        <w:t>این</w:t>
      </w:r>
      <w:r w:rsidRPr="00987F03">
        <w:rPr>
          <w:sz w:val="22"/>
        </w:rPr>
        <w:t xml:space="preserve"> </w:t>
      </w:r>
      <w:r w:rsidRPr="00987F03">
        <w:rPr>
          <w:sz w:val="22"/>
          <w:rtl/>
        </w:rPr>
        <w:t>واقعیت</w:t>
      </w:r>
      <w:r w:rsidRPr="00987F03">
        <w:rPr>
          <w:sz w:val="22"/>
        </w:rPr>
        <w:t xml:space="preserve"> </w:t>
      </w:r>
      <w:r w:rsidRPr="00987F03">
        <w:rPr>
          <w:sz w:val="22"/>
          <w:rtl/>
        </w:rPr>
        <w:t>را</w:t>
      </w:r>
      <w:r w:rsidRPr="00987F03">
        <w:rPr>
          <w:sz w:val="22"/>
        </w:rPr>
        <w:t xml:space="preserve"> </w:t>
      </w:r>
      <w:r w:rsidRPr="00987F03">
        <w:rPr>
          <w:sz w:val="22"/>
          <w:rtl/>
        </w:rPr>
        <w:t>نباید</w:t>
      </w:r>
      <w:r w:rsidRPr="00987F03">
        <w:rPr>
          <w:sz w:val="22"/>
        </w:rPr>
        <w:t xml:space="preserve"> </w:t>
      </w:r>
      <w:r w:rsidRPr="00987F03">
        <w:rPr>
          <w:sz w:val="22"/>
          <w:rtl/>
        </w:rPr>
        <w:t>با</w:t>
      </w:r>
      <w:r w:rsidRPr="00987F03">
        <w:rPr>
          <w:sz w:val="22"/>
        </w:rPr>
        <w:t xml:space="preserve"> </w:t>
      </w:r>
      <w:r w:rsidRPr="00987F03">
        <w:rPr>
          <w:sz w:val="22"/>
          <w:rtl/>
        </w:rPr>
        <w:t>تعابیری</w:t>
      </w:r>
      <w:r w:rsidRPr="00987F03">
        <w:rPr>
          <w:sz w:val="22"/>
        </w:rPr>
        <w:t xml:space="preserve"> </w:t>
      </w:r>
      <w:r w:rsidRPr="00987F03">
        <w:rPr>
          <w:sz w:val="22"/>
          <w:rtl/>
        </w:rPr>
        <w:t>چون</w:t>
      </w:r>
      <w:r w:rsidRPr="00987F03">
        <w:rPr>
          <w:sz w:val="22"/>
        </w:rPr>
        <w:t xml:space="preserve"> «</w:t>
      </w:r>
      <w:r w:rsidRPr="00987F03">
        <w:rPr>
          <w:sz w:val="22"/>
          <w:rtl/>
        </w:rPr>
        <w:t>استمرار</w:t>
      </w:r>
      <w:r w:rsidRPr="00987F03">
        <w:rPr>
          <w:sz w:val="22"/>
        </w:rPr>
        <w:t xml:space="preserve"> </w:t>
      </w:r>
      <w:r w:rsidRPr="00987F03">
        <w:rPr>
          <w:sz w:val="22"/>
          <w:rtl/>
        </w:rPr>
        <w:t>همیشگی</w:t>
      </w:r>
      <w:r w:rsidRPr="00987F03">
        <w:rPr>
          <w:sz w:val="22"/>
        </w:rPr>
        <w:t xml:space="preserve"> </w:t>
      </w:r>
      <w:r w:rsidRPr="00987F03">
        <w:rPr>
          <w:sz w:val="22"/>
          <w:rtl/>
        </w:rPr>
        <w:t>دولت</w:t>
      </w:r>
      <w:r w:rsidRPr="00987F03">
        <w:rPr>
          <w:sz w:val="22"/>
        </w:rPr>
        <w:t xml:space="preserve"> </w:t>
      </w:r>
      <w:r w:rsidRPr="00987F03">
        <w:rPr>
          <w:sz w:val="22"/>
          <w:rtl/>
        </w:rPr>
        <w:t>ایران</w:t>
      </w:r>
      <w:r w:rsidRPr="00987F03">
        <w:rPr>
          <w:sz w:val="22"/>
        </w:rPr>
        <w:t xml:space="preserve">» </w:t>
      </w:r>
      <w:r w:rsidRPr="00987F03">
        <w:rPr>
          <w:sz w:val="22"/>
          <w:rtl/>
        </w:rPr>
        <w:t>پوشاند</w:t>
      </w:r>
      <w:r w:rsidRPr="00987F03">
        <w:rPr>
          <w:sz w:val="22"/>
        </w:rPr>
        <w:t xml:space="preserve">. </w:t>
      </w:r>
      <w:r w:rsidRPr="00987F03">
        <w:rPr>
          <w:sz w:val="22"/>
          <w:rtl/>
        </w:rPr>
        <w:t>دولت</w:t>
      </w:r>
      <w:r w:rsidRPr="00987F03">
        <w:rPr>
          <w:sz w:val="22"/>
        </w:rPr>
        <w:t xml:space="preserve"> </w:t>
      </w:r>
      <w:r w:rsidRPr="00987F03">
        <w:rPr>
          <w:sz w:val="22"/>
          <w:rtl/>
        </w:rPr>
        <w:t>ساسانی</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رفت</w:t>
      </w:r>
      <w:r w:rsidRPr="00987F03">
        <w:rPr>
          <w:sz w:val="22"/>
        </w:rPr>
        <w:t xml:space="preserve"> </w:t>
      </w:r>
      <w:r w:rsidRPr="00987F03">
        <w:rPr>
          <w:sz w:val="22"/>
          <w:rtl/>
        </w:rPr>
        <w:t>و</w:t>
      </w:r>
      <w:r w:rsidRPr="00987F03">
        <w:rPr>
          <w:sz w:val="22"/>
        </w:rPr>
        <w:t xml:space="preserve"> </w:t>
      </w:r>
      <w:r w:rsidRPr="00987F03">
        <w:rPr>
          <w:sz w:val="22"/>
          <w:rtl/>
        </w:rPr>
        <w:t>حکومت</w:t>
      </w:r>
      <w:r w:rsidRPr="00987F03">
        <w:rPr>
          <w:sz w:val="22"/>
        </w:rPr>
        <w:t xml:space="preserve"> </w:t>
      </w:r>
      <w:r w:rsidRPr="00987F03">
        <w:rPr>
          <w:sz w:val="22"/>
          <w:rtl/>
        </w:rPr>
        <w:t>فاتح</w:t>
      </w:r>
      <w:r w:rsidRPr="00987F03">
        <w:rPr>
          <w:sz w:val="22"/>
        </w:rPr>
        <w:t xml:space="preserve"> </w:t>
      </w:r>
      <w:r w:rsidRPr="00987F03">
        <w:rPr>
          <w:sz w:val="22"/>
          <w:rtl/>
        </w:rPr>
        <w:t>جای</w:t>
      </w:r>
      <w:r w:rsidRPr="00987F03">
        <w:rPr>
          <w:sz w:val="22"/>
        </w:rPr>
        <w:t xml:space="preserve"> </w:t>
      </w:r>
      <w:r w:rsidRPr="00987F03">
        <w:rPr>
          <w:sz w:val="22"/>
          <w:rtl/>
        </w:rPr>
        <w:t>آن</w:t>
      </w:r>
      <w:r w:rsidRPr="00987F03">
        <w:rPr>
          <w:sz w:val="22"/>
        </w:rPr>
        <w:t xml:space="preserve"> </w:t>
      </w:r>
      <w:r w:rsidRPr="00987F03">
        <w:rPr>
          <w:sz w:val="22"/>
          <w:rtl/>
        </w:rPr>
        <w:t>را</w:t>
      </w:r>
      <w:r w:rsidRPr="00987F03">
        <w:rPr>
          <w:sz w:val="22"/>
        </w:rPr>
        <w:t xml:space="preserve"> </w:t>
      </w:r>
      <w:r w:rsidRPr="00987F03">
        <w:rPr>
          <w:sz w:val="22"/>
          <w:rtl/>
        </w:rPr>
        <w:t>گرفت</w:t>
      </w:r>
      <w:r w:rsidRPr="00987F03">
        <w:rPr>
          <w:sz w:val="22"/>
        </w:rPr>
        <w:t xml:space="preserve">. </w:t>
      </w:r>
      <w:r w:rsidRPr="00987F03">
        <w:rPr>
          <w:sz w:val="22"/>
          <w:rtl/>
        </w:rPr>
        <w:t>برای</w:t>
      </w:r>
      <w:r w:rsidRPr="00987F03">
        <w:rPr>
          <w:sz w:val="22"/>
        </w:rPr>
        <w:t xml:space="preserve"> </w:t>
      </w:r>
      <w:r w:rsidRPr="00987F03">
        <w:rPr>
          <w:sz w:val="22"/>
          <w:rtl/>
        </w:rPr>
        <w:t>مدتی،</w:t>
      </w:r>
      <w:r w:rsidRPr="00987F03">
        <w:rPr>
          <w:sz w:val="22"/>
        </w:rPr>
        <w:t xml:space="preserve"> </w:t>
      </w:r>
      <w:r w:rsidRPr="00987F03">
        <w:rPr>
          <w:sz w:val="22"/>
          <w:rtl/>
        </w:rPr>
        <w:t>ایران</w:t>
      </w:r>
      <w:r w:rsidRPr="00987F03">
        <w:rPr>
          <w:sz w:val="22"/>
        </w:rPr>
        <w:t xml:space="preserve"> </w:t>
      </w:r>
      <w:r w:rsidRPr="00987F03">
        <w:rPr>
          <w:sz w:val="22"/>
          <w:rtl/>
        </w:rPr>
        <w:t>نه</w:t>
      </w:r>
      <w:r w:rsidRPr="00987F03">
        <w:rPr>
          <w:sz w:val="22"/>
        </w:rPr>
        <w:t xml:space="preserve"> </w:t>
      </w:r>
      <w:r w:rsidRPr="00987F03">
        <w:rPr>
          <w:sz w:val="22"/>
          <w:rtl/>
        </w:rPr>
        <w:t>پادشاه</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داشت،</w:t>
      </w:r>
      <w:r w:rsidRPr="00987F03">
        <w:rPr>
          <w:sz w:val="22"/>
        </w:rPr>
        <w:t xml:space="preserve"> </w:t>
      </w:r>
      <w:r w:rsidRPr="00987F03">
        <w:rPr>
          <w:sz w:val="22"/>
          <w:rtl/>
        </w:rPr>
        <w:t>نه</w:t>
      </w:r>
      <w:r w:rsidRPr="00987F03">
        <w:rPr>
          <w:sz w:val="22"/>
        </w:rPr>
        <w:t xml:space="preserve"> </w:t>
      </w:r>
      <w:r w:rsidRPr="00987F03">
        <w:rPr>
          <w:sz w:val="22"/>
          <w:rtl/>
        </w:rPr>
        <w:t>قشون</w:t>
      </w:r>
      <w:r w:rsidRPr="00987F03">
        <w:rPr>
          <w:sz w:val="22"/>
        </w:rPr>
        <w:t xml:space="preserve"> </w:t>
      </w:r>
      <w:r w:rsidRPr="00987F03">
        <w:rPr>
          <w:sz w:val="22"/>
          <w:rtl/>
        </w:rPr>
        <w:t>سراسری</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و</w:t>
      </w:r>
      <w:r w:rsidRPr="00987F03">
        <w:rPr>
          <w:sz w:val="22"/>
        </w:rPr>
        <w:t xml:space="preserve"> </w:t>
      </w:r>
      <w:r w:rsidRPr="00987F03">
        <w:rPr>
          <w:sz w:val="22"/>
          <w:rtl/>
        </w:rPr>
        <w:t>نه</w:t>
      </w:r>
      <w:r w:rsidRPr="00987F03">
        <w:rPr>
          <w:sz w:val="22"/>
        </w:rPr>
        <w:t xml:space="preserve"> </w:t>
      </w:r>
      <w:r w:rsidRPr="00987F03">
        <w:rPr>
          <w:sz w:val="22"/>
          <w:rtl/>
        </w:rPr>
        <w:t>سیاست</w:t>
      </w:r>
      <w:r w:rsidRPr="00987F03">
        <w:rPr>
          <w:sz w:val="22"/>
        </w:rPr>
        <w:t xml:space="preserve"> </w:t>
      </w:r>
      <w:r w:rsidRPr="00987F03">
        <w:rPr>
          <w:sz w:val="22"/>
          <w:rtl/>
        </w:rPr>
        <w:t>خارجی</w:t>
      </w:r>
      <w:r w:rsidRPr="00987F03">
        <w:rPr>
          <w:sz w:val="22"/>
        </w:rPr>
        <w:t xml:space="preserve"> </w:t>
      </w:r>
      <w:r w:rsidRPr="00987F03">
        <w:rPr>
          <w:sz w:val="22"/>
          <w:rtl/>
        </w:rPr>
        <w:t>مستقلی</w:t>
      </w:r>
      <w:r w:rsidRPr="00987F03">
        <w:rPr>
          <w:sz w:val="22"/>
        </w:rPr>
        <w:t xml:space="preserve"> </w:t>
      </w:r>
      <w:r w:rsidRPr="00987F03">
        <w:rPr>
          <w:sz w:val="22"/>
          <w:rtl/>
        </w:rPr>
        <w:t>را</w:t>
      </w:r>
      <w:r w:rsidRPr="00987F03">
        <w:rPr>
          <w:sz w:val="22"/>
        </w:rPr>
        <w:t xml:space="preserve"> </w:t>
      </w:r>
      <w:r w:rsidRPr="00987F03">
        <w:rPr>
          <w:sz w:val="22"/>
          <w:rtl/>
        </w:rPr>
        <w:t>که</w:t>
      </w:r>
      <w:r w:rsidRPr="00987F03">
        <w:rPr>
          <w:sz w:val="22"/>
        </w:rPr>
        <w:t xml:space="preserve"> </w:t>
      </w:r>
      <w:r w:rsidRPr="00987F03">
        <w:rPr>
          <w:sz w:val="22"/>
          <w:rtl/>
        </w:rPr>
        <w:t>از</w:t>
      </w:r>
      <w:r w:rsidRPr="00987F03">
        <w:rPr>
          <w:sz w:val="22"/>
        </w:rPr>
        <w:t xml:space="preserve"> </w:t>
      </w:r>
      <w:r w:rsidRPr="00987F03">
        <w:rPr>
          <w:sz w:val="22"/>
          <w:rtl/>
        </w:rPr>
        <w:t>مرکز</w:t>
      </w:r>
      <w:r w:rsidRPr="00987F03">
        <w:rPr>
          <w:sz w:val="22"/>
        </w:rPr>
        <w:t xml:space="preserve"> </w:t>
      </w:r>
      <w:r w:rsidRPr="00987F03">
        <w:rPr>
          <w:sz w:val="22"/>
          <w:rtl/>
        </w:rPr>
        <w:t>کشور</w:t>
      </w:r>
      <w:r w:rsidRPr="00987F03">
        <w:rPr>
          <w:sz w:val="22"/>
        </w:rPr>
        <w:t xml:space="preserve"> </w:t>
      </w:r>
      <w:r w:rsidRPr="00987F03">
        <w:rPr>
          <w:sz w:val="22"/>
          <w:rtl/>
        </w:rPr>
        <w:t>تعیین</w:t>
      </w:r>
      <w:r w:rsidRPr="00987F03">
        <w:rPr>
          <w:sz w:val="22"/>
        </w:rPr>
        <w:t xml:space="preserve"> </w:t>
      </w:r>
      <w:r w:rsidRPr="00987F03">
        <w:rPr>
          <w:sz w:val="22"/>
          <w:rtl/>
        </w:rPr>
        <w:t>شود</w:t>
      </w:r>
      <w:r w:rsidRPr="00987F03">
        <w:rPr>
          <w:sz w:val="22"/>
        </w:rPr>
        <w:t>.</w:t>
      </w:r>
    </w:p>
    <w:p w:rsidR="009F3B78" w:rsidRPr="00987F03" w:rsidRDefault="00987F03" w:rsidP="00987F03">
      <w:pPr>
        <w:bidi/>
        <w:ind w:firstLine="720"/>
        <w:rPr>
          <w:sz w:val="22"/>
        </w:rPr>
      </w:pPr>
      <w:r w:rsidRPr="00987F03">
        <w:rPr>
          <w:sz w:val="22"/>
          <w:rtl/>
        </w:rPr>
        <w:t>اما</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رفتن</w:t>
      </w:r>
      <w:r w:rsidRPr="00987F03">
        <w:rPr>
          <w:sz w:val="22"/>
        </w:rPr>
        <w:t xml:space="preserve"> </w:t>
      </w:r>
      <w:r w:rsidRPr="00987F03">
        <w:rPr>
          <w:sz w:val="22"/>
          <w:rtl/>
        </w:rPr>
        <w:t>استقلال</w:t>
      </w:r>
      <w:r w:rsidRPr="00987F03">
        <w:rPr>
          <w:sz w:val="22"/>
        </w:rPr>
        <w:t xml:space="preserve"> </w:t>
      </w:r>
      <w:r w:rsidRPr="00987F03">
        <w:rPr>
          <w:sz w:val="22"/>
          <w:rtl/>
        </w:rPr>
        <w:t>سیاسی</w:t>
      </w:r>
      <w:r w:rsidRPr="00987F03">
        <w:rPr>
          <w:sz w:val="22"/>
        </w:rPr>
        <w:t xml:space="preserve"> </w:t>
      </w:r>
      <w:r w:rsidRPr="00987F03">
        <w:rPr>
          <w:sz w:val="22"/>
          <w:rtl/>
        </w:rPr>
        <w:t>با</w:t>
      </w:r>
      <w:r w:rsidRPr="00987F03">
        <w:rPr>
          <w:sz w:val="22"/>
        </w:rPr>
        <w:t xml:space="preserve"> </w:t>
      </w:r>
      <w:r w:rsidRPr="00987F03">
        <w:rPr>
          <w:sz w:val="22"/>
          <w:rtl/>
        </w:rPr>
        <w:t>نابودی</w:t>
      </w:r>
      <w:r w:rsidRPr="00987F03">
        <w:rPr>
          <w:sz w:val="22"/>
        </w:rPr>
        <w:t xml:space="preserve"> </w:t>
      </w:r>
      <w:r w:rsidRPr="00987F03">
        <w:rPr>
          <w:sz w:val="22"/>
          <w:rtl/>
        </w:rPr>
        <w:t>همهٔ</w:t>
      </w:r>
      <w:r w:rsidRPr="00987F03">
        <w:rPr>
          <w:sz w:val="22"/>
        </w:rPr>
        <w:t xml:space="preserve"> </w:t>
      </w:r>
      <w:r w:rsidRPr="00987F03">
        <w:rPr>
          <w:sz w:val="22"/>
          <w:rtl/>
        </w:rPr>
        <w:t>عناصر</w:t>
      </w:r>
      <w:r w:rsidRPr="00987F03">
        <w:rPr>
          <w:sz w:val="22"/>
        </w:rPr>
        <w:t xml:space="preserve"> </w:t>
      </w:r>
      <w:r w:rsidRPr="00987F03">
        <w:rPr>
          <w:sz w:val="22"/>
          <w:rtl/>
        </w:rPr>
        <w:t>کشور</w:t>
      </w:r>
      <w:r w:rsidRPr="00987F03">
        <w:rPr>
          <w:sz w:val="22"/>
        </w:rPr>
        <w:t xml:space="preserve"> </w:t>
      </w:r>
      <w:r w:rsidRPr="00987F03">
        <w:rPr>
          <w:sz w:val="22"/>
          <w:rtl/>
        </w:rPr>
        <w:t>یکی</w:t>
      </w:r>
      <w:r w:rsidRPr="00987F03">
        <w:rPr>
          <w:sz w:val="22"/>
        </w:rPr>
        <w:t xml:space="preserve"> </w:t>
      </w:r>
      <w:r w:rsidRPr="00987F03">
        <w:rPr>
          <w:sz w:val="22"/>
          <w:rtl/>
        </w:rPr>
        <w:t>نبود</w:t>
      </w:r>
      <w:r w:rsidRPr="00987F03">
        <w:rPr>
          <w:sz w:val="22"/>
        </w:rPr>
        <w:t xml:space="preserve">. </w:t>
      </w:r>
      <w:r w:rsidRPr="00987F03">
        <w:rPr>
          <w:sz w:val="22"/>
          <w:rtl/>
        </w:rPr>
        <w:t>نام</w:t>
      </w:r>
      <w:r w:rsidRPr="00987F03">
        <w:rPr>
          <w:sz w:val="22"/>
        </w:rPr>
        <w:t xml:space="preserve"> </w:t>
      </w:r>
      <w:r w:rsidRPr="00987F03">
        <w:rPr>
          <w:sz w:val="22"/>
          <w:rtl/>
        </w:rPr>
        <w:t>ایران،</w:t>
      </w:r>
      <w:r w:rsidRPr="00987F03">
        <w:rPr>
          <w:sz w:val="22"/>
        </w:rPr>
        <w:t xml:space="preserve"> </w:t>
      </w:r>
      <w:r w:rsidRPr="00987F03">
        <w:rPr>
          <w:sz w:val="22"/>
          <w:rtl/>
        </w:rPr>
        <w:t>خاطرهٔ</w:t>
      </w:r>
      <w:r w:rsidRPr="00987F03">
        <w:rPr>
          <w:sz w:val="22"/>
        </w:rPr>
        <w:t xml:space="preserve"> </w:t>
      </w:r>
      <w:r w:rsidRPr="00987F03">
        <w:rPr>
          <w:sz w:val="22"/>
          <w:rtl/>
        </w:rPr>
        <w:t>شاهان</w:t>
      </w:r>
      <w:r w:rsidRPr="00987F03">
        <w:rPr>
          <w:sz w:val="22"/>
        </w:rPr>
        <w:t xml:space="preserve"> </w:t>
      </w:r>
      <w:r w:rsidRPr="00987F03">
        <w:rPr>
          <w:sz w:val="22"/>
          <w:rtl/>
        </w:rPr>
        <w:t>پیشین،</w:t>
      </w:r>
      <w:r w:rsidRPr="00987F03">
        <w:rPr>
          <w:sz w:val="22"/>
        </w:rPr>
        <w:t xml:space="preserve"> </w:t>
      </w:r>
      <w:r w:rsidRPr="00987F03">
        <w:rPr>
          <w:sz w:val="22"/>
          <w:rtl/>
        </w:rPr>
        <w:t>تقسیمات</w:t>
      </w:r>
      <w:r w:rsidRPr="00987F03">
        <w:rPr>
          <w:sz w:val="22"/>
        </w:rPr>
        <w:t xml:space="preserve"> </w:t>
      </w:r>
      <w:r w:rsidRPr="00987F03">
        <w:rPr>
          <w:sz w:val="22"/>
          <w:rtl/>
        </w:rPr>
        <w:t>منطقه</w:t>
      </w:r>
      <w:r w:rsidRPr="00987F03">
        <w:rPr>
          <w:sz w:val="22"/>
        </w:rPr>
        <w:t>‌</w:t>
      </w:r>
      <w:r w:rsidRPr="00987F03">
        <w:rPr>
          <w:sz w:val="22"/>
          <w:rtl/>
        </w:rPr>
        <w:t>ای،</w:t>
      </w:r>
      <w:r w:rsidRPr="00987F03">
        <w:rPr>
          <w:sz w:val="22"/>
        </w:rPr>
        <w:t xml:space="preserve"> </w:t>
      </w:r>
      <w:r w:rsidRPr="00987F03">
        <w:rPr>
          <w:sz w:val="22"/>
          <w:rtl/>
        </w:rPr>
        <w:t>شهرها،</w:t>
      </w:r>
      <w:r w:rsidRPr="00987F03">
        <w:rPr>
          <w:sz w:val="22"/>
        </w:rPr>
        <w:t xml:space="preserve"> </w:t>
      </w:r>
      <w:r w:rsidRPr="00987F03">
        <w:rPr>
          <w:sz w:val="22"/>
          <w:rtl/>
        </w:rPr>
        <w:t>زبان</w:t>
      </w:r>
      <w:r w:rsidRPr="00987F03">
        <w:rPr>
          <w:sz w:val="22"/>
        </w:rPr>
        <w:t>‌</w:t>
      </w:r>
      <w:r w:rsidRPr="00987F03">
        <w:rPr>
          <w:sz w:val="22"/>
          <w:rtl/>
        </w:rPr>
        <w:t>های</w:t>
      </w:r>
      <w:r w:rsidRPr="00987F03">
        <w:rPr>
          <w:sz w:val="22"/>
        </w:rPr>
        <w:t xml:space="preserve"> </w:t>
      </w:r>
      <w:r w:rsidRPr="00987F03">
        <w:rPr>
          <w:sz w:val="22"/>
          <w:rtl/>
        </w:rPr>
        <w:t>ایرانی،</w:t>
      </w:r>
      <w:r w:rsidRPr="00987F03">
        <w:rPr>
          <w:sz w:val="22"/>
        </w:rPr>
        <w:t xml:space="preserve"> </w:t>
      </w:r>
      <w:r w:rsidRPr="00987F03">
        <w:rPr>
          <w:sz w:val="22"/>
          <w:rtl/>
        </w:rPr>
        <w:t>سنت</w:t>
      </w:r>
      <w:r w:rsidRPr="00987F03">
        <w:rPr>
          <w:sz w:val="22"/>
        </w:rPr>
        <w:t>‌</w:t>
      </w:r>
      <w:r w:rsidRPr="00987F03">
        <w:rPr>
          <w:sz w:val="22"/>
          <w:rtl/>
        </w:rPr>
        <w:t>های</w:t>
      </w:r>
      <w:r w:rsidRPr="00987F03">
        <w:rPr>
          <w:sz w:val="22"/>
        </w:rPr>
        <w:t xml:space="preserve"> </w:t>
      </w:r>
      <w:r w:rsidRPr="00987F03">
        <w:rPr>
          <w:sz w:val="22"/>
          <w:rtl/>
        </w:rPr>
        <w:t>دیوانی</w:t>
      </w:r>
      <w:r w:rsidRPr="00987F03">
        <w:rPr>
          <w:sz w:val="22"/>
        </w:rPr>
        <w:t xml:space="preserve"> </w:t>
      </w:r>
      <w:r w:rsidRPr="00987F03">
        <w:rPr>
          <w:sz w:val="22"/>
          <w:rtl/>
        </w:rPr>
        <w:t>و</w:t>
      </w:r>
      <w:r w:rsidRPr="00987F03">
        <w:rPr>
          <w:sz w:val="22"/>
        </w:rPr>
        <w:t xml:space="preserve"> </w:t>
      </w:r>
      <w:r w:rsidRPr="00987F03">
        <w:rPr>
          <w:sz w:val="22"/>
          <w:rtl/>
        </w:rPr>
        <w:t>آگاهی</w:t>
      </w:r>
      <w:r w:rsidRPr="00987F03">
        <w:rPr>
          <w:sz w:val="22"/>
        </w:rPr>
        <w:t xml:space="preserve"> </w:t>
      </w:r>
      <w:r w:rsidRPr="00987F03">
        <w:rPr>
          <w:sz w:val="22"/>
          <w:rtl/>
        </w:rPr>
        <w:t>خاندان</w:t>
      </w:r>
      <w:r w:rsidRPr="00987F03">
        <w:rPr>
          <w:sz w:val="22"/>
        </w:rPr>
        <w:t>‌</w:t>
      </w:r>
      <w:r w:rsidRPr="00987F03">
        <w:rPr>
          <w:sz w:val="22"/>
          <w:rtl/>
        </w:rPr>
        <w:t>های</w:t>
      </w:r>
      <w:r w:rsidRPr="00987F03">
        <w:rPr>
          <w:sz w:val="22"/>
        </w:rPr>
        <w:t xml:space="preserve"> </w:t>
      </w:r>
      <w:r w:rsidRPr="00987F03">
        <w:rPr>
          <w:sz w:val="22"/>
          <w:rtl/>
        </w:rPr>
        <w:t>محلی</w:t>
      </w:r>
      <w:r w:rsidRPr="00987F03">
        <w:rPr>
          <w:sz w:val="22"/>
        </w:rPr>
        <w:t xml:space="preserve"> </w:t>
      </w:r>
      <w:r w:rsidRPr="00987F03">
        <w:rPr>
          <w:sz w:val="22"/>
          <w:rtl/>
        </w:rPr>
        <w:t>از</w:t>
      </w:r>
      <w:r w:rsidRPr="00987F03">
        <w:rPr>
          <w:sz w:val="22"/>
        </w:rPr>
        <w:t xml:space="preserve"> </w:t>
      </w:r>
      <w:r w:rsidRPr="00987F03">
        <w:rPr>
          <w:sz w:val="22"/>
          <w:rtl/>
        </w:rPr>
        <w:t>گذشته</w:t>
      </w:r>
      <w:r w:rsidRPr="00987F03">
        <w:rPr>
          <w:sz w:val="22"/>
        </w:rPr>
        <w:t xml:space="preserve"> </w:t>
      </w:r>
      <w:r w:rsidRPr="00987F03">
        <w:rPr>
          <w:sz w:val="22"/>
          <w:rtl/>
        </w:rPr>
        <w:t>باقی</w:t>
      </w:r>
      <w:r w:rsidRPr="00987F03">
        <w:rPr>
          <w:sz w:val="22"/>
        </w:rPr>
        <w:t xml:space="preserve"> </w:t>
      </w:r>
      <w:r w:rsidRPr="00987F03">
        <w:rPr>
          <w:sz w:val="22"/>
          <w:rtl/>
        </w:rPr>
        <w:t>ماند</w:t>
      </w:r>
      <w:r w:rsidRPr="00987F03">
        <w:rPr>
          <w:sz w:val="22"/>
        </w:rPr>
        <w:t xml:space="preserve">. </w:t>
      </w:r>
      <w:r w:rsidRPr="00987F03">
        <w:rPr>
          <w:sz w:val="22"/>
          <w:rtl/>
        </w:rPr>
        <w:t>این</w:t>
      </w:r>
      <w:r w:rsidRPr="00987F03">
        <w:rPr>
          <w:sz w:val="22"/>
        </w:rPr>
        <w:t xml:space="preserve"> </w:t>
      </w:r>
      <w:r w:rsidRPr="00987F03">
        <w:rPr>
          <w:sz w:val="22"/>
          <w:rtl/>
        </w:rPr>
        <w:t>عناصر</w:t>
      </w:r>
      <w:r w:rsidRPr="00987F03">
        <w:rPr>
          <w:sz w:val="22"/>
        </w:rPr>
        <w:t xml:space="preserve"> </w:t>
      </w:r>
      <w:r w:rsidRPr="00987F03">
        <w:rPr>
          <w:sz w:val="22"/>
          <w:rtl/>
        </w:rPr>
        <w:t>هنوز</w:t>
      </w:r>
      <w:r w:rsidRPr="00987F03">
        <w:rPr>
          <w:sz w:val="22"/>
        </w:rPr>
        <w:t xml:space="preserve"> </w:t>
      </w:r>
      <w:r w:rsidRPr="00987F03">
        <w:rPr>
          <w:sz w:val="22"/>
          <w:rtl/>
        </w:rPr>
        <w:t>ملت</w:t>
      </w:r>
      <w:r w:rsidRPr="00987F03">
        <w:rPr>
          <w:sz w:val="22"/>
        </w:rPr>
        <w:t xml:space="preserve"> </w:t>
      </w:r>
      <w:r w:rsidRPr="00987F03">
        <w:rPr>
          <w:sz w:val="22"/>
          <w:rtl/>
        </w:rPr>
        <w:t>و</w:t>
      </w:r>
      <w:r w:rsidRPr="00987F03">
        <w:rPr>
          <w:sz w:val="22"/>
        </w:rPr>
        <w:t xml:space="preserve"> </w:t>
      </w:r>
      <w:r w:rsidRPr="00987F03">
        <w:rPr>
          <w:sz w:val="22"/>
          <w:rtl/>
        </w:rPr>
        <w:t>دولت</w:t>
      </w:r>
      <w:r w:rsidRPr="00987F03">
        <w:rPr>
          <w:sz w:val="22"/>
        </w:rPr>
        <w:t xml:space="preserve"> </w:t>
      </w:r>
      <w:r w:rsidRPr="00987F03">
        <w:rPr>
          <w:sz w:val="22"/>
          <w:rtl/>
        </w:rPr>
        <w:t>ملی</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امروزی</w:t>
      </w:r>
      <w:r w:rsidRPr="00987F03">
        <w:rPr>
          <w:sz w:val="22"/>
        </w:rPr>
        <w:t xml:space="preserve"> </w:t>
      </w:r>
      <w:r w:rsidRPr="00987F03">
        <w:rPr>
          <w:sz w:val="22"/>
          <w:rtl/>
        </w:rPr>
        <w:t>پدید</w:t>
      </w:r>
      <w:r w:rsidRPr="00987F03">
        <w:rPr>
          <w:sz w:val="22"/>
        </w:rPr>
        <w:t xml:space="preserve"> </w:t>
      </w:r>
      <w:r w:rsidRPr="00987F03">
        <w:rPr>
          <w:sz w:val="22"/>
          <w:rtl/>
        </w:rPr>
        <w:t>نمی</w:t>
      </w:r>
      <w:r w:rsidRPr="00987F03">
        <w:rPr>
          <w:sz w:val="22"/>
        </w:rPr>
        <w:t>‌</w:t>
      </w:r>
      <w:r w:rsidRPr="00987F03">
        <w:rPr>
          <w:sz w:val="22"/>
          <w:rtl/>
        </w:rPr>
        <w:t>آوردند،</w:t>
      </w:r>
      <w:r w:rsidRPr="00987F03">
        <w:rPr>
          <w:sz w:val="22"/>
        </w:rPr>
        <w:t xml:space="preserve"> </w:t>
      </w:r>
      <w:r w:rsidRPr="00987F03">
        <w:rPr>
          <w:sz w:val="22"/>
          <w:rtl/>
        </w:rPr>
        <w:t>اما</w:t>
      </w:r>
      <w:r w:rsidRPr="00987F03">
        <w:rPr>
          <w:sz w:val="22"/>
        </w:rPr>
        <w:t xml:space="preserve"> </w:t>
      </w:r>
      <w:r w:rsidRPr="00987F03">
        <w:rPr>
          <w:sz w:val="22"/>
          <w:rtl/>
        </w:rPr>
        <w:t>مواد</w:t>
      </w:r>
      <w:r w:rsidRPr="00987F03">
        <w:rPr>
          <w:sz w:val="22"/>
        </w:rPr>
        <w:t xml:space="preserve"> </w:t>
      </w:r>
      <w:r w:rsidRPr="00987F03">
        <w:rPr>
          <w:sz w:val="22"/>
          <w:rtl/>
        </w:rPr>
        <w:t>لازم</w:t>
      </w:r>
      <w:r w:rsidRPr="00987F03">
        <w:rPr>
          <w:sz w:val="22"/>
        </w:rPr>
        <w:t xml:space="preserve"> </w:t>
      </w:r>
      <w:r w:rsidRPr="00987F03">
        <w:rPr>
          <w:sz w:val="22"/>
          <w:rtl/>
        </w:rPr>
        <w:t>برای</w:t>
      </w:r>
      <w:r w:rsidRPr="00987F03">
        <w:rPr>
          <w:sz w:val="22"/>
        </w:rPr>
        <w:t xml:space="preserve"> </w:t>
      </w:r>
      <w:r w:rsidRPr="00987F03">
        <w:rPr>
          <w:sz w:val="22"/>
          <w:rtl/>
        </w:rPr>
        <w:t>آن</w:t>
      </w:r>
      <w:r w:rsidRPr="00987F03">
        <w:rPr>
          <w:sz w:val="22"/>
        </w:rPr>
        <w:t xml:space="preserve"> </w:t>
      </w:r>
      <w:r w:rsidRPr="00987F03">
        <w:rPr>
          <w:sz w:val="22"/>
          <w:rtl/>
        </w:rPr>
        <w:t>بودند</w:t>
      </w:r>
      <w:r w:rsidRPr="00987F03">
        <w:rPr>
          <w:sz w:val="22"/>
        </w:rPr>
        <w:t xml:space="preserve"> </w:t>
      </w:r>
      <w:r w:rsidRPr="00987F03">
        <w:rPr>
          <w:sz w:val="22"/>
          <w:rtl/>
        </w:rPr>
        <w:t>که</w:t>
      </w:r>
      <w:r w:rsidRPr="00987F03">
        <w:rPr>
          <w:sz w:val="22"/>
        </w:rPr>
        <w:t xml:space="preserve"> </w:t>
      </w:r>
      <w:r w:rsidRPr="00987F03">
        <w:rPr>
          <w:sz w:val="22"/>
          <w:rtl/>
        </w:rPr>
        <w:t>مردم</w:t>
      </w:r>
      <w:r w:rsidRPr="00987F03">
        <w:rPr>
          <w:sz w:val="22"/>
        </w:rPr>
        <w:t xml:space="preserve"> </w:t>
      </w:r>
      <w:r w:rsidRPr="00987F03">
        <w:rPr>
          <w:sz w:val="22"/>
          <w:rtl/>
        </w:rPr>
        <w:t>این</w:t>
      </w:r>
      <w:r w:rsidRPr="00987F03">
        <w:rPr>
          <w:sz w:val="22"/>
        </w:rPr>
        <w:t xml:space="preserve"> </w:t>
      </w:r>
      <w:r w:rsidRPr="00987F03">
        <w:rPr>
          <w:sz w:val="22"/>
          <w:rtl/>
        </w:rPr>
        <w:t>سرزمین</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تنها</w:t>
      </w:r>
      <w:r w:rsidRPr="00987F03">
        <w:rPr>
          <w:sz w:val="22"/>
        </w:rPr>
        <w:t xml:space="preserve"> </w:t>
      </w:r>
      <w:r w:rsidRPr="00987F03">
        <w:rPr>
          <w:sz w:val="22"/>
          <w:rtl/>
        </w:rPr>
        <w:t>جمعیتی</w:t>
      </w:r>
      <w:r w:rsidRPr="00987F03">
        <w:rPr>
          <w:sz w:val="22"/>
        </w:rPr>
        <w:t xml:space="preserve"> </w:t>
      </w:r>
      <w:r w:rsidRPr="00987F03">
        <w:rPr>
          <w:sz w:val="22"/>
          <w:rtl/>
        </w:rPr>
        <w:t>پراکنده</w:t>
      </w:r>
      <w:r w:rsidRPr="00987F03">
        <w:rPr>
          <w:sz w:val="22"/>
        </w:rPr>
        <w:t xml:space="preserve"> </w:t>
      </w:r>
      <w:r w:rsidRPr="00987F03">
        <w:rPr>
          <w:sz w:val="22"/>
          <w:rtl/>
        </w:rPr>
        <w:t>در</w:t>
      </w:r>
      <w:r w:rsidRPr="00987F03">
        <w:rPr>
          <w:sz w:val="22"/>
        </w:rPr>
        <w:t xml:space="preserve"> </w:t>
      </w:r>
      <w:r w:rsidRPr="00987F03">
        <w:rPr>
          <w:sz w:val="22"/>
          <w:rtl/>
        </w:rPr>
        <w:t>قلمرو</w:t>
      </w:r>
      <w:r w:rsidRPr="00987F03">
        <w:rPr>
          <w:sz w:val="22"/>
        </w:rPr>
        <w:t xml:space="preserve"> </w:t>
      </w:r>
      <w:r w:rsidRPr="00987F03">
        <w:rPr>
          <w:sz w:val="22"/>
          <w:rtl/>
        </w:rPr>
        <w:t>خلافت</w:t>
      </w:r>
      <w:r w:rsidRPr="00987F03">
        <w:rPr>
          <w:sz w:val="22"/>
        </w:rPr>
        <w:t xml:space="preserve"> </w:t>
      </w:r>
      <w:r w:rsidRPr="00987F03">
        <w:rPr>
          <w:sz w:val="22"/>
          <w:rtl/>
        </w:rPr>
        <w:t>ندانند</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نخستین</w:t>
      </w:r>
      <w:r w:rsidRPr="00987F03">
        <w:rPr>
          <w:sz w:val="22"/>
        </w:rPr>
        <w:t xml:space="preserve"> </w:t>
      </w:r>
      <w:r w:rsidRPr="00987F03">
        <w:rPr>
          <w:sz w:val="22"/>
          <w:rtl/>
        </w:rPr>
        <w:t>دهه</w:t>
      </w:r>
      <w:r w:rsidRPr="00987F03">
        <w:rPr>
          <w:sz w:val="22"/>
        </w:rPr>
        <w:t>‌</w:t>
      </w:r>
      <w:r w:rsidRPr="00987F03">
        <w:rPr>
          <w:sz w:val="22"/>
          <w:rtl/>
        </w:rPr>
        <w:t>های</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فتح،</w:t>
      </w:r>
      <w:r w:rsidRPr="00987F03">
        <w:rPr>
          <w:sz w:val="22"/>
        </w:rPr>
        <w:t xml:space="preserve"> </w:t>
      </w:r>
      <w:r w:rsidRPr="00987F03">
        <w:rPr>
          <w:sz w:val="22"/>
          <w:rtl/>
        </w:rPr>
        <w:t>این</w:t>
      </w:r>
      <w:r w:rsidRPr="00987F03">
        <w:rPr>
          <w:sz w:val="22"/>
        </w:rPr>
        <w:t xml:space="preserve"> </w:t>
      </w:r>
      <w:r w:rsidRPr="00987F03">
        <w:rPr>
          <w:sz w:val="22"/>
          <w:rtl/>
        </w:rPr>
        <w:t>حافظه</w:t>
      </w:r>
      <w:r w:rsidRPr="00987F03">
        <w:rPr>
          <w:sz w:val="22"/>
        </w:rPr>
        <w:t xml:space="preserve"> </w:t>
      </w:r>
      <w:r w:rsidRPr="00987F03">
        <w:rPr>
          <w:sz w:val="22"/>
          <w:rtl/>
        </w:rPr>
        <w:t>لزوماً</w:t>
      </w:r>
      <w:r w:rsidRPr="00987F03">
        <w:rPr>
          <w:sz w:val="22"/>
        </w:rPr>
        <w:t xml:space="preserve"> </w:t>
      </w:r>
      <w:r w:rsidRPr="00987F03">
        <w:rPr>
          <w:sz w:val="22"/>
          <w:rtl/>
        </w:rPr>
        <w:t>به</w:t>
      </w:r>
      <w:r w:rsidRPr="00987F03">
        <w:rPr>
          <w:sz w:val="22"/>
        </w:rPr>
        <w:t xml:space="preserve"> </w:t>
      </w:r>
      <w:r w:rsidRPr="00987F03">
        <w:rPr>
          <w:sz w:val="22"/>
          <w:rtl/>
        </w:rPr>
        <w:t>صورت</w:t>
      </w:r>
      <w:r w:rsidRPr="00987F03">
        <w:rPr>
          <w:sz w:val="22"/>
        </w:rPr>
        <w:t xml:space="preserve"> </w:t>
      </w:r>
      <w:r w:rsidRPr="00987F03">
        <w:rPr>
          <w:sz w:val="22"/>
          <w:rtl/>
        </w:rPr>
        <w:t>برنامه</w:t>
      </w:r>
      <w:r w:rsidRPr="00987F03">
        <w:rPr>
          <w:sz w:val="22"/>
        </w:rPr>
        <w:t>‌</w:t>
      </w:r>
      <w:r w:rsidRPr="00987F03">
        <w:rPr>
          <w:sz w:val="22"/>
          <w:rtl/>
        </w:rPr>
        <w:t>ای</w:t>
      </w:r>
      <w:r w:rsidRPr="00987F03">
        <w:rPr>
          <w:sz w:val="22"/>
        </w:rPr>
        <w:t xml:space="preserve"> </w:t>
      </w:r>
      <w:r w:rsidRPr="00987F03">
        <w:rPr>
          <w:sz w:val="22"/>
          <w:rtl/>
        </w:rPr>
        <w:t>برای</w:t>
      </w:r>
      <w:r w:rsidRPr="00987F03">
        <w:rPr>
          <w:sz w:val="22"/>
        </w:rPr>
        <w:t xml:space="preserve"> </w:t>
      </w:r>
      <w:r w:rsidRPr="00987F03">
        <w:rPr>
          <w:sz w:val="22"/>
          <w:rtl/>
        </w:rPr>
        <w:t>استقلال</w:t>
      </w:r>
      <w:r w:rsidRPr="00987F03">
        <w:rPr>
          <w:sz w:val="22"/>
        </w:rPr>
        <w:t xml:space="preserve"> </w:t>
      </w:r>
      <w:r w:rsidRPr="00987F03">
        <w:rPr>
          <w:sz w:val="22"/>
          <w:rtl/>
        </w:rPr>
        <w:t>سیاسی</w:t>
      </w:r>
      <w:r w:rsidRPr="00987F03">
        <w:rPr>
          <w:sz w:val="22"/>
        </w:rPr>
        <w:t xml:space="preserve"> </w:t>
      </w:r>
      <w:r w:rsidRPr="00987F03">
        <w:rPr>
          <w:sz w:val="22"/>
          <w:rtl/>
        </w:rPr>
        <w:t>ظاهر</w:t>
      </w:r>
      <w:r w:rsidRPr="00987F03">
        <w:rPr>
          <w:sz w:val="22"/>
        </w:rPr>
        <w:t xml:space="preserve"> </w:t>
      </w:r>
      <w:r w:rsidRPr="00987F03">
        <w:rPr>
          <w:sz w:val="22"/>
          <w:rtl/>
        </w:rPr>
        <w:t>نشد</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ایرانیان</w:t>
      </w:r>
      <w:r w:rsidRPr="00987F03">
        <w:rPr>
          <w:sz w:val="22"/>
        </w:rPr>
        <w:t xml:space="preserve"> </w:t>
      </w:r>
      <w:r w:rsidRPr="00987F03">
        <w:rPr>
          <w:sz w:val="22"/>
          <w:rtl/>
        </w:rPr>
        <w:t>برای</w:t>
      </w:r>
      <w:r w:rsidRPr="00987F03">
        <w:rPr>
          <w:sz w:val="22"/>
        </w:rPr>
        <w:t xml:space="preserve"> </w:t>
      </w:r>
      <w:r w:rsidRPr="00987F03">
        <w:rPr>
          <w:sz w:val="22"/>
          <w:rtl/>
        </w:rPr>
        <w:t>حفظ</w:t>
      </w:r>
      <w:r w:rsidRPr="00987F03">
        <w:rPr>
          <w:sz w:val="22"/>
        </w:rPr>
        <w:t xml:space="preserve"> </w:t>
      </w:r>
      <w:r w:rsidRPr="00987F03">
        <w:rPr>
          <w:sz w:val="22"/>
          <w:rtl/>
        </w:rPr>
        <w:t>زندگی،</w:t>
      </w:r>
      <w:r w:rsidRPr="00987F03">
        <w:rPr>
          <w:sz w:val="22"/>
        </w:rPr>
        <w:t xml:space="preserve"> </w:t>
      </w:r>
      <w:r w:rsidRPr="00987F03">
        <w:rPr>
          <w:sz w:val="22"/>
          <w:rtl/>
        </w:rPr>
        <w:t>دارایی</w:t>
      </w:r>
      <w:r w:rsidRPr="00987F03">
        <w:rPr>
          <w:sz w:val="22"/>
        </w:rPr>
        <w:t xml:space="preserve"> </w:t>
      </w:r>
      <w:r w:rsidRPr="00987F03">
        <w:rPr>
          <w:sz w:val="22"/>
          <w:rtl/>
        </w:rPr>
        <w:t>و</w:t>
      </w:r>
      <w:r w:rsidRPr="00987F03">
        <w:rPr>
          <w:sz w:val="22"/>
        </w:rPr>
        <w:t xml:space="preserve"> </w:t>
      </w:r>
      <w:r w:rsidRPr="00987F03">
        <w:rPr>
          <w:sz w:val="22"/>
          <w:rtl/>
        </w:rPr>
        <w:t>موقعیت</w:t>
      </w:r>
      <w:r w:rsidRPr="00987F03">
        <w:rPr>
          <w:sz w:val="22"/>
        </w:rPr>
        <w:t xml:space="preserve"> </w:t>
      </w:r>
      <w:r w:rsidRPr="00987F03">
        <w:rPr>
          <w:sz w:val="22"/>
          <w:rtl/>
        </w:rPr>
        <w:t>خود</w:t>
      </w:r>
      <w:r w:rsidRPr="00987F03">
        <w:rPr>
          <w:sz w:val="22"/>
        </w:rPr>
        <w:t xml:space="preserve"> </w:t>
      </w:r>
      <w:r w:rsidRPr="00987F03">
        <w:rPr>
          <w:sz w:val="22"/>
          <w:rtl/>
        </w:rPr>
        <w:t>با</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سازگار</w:t>
      </w:r>
      <w:r w:rsidRPr="00987F03">
        <w:rPr>
          <w:sz w:val="22"/>
        </w:rPr>
        <w:t xml:space="preserve"> </w:t>
      </w:r>
      <w:r w:rsidRPr="00987F03">
        <w:rPr>
          <w:sz w:val="22"/>
          <w:rtl/>
        </w:rPr>
        <w:t>شدند</w:t>
      </w:r>
      <w:r w:rsidRPr="00987F03">
        <w:rPr>
          <w:sz w:val="22"/>
        </w:rPr>
        <w:t xml:space="preserve">. </w:t>
      </w:r>
      <w:r w:rsidRPr="00987F03">
        <w:rPr>
          <w:sz w:val="22"/>
          <w:rtl/>
        </w:rPr>
        <w:t>گروهی</w:t>
      </w:r>
      <w:r w:rsidRPr="00987F03">
        <w:rPr>
          <w:sz w:val="22"/>
        </w:rPr>
        <w:t xml:space="preserve"> </w:t>
      </w:r>
      <w:r w:rsidRPr="00987F03">
        <w:rPr>
          <w:sz w:val="22"/>
          <w:rtl/>
        </w:rPr>
        <w:t>اسلام</w:t>
      </w:r>
      <w:r w:rsidRPr="00987F03">
        <w:rPr>
          <w:sz w:val="22"/>
        </w:rPr>
        <w:t xml:space="preserve"> </w:t>
      </w:r>
      <w:r w:rsidRPr="00987F03">
        <w:rPr>
          <w:sz w:val="22"/>
          <w:rtl/>
        </w:rPr>
        <w:t>آوردند،</w:t>
      </w:r>
      <w:r w:rsidRPr="00987F03">
        <w:rPr>
          <w:sz w:val="22"/>
        </w:rPr>
        <w:t xml:space="preserve"> </w:t>
      </w:r>
      <w:r w:rsidRPr="00987F03">
        <w:rPr>
          <w:sz w:val="22"/>
          <w:rtl/>
        </w:rPr>
        <w:t>گروهی</w:t>
      </w:r>
      <w:r w:rsidRPr="00987F03">
        <w:rPr>
          <w:sz w:val="22"/>
        </w:rPr>
        <w:t xml:space="preserve"> </w:t>
      </w:r>
      <w:r w:rsidRPr="00987F03">
        <w:rPr>
          <w:sz w:val="22"/>
          <w:rtl/>
        </w:rPr>
        <w:t>بر</w:t>
      </w:r>
      <w:r w:rsidRPr="00987F03">
        <w:rPr>
          <w:sz w:val="22"/>
        </w:rPr>
        <w:t xml:space="preserve"> </w:t>
      </w:r>
      <w:r w:rsidRPr="00987F03">
        <w:rPr>
          <w:sz w:val="22"/>
          <w:rtl/>
        </w:rPr>
        <w:t>دین</w:t>
      </w:r>
      <w:r w:rsidRPr="00987F03">
        <w:rPr>
          <w:sz w:val="22"/>
        </w:rPr>
        <w:t xml:space="preserve"> </w:t>
      </w:r>
      <w:r w:rsidRPr="00987F03">
        <w:rPr>
          <w:sz w:val="22"/>
          <w:rtl/>
        </w:rPr>
        <w:t>پیشین</w:t>
      </w:r>
      <w:r w:rsidRPr="00987F03">
        <w:rPr>
          <w:sz w:val="22"/>
        </w:rPr>
        <w:t xml:space="preserve"> </w:t>
      </w:r>
      <w:r w:rsidRPr="00987F03">
        <w:rPr>
          <w:sz w:val="22"/>
          <w:rtl/>
        </w:rPr>
        <w:t>ماندند</w:t>
      </w:r>
      <w:r w:rsidRPr="00987F03">
        <w:rPr>
          <w:sz w:val="22"/>
        </w:rPr>
        <w:t xml:space="preserve"> </w:t>
      </w:r>
      <w:r w:rsidRPr="00987F03">
        <w:rPr>
          <w:sz w:val="22"/>
          <w:rtl/>
        </w:rPr>
        <w:t>و</w:t>
      </w:r>
      <w:r w:rsidRPr="00987F03">
        <w:rPr>
          <w:sz w:val="22"/>
        </w:rPr>
        <w:t xml:space="preserve"> </w:t>
      </w:r>
      <w:r w:rsidRPr="00987F03">
        <w:rPr>
          <w:sz w:val="22"/>
          <w:rtl/>
        </w:rPr>
        <w:t>گروهی</w:t>
      </w:r>
      <w:r w:rsidRPr="00987F03">
        <w:rPr>
          <w:sz w:val="22"/>
        </w:rPr>
        <w:t xml:space="preserve"> </w:t>
      </w:r>
      <w:r w:rsidRPr="00987F03">
        <w:rPr>
          <w:sz w:val="22"/>
          <w:rtl/>
        </w:rPr>
        <w:t>به</w:t>
      </w:r>
      <w:r w:rsidRPr="00987F03">
        <w:rPr>
          <w:sz w:val="22"/>
        </w:rPr>
        <w:t xml:space="preserve"> </w:t>
      </w:r>
      <w:r w:rsidRPr="00987F03">
        <w:rPr>
          <w:sz w:val="22"/>
          <w:rtl/>
        </w:rPr>
        <w:t>خدمت</w:t>
      </w:r>
      <w:r w:rsidRPr="00987F03">
        <w:rPr>
          <w:sz w:val="22"/>
        </w:rPr>
        <w:t xml:space="preserve"> </w:t>
      </w:r>
      <w:r w:rsidRPr="00987F03">
        <w:rPr>
          <w:sz w:val="22"/>
          <w:rtl/>
        </w:rPr>
        <w:t>قشون</w:t>
      </w:r>
      <w:r w:rsidRPr="00987F03">
        <w:rPr>
          <w:sz w:val="22"/>
        </w:rPr>
        <w:t xml:space="preserve"> </w:t>
      </w:r>
      <w:r w:rsidRPr="00987F03">
        <w:rPr>
          <w:sz w:val="22"/>
          <w:rtl/>
        </w:rPr>
        <w:t>یا</w:t>
      </w:r>
      <w:r w:rsidRPr="00987F03">
        <w:rPr>
          <w:sz w:val="22"/>
        </w:rPr>
        <w:t xml:space="preserve"> </w:t>
      </w:r>
      <w:r w:rsidRPr="00987F03">
        <w:rPr>
          <w:sz w:val="22"/>
          <w:rtl/>
        </w:rPr>
        <w:t>دیوان</w:t>
      </w:r>
      <w:r w:rsidRPr="00987F03">
        <w:rPr>
          <w:sz w:val="22"/>
        </w:rPr>
        <w:t xml:space="preserve"> </w:t>
      </w:r>
      <w:r w:rsidRPr="00987F03">
        <w:rPr>
          <w:sz w:val="22"/>
          <w:rtl/>
        </w:rPr>
        <w:t>فاتحان</w:t>
      </w:r>
      <w:r w:rsidRPr="00987F03">
        <w:rPr>
          <w:sz w:val="22"/>
        </w:rPr>
        <w:t xml:space="preserve"> </w:t>
      </w:r>
      <w:r w:rsidRPr="00987F03">
        <w:rPr>
          <w:sz w:val="22"/>
          <w:rtl/>
        </w:rPr>
        <w:t>درآمدند</w:t>
      </w:r>
      <w:r w:rsidRPr="00987F03">
        <w:rPr>
          <w:sz w:val="22"/>
        </w:rPr>
        <w:t xml:space="preserve">. </w:t>
      </w:r>
      <w:r w:rsidRPr="00987F03">
        <w:rPr>
          <w:sz w:val="22"/>
          <w:rtl/>
        </w:rPr>
        <w:t>اما</w:t>
      </w:r>
      <w:r w:rsidRPr="00987F03">
        <w:rPr>
          <w:sz w:val="22"/>
        </w:rPr>
        <w:t xml:space="preserve"> </w:t>
      </w:r>
      <w:r w:rsidRPr="00987F03">
        <w:rPr>
          <w:sz w:val="22"/>
          <w:rtl/>
        </w:rPr>
        <w:t>در</w:t>
      </w:r>
      <w:r w:rsidRPr="00987F03">
        <w:rPr>
          <w:sz w:val="22"/>
        </w:rPr>
        <w:t xml:space="preserve"> </w:t>
      </w:r>
      <w:r w:rsidRPr="00987F03">
        <w:rPr>
          <w:sz w:val="22"/>
          <w:rtl/>
        </w:rPr>
        <w:t>جریان</w:t>
      </w:r>
      <w:r w:rsidRPr="00987F03">
        <w:rPr>
          <w:sz w:val="22"/>
        </w:rPr>
        <w:t xml:space="preserve"> </w:t>
      </w:r>
      <w:r w:rsidRPr="00987F03">
        <w:rPr>
          <w:sz w:val="22"/>
          <w:rtl/>
        </w:rPr>
        <w:t>همین</w:t>
      </w:r>
      <w:r w:rsidRPr="00987F03">
        <w:rPr>
          <w:sz w:val="22"/>
        </w:rPr>
        <w:t xml:space="preserve"> </w:t>
      </w:r>
      <w:r w:rsidRPr="00987F03">
        <w:rPr>
          <w:sz w:val="22"/>
          <w:rtl/>
        </w:rPr>
        <w:t>سازگاری،</w:t>
      </w:r>
      <w:r w:rsidRPr="00987F03">
        <w:rPr>
          <w:sz w:val="22"/>
        </w:rPr>
        <w:t xml:space="preserve"> </w:t>
      </w:r>
      <w:r w:rsidRPr="00987F03">
        <w:rPr>
          <w:sz w:val="22"/>
          <w:rtl/>
        </w:rPr>
        <w:t>ساختارهای</w:t>
      </w:r>
      <w:r w:rsidRPr="00987F03">
        <w:rPr>
          <w:sz w:val="22"/>
        </w:rPr>
        <w:t xml:space="preserve"> </w:t>
      </w:r>
      <w:r w:rsidRPr="00987F03">
        <w:rPr>
          <w:sz w:val="22"/>
          <w:rtl/>
        </w:rPr>
        <w:t>ایران</w:t>
      </w:r>
      <w:r w:rsidRPr="00987F03">
        <w:rPr>
          <w:sz w:val="22"/>
        </w:rPr>
        <w:t xml:space="preserve"> </w:t>
      </w:r>
      <w:r w:rsidRPr="00987F03">
        <w:rPr>
          <w:sz w:val="22"/>
          <w:rtl/>
        </w:rPr>
        <w:t>نیز</w:t>
      </w:r>
      <w:r w:rsidRPr="00987F03">
        <w:rPr>
          <w:sz w:val="22"/>
        </w:rPr>
        <w:t xml:space="preserve"> </w:t>
      </w:r>
      <w:r w:rsidRPr="00987F03">
        <w:rPr>
          <w:sz w:val="22"/>
          <w:rtl/>
        </w:rPr>
        <w:t>حکومت</w:t>
      </w:r>
      <w:r w:rsidRPr="00987F03">
        <w:rPr>
          <w:sz w:val="22"/>
        </w:rPr>
        <w:t xml:space="preserve"> </w:t>
      </w:r>
      <w:r w:rsidRPr="00987F03">
        <w:rPr>
          <w:sz w:val="22"/>
          <w:rtl/>
        </w:rPr>
        <w:t>فاتح</w:t>
      </w:r>
      <w:r w:rsidRPr="00987F03">
        <w:rPr>
          <w:sz w:val="22"/>
        </w:rPr>
        <w:t xml:space="preserve"> </w:t>
      </w:r>
      <w:r w:rsidRPr="00987F03">
        <w:rPr>
          <w:sz w:val="22"/>
          <w:rtl/>
        </w:rPr>
        <w:t>را</w:t>
      </w:r>
      <w:r w:rsidRPr="00987F03">
        <w:rPr>
          <w:sz w:val="22"/>
        </w:rPr>
        <w:t xml:space="preserve"> </w:t>
      </w:r>
      <w:r w:rsidRPr="00987F03">
        <w:rPr>
          <w:sz w:val="22"/>
          <w:rtl/>
        </w:rPr>
        <w:t>تغییر</w:t>
      </w:r>
      <w:r w:rsidRPr="00987F03">
        <w:rPr>
          <w:sz w:val="22"/>
        </w:rPr>
        <w:t xml:space="preserve"> </w:t>
      </w:r>
      <w:r w:rsidRPr="00987F03">
        <w:rPr>
          <w:sz w:val="22"/>
          <w:rtl/>
        </w:rPr>
        <w:t>دادند</w:t>
      </w:r>
      <w:r w:rsidRPr="00987F03">
        <w:rPr>
          <w:sz w:val="22"/>
        </w:rPr>
        <w:t xml:space="preserve">. </w:t>
      </w:r>
      <w:r w:rsidRPr="00987F03">
        <w:rPr>
          <w:sz w:val="22"/>
          <w:rtl/>
        </w:rPr>
        <w:t>خلافت</w:t>
      </w:r>
      <w:r w:rsidRPr="00987F03">
        <w:rPr>
          <w:sz w:val="22"/>
        </w:rPr>
        <w:t xml:space="preserve"> </w:t>
      </w:r>
      <w:r w:rsidRPr="00987F03">
        <w:rPr>
          <w:sz w:val="22"/>
          <w:rtl/>
        </w:rPr>
        <w:t>برای</w:t>
      </w:r>
      <w:r w:rsidRPr="00987F03">
        <w:rPr>
          <w:sz w:val="22"/>
        </w:rPr>
        <w:t xml:space="preserve"> </w:t>
      </w:r>
      <w:r w:rsidRPr="00987F03">
        <w:rPr>
          <w:sz w:val="22"/>
          <w:rtl/>
        </w:rPr>
        <w:t>ادارهٔ</w:t>
      </w:r>
      <w:r w:rsidRPr="00987F03">
        <w:rPr>
          <w:sz w:val="22"/>
        </w:rPr>
        <w:t xml:space="preserve"> </w:t>
      </w:r>
      <w:r w:rsidRPr="00987F03">
        <w:rPr>
          <w:sz w:val="22"/>
          <w:rtl/>
        </w:rPr>
        <w:t>این</w:t>
      </w:r>
      <w:r w:rsidRPr="00987F03">
        <w:rPr>
          <w:sz w:val="22"/>
        </w:rPr>
        <w:t xml:space="preserve"> </w:t>
      </w:r>
      <w:r w:rsidRPr="00987F03">
        <w:rPr>
          <w:sz w:val="22"/>
          <w:rtl/>
        </w:rPr>
        <w:t>سرزمین</w:t>
      </w:r>
      <w:r w:rsidRPr="00987F03">
        <w:rPr>
          <w:sz w:val="22"/>
        </w:rPr>
        <w:t xml:space="preserve"> </w:t>
      </w:r>
      <w:r w:rsidRPr="00987F03">
        <w:rPr>
          <w:sz w:val="22"/>
          <w:rtl/>
        </w:rPr>
        <w:t>ناچار</w:t>
      </w:r>
      <w:r w:rsidRPr="00987F03">
        <w:rPr>
          <w:sz w:val="22"/>
        </w:rPr>
        <w:t xml:space="preserve"> </w:t>
      </w:r>
      <w:r w:rsidRPr="00987F03">
        <w:rPr>
          <w:sz w:val="22"/>
          <w:rtl/>
        </w:rPr>
        <w:t>شد</w:t>
      </w:r>
      <w:r w:rsidRPr="00987F03">
        <w:rPr>
          <w:sz w:val="22"/>
        </w:rPr>
        <w:t xml:space="preserve"> </w:t>
      </w:r>
      <w:r w:rsidRPr="00987F03">
        <w:rPr>
          <w:sz w:val="22"/>
          <w:rtl/>
        </w:rPr>
        <w:t>از</w:t>
      </w:r>
      <w:r w:rsidRPr="00987F03">
        <w:rPr>
          <w:sz w:val="22"/>
        </w:rPr>
        <w:t xml:space="preserve"> </w:t>
      </w:r>
      <w:r w:rsidRPr="00987F03">
        <w:rPr>
          <w:sz w:val="22"/>
          <w:rtl/>
        </w:rPr>
        <w:t>دانش</w:t>
      </w:r>
      <w:r w:rsidRPr="00987F03">
        <w:rPr>
          <w:sz w:val="22"/>
        </w:rPr>
        <w:t xml:space="preserve"> </w:t>
      </w:r>
      <w:r w:rsidRPr="00987F03">
        <w:rPr>
          <w:sz w:val="22"/>
          <w:rtl/>
        </w:rPr>
        <w:t>مالیاتی،</w:t>
      </w:r>
      <w:r w:rsidRPr="00987F03">
        <w:rPr>
          <w:sz w:val="22"/>
        </w:rPr>
        <w:t xml:space="preserve"> </w:t>
      </w:r>
      <w:r w:rsidRPr="00987F03">
        <w:rPr>
          <w:sz w:val="22"/>
          <w:rtl/>
        </w:rPr>
        <w:t>دیوانی</w:t>
      </w:r>
      <w:r w:rsidRPr="00987F03">
        <w:rPr>
          <w:sz w:val="22"/>
        </w:rPr>
        <w:t xml:space="preserve"> </w:t>
      </w:r>
      <w:r w:rsidRPr="00987F03">
        <w:rPr>
          <w:sz w:val="22"/>
          <w:rtl/>
        </w:rPr>
        <w:t>و</w:t>
      </w:r>
      <w:r w:rsidRPr="00987F03">
        <w:rPr>
          <w:sz w:val="22"/>
        </w:rPr>
        <w:t xml:space="preserve"> </w:t>
      </w:r>
      <w:r w:rsidRPr="00987F03">
        <w:rPr>
          <w:sz w:val="22"/>
          <w:rtl/>
        </w:rPr>
        <w:t>محلی</w:t>
      </w:r>
      <w:r w:rsidRPr="00987F03">
        <w:rPr>
          <w:sz w:val="22"/>
        </w:rPr>
        <w:t xml:space="preserve"> </w:t>
      </w:r>
      <w:r w:rsidRPr="00987F03">
        <w:rPr>
          <w:sz w:val="22"/>
          <w:rtl/>
        </w:rPr>
        <w:t>ایرانیان</w:t>
      </w:r>
      <w:r w:rsidRPr="00987F03">
        <w:rPr>
          <w:sz w:val="22"/>
        </w:rPr>
        <w:t xml:space="preserve"> </w:t>
      </w:r>
      <w:r w:rsidRPr="00987F03">
        <w:rPr>
          <w:sz w:val="22"/>
          <w:rtl/>
        </w:rPr>
        <w:t>استفاده</w:t>
      </w:r>
      <w:r w:rsidRPr="00987F03">
        <w:rPr>
          <w:sz w:val="22"/>
        </w:rPr>
        <w:t xml:space="preserve"> </w:t>
      </w:r>
      <w:r w:rsidRPr="00987F03">
        <w:rPr>
          <w:sz w:val="22"/>
          <w:rtl/>
        </w:rPr>
        <w:t>کند</w:t>
      </w:r>
      <w:r w:rsidRPr="00987F03">
        <w:rPr>
          <w:sz w:val="22"/>
        </w:rPr>
        <w:t>.</w:t>
      </w:r>
    </w:p>
    <w:p w:rsidR="009F3B78" w:rsidRPr="00987F03" w:rsidRDefault="00987F03" w:rsidP="00987F03">
      <w:pPr>
        <w:bidi/>
        <w:ind w:firstLine="720"/>
        <w:rPr>
          <w:sz w:val="22"/>
        </w:rPr>
      </w:pPr>
      <w:r w:rsidRPr="00987F03">
        <w:rPr>
          <w:sz w:val="22"/>
          <w:rtl/>
        </w:rPr>
        <w:t>پس</w:t>
      </w:r>
      <w:r w:rsidRPr="00987F03">
        <w:rPr>
          <w:sz w:val="22"/>
        </w:rPr>
        <w:t xml:space="preserve"> </w:t>
      </w:r>
      <w:r w:rsidRPr="00987F03">
        <w:rPr>
          <w:sz w:val="22"/>
          <w:rtl/>
        </w:rPr>
        <w:t>نخستین</w:t>
      </w:r>
      <w:r w:rsidRPr="00987F03">
        <w:rPr>
          <w:sz w:val="22"/>
        </w:rPr>
        <w:t xml:space="preserve"> </w:t>
      </w:r>
      <w:r w:rsidRPr="00987F03">
        <w:rPr>
          <w:sz w:val="22"/>
          <w:rtl/>
        </w:rPr>
        <w:t>پاسخ</w:t>
      </w:r>
      <w:r w:rsidRPr="00987F03">
        <w:rPr>
          <w:sz w:val="22"/>
        </w:rPr>
        <w:t xml:space="preserve"> </w:t>
      </w:r>
      <w:r w:rsidRPr="00987F03">
        <w:rPr>
          <w:sz w:val="22"/>
          <w:rtl/>
        </w:rPr>
        <w:t>به</w:t>
      </w:r>
      <w:r w:rsidRPr="00987F03">
        <w:rPr>
          <w:sz w:val="22"/>
        </w:rPr>
        <w:t xml:space="preserve"> </w:t>
      </w:r>
      <w:r w:rsidRPr="00987F03">
        <w:rPr>
          <w:sz w:val="22"/>
          <w:rtl/>
        </w:rPr>
        <w:t>پرسش</w:t>
      </w:r>
      <w:r w:rsidRPr="00987F03">
        <w:rPr>
          <w:sz w:val="22"/>
        </w:rPr>
        <w:t xml:space="preserve"> </w:t>
      </w:r>
      <w:r w:rsidRPr="00987F03">
        <w:rPr>
          <w:sz w:val="22"/>
          <w:rtl/>
        </w:rPr>
        <w:t>این</w:t>
      </w:r>
      <w:r w:rsidRPr="00987F03">
        <w:rPr>
          <w:sz w:val="22"/>
        </w:rPr>
        <w:t xml:space="preserve"> </w:t>
      </w:r>
      <w:r w:rsidRPr="00987F03">
        <w:rPr>
          <w:sz w:val="22"/>
          <w:rtl/>
        </w:rPr>
        <w:t>فصل</w:t>
      </w:r>
      <w:r w:rsidRPr="00987F03">
        <w:rPr>
          <w:sz w:val="22"/>
        </w:rPr>
        <w:t xml:space="preserve"> </w:t>
      </w:r>
      <w:r w:rsidRPr="00987F03">
        <w:rPr>
          <w:sz w:val="22"/>
          <w:rtl/>
        </w:rPr>
        <w:t>آن</w:t>
      </w:r>
      <w:r w:rsidRPr="00987F03">
        <w:rPr>
          <w:sz w:val="22"/>
        </w:rPr>
        <w:t xml:space="preserve"> </w:t>
      </w:r>
      <w:r w:rsidRPr="00987F03">
        <w:rPr>
          <w:sz w:val="22"/>
          <w:rtl/>
        </w:rPr>
        <w:t>است</w:t>
      </w:r>
      <w:r w:rsidRPr="00987F03">
        <w:rPr>
          <w:sz w:val="22"/>
        </w:rPr>
        <w:t xml:space="preserve"> </w:t>
      </w:r>
      <w:r w:rsidRPr="00987F03">
        <w:rPr>
          <w:sz w:val="22"/>
          <w:rtl/>
        </w:rPr>
        <w:t>که</w:t>
      </w:r>
      <w:r w:rsidRPr="00987F03">
        <w:rPr>
          <w:sz w:val="22"/>
        </w:rPr>
        <w:t xml:space="preserve"> </w:t>
      </w:r>
      <w:r w:rsidRPr="00987F03">
        <w:rPr>
          <w:sz w:val="22"/>
          <w:rtl/>
        </w:rPr>
        <w:t>ایران</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ساسانیان</w:t>
      </w:r>
      <w:r w:rsidRPr="00987F03">
        <w:rPr>
          <w:sz w:val="22"/>
        </w:rPr>
        <w:t xml:space="preserve"> </w:t>
      </w:r>
      <w:r w:rsidRPr="00987F03">
        <w:rPr>
          <w:sz w:val="22"/>
          <w:rtl/>
        </w:rPr>
        <w:t>باقی</w:t>
      </w:r>
      <w:r w:rsidRPr="00987F03">
        <w:rPr>
          <w:sz w:val="22"/>
        </w:rPr>
        <w:t xml:space="preserve"> </w:t>
      </w:r>
      <w:r w:rsidRPr="00987F03">
        <w:rPr>
          <w:sz w:val="22"/>
          <w:rtl/>
        </w:rPr>
        <w:t>ماند،</w:t>
      </w:r>
      <w:r w:rsidRPr="00987F03">
        <w:rPr>
          <w:sz w:val="22"/>
        </w:rPr>
        <w:t xml:space="preserve"> </w:t>
      </w:r>
      <w:r w:rsidRPr="00987F03">
        <w:rPr>
          <w:sz w:val="22"/>
          <w:rtl/>
        </w:rPr>
        <w:t>زیرا</w:t>
      </w:r>
      <w:r w:rsidRPr="00987F03">
        <w:rPr>
          <w:sz w:val="22"/>
        </w:rPr>
        <w:t xml:space="preserve"> </w:t>
      </w:r>
      <w:r w:rsidRPr="00987F03">
        <w:rPr>
          <w:sz w:val="22"/>
          <w:rtl/>
        </w:rPr>
        <w:t>موجودیت</w:t>
      </w:r>
      <w:r w:rsidRPr="00987F03">
        <w:rPr>
          <w:sz w:val="22"/>
        </w:rPr>
        <w:t xml:space="preserve"> </w:t>
      </w:r>
      <w:r w:rsidRPr="00987F03">
        <w:rPr>
          <w:sz w:val="22"/>
          <w:rtl/>
        </w:rPr>
        <w:t>کشور</w:t>
      </w:r>
      <w:r w:rsidRPr="00987F03">
        <w:rPr>
          <w:sz w:val="22"/>
        </w:rPr>
        <w:t xml:space="preserve"> </w:t>
      </w:r>
      <w:r w:rsidRPr="00987F03">
        <w:rPr>
          <w:sz w:val="22"/>
          <w:rtl/>
        </w:rPr>
        <w:t>به</w:t>
      </w:r>
      <w:r w:rsidRPr="00987F03">
        <w:rPr>
          <w:sz w:val="22"/>
        </w:rPr>
        <w:t xml:space="preserve"> </w:t>
      </w:r>
      <w:r w:rsidRPr="00987F03">
        <w:rPr>
          <w:sz w:val="22"/>
          <w:rtl/>
        </w:rPr>
        <w:t>شخص</w:t>
      </w:r>
      <w:r w:rsidRPr="00987F03">
        <w:rPr>
          <w:sz w:val="22"/>
        </w:rPr>
        <w:t xml:space="preserve"> </w:t>
      </w:r>
      <w:r w:rsidRPr="00987F03">
        <w:rPr>
          <w:sz w:val="22"/>
          <w:rtl/>
        </w:rPr>
        <w:t>شاه</w:t>
      </w:r>
      <w:r w:rsidRPr="00987F03">
        <w:rPr>
          <w:sz w:val="22"/>
        </w:rPr>
        <w:t xml:space="preserve"> </w:t>
      </w:r>
      <w:r w:rsidRPr="00987F03">
        <w:rPr>
          <w:sz w:val="22"/>
          <w:rtl/>
        </w:rPr>
        <w:t>و</w:t>
      </w:r>
      <w:r w:rsidRPr="00987F03">
        <w:rPr>
          <w:sz w:val="22"/>
        </w:rPr>
        <w:t xml:space="preserve"> </w:t>
      </w:r>
      <w:r w:rsidRPr="00987F03">
        <w:rPr>
          <w:sz w:val="22"/>
          <w:rtl/>
        </w:rPr>
        <w:t>خاندان</w:t>
      </w:r>
      <w:r w:rsidRPr="00987F03">
        <w:rPr>
          <w:sz w:val="22"/>
        </w:rPr>
        <w:t xml:space="preserve"> </w:t>
      </w:r>
      <w:r w:rsidRPr="00987F03">
        <w:rPr>
          <w:sz w:val="22"/>
          <w:rtl/>
        </w:rPr>
        <w:t>او</w:t>
      </w:r>
      <w:r w:rsidRPr="00987F03">
        <w:rPr>
          <w:sz w:val="22"/>
        </w:rPr>
        <w:t xml:space="preserve"> </w:t>
      </w:r>
      <w:r w:rsidRPr="00987F03">
        <w:rPr>
          <w:sz w:val="22"/>
          <w:rtl/>
        </w:rPr>
        <w:t>محدود</w:t>
      </w:r>
      <w:r w:rsidRPr="00987F03">
        <w:rPr>
          <w:sz w:val="22"/>
        </w:rPr>
        <w:t xml:space="preserve"> </w:t>
      </w:r>
      <w:r w:rsidRPr="00987F03">
        <w:rPr>
          <w:sz w:val="22"/>
          <w:rtl/>
        </w:rPr>
        <w:t>نبود</w:t>
      </w:r>
      <w:r w:rsidRPr="00987F03">
        <w:rPr>
          <w:sz w:val="22"/>
        </w:rPr>
        <w:t xml:space="preserve">. </w:t>
      </w:r>
      <w:r w:rsidRPr="00987F03">
        <w:rPr>
          <w:sz w:val="22"/>
          <w:rtl/>
        </w:rPr>
        <w:t>تاج</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سقوط</w:t>
      </w:r>
      <w:r w:rsidRPr="00987F03">
        <w:rPr>
          <w:sz w:val="22"/>
        </w:rPr>
        <w:t xml:space="preserve"> </w:t>
      </w:r>
      <w:r w:rsidRPr="00987F03">
        <w:rPr>
          <w:sz w:val="22"/>
          <w:rtl/>
        </w:rPr>
        <w:t>کند،</w:t>
      </w:r>
      <w:r w:rsidRPr="00987F03">
        <w:rPr>
          <w:sz w:val="22"/>
        </w:rPr>
        <w:t xml:space="preserve"> </w:t>
      </w:r>
      <w:r w:rsidRPr="00987F03">
        <w:rPr>
          <w:sz w:val="22"/>
          <w:rtl/>
        </w:rPr>
        <w:t>اما</w:t>
      </w:r>
      <w:r w:rsidRPr="00987F03">
        <w:rPr>
          <w:sz w:val="22"/>
        </w:rPr>
        <w:t xml:space="preserve"> </w:t>
      </w:r>
      <w:r w:rsidRPr="00987F03">
        <w:rPr>
          <w:sz w:val="22"/>
          <w:rtl/>
        </w:rPr>
        <w:t>نیازهای</w:t>
      </w:r>
      <w:r w:rsidRPr="00987F03">
        <w:rPr>
          <w:sz w:val="22"/>
        </w:rPr>
        <w:t xml:space="preserve"> </w:t>
      </w:r>
      <w:r w:rsidRPr="00987F03">
        <w:rPr>
          <w:sz w:val="22"/>
          <w:rtl/>
        </w:rPr>
        <w:t>زندگی</w:t>
      </w:r>
      <w:r w:rsidRPr="00987F03">
        <w:rPr>
          <w:sz w:val="22"/>
        </w:rPr>
        <w:t xml:space="preserve"> </w:t>
      </w:r>
      <w:r w:rsidRPr="00987F03">
        <w:rPr>
          <w:sz w:val="22"/>
          <w:rtl/>
        </w:rPr>
        <w:t>مردم،</w:t>
      </w:r>
      <w:r w:rsidRPr="00987F03">
        <w:rPr>
          <w:sz w:val="22"/>
        </w:rPr>
        <w:t xml:space="preserve"> </w:t>
      </w:r>
      <w:r w:rsidRPr="00987F03">
        <w:rPr>
          <w:sz w:val="22"/>
          <w:rtl/>
        </w:rPr>
        <w:t>شبکهٔ</w:t>
      </w:r>
      <w:r w:rsidRPr="00987F03">
        <w:rPr>
          <w:sz w:val="22"/>
        </w:rPr>
        <w:t xml:space="preserve"> </w:t>
      </w:r>
      <w:r w:rsidRPr="00987F03">
        <w:rPr>
          <w:sz w:val="22"/>
          <w:rtl/>
        </w:rPr>
        <w:t>آب</w:t>
      </w:r>
      <w:r w:rsidRPr="00987F03">
        <w:rPr>
          <w:sz w:val="22"/>
        </w:rPr>
        <w:t xml:space="preserve"> </w:t>
      </w:r>
      <w:r w:rsidRPr="00987F03">
        <w:rPr>
          <w:sz w:val="22"/>
          <w:rtl/>
        </w:rPr>
        <w:t>و</w:t>
      </w:r>
      <w:r w:rsidRPr="00987F03">
        <w:rPr>
          <w:sz w:val="22"/>
        </w:rPr>
        <w:t xml:space="preserve"> </w:t>
      </w:r>
      <w:r w:rsidRPr="00987F03">
        <w:rPr>
          <w:sz w:val="22"/>
          <w:rtl/>
        </w:rPr>
        <w:t>زمین،</w:t>
      </w:r>
      <w:r w:rsidRPr="00987F03">
        <w:rPr>
          <w:sz w:val="22"/>
        </w:rPr>
        <w:t xml:space="preserve"> </w:t>
      </w:r>
      <w:r w:rsidRPr="00987F03">
        <w:rPr>
          <w:sz w:val="22"/>
          <w:rtl/>
        </w:rPr>
        <w:t>شهر</w:t>
      </w:r>
      <w:r w:rsidRPr="00987F03">
        <w:rPr>
          <w:sz w:val="22"/>
        </w:rPr>
        <w:t xml:space="preserve"> </w:t>
      </w:r>
      <w:r w:rsidRPr="00987F03">
        <w:rPr>
          <w:sz w:val="22"/>
          <w:rtl/>
        </w:rPr>
        <w:t>و</w:t>
      </w:r>
      <w:r w:rsidRPr="00987F03">
        <w:rPr>
          <w:sz w:val="22"/>
        </w:rPr>
        <w:t xml:space="preserve"> </w:t>
      </w:r>
      <w:r w:rsidRPr="00987F03">
        <w:rPr>
          <w:sz w:val="22"/>
          <w:rtl/>
        </w:rPr>
        <w:t>بازار،</w:t>
      </w:r>
      <w:r w:rsidRPr="00987F03">
        <w:rPr>
          <w:sz w:val="22"/>
        </w:rPr>
        <w:t xml:space="preserve"> </w:t>
      </w:r>
      <w:r w:rsidRPr="00987F03">
        <w:rPr>
          <w:sz w:val="22"/>
          <w:rtl/>
        </w:rPr>
        <w:t>و</w:t>
      </w:r>
      <w:r w:rsidRPr="00987F03">
        <w:rPr>
          <w:sz w:val="22"/>
        </w:rPr>
        <w:t xml:space="preserve"> </w:t>
      </w:r>
      <w:r w:rsidRPr="00987F03">
        <w:rPr>
          <w:sz w:val="22"/>
          <w:rtl/>
        </w:rPr>
        <w:t>حافظه</w:t>
      </w:r>
      <w:r w:rsidRPr="00987F03">
        <w:rPr>
          <w:sz w:val="22"/>
        </w:rPr>
        <w:t xml:space="preserve"> </w:t>
      </w:r>
      <w:r w:rsidRPr="00987F03">
        <w:rPr>
          <w:sz w:val="22"/>
          <w:rtl/>
        </w:rPr>
        <w:t>و</w:t>
      </w:r>
      <w:r w:rsidRPr="00987F03">
        <w:rPr>
          <w:sz w:val="22"/>
        </w:rPr>
        <w:t xml:space="preserve"> </w:t>
      </w:r>
      <w:r w:rsidRPr="00987F03">
        <w:rPr>
          <w:sz w:val="22"/>
          <w:rtl/>
        </w:rPr>
        <w:t>دانش</w:t>
      </w:r>
      <w:r w:rsidRPr="00987F03">
        <w:rPr>
          <w:sz w:val="22"/>
        </w:rPr>
        <w:t xml:space="preserve"> </w:t>
      </w:r>
      <w:r w:rsidRPr="00987F03">
        <w:rPr>
          <w:sz w:val="22"/>
          <w:rtl/>
        </w:rPr>
        <w:t>ادارهٔ</w:t>
      </w:r>
      <w:r w:rsidRPr="00987F03">
        <w:rPr>
          <w:sz w:val="22"/>
        </w:rPr>
        <w:t xml:space="preserve"> </w:t>
      </w:r>
      <w:r w:rsidRPr="00987F03">
        <w:rPr>
          <w:sz w:val="22"/>
          <w:rtl/>
        </w:rPr>
        <w:t>آنها</w:t>
      </w:r>
      <w:r w:rsidRPr="00987F03">
        <w:rPr>
          <w:sz w:val="22"/>
        </w:rPr>
        <w:t xml:space="preserve"> </w:t>
      </w:r>
      <w:r w:rsidRPr="00987F03">
        <w:rPr>
          <w:sz w:val="22"/>
          <w:rtl/>
        </w:rPr>
        <w:t>همچنان</w:t>
      </w:r>
      <w:r w:rsidRPr="00987F03">
        <w:rPr>
          <w:sz w:val="22"/>
        </w:rPr>
        <w:t xml:space="preserve"> </w:t>
      </w:r>
      <w:r w:rsidRPr="00987F03">
        <w:rPr>
          <w:sz w:val="22"/>
          <w:rtl/>
        </w:rPr>
        <w:t>وجود</w:t>
      </w:r>
      <w:r w:rsidRPr="00987F03">
        <w:rPr>
          <w:sz w:val="22"/>
        </w:rPr>
        <w:t xml:space="preserve"> </w:t>
      </w:r>
      <w:r w:rsidRPr="00987F03">
        <w:rPr>
          <w:sz w:val="22"/>
          <w:rtl/>
        </w:rPr>
        <w:t>داشت</w:t>
      </w:r>
      <w:r w:rsidRPr="00987F03">
        <w:rPr>
          <w:sz w:val="22"/>
        </w:rPr>
        <w:t xml:space="preserve">. </w:t>
      </w:r>
      <w:r w:rsidRPr="00987F03">
        <w:rPr>
          <w:sz w:val="22"/>
          <w:rtl/>
        </w:rPr>
        <w:t>فاتحان</w:t>
      </w:r>
      <w:r w:rsidRPr="00987F03">
        <w:rPr>
          <w:sz w:val="22"/>
        </w:rPr>
        <w:t xml:space="preserve"> </w:t>
      </w:r>
      <w:r w:rsidRPr="00987F03">
        <w:rPr>
          <w:sz w:val="22"/>
          <w:rtl/>
        </w:rPr>
        <w:t>نیز</w:t>
      </w:r>
      <w:r w:rsidRPr="00987F03">
        <w:rPr>
          <w:sz w:val="22"/>
        </w:rPr>
        <w:t xml:space="preserve"> </w:t>
      </w:r>
      <w:r w:rsidRPr="00987F03">
        <w:rPr>
          <w:sz w:val="22"/>
          <w:rtl/>
        </w:rPr>
        <w:t>برای</w:t>
      </w:r>
      <w:r w:rsidRPr="00987F03">
        <w:rPr>
          <w:sz w:val="22"/>
        </w:rPr>
        <w:t xml:space="preserve"> </w:t>
      </w:r>
      <w:r w:rsidRPr="00987F03">
        <w:rPr>
          <w:sz w:val="22"/>
          <w:rtl/>
        </w:rPr>
        <w:t>حکومت</w:t>
      </w:r>
      <w:r w:rsidRPr="00987F03">
        <w:rPr>
          <w:sz w:val="22"/>
        </w:rPr>
        <w:t>‌</w:t>
      </w:r>
      <w:r w:rsidRPr="00987F03">
        <w:rPr>
          <w:sz w:val="22"/>
          <w:rtl/>
        </w:rPr>
        <w:t>کردن</w:t>
      </w:r>
      <w:r w:rsidRPr="00987F03">
        <w:rPr>
          <w:sz w:val="22"/>
        </w:rPr>
        <w:t xml:space="preserve"> </w:t>
      </w:r>
      <w:r w:rsidRPr="00987F03">
        <w:rPr>
          <w:sz w:val="22"/>
          <w:rtl/>
        </w:rPr>
        <w:t>بر</w:t>
      </w:r>
      <w:r w:rsidRPr="00987F03">
        <w:rPr>
          <w:sz w:val="22"/>
        </w:rPr>
        <w:t xml:space="preserve"> </w:t>
      </w:r>
      <w:r w:rsidRPr="00987F03">
        <w:rPr>
          <w:sz w:val="22"/>
          <w:rtl/>
        </w:rPr>
        <w:t>همین</w:t>
      </w:r>
      <w:r w:rsidRPr="00987F03">
        <w:rPr>
          <w:sz w:val="22"/>
        </w:rPr>
        <w:t xml:space="preserve"> </w:t>
      </w:r>
      <w:r w:rsidRPr="00987F03">
        <w:rPr>
          <w:sz w:val="22"/>
          <w:rtl/>
        </w:rPr>
        <w:t>واقعیت</w:t>
      </w:r>
      <w:r w:rsidRPr="00987F03">
        <w:rPr>
          <w:sz w:val="22"/>
        </w:rPr>
        <w:t>‌</w:t>
      </w:r>
      <w:r w:rsidRPr="00987F03">
        <w:rPr>
          <w:sz w:val="22"/>
          <w:rtl/>
        </w:rPr>
        <w:t>ها</w:t>
      </w:r>
      <w:r w:rsidRPr="00987F03">
        <w:rPr>
          <w:sz w:val="22"/>
        </w:rPr>
        <w:t xml:space="preserve"> </w:t>
      </w:r>
      <w:r w:rsidRPr="00987F03">
        <w:rPr>
          <w:sz w:val="22"/>
          <w:rtl/>
        </w:rPr>
        <w:t>ناچار</w:t>
      </w:r>
      <w:r w:rsidRPr="00987F03">
        <w:rPr>
          <w:sz w:val="22"/>
        </w:rPr>
        <w:t xml:space="preserve"> </w:t>
      </w:r>
      <w:r w:rsidRPr="00987F03">
        <w:rPr>
          <w:sz w:val="22"/>
          <w:rtl/>
        </w:rPr>
        <w:t>شدند</w:t>
      </w:r>
      <w:r w:rsidRPr="00987F03">
        <w:rPr>
          <w:sz w:val="22"/>
        </w:rPr>
        <w:t xml:space="preserve"> </w:t>
      </w:r>
      <w:r w:rsidRPr="00987F03">
        <w:rPr>
          <w:sz w:val="22"/>
          <w:rtl/>
        </w:rPr>
        <w:t>با</w:t>
      </w:r>
      <w:r w:rsidRPr="00987F03">
        <w:rPr>
          <w:sz w:val="22"/>
        </w:rPr>
        <w:t xml:space="preserve"> </w:t>
      </w:r>
      <w:r w:rsidRPr="00987F03">
        <w:rPr>
          <w:sz w:val="22"/>
          <w:rtl/>
        </w:rPr>
        <w:t>بازماندگان</w:t>
      </w:r>
      <w:r w:rsidRPr="00987F03">
        <w:rPr>
          <w:sz w:val="22"/>
        </w:rPr>
        <w:t xml:space="preserve"> </w:t>
      </w:r>
      <w:r w:rsidRPr="00987F03">
        <w:rPr>
          <w:sz w:val="22"/>
          <w:rtl/>
        </w:rPr>
        <w:t>دستگاه</w:t>
      </w:r>
      <w:r w:rsidRPr="00987F03">
        <w:rPr>
          <w:sz w:val="22"/>
        </w:rPr>
        <w:t xml:space="preserve"> </w:t>
      </w:r>
      <w:r w:rsidRPr="00987F03">
        <w:rPr>
          <w:sz w:val="22"/>
          <w:rtl/>
        </w:rPr>
        <w:t>پیشین</w:t>
      </w:r>
      <w:r w:rsidRPr="00987F03">
        <w:rPr>
          <w:sz w:val="22"/>
        </w:rPr>
        <w:t xml:space="preserve"> </w:t>
      </w:r>
      <w:r w:rsidRPr="00987F03">
        <w:rPr>
          <w:sz w:val="22"/>
          <w:rtl/>
        </w:rPr>
        <w:t>همکاری</w:t>
      </w:r>
      <w:r w:rsidRPr="00987F03">
        <w:rPr>
          <w:sz w:val="22"/>
        </w:rPr>
        <w:t xml:space="preserve"> </w:t>
      </w:r>
      <w:r w:rsidRPr="00987F03">
        <w:rPr>
          <w:sz w:val="22"/>
          <w:rtl/>
        </w:rPr>
        <w:t>کنند</w:t>
      </w:r>
      <w:r w:rsidRPr="00987F03">
        <w:rPr>
          <w:sz w:val="22"/>
        </w:rPr>
        <w:t>.</w:t>
      </w:r>
    </w:p>
    <w:p w:rsidR="00987F03" w:rsidRPr="00987F03" w:rsidRDefault="00987F03" w:rsidP="00987F03">
      <w:pPr>
        <w:bidi/>
        <w:ind w:firstLine="720"/>
        <w:rPr>
          <w:rFonts w:hint="cs"/>
          <w:sz w:val="22"/>
          <w:rtl/>
          <w:lang w:bidi="fa-IR"/>
        </w:rPr>
      </w:pPr>
      <w:r w:rsidRPr="00987F03">
        <w:rPr>
          <w:sz w:val="22"/>
          <w:rtl/>
        </w:rPr>
        <w:t>اما</w:t>
      </w:r>
      <w:r w:rsidRPr="00987F03">
        <w:rPr>
          <w:sz w:val="22"/>
        </w:rPr>
        <w:t xml:space="preserve"> </w:t>
      </w:r>
      <w:r w:rsidRPr="00987F03">
        <w:rPr>
          <w:sz w:val="22"/>
          <w:rtl/>
        </w:rPr>
        <w:t>این</w:t>
      </w:r>
      <w:r w:rsidRPr="00987F03">
        <w:rPr>
          <w:sz w:val="22"/>
        </w:rPr>
        <w:t xml:space="preserve"> </w:t>
      </w:r>
      <w:r w:rsidRPr="00987F03">
        <w:rPr>
          <w:sz w:val="22"/>
          <w:rtl/>
        </w:rPr>
        <w:t>پاسخ</w:t>
      </w:r>
      <w:r w:rsidRPr="00987F03">
        <w:rPr>
          <w:sz w:val="22"/>
        </w:rPr>
        <w:t xml:space="preserve"> </w:t>
      </w:r>
      <w:r w:rsidRPr="00987F03">
        <w:rPr>
          <w:sz w:val="22"/>
          <w:rtl/>
        </w:rPr>
        <w:t>هنوز</w:t>
      </w:r>
      <w:r w:rsidRPr="00987F03">
        <w:rPr>
          <w:sz w:val="22"/>
        </w:rPr>
        <w:t xml:space="preserve"> </w:t>
      </w:r>
      <w:r w:rsidRPr="00987F03">
        <w:rPr>
          <w:sz w:val="22"/>
          <w:rtl/>
        </w:rPr>
        <w:t>کامل</w:t>
      </w:r>
      <w:r w:rsidRPr="00987F03">
        <w:rPr>
          <w:sz w:val="22"/>
        </w:rPr>
        <w:t xml:space="preserve"> </w:t>
      </w:r>
      <w:r w:rsidRPr="00987F03">
        <w:rPr>
          <w:sz w:val="22"/>
          <w:rtl/>
        </w:rPr>
        <w:t>نیست</w:t>
      </w:r>
      <w:r w:rsidRPr="00987F03">
        <w:rPr>
          <w:sz w:val="22"/>
        </w:rPr>
        <w:t xml:space="preserve">. </w:t>
      </w:r>
      <w:r w:rsidRPr="00987F03">
        <w:rPr>
          <w:sz w:val="22"/>
          <w:rtl/>
        </w:rPr>
        <w:t>باقی</w:t>
      </w:r>
      <w:r w:rsidRPr="00987F03">
        <w:rPr>
          <w:sz w:val="22"/>
        </w:rPr>
        <w:t>‌</w:t>
      </w:r>
      <w:r w:rsidRPr="00987F03">
        <w:rPr>
          <w:sz w:val="22"/>
          <w:rtl/>
        </w:rPr>
        <w:t>ماندن</w:t>
      </w:r>
      <w:r w:rsidRPr="00987F03">
        <w:rPr>
          <w:sz w:val="22"/>
        </w:rPr>
        <w:t xml:space="preserve"> </w:t>
      </w:r>
      <w:r w:rsidRPr="00987F03">
        <w:rPr>
          <w:sz w:val="22"/>
          <w:rtl/>
        </w:rPr>
        <w:t>کشور</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باقی</w:t>
      </w:r>
      <w:r w:rsidRPr="00987F03">
        <w:rPr>
          <w:sz w:val="22"/>
        </w:rPr>
        <w:t>‌</w:t>
      </w:r>
      <w:r w:rsidRPr="00987F03">
        <w:rPr>
          <w:sz w:val="22"/>
          <w:rtl/>
        </w:rPr>
        <w:t>ماندن</w:t>
      </w:r>
      <w:r w:rsidRPr="00987F03">
        <w:rPr>
          <w:sz w:val="22"/>
        </w:rPr>
        <w:t xml:space="preserve"> </w:t>
      </w:r>
      <w:r w:rsidRPr="00987F03">
        <w:rPr>
          <w:sz w:val="22"/>
          <w:rtl/>
        </w:rPr>
        <w:t>بی</w:t>
      </w:r>
      <w:r w:rsidRPr="00987F03">
        <w:rPr>
          <w:sz w:val="22"/>
        </w:rPr>
        <w:t>‌</w:t>
      </w:r>
      <w:r w:rsidRPr="00987F03">
        <w:rPr>
          <w:sz w:val="22"/>
          <w:rtl/>
        </w:rPr>
        <w:t>تغییر</w:t>
      </w:r>
      <w:r w:rsidRPr="00987F03">
        <w:rPr>
          <w:sz w:val="22"/>
        </w:rPr>
        <w:t xml:space="preserve"> </w:t>
      </w:r>
      <w:r w:rsidRPr="00987F03">
        <w:rPr>
          <w:sz w:val="22"/>
          <w:rtl/>
        </w:rPr>
        <w:t>ساختمان</w:t>
      </w:r>
      <w:r w:rsidRPr="00987F03">
        <w:rPr>
          <w:sz w:val="22"/>
        </w:rPr>
        <w:t xml:space="preserve"> </w:t>
      </w:r>
      <w:r w:rsidRPr="00987F03">
        <w:rPr>
          <w:sz w:val="22"/>
          <w:rtl/>
        </w:rPr>
        <w:t>ساسانی</w:t>
      </w:r>
      <w:r w:rsidRPr="00987F03">
        <w:rPr>
          <w:sz w:val="22"/>
        </w:rPr>
        <w:t xml:space="preserve"> </w:t>
      </w:r>
      <w:r w:rsidRPr="00987F03">
        <w:rPr>
          <w:sz w:val="22"/>
          <w:rtl/>
        </w:rPr>
        <w:t>نبود</w:t>
      </w:r>
      <w:r w:rsidRPr="00987F03">
        <w:rPr>
          <w:sz w:val="22"/>
        </w:rPr>
        <w:t xml:space="preserve">. </w:t>
      </w:r>
      <w:r w:rsidRPr="00987F03">
        <w:rPr>
          <w:sz w:val="22"/>
          <w:rtl/>
        </w:rPr>
        <w:t>رابطهٔ</w:t>
      </w:r>
      <w:r w:rsidRPr="00987F03">
        <w:rPr>
          <w:sz w:val="22"/>
        </w:rPr>
        <w:t xml:space="preserve"> </w:t>
      </w:r>
      <w:r w:rsidRPr="00987F03">
        <w:rPr>
          <w:sz w:val="22"/>
          <w:rtl/>
        </w:rPr>
        <w:t>مردم</w:t>
      </w:r>
      <w:r w:rsidRPr="00987F03">
        <w:rPr>
          <w:sz w:val="22"/>
        </w:rPr>
        <w:t xml:space="preserve"> </w:t>
      </w:r>
      <w:r w:rsidRPr="00987F03">
        <w:rPr>
          <w:sz w:val="22"/>
          <w:rtl/>
        </w:rPr>
        <w:t>با</w:t>
      </w:r>
      <w:r w:rsidRPr="00987F03">
        <w:rPr>
          <w:sz w:val="22"/>
        </w:rPr>
        <w:t xml:space="preserve"> </w:t>
      </w:r>
      <w:r w:rsidRPr="00987F03">
        <w:rPr>
          <w:sz w:val="22"/>
          <w:rtl/>
        </w:rPr>
        <w:t>حکومت،</w:t>
      </w:r>
      <w:r w:rsidRPr="00987F03">
        <w:rPr>
          <w:sz w:val="22"/>
        </w:rPr>
        <w:t xml:space="preserve"> </w:t>
      </w:r>
      <w:r w:rsidRPr="00987F03">
        <w:rPr>
          <w:sz w:val="22"/>
          <w:rtl/>
        </w:rPr>
        <w:t>جایگاه</w:t>
      </w:r>
      <w:r w:rsidRPr="00987F03">
        <w:rPr>
          <w:sz w:val="22"/>
        </w:rPr>
        <w:t xml:space="preserve"> </w:t>
      </w:r>
      <w:r w:rsidRPr="00987F03">
        <w:rPr>
          <w:sz w:val="22"/>
          <w:rtl/>
        </w:rPr>
        <w:t>دین،</w:t>
      </w:r>
      <w:r w:rsidRPr="00987F03">
        <w:rPr>
          <w:sz w:val="22"/>
        </w:rPr>
        <w:t xml:space="preserve"> </w:t>
      </w:r>
      <w:r w:rsidRPr="00987F03">
        <w:rPr>
          <w:sz w:val="22"/>
          <w:rtl/>
        </w:rPr>
        <w:t>شیوهٔ</w:t>
      </w:r>
      <w:r w:rsidRPr="00987F03">
        <w:rPr>
          <w:sz w:val="22"/>
        </w:rPr>
        <w:t xml:space="preserve"> </w:t>
      </w:r>
      <w:r w:rsidRPr="00987F03">
        <w:rPr>
          <w:sz w:val="22"/>
          <w:rtl/>
        </w:rPr>
        <w:t>مالیات</w:t>
      </w:r>
      <w:r w:rsidRPr="00987F03">
        <w:rPr>
          <w:sz w:val="22"/>
        </w:rPr>
        <w:t>‌</w:t>
      </w:r>
      <w:r w:rsidRPr="00987F03">
        <w:rPr>
          <w:sz w:val="22"/>
          <w:rtl/>
        </w:rPr>
        <w:t>گیری</w:t>
      </w:r>
      <w:r w:rsidRPr="00987F03">
        <w:rPr>
          <w:sz w:val="22"/>
        </w:rPr>
        <w:t xml:space="preserve"> </w:t>
      </w:r>
      <w:r w:rsidRPr="00987F03">
        <w:rPr>
          <w:sz w:val="22"/>
          <w:rtl/>
        </w:rPr>
        <w:t>و</w:t>
      </w:r>
      <w:r w:rsidRPr="00987F03">
        <w:rPr>
          <w:sz w:val="22"/>
        </w:rPr>
        <w:t xml:space="preserve"> </w:t>
      </w:r>
      <w:r w:rsidRPr="00987F03">
        <w:rPr>
          <w:sz w:val="22"/>
          <w:rtl/>
        </w:rPr>
        <w:t>سرچشمهٔ</w:t>
      </w:r>
      <w:r w:rsidRPr="00987F03">
        <w:rPr>
          <w:sz w:val="22"/>
        </w:rPr>
        <w:t xml:space="preserve"> </w:t>
      </w:r>
      <w:r w:rsidRPr="00987F03">
        <w:rPr>
          <w:sz w:val="22"/>
          <w:rtl/>
        </w:rPr>
        <w:t>حقانیت</w:t>
      </w:r>
      <w:r w:rsidRPr="00987F03">
        <w:rPr>
          <w:sz w:val="22"/>
        </w:rPr>
        <w:t xml:space="preserve"> </w:t>
      </w:r>
      <w:r w:rsidRPr="00987F03">
        <w:rPr>
          <w:sz w:val="22"/>
          <w:rtl/>
        </w:rPr>
        <w:t>حکمرانی</w:t>
      </w:r>
      <w:r w:rsidRPr="00987F03">
        <w:rPr>
          <w:sz w:val="22"/>
        </w:rPr>
        <w:t xml:space="preserve"> </w:t>
      </w:r>
      <w:r w:rsidRPr="00987F03">
        <w:rPr>
          <w:sz w:val="22"/>
          <w:rtl/>
        </w:rPr>
        <w:t>در</w:t>
      </w:r>
      <w:r w:rsidRPr="00987F03">
        <w:rPr>
          <w:sz w:val="22"/>
        </w:rPr>
        <w:t xml:space="preserve"> </w:t>
      </w:r>
      <w:r w:rsidRPr="00987F03">
        <w:rPr>
          <w:sz w:val="22"/>
          <w:rtl/>
        </w:rPr>
        <w:t>حال</w:t>
      </w:r>
      <w:r w:rsidRPr="00987F03">
        <w:rPr>
          <w:sz w:val="22"/>
        </w:rPr>
        <w:t xml:space="preserve"> </w:t>
      </w:r>
      <w:r w:rsidRPr="00987F03">
        <w:rPr>
          <w:sz w:val="22"/>
          <w:rtl/>
        </w:rPr>
        <w:t>دگرگونی</w:t>
      </w:r>
      <w:r w:rsidRPr="00987F03">
        <w:rPr>
          <w:sz w:val="22"/>
        </w:rPr>
        <w:t xml:space="preserve"> </w:t>
      </w:r>
      <w:r w:rsidRPr="00987F03">
        <w:rPr>
          <w:sz w:val="22"/>
          <w:rtl/>
        </w:rPr>
        <w:t>بود</w:t>
      </w:r>
      <w:r w:rsidRPr="00987F03">
        <w:rPr>
          <w:sz w:val="22"/>
        </w:rPr>
        <w:t xml:space="preserve">. </w:t>
      </w:r>
    </w:p>
    <w:p w:rsidR="009F3B78" w:rsidRPr="00987F03" w:rsidRDefault="00987F03" w:rsidP="00987F03">
      <w:pPr>
        <w:bidi/>
        <w:ind w:firstLine="720"/>
        <w:rPr>
          <w:sz w:val="22"/>
        </w:rPr>
      </w:pPr>
      <w:r w:rsidRPr="00987F03">
        <w:rPr>
          <w:sz w:val="22"/>
          <w:rtl/>
        </w:rPr>
        <w:t>سقوط</w:t>
      </w:r>
      <w:r w:rsidRPr="00987F03">
        <w:rPr>
          <w:sz w:val="22"/>
        </w:rPr>
        <w:t xml:space="preserve"> </w:t>
      </w:r>
      <w:r w:rsidRPr="00987F03">
        <w:rPr>
          <w:sz w:val="22"/>
          <w:rtl/>
        </w:rPr>
        <w:t>تاج</w:t>
      </w:r>
      <w:r w:rsidRPr="00987F03">
        <w:rPr>
          <w:sz w:val="22"/>
        </w:rPr>
        <w:t xml:space="preserve"> </w:t>
      </w:r>
      <w:r w:rsidRPr="00987F03">
        <w:rPr>
          <w:sz w:val="22"/>
          <w:rtl/>
        </w:rPr>
        <w:t>ساسانی</w:t>
      </w:r>
      <w:r w:rsidRPr="00987F03">
        <w:rPr>
          <w:sz w:val="22"/>
        </w:rPr>
        <w:t xml:space="preserve"> </w:t>
      </w:r>
      <w:r w:rsidRPr="00987F03">
        <w:rPr>
          <w:sz w:val="22"/>
          <w:rtl/>
        </w:rPr>
        <w:t>فضایی</w:t>
      </w:r>
      <w:r w:rsidRPr="00987F03">
        <w:rPr>
          <w:sz w:val="22"/>
        </w:rPr>
        <w:t xml:space="preserve"> </w:t>
      </w:r>
      <w:r w:rsidRPr="00987F03">
        <w:rPr>
          <w:sz w:val="22"/>
          <w:rtl/>
        </w:rPr>
        <w:t>خالی</w:t>
      </w:r>
      <w:r w:rsidRPr="00987F03">
        <w:rPr>
          <w:sz w:val="22"/>
        </w:rPr>
        <w:t xml:space="preserve"> </w:t>
      </w:r>
      <w:r w:rsidRPr="00987F03">
        <w:rPr>
          <w:sz w:val="22"/>
          <w:rtl/>
        </w:rPr>
        <w:t>پدید</w:t>
      </w:r>
      <w:r w:rsidRPr="00987F03">
        <w:rPr>
          <w:sz w:val="22"/>
        </w:rPr>
        <w:t xml:space="preserve"> </w:t>
      </w:r>
      <w:r w:rsidRPr="00987F03">
        <w:rPr>
          <w:sz w:val="22"/>
          <w:rtl/>
        </w:rPr>
        <w:t>آورد،</w:t>
      </w:r>
      <w:r w:rsidRPr="00987F03">
        <w:rPr>
          <w:sz w:val="22"/>
        </w:rPr>
        <w:t xml:space="preserve"> </w:t>
      </w:r>
      <w:r w:rsidRPr="00987F03">
        <w:rPr>
          <w:sz w:val="22"/>
          <w:rtl/>
        </w:rPr>
        <w:t>اما</w:t>
      </w:r>
      <w:r w:rsidRPr="00987F03">
        <w:rPr>
          <w:sz w:val="22"/>
        </w:rPr>
        <w:t xml:space="preserve"> </w:t>
      </w:r>
      <w:r w:rsidRPr="00987F03">
        <w:rPr>
          <w:sz w:val="22"/>
          <w:rtl/>
        </w:rPr>
        <w:t>این</w:t>
      </w:r>
      <w:r w:rsidRPr="00987F03">
        <w:rPr>
          <w:sz w:val="22"/>
        </w:rPr>
        <w:t xml:space="preserve"> </w:t>
      </w:r>
      <w:r w:rsidRPr="00987F03">
        <w:rPr>
          <w:sz w:val="22"/>
          <w:rtl/>
        </w:rPr>
        <w:t>فضای</w:t>
      </w:r>
      <w:r w:rsidRPr="00987F03">
        <w:rPr>
          <w:sz w:val="22"/>
        </w:rPr>
        <w:t xml:space="preserve"> </w:t>
      </w:r>
      <w:r w:rsidRPr="00987F03">
        <w:rPr>
          <w:sz w:val="22"/>
          <w:rtl/>
        </w:rPr>
        <w:t>خالی</w:t>
      </w:r>
      <w:r w:rsidRPr="00987F03">
        <w:rPr>
          <w:sz w:val="22"/>
        </w:rPr>
        <w:t xml:space="preserve"> </w:t>
      </w:r>
      <w:r w:rsidRPr="00987F03">
        <w:rPr>
          <w:sz w:val="22"/>
          <w:rtl/>
        </w:rPr>
        <w:t>در</w:t>
      </w:r>
      <w:r w:rsidRPr="00987F03">
        <w:rPr>
          <w:sz w:val="22"/>
        </w:rPr>
        <w:t xml:space="preserve"> </w:t>
      </w:r>
      <w:r w:rsidRPr="00987F03">
        <w:rPr>
          <w:sz w:val="22"/>
          <w:rtl/>
        </w:rPr>
        <w:t>همهٔ</w:t>
      </w:r>
      <w:r w:rsidRPr="00987F03">
        <w:rPr>
          <w:sz w:val="22"/>
        </w:rPr>
        <w:t xml:space="preserve"> </w:t>
      </w:r>
      <w:r w:rsidRPr="00987F03">
        <w:rPr>
          <w:sz w:val="22"/>
          <w:rtl/>
        </w:rPr>
        <w:t>ایران</w:t>
      </w:r>
      <w:r w:rsidRPr="00987F03">
        <w:rPr>
          <w:sz w:val="22"/>
        </w:rPr>
        <w:t xml:space="preserve"> </w:t>
      </w:r>
      <w:r w:rsidRPr="00987F03">
        <w:rPr>
          <w:sz w:val="22"/>
          <w:rtl/>
        </w:rPr>
        <w:t>یکسان</w:t>
      </w:r>
      <w:r w:rsidRPr="00987F03">
        <w:rPr>
          <w:sz w:val="22"/>
        </w:rPr>
        <w:t xml:space="preserve"> </w:t>
      </w:r>
      <w:r w:rsidRPr="00987F03">
        <w:rPr>
          <w:sz w:val="22"/>
          <w:rtl/>
        </w:rPr>
        <w:t>نبود</w:t>
      </w:r>
      <w:r w:rsidRPr="00987F03">
        <w:rPr>
          <w:sz w:val="22"/>
        </w:rPr>
        <w:t xml:space="preserve">. </w:t>
      </w:r>
      <w:r w:rsidRPr="00987F03">
        <w:rPr>
          <w:sz w:val="22"/>
          <w:rtl/>
        </w:rPr>
        <w:t>در</w:t>
      </w:r>
      <w:r w:rsidRPr="00987F03">
        <w:rPr>
          <w:sz w:val="22"/>
        </w:rPr>
        <w:t xml:space="preserve"> </w:t>
      </w:r>
      <w:r w:rsidRPr="00987F03">
        <w:rPr>
          <w:sz w:val="22"/>
          <w:rtl/>
        </w:rPr>
        <w:t>پایتخت،</w:t>
      </w:r>
      <w:r w:rsidRPr="00987F03">
        <w:rPr>
          <w:sz w:val="22"/>
        </w:rPr>
        <w:t xml:space="preserve"> </w:t>
      </w:r>
      <w:r w:rsidRPr="00987F03">
        <w:rPr>
          <w:sz w:val="22"/>
          <w:rtl/>
        </w:rPr>
        <w:t>فرمانروا،</w:t>
      </w:r>
      <w:r w:rsidRPr="00987F03">
        <w:rPr>
          <w:sz w:val="22"/>
        </w:rPr>
        <w:t xml:space="preserve"> </w:t>
      </w:r>
      <w:r w:rsidRPr="00987F03">
        <w:rPr>
          <w:sz w:val="22"/>
          <w:rtl/>
        </w:rPr>
        <w:t>خزانه</w:t>
      </w:r>
      <w:r w:rsidRPr="00987F03">
        <w:rPr>
          <w:sz w:val="22"/>
        </w:rPr>
        <w:t xml:space="preserve"> </w:t>
      </w:r>
      <w:r w:rsidRPr="00987F03">
        <w:rPr>
          <w:sz w:val="22"/>
          <w:rtl/>
        </w:rPr>
        <w:t>و</w:t>
      </w:r>
      <w:r w:rsidRPr="00987F03">
        <w:rPr>
          <w:sz w:val="22"/>
        </w:rPr>
        <w:t xml:space="preserve"> </w:t>
      </w:r>
      <w:r w:rsidRPr="00987F03">
        <w:rPr>
          <w:sz w:val="22"/>
          <w:rtl/>
        </w:rPr>
        <w:t>مرکز</w:t>
      </w:r>
      <w:r w:rsidRPr="00987F03">
        <w:rPr>
          <w:sz w:val="22"/>
        </w:rPr>
        <w:t xml:space="preserve"> </w:t>
      </w:r>
      <w:r w:rsidRPr="00987F03">
        <w:rPr>
          <w:sz w:val="22"/>
          <w:rtl/>
        </w:rPr>
        <w:t>فرماندهی</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رفته</w:t>
      </w:r>
      <w:r w:rsidRPr="00987F03">
        <w:rPr>
          <w:sz w:val="22"/>
        </w:rPr>
        <w:t xml:space="preserve"> </w:t>
      </w:r>
      <w:r w:rsidRPr="00987F03">
        <w:rPr>
          <w:sz w:val="22"/>
          <w:rtl/>
        </w:rPr>
        <w:t>بود؛</w:t>
      </w:r>
      <w:r w:rsidRPr="00987F03">
        <w:rPr>
          <w:sz w:val="22"/>
        </w:rPr>
        <w:t xml:space="preserve"> </w:t>
      </w:r>
      <w:r w:rsidRPr="00987F03">
        <w:rPr>
          <w:sz w:val="22"/>
          <w:rtl/>
        </w:rPr>
        <w:t>در</w:t>
      </w:r>
      <w:r w:rsidRPr="00987F03">
        <w:rPr>
          <w:sz w:val="22"/>
        </w:rPr>
        <w:t xml:space="preserve"> </w:t>
      </w:r>
      <w:r w:rsidRPr="00987F03">
        <w:rPr>
          <w:sz w:val="22"/>
          <w:rtl/>
        </w:rPr>
        <w:t>استان</w:t>
      </w:r>
      <w:r w:rsidRPr="00987F03">
        <w:rPr>
          <w:sz w:val="22"/>
        </w:rPr>
        <w:t>‌</w:t>
      </w:r>
      <w:r w:rsidRPr="00987F03">
        <w:rPr>
          <w:sz w:val="22"/>
          <w:rtl/>
        </w:rPr>
        <w:t>ها</w:t>
      </w:r>
      <w:r w:rsidRPr="00987F03">
        <w:rPr>
          <w:sz w:val="22"/>
        </w:rPr>
        <w:t xml:space="preserve"> </w:t>
      </w:r>
      <w:r w:rsidRPr="00987F03">
        <w:rPr>
          <w:sz w:val="22"/>
          <w:rtl/>
        </w:rPr>
        <w:t>و</w:t>
      </w:r>
      <w:r w:rsidRPr="00987F03">
        <w:rPr>
          <w:sz w:val="22"/>
        </w:rPr>
        <w:t xml:space="preserve"> </w:t>
      </w:r>
      <w:r w:rsidRPr="00987F03">
        <w:rPr>
          <w:sz w:val="22"/>
          <w:rtl/>
        </w:rPr>
        <w:t>شهرها،</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کارگزاران</w:t>
      </w:r>
      <w:r w:rsidRPr="00987F03">
        <w:rPr>
          <w:sz w:val="22"/>
        </w:rPr>
        <w:t xml:space="preserve"> </w:t>
      </w:r>
      <w:r w:rsidRPr="00987F03">
        <w:rPr>
          <w:sz w:val="22"/>
          <w:rtl/>
        </w:rPr>
        <w:t>و</w:t>
      </w:r>
      <w:r w:rsidRPr="00987F03">
        <w:rPr>
          <w:sz w:val="22"/>
        </w:rPr>
        <w:t xml:space="preserve"> </w:t>
      </w:r>
      <w:r w:rsidRPr="00987F03">
        <w:rPr>
          <w:sz w:val="22"/>
          <w:rtl/>
        </w:rPr>
        <w:t>صاحبان</w:t>
      </w:r>
      <w:r w:rsidRPr="00987F03">
        <w:rPr>
          <w:sz w:val="22"/>
        </w:rPr>
        <w:t xml:space="preserve"> </w:t>
      </w:r>
      <w:r w:rsidRPr="00987F03">
        <w:rPr>
          <w:sz w:val="22"/>
          <w:rtl/>
        </w:rPr>
        <w:t>قدرت</w:t>
      </w:r>
      <w:r w:rsidRPr="00987F03">
        <w:rPr>
          <w:sz w:val="22"/>
        </w:rPr>
        <w:t xml:space="preserve"> </w:t>
      </w:r>
      <w:r w:rsidRPr="00987F03">
        <w:rPr>
          <w:sz w:val="22"/>
          <w:rtl/>
        </w:rPr>
        <w:t>محلی</w:t>
      </w:r>
      <w:r w:rsidRPr="00987F03">
        <w:rPr>
          <w:sz w:val="22"/>
        </w:rPr>
        <w:t xml:space="preserve"> </w:t>
      </w:r>
      <w:r w:rsidRPr="00987F03">
        <w:rPr>
          <w:sz w:val="22"/>
          <w:rtl/>
        </w:rPr>
        <w:t>همچنان</w:t>
      </w:r>
      <w:r w:rsidRPr="00987F03">
        <w:rPr>
          <w:sz w:val="22"/>
        </w:rPr>
        <w:t xml:space="preserve"> </w:t>
      </w:r>
      <w:r w:rsidRPr="00987F03">
        <w:rPr>
          <w:sz w:val="22"/>
          <w:rtl/>
        </w:rPr>
        <w:t>بر</w:t>
      </w:r>
      <w:r w:rsidRPr="00987F03">
        <w:rPr>
          <w:sz w:val="22"/>
        </w:rPr>
        <w:t xml:space="preserve"> </w:t>
      </w:r>
      <w:r w:rsidRPr="00987F03">
        <w:rPr>
          <w:sz w:val="22"/>
          <w:rtl/>
        </w:rPr>
        <w:t>جای</w:t>
      </w:r>
      <w:r w:rsidRPr="00987F03">
        <w:rPr>
          <w:sz w:val="22"/>
        </w:rPr>
        <w:t xml:space="preserve"> </w:t>
      </w:r>
      <w:r w:rsidRPr="00987F03">
        <w:rPr>
          <w:sz w:val="22"/>
          <w:rtl/>
        </w:rPr>
        <w:t>بودند</w:t>
      </w:r>
      <w:r w:rsidRPr="00987F03">
        <w:rPr>
          <w:sz w:val="22"/>
        </w:rPr>
        <w:t xml:space="preserve">. </w:t>
      </w:r>
      <w:r w:rsidRPr="00987F03">
        <w:rPr>
          <w:sz w:val="22"/>
          <w:rtl/>
        </w:rPr>
        <w:t>قشون</w:t>
      </w:r>
      <w:r w:rsidRPr="00987F03">
        <w:rPr>
          <w:sz w:val="22"/>
        </w:rPr>
        <w:t xml:space="preserve"> </w:t>
      </w:r>
      <w:r w:rsidRPr="00987F03">
        <w:rPr>
          <w:sz w:val="22"/>
          <w:rtl/>
        </w:rPr>
        <w:t>فاتح</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فرماندهان</w:t>
      </w:r>
      <w:r w:rsidRPr="00987F03">
        <w:rPr>
          <w:sz w:val="22"/>
        </w:rPr>
        <w:t xml:space="preserve"> </w:t>
      </w:r>
      <w:r w:rsidRPr="00987F03">
        <w:rPr>
          <w:sz w:val="22"/>
          <w:rtl/>
        </w:rPr>
        <w:t>حکومت</w:t>
      </w:r>
      <w:r w:rsidRPr="00987F03">
        <w:rPr>
          <w:sz w:val="22"/>
        </w:rPr>
        <w:t xml:space="preserve"> </w:t>
      </w:r>
      <w:r w:rsidRPr="00987F03">
        <w:rPr>
          <w:sz w:val="22"/>
          <w:rtl/>
        </w:rPr>
        <w:t>پیشین</w:t>
      </w:r>
      <w:r w:rsidRPr="00987F03">
        <w:rPr>
          <w:sz w:val="22"/>
        </w:rPr>
        <w:t xml:space="preserve"> </w:t>
      </w:r>
      <w:r w:rsidRPr="00987F03">
        <w:rPr>
          <w:sz w:val="22"/>
          <w:rtl/>
        </w:rPr>
        <w:t>را</w:t>
      </w:r>
      <w:r w:rsidRPr="00987F03">
        <w:rPr>
          <w:sz w:val="22"/>
        </w:rPr>
        <w:t xml:space="preserve"> </w:t>
      </w:r>
      <w:r w:rsidRPr="00987F03">
        <w:rPr>
          <w:sz w:val="22"/>
          <w:rtl/>
        </w:rPr>
        <w:t>شکست</w:t>
      </w:r>
      <w:r w:rsidRPr="00987F03">
        <w:rPr>
          <w:sz w:val="22"/>
        </w:rPr>
        <w:t xml:space="preserve"> </w:t>
      </w:r>
      <w:r w:rsidRPr="00987F03">
        <w:rPr>
          <w:sz w:val="22"/>
          <w:rtl/>
        </w:rPr>
        <w:t>دهد،</w:t>
      </w:r>
      <w:r w:rsidRPr="00987F03">
        <w:rPr>
          <w:sz w:val="22"/>
        </w:rPr>
        <w:t xml:space="preserve"> </w:t>
      </w:r>
      <w:r w:rsidRPr="00987F03">
        <w:rPr>
          <w:sz w:val="22"/>
          <w:rtl/>
        </w:rPr>
        <w:t>اما</w:t>
      </w:r>
      <w:r w:rsidRPr="00987F03">
        <w:rPr>
          <w:sz w:val="22"/>
        </w:rPr>
        <w:t xml:space="preserve"> </w:t>
      </w:r>
      <w:r w:rsidRPr="00987F03">
        <w:rPr>
          <w:sz w:val="22"/>
          <w:rtl/>
        </w:rPr>
        <w:t>برای</w:t>
      </w:r>
      <w:r w:rsidRPr="00987F03">
        <w:rPr>
          <w:sz w:val="22"/>
        </w:rPr>
        <w:t xml:space="preserve"> </w:t>
      </w:r>
      <w:r w:rsidRPr="00987F03">
        <w:rPr>
          <w:sz w:val="22"/>
          <w:rtl/>
        </w:rPr>
        <w:t>ادارهٔ</w:t>
      </w:r>
      <w:r w:rsidRPr="00987F03">
        <w:rPr>
          <w:sz w:val="22"/>
        </w:rPr>
        <w:t xml:space="preserve"> </w:t>
      </w:r>
      <w:r w:rsidRPr="00987F03">
        <w:rPr>
          <w:sz w:val="22"/>
          <w:rtl/>
        </w:rPr>
        <w:t>زمین</w:t>
      </w:r>
      <w:r w:rsidRPr="00987F03">
        <w:rPr>
          <w:sz w:val="22"/>
        </w:rPr>
        <w:t>‌</w:t>
      </w:r>
      <w:r w:rsidRPr="00987F03">
        <w:rPr>
          <w:sz w:val="22"/>
          <w:rtl/>
        </w:rPr>
        <w:t>ها</w:t>
      </w:r>
      <w:r w:rsidRPr="00987F03">
        <w:rPr>
          <w:sz w:val="22"/>
        </w:rPr>
        <w:t xml:space="preserve"> </w:t>
      </w:r>
      <w:r w:rsidRPr="00987F03">
        <w:rPr>
          <w:sz w:val="22"/>
          <w:rtl/>
        </w:rPr>
        <w:t>و</w:t>
      </w:r>
      <w:r w:rsidRPr="00987F03">
        <w:rPr>
          <w:sz w:val="22"/>
        </w:rPr>
        <w:t xml:space="preserve"> </w:t>
      </w:r>
      <w:r w:rsidRPr="00987F03">
        <w:rPr>
          <w:sz w:val="22"/>
          <w:rtl/>
        </w:rPr>
        <w:t>گرفتن</w:t>
      </w:r>
      <w:r w:rsidRPr="00987F03">
        <w:rPr>
          <w:sz w:val="22"/>
        </w:rPr>
        <w:t xml:space="preserve"> </w:t>
      </w:r>
      <w:r w:rsidRPr="00987F03">
        <w:rPr>
          <w:sz w:val="22"/>
          <w:rtl/>
        </w:rPr>
        <w:t>مالیات</w:t>
      </w:r>
      <w:r w:rsidRPr="00987F03">
        <w:rPr>
          <w:sz w:val="22"/>
        </w:rPr>
        <w:t xml:space="preserve"> </w:t>
      </w:r>
      <w:r w:rsidRPr="00987F03">
        <w:rPr>
          <w:sz w:val="22"/>
          <w:rtl/>
        </w:rPr>
        <w:t>ناچار</w:t>
      </w:r>
      <w:r w:rsidRPr="00987F03">
        <w:rPr>
          <w:sz w:val="22"/>
        </w:rPr>
        <w:t xml:space="preserve"> </w:t>
      </w:r>
      <w:r w:rsidRPr="00987F03">
        <w:rPr>
          <w:sz w:val="22"/>
          <w:rtl/>
        </w:rPr>
        <w:t>بود</w:t>
      </w:r>
      <w:r w:rsidRPr="00987F03">
        <w:rPr>
          <w:sz w:val="22"/>
        </w:rPr>
        <w:t xml:space="preserve"> </w:t>
      </w:r>
      <w:r w:rsidRPr="00987F03">
        <w:rPr>
          <w:sz w:val="22"/>
          <w:rtl/>
        </w:rPr>
        <w:t>بداند</w:t>
      </w:r>
      <w:r w:rsidRPr="00987F03">
        <w:rPr>
          <w:sz w:val="22"/>
        </w:rPr>
        <w:t xml:space="preserve"> </w:t>
      </w:r>
      <w:r w:rsidRPr="00987F03">
        <w:rPr>
          <w:sz w:val="22"/>
          <w:rtl/>
        </w:rPr>
        <w:t>در</w:t>
      </w:r>
      <w:r w:rsidRPr="00987F03">
        <w:rPr>
          <w:sz w:val="22"/>
        </w:rPr>
        <w:t xml:space="preserve"> </w:t>
      </w:r>
      <w:r w:rsidRPr="00987F03">
        <w:rPr>
          <w:sz w:val="22"/>
          <w:rtl/>
        </w:rPr>
        <w:t>هر</w:t>
      </w:r>
      <w:r w:rsidRPr="00987F03">
        <w:rPr>
          <w:sz w:val="22"/>
        </w:rPr>
        <w:t xml:space="preserve"> </w:t>
      </w:r>
      <w:r w:rsidRPr="00987F03">
        <w:rPr>
          <w:sz w:val="22"/>
          <w:rtl/>
        </w:rPr>
        <w:t>ناحیه</w:t>
      </w:r>
      <w:r w:rsidRPr="00987F03">
        <w:rPr>
          <w:sz w:val="22"/>
        </w:rPr>
        <w:t xml:space="preserve"> </w:t>
      </w:r>
      <w:r w:rsidRPr="00987F03">
        <w:rPr>
          <w:sz w:val="22"/>
          <w:rtl/>
        </w:rPr>
        <w:t>با</w:t>
      </w:r>
      <w:r w:rsidRPr="00987F03">
        <w:rPr>
          <w:sz w:val="22"/>
        </w:rPr>
        <w:t xml:space="preserve"> </w:t>
      </w:r>
      <w:r w:rsidRPr="00987F03">
        <w:rPr>
          <w:sz w:val="22"/>
          <w:rtl/>
        </w:rPr>
        <w:t>چه</w:t>
      </w:r>
      <w:r w:rsidRPr="00987F03">
        <w:rPr>
          <w:sz w:val="22"/>
        </w:rPr>
        <w:t xml:space="preserve"> </w:t>
      </w:r>
      <w:r w:rsidRPr="00987F03">
        <w:rPr>
          <w:sz w:val="22"/>
          <w:rtl/>
        </w:rPr>
        <w:t>کسانی</w:t>
      </w:r>
      <w:r w:rsidRPr="00987F03">
        <w:rPr>
          <w:sz w:val="22"/>
        </w:rPr>
        <w:t xml:space="preserve"> </w:t>
      </w:r>
      <w:r w:rsidRPr="00987F03">
        <w:rPr>
          <w:sz w:val="22"/>
          <w:rtl/>
        </w:rPr>
        <w:t>روبه</w:t>
      </w:r>
      <w:r w:rsidRPr="00987F03">
        <w:rPr>
          <w:sz w:val="22"/>
        </w:rPr>
        <w:t>‌</w:t>
      </w:r>
      <w:r w:rsidRPr="00987F03">
        <w:rPr>
          <w:sz w:val="22"/>
          <w:rtl/>
        </w:rPr>
        <w:t>رو</w:t>
      </w:r>
      <w:r w:rsidRPr="00987F03">
        <w:rPr>
          <w:sz w:val="22"/>
        </w:rPr>
        <w:t xml:space="preserve"> </w:t>
      </w:r>
      <w:r w:rsidRPr="00987F03">
        <w:rPr>
          <w:sz w:val="22"/>
          <w:rtl/>
        </w:rPr>
        <w:t>است،</w:t>
      </w:r>
      <w:r w:rsidRPr="00987F03">
        <w:rPr>
          <w:sz w:val="22"/>
        </w:rPr>
        <w:t xml:space="preserve"> </w:t>
      </w:r>
      <w:r w:rsidRPr="00987F03">
        <w:rPr>
          <w:sz w:val="22"/>
          <w:rtl/>
        </w:rPr>
        <w:t>چه</w:t>
      </w:r>
      <w:r w:rsidRPr="00987F03">
        <w:rPr>
          <w:sz w:val="22"/>
        </w:rPr>
        <w:t xml:space="preserve"> </w:t>
      </w:r>
      <w:r w:rsidRPr="00987F03">
        <w:rPr>
          <w:sz w:val="22"/>
          <w:rtl/>
        </w:rPr>
        <w:t>کسی</w:t>
      </w:r>
      <w:r w:rsidRPr="00987F03">
        <w:rPr>
          <w:sz w:val="22"/>
        </w:rPr>
        <w:t xml:space="preserve"> </w:t>
      </w:r>
      <w:r w:rsidRPr="00987F03">
        <w:rPr>
          <w:sz w:val="22"/>
          <w:rtl/>
        </w:rPr>
        <w:t>بر</w:t>
      </w:r>
      <w:r w:rsidRPr="00987F03">
        <w:rPr>
          <w:sz w:val="22"/>
        </w:rPr>
        <w:t xml:space="preserve"> </w:t>
      </w:r>
      <w:r w:rsidRPr="00987F03">
        <w:rPr>
          <w:sz w:val="22"/>
          <w:rtl/>
        </w:rPr>
        <w:t>مردم</w:t>
      </w:r>
      <w:r w:rsidRPr="00987F03">
        <w:rPr>
          <w:sz w:val="22"/>
        </w:rPr>
        <w:t xml:space="preserve"> </w:t>
      </w:r>
      <w:r w:rsidRPr="00987F03">
        <w:rPr>
          <w:sz w:val="22"/>
          <w:rtl/>
        </w:rPr>
        <w:t>نفوذ</w:t>
      </w:r>
      <w:r w:rsidRPr="00987F03">
        <w:rPr>
          <w:sz w:val="22"/>
        </w:rPr>
        <w:t xml:space="preserve"> </w:t>
      </w:r>
      <w:r w:rsidRPr="00987F03">
        <w:rPr>
          <w:sz w:val="22"/>
          <w:rtl/>
        </w:rPr>
        <w:t>دارد</w:t>
      </w:r>
      <w:r w:rsidRPr="00987F03">
        <w:rPr>
          <w:sz w:val="22"/>
        </w:rPr>
        <w:t xml:space="preserve"> </w:t>
      </w:r>
      <w:r w:rsidRPr="00987F03">
        <w:rPr>
          <w:sz w:val="22"/>
          <w:rtl/>
        </w:rPr>
        <w:t>و</w:t>
      </w:r>
      <w:r w:rsidRPr="00987F03">
        <w:rPr>
          <w:sz w:val="22"/>
        </w:rPr>
        <w:t xml:space="preserve"> </w:t>
      </w:r>
      <w:r w:rsidRPr="00987F03">
        <w:rPr>
          <w:sz w:val="22"/>
          <w:rtl/>
        </w:rPr>
        <w:t>کدام</w:t>
      </w:r>
      <w:r w:rsidRPr="00987F03">
        <w:rPr>
          <w:sz w:val="22"/>
        </w:rPr>
        <w:t xml:space="preserve"> </w:t>
      </w:r>
      <w:r w:rsidRPr="00987F03">
        <w:rPr>
          <w:sz w:val="22"/>
          <w:rtl/>
        </w:rPr>
        <w:t>گروه</w:t>
      </w:r>
      <w:r w:rsidRPr="00987F03">
        <w:rPr>
          <w:sz w:val="22"/>
        </w:rPr>
        <w:t xml:space="preserve"> </w:t>
      </w:r>
      <w:r w:rsidRPr="00987F03">
        <w:rPr>
          <w:sz w:val="22"/>
          <w:rtl/>
        </w:rPr>
        <w:t>می</w:t>
      </w:r>
      <w:r w:rsidRPr="00987F03">
        <w:rPr>
          <w:sz w:val="22"/>
        </w:rPr>
        <w:t>‌</w:t>
      </w:r>
      <w:r w:rsidRPr="00987F03">
        <w:rPr>
          <w:sz w:val="22"/>
          <w:rtl/>
        </w:rPr>
        <w:t>تواند</w:t>
      </w:r>
      <w:r w:rsidRPr="00987F03">
        <w:rPr>
          <w:sz w:val="22"/>
        </w:rPr>
        <w:t xml:space="preserve"> </w:t>
      </w:r>
      <w:r w:rsidRPr="00987F03">
        <w:rPr>
          <w:sz w:val="22"/>
          <w:rtl/>
        </w:rPr>
        <w:t>فرمان</w:t>
      </w:r>
      <w:r w:rsidRPr="00987F03">
        <w:rPr>
          <w:sz w:val="22"/>
        </w:rPr>
        <w:t xml:space="preserve"> </w:t>
      </w:r>
      <w:r w:rsidRPr="00987F03">
        <w:rPr>
          <w:sz w:val="22"/>
          <w:rtl/>
        </w:rPr>
        <w:t>تازه</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زندگی</w:t>
      </w:r>
      <w:r w:rsidRPr="00987F03">
        <w:rPr>
          <w:sz w:val="22"/>
        </w:rPr>
        <w:t xml:space="preserve"> </w:t>
      </w:r>
      <w:r w:rsidRPr="00987F03">
        <w:rPr>
          <w:sz w:val="22"/>
          <w:rtl/>
        </w:rPr>
        <w:t>روزانه</w:t>
      </w:r>
      <w:r w:rsidRPr="00987F03">
        <w:rPr>
          <w:sz w:val="22"/>
        </w:rPr>
        <w:t xml:space="preserve"> </w:t>
      </w:r>
      <w:r w:rsidRPr="00987F03">
        <w:rPr>
          <w:sz w:val="22"/>
          <w:rtl/>
        </w:rPr>
        <w:t>منتقل</w:t>
      </w:r>
      <w:r w:rsidRPr="00987F03">
        <w:rPr>
          <w:sz w:val="22"/>
        </w:rPr>
        <w:t xml:space="preserve"> </w:t>
      </w:r>
      <w:r w:rsidRPr="00987F03">
        <w:rPr>
          <w:sz w:val="22"/>
          <w:rtl/>
        </w:rPr>
        <w:t>کند</w:t>
      </w:r>
      <w:r w:rsidRPr="00987F03">
        <w:rPr>
          <w:sz w:val="22"/>
        </w:rPr>
        <w:t>.</w:t>
      </w:r>
    </w:p>
    <w:p w:rsidR="009F3B78" w:rsidRPr="00987F03" w:rsidRDefault="00987F03" w:rsidP="00987F03">
      <w:pPr>
        <w:bidi/>
        <w:ind w:firstLine="720"/>
        <w:rPr>
          <w:sz w:val="22"/>
        </w:rPr>
      </w:pPr>
      <w:r w:rsidRPr="00987F03">
        <w:rPr>
          <w:sz w:val="22"/>
          <w:rtl/>
        </w:rPr>
        <w:t>از</w:t>
      </w:r>
      <w:r w:rsidRPr="00987F03">
        <w:rPr>
          <w:sz w:val="22"/>
        </w:rPr>
        <w:t xml:space="preserve"> </w:t>
      </w:r>
      <w:r w:rsidRPr="00987F03">
        <w:rPr>
          <w:sz w:val="22"/>
          <w:rtl/>
        </w:rPr>
        <w:t>همین</w:t>
      </w:r>
      <w:r w:rsidRPr="00987F03">
        <w:rPr>
          <w:sz w:val="22"/>
        </w:rPr>
        <w:t>‌</w:t>
      </w:r>
      <w:r w:rsidRPr="00987F03">
        <w:rPr>
          <w:sz w:val="22"/>
          <w:rtl/>
        </w:rPr>
        <w:t>جا،</w:t>
      </w:r>
      <w:r w:rsidRPr="00987F03">
        <w:rPr>
          <w:sz w:val="22"/>
        </w:rPr>
        <w:t xml:space="preserve"> </w:t>
      </w:r>
      <w:r w:rsidRPr="00987F03">
        <w:rPr>
          <w:sz w:val="22"/>
          <w:rtl/>
        </w:rPr>
        <w:t>مسئلهٔ</w:t>
      </w:r>
      <w:r w:rsidRPr="00987F03">
        <w:rPr>
          <w:sz w:val="22"/>
        </w:rPr>
        <w:t xml:space="preserve"> </w:t>
      </w:r>
      <w:r w:rsidRPr="00987F03">
        <w:rPr>
          <w:sz w:val="22"/>
          <w:rtl/>
        </w:rPr>
        <w:t>اصلی</w:t>
      </w:r>
      <w:r w:rsidRPr="00987F03">
        <w:rPr>
          <w:sz w:val="22"/>
        </w:rPr>
        <w:t xml:space="preserve"> </w:t>
      </w:r>
      <w:r w:rsidRPr="00987F03">
        <w:rPr>
          <w:sz w:val="22"/>
          <w:rtl/>
        </w:rPr>
        <w:t>ایران</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ساسانیان</w:t>
      </w:r>
      <w:r w:rsidRPr="00987F03">
        <w:rPr>
          <w:sz w:val="22"/>
        </w:rPr>
        <w:t xml:space="preserve"> </w:t>
      </w:r>
      <w:r w:rsidRPr="00987F03">
        <w:rPr>
          <w:sz w:val="22"/>
          <w:rtl/>
        </w:rPr>
        <w:t>شکل</w:t>
      </w:r>
      <w:r w:rsidRPr="00987F03">
        <w:rPr>
          <w:sz w:val="22"/>
        </w:rPr>
        <w:t xml:space="preserve"> </w:t>
      </w:r>
      <w:r w:rsidRPr="00987F03">
        <w:rPr>
          <w:sz w:val="22"/>
          <w:rtl/>
        </w:rPr>
        <w:t>گرفت</w:t>
      </w:r>
      <w:r w:rsidRPr="00987F03">
        <w:rPr>
          <w:sz w:val="22"/>
        </w:rPr>
        <w:t xml:space="preserve">. </w:t>
      </w:r>
      <w:r w:rsidRPr="00987F03">
        <w:rPr>
          <w:sz w:val="22"/>
          <w:rtl/>
        </w:rPr>
        <w:t>حکومت</w:t>
      </w:r>
      <w:r w:rsidRPr="00987F03">
        <w:rPr>
          <w:sz w:val="22"/>
        </w:rPr>
        <w:t xml:space="preserve"> </w:t>
      </w:r>
      <w:r w:rsidRPr="00987F03">
        <w:rPr>
          <w:sz w:val="22"/>
          <w:rtl/>
        </w:rPr>
        <w:t>مرکزی</w:t>
      </w:r>
      <w:r w:rsidRPr="00987F03">
        <w:rPr>
          <w:sz w:val="22"/>
        </w:rPr>
        <w:t xml:space="preserve"> </w:t>
      </w:r>
      <w:r w:rsidRPr="00987F03">
        <w:rPr>
          <w:sz w:val="22"/>
          <w:rtl/>
        </w:rPr>
        <w:t>فروپاشیده</w:t>
      </w:r>
      <w:r w:rsidRPr="00987F03">
        <w:rPr>
          <w:sz w:val="22"/>
        </w:rPr>
        <w:t xml:space="preserve"> </w:t>
      </w:r>
      <w:r w:rsidRPr="00987F03">
        <w:rPr>
          <w:sz w:val="22"/>
          <w:rtl/>
        </w:rPr>
        <w:t>بود،</w:t>
      </w:r>
      <w:r w:rsidRPr="00987F03">
        <w:rPr>
          <w:sz w:val="22"/>
        </w:rPr>
        <w:t xml:space="preserve"> </w:t>
      </w:r>
      <w:r w:rsidRPr="00987F03">
        <w:rPr>
          <w:sz w:val="22"/>
          <w:rtl/>
        </w:rPr>
        <w:t>ولی</w:t>
      </w:r>
      <w:r w:rsidRPr="00987F03">
        <w:rPr>
          <w:sz w:val="22"/>
        </w:rPr>
        <w:t xml:space="preserve"> </w:t>
      </w:r>
      <w:r w:rsidRPr="00987F03">
        <w:rPr>
          <w:sz w:val="22"/>
          <w:rtl/>
        </w:rPr>
        <w:t>اجزای</w:t>
      </w:r>
      <w:r w:rsidRPr="00987F03">
        <w:rPr>
          <w:sz w:val="22"/>
        </w:rPr>
        <w:t xml:space="preserve"> </w:t>
      </w:r>
      <w:r w:rsidRPr="00987F03">
        <w:rPr>
          <w:sz w:val="22"/>
          <w:rtl/>
        </w:rPr>
        <w:t>پراکندهٔ</w:t>
      </w:r>
      <w:r w:rsidRPr="00987F03">
        <w:rPr>
          <w:sz w:val="22"/>
        </w:rPr>
        <w:t xml:space="preserve"> </w:t>
      </w:r>
      <w:r w:rsidRPr="00987F03">
        <w:rPr>
          <w:sz w:val="22"/>
          <w:rtl/>
        </w:rPr>
        <w:t>آن</w:t>
      </w:r>
      <w:r w:rsidRPr="00987F03">
        <w:rPr>
          <w:sz w:val="22"/>
        </w:rPr>
        <w:t xml:space="preserve"> </w:t>
      </w:r>
      <w:r w:rsidRPr="00987F03">
        <w:rPr>
          <w:sz w:val="22"/>
          <w:rtl/>
        </w:rPr>
        <w:t>هنوز</w:t>
      </w:r>
      <w:r w:rsidRPr="00987F03">
        <w:rPr>
          <w:sz w:val="22"/>
        </w:rPr>
        <w:t xml:space="preserve"> </w:t>
      </w:r>
      <w:r w:rsidRPr="00987F03">
        <w:rPr>
          <w:sz w:val="22"/>
          <w:rtl/>
        </w:rPr>
        <w:t>کار</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برخی</w:t>
      </w:r>
      <w:r w:rsidRPr="00987F03">
        <w:rPr>
          <w:sz w:val="22"/>
        </w:rPr>
        <w:t xml:space="preserve"> </w:t>
      </w:r>
      <w:r w:rsidRPr="00987F03">
        <w:rPr>
          <w:sz w:val="22"/>
          <w:rtl/>
        </w:rPr>
        <w:t>از</w:t>
      </w:r>
      <w:r w:rsidRPr="00987F03">
        <w:rPr>
          <w:sz w:val="22"/>
        </w:rPr>
        <w:t xml:space="preserve"> </w:t>
      </w:r>
      <w:r w:rsidRPr="00987F03">
        <w:rPr>
          <w:sz w:val="22"/>
          <w:rtl/>
        </w:rPr>
        <w:t>این</w:t>
      </w:r>
      <w:r w:rsidRPr="00987F03">
        <w:rPr>
          <w:sz w:val="22"/>
        </w:rPr>
        <w:t xml:space="preserve"> </w:t>
      </w:r>
      <w:r w:rsidRPr="00987F03">
        <w:rPr>
          <w:sz w:val="22"/>
          <w:rtl/>
        </w:rPr>
        <w:t>اجزا</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فاتحان</w:t>
      </w:r>
      <w:r w:rsidRPr="00987F03">
        <w:rPr>
          <w:sz w:val="22"/>
        </w:rPr>
        <w:t xml:space="preserve"> </w:t>
      </w:r>
      <w:r w:rsidRPr="00987F03">
        <w:rPr>
          <w:sz w:val="22"/>
          <w:rtl/>
        </w:rPr>
        <w:t>مقاومت</w:t>
      </w:r>
      <w:r w:rsidRPr="00987F03">
        <w:rPr>
          <w:sz w:val="22"/>
        </w:rPr>
        <w:t xml:space="preserve"> </w:t>
      </w:r>
      <w:r w:rsidRPr="00987F03">
        <w:rPr>
          <w:sz w:val="22"/>
          <w:rtl/>
        </w:rPr>
        <w:t>کردند،</w:t>
      </w:r>
      <w:r w:rsidRPr="00987F03">
        <w:rPr>
          <w:sz w:val="22"/>
        </w:rPr>
        <w:t xml:space="preserve"> </w:t>
      </w:r>
      <w:r w:rsidRPr="00987F03">
        <w:rPr>
          <w:sz w:val="22"/>
          <w:rtl/>
        </w:rPr>
        <w:t>برخی</w:t>
      </w:r>
      <w:r w:rsidRPr="00987F03">
        <w:rPr>
          <w:sz w:val="22"/>
        </w:rPr>
        <w:t xml:space="preserve"> </w:t>
      </w:r>
      <w:r w:rsidRPr="00987F03">
        <w:rPr>
          <w:sz w:val="22"/>
          <w:rtl/>
        </w:rPr>
        <w:t>با</w:t>
      </w:r>
      <w:r w:rsidRPr="00987F03">
        <w:rPr>
          <w:sz w:val="22"/>
        </w:rPr>
        <w:t xml:space="preserve"> </w:t>
      </w:r>
      <w:r w:rsidRPr="00987F03">
        <w:rPr>
          <w:sz w:val="22"/>
          <w:rtl/>
        </w:rPr>
        <w:t>آنان</w:t>
      </w:r>
      <w:r w:rsidRPr="00987F03">
        <w:rPr>
          <w:sz w:val="22"/>
        </w:rPr>
        <w:t xml:space="preserve"> </w:t>
      </w:r>
      <w:r w:rsidRPr="00987F03">
        <w:rPr>
          <w:sz w:val="22"/>
          <w:rtl/>
        </w:rPr>
        <w:t>پیمان</w:t>
      </w:r>
      <w:r w:rsidRPr="00987F03">
        <w:rPr>
          <w:sz w:val="22"/>
        </w:rPr>
        <w:t xml:space="preserve"> </w:t>
      </w:r>
      <w:r w:rsidRPr="00987F03">
        <w:rPr>
          <w:sz w:val="22"/>
          <w:rtl/>
        </w:rPr>
        <w:t>بستند</w:t>
      </w:r>
      <w:r w:rsidRPr="00987F03">
        <w:rPr>
          <w:sz w:val="22"/>
        </w:rPr>
        <w:t xml:space="preserve"> </w:t>
      </w:r>
      <w:r w:rsidRPr="00987F03">
        <w:rPr>
          <w:sz w:val="22"/>
          <w:rtl/>
        </w:rPr>
        <w:t>و</w:t>
      </w:r>
      <w:r w:rsidRPr="00987F03">
        <w:rPr>
          <w:sz w:val="22"/>
        </w:rPr>
        <w:t xml:space="preserve"> </w:t>
      </w:r>
      <w:r w:rsidRPr="00987F03">
        <w:rPr>
          <w:sz w:val="22"/>
          <w:rtl/>
        </w:rPr>
        <w:t>برخی</w:t>
      </w:r>
      <w:r w:rsidRPr="00987F03">
        <w:rPr>
          <w:sz w:val="22"/>
        </w:rPr>
        <w:t xml:space="preserve"> </w:t>
      </w:r>
      <w:r w:rsidRPr="00987F03">
        <w:rPr>
          <w:sz w:val="22"/>
          <w:rtl/>
        </w:rPr>
        <w:t>بی</w:t>
      </w:r>
      <w:r w:rsidRPr="00987F03">
        <w:rPr>
          <w:sz w:val="22"/>
        </w:rPr>
        <w:t>‌</w:t>
      </w:r>
      <w:r w:rsidRPr="00987F03">
        <w:rPr>
          <w:sz w:val="22"/>
          <w:rtl/>
        </w:rPr>
        <w:t>آنکه</w:t>
      </w:r>
      <w:r w:rsidRPr="00987F03">
        <w:rPr>
          <w:sz w:val="22"/>
        </w:rPr>
        <w:t xml:space="preserve"> </w:t>
      </w:r>
      <w:r w:rsidRPr="00987F03">
        <w:rPr>
          <w:sz w:val="22"/>
          <w:rtl/>
        </w:rPr>
        <w:t>انتخاب</w:t>
      </w:r>
      <w:r w:rsidRPr="00987F03">
        <w:rPr>
          <w:sz w:val="22"/>
        </w:rPr>
        <w:t xml:space="preserve"> </w:t>
      </w:r>
      <w:r w:rsidRPr="00987F03">
        <w:rPr>
          <w:sz w:val="22"/>
          <w:rtl/>
        </w:rPr>
        <w:t>روشنی</w:t>
      </w:r>
      <w:r w:rsidRPr="00987F03">
        <w:rPr>
          <w:sz w:val="22"/>
        </w:rPr>
        <w:t xml:space="preserve"> </w:t>
      </w:r>
      <w:r w:rsidRPr="00987F03">
        <w:rPr>
          <w:sz w:val="22"/>
          <w:rtl/>
        </w:rPr>
        <w:t>داشته</w:t>
      </w:r>
      <w:r w:rsidRPr="00987F03">
        <w:rPr>
          <w:sz w:val="22"/>
        </w:rPr>
        <w:t xml:space="preserve"> </w:t>
      </w:r>
      <w:r w:rsidRPr="00987F03">
        <w:rPr>
          <w:sz w:val="22"/>
          <w:rtl/>
        </w:rPr>
        <w:t>باشند،</w:t>
      </w:r>
      <w:r w:rsidRPr="00987F03">
        <w:rPr>
          <w:sz w:val="22"/>
        </w:rPr>
        <w:t xml:space="preserve"> </w:t>
      </w:r>
      <w:r w:rsidRPr="00987F03">
        <w:rPr>
          <w:sz w:val="22"/>
          <w:rtl/>
        </w:rPr>
        <w:t>کار</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زیر</w:t>
      </w:r>
      <w:r w:rsidRPr="00987F03">
        <w:rPr>
          <w:sz w:val="22"/>
        </w:rPr>
        <w:t xml:space="preserve"> </w:t>
      </w:r>
      <w:r w:rsidRPr="00987F03">
        <w:rPr>
          <w:sz w:val="22"/>
          <w:rtl/>
        </w:rPr>
        <w:t>فرمان</w:t>
      </w:r>
      <w:r w:rsidRPr="00987F03">
        <w:rPr>
          <w:sz w:val="22"/>
        </w:rPr>
        <w:t xml:space="preserve"> </w:t>
      </w:r>
      <w:r w:rsidRPr="00987F03">
        <w:rPr>
          <w:sz w:val="22"/>
          <w:rtl/>
        </w:rPr>
        <w:t>حاکمان</w:t>
      </w:r>
      <w:r w:rsidRPr="00987F03">
        <w:rPr>
          <w:sz w:val="22"/>
        </w:rPr>
        <w:t xml:space="preserve"> </w:t>
      </w:r>
      <w:r w:rsidRPr="00987F03">
        <w:rPr>
          <w:sz w:val="22"/>
          <w:rtl/>
        </w:rPr>
        <w:t>تازه</w:t>
      </w:r>
      <w:r w:rsidRPr="00987F03">
        <w:rPr>
          <w:sz w:val="22"/>
        </w:rPr>
        <w:t xml:space="preserve"> </w:t>
      </w:r>
      <w:r w:rsidRPr="00987F03">
        <w:rPr>
          <w:sz w:val="22"/>
          <w:rtl/>
        </w:rPr>
        <w:t>ادامه</w:t>
      </w:r>
      <w:r w:rsidRPr="00987F03">
        <w:rPr>
          <w:sz w:val="22"/>
        </w:rPr>
        <w:t xml:space="preserve"> </w:t>
      </w:r>
      <w:r w:rsidRPr="00987F03">
        <w:rPr>
          <w:sz w:val="22"/>
          <w:rtl/>
        </w:rPr>
        <w:t>دادند</w:t>
      </w:r>
      <w:r w:rsidRPr="00987F03">
        <w:rPr>
          <w:sz w:val="22"/>
        </w:rPr>
        <w:t xml:space="preserve">. </w:t>
      </w:r>
      <w:r w:rsidRPr="00987F03">
        <w:rPr>
          <w:sz w:val="22"/>
          <w:rtl/>
        </w:rPr>
        <w:t>نظم</w:t>
      </w:r>
      <w:r w:rsidRPr="00987F03">
        <w:rPr>
          <w:sz w:val="22"/>
        </w:rPr>
        <w:t xml:space="preserve"> </w:t>
      </w:r>
      <w:r w:rsidRPr="00987F03">
        <w:rPr>
          <w:sz w:val="22"/>
          <w:rtl/>
        </w:rPr>
        <w:t>اسلامی</w:t>
      </w:r>
      <w:r w:rsidRPr="00987F03">
        <w:rPr>
          <w:sz w:val="22"/>
        </w:rPr>
        <w:t xml:space="preserve"> </w:t>
      </w:r>
      <w:r w:rsidRPr="00987F03">
        <w:rPr>
          <w:sz w:val="22"/>
          <w:rtl/>
        </w:rPr>
        <w:t>نخستین</w:t>
      </w:r>
      <w:r w:rsidRPr="00987F03">
        <w:rPr>
          <w:sz w:val="22"/>
        </w:rPr>
        <w:t xml:space="preserve"> </w:t>
      </w:r>
      <w:r w:rsidRPr="00987F03">
        <w:rPr>
          <w:sz w:val="22"/>
          <w:rtl/>
        </w:rPr>
        <w:t>سال</w:t>
      </w:r>
      <w:r w:rsidRPr="00987F03">
        <w:rPr>
          <w:sz w:val="22"/>
        </w:rPr>
        <w:t>‌</w:t>
      </w:r>
      <w:r w:rsidRPr="00987F03">
        <w:rPr>
          <w:sz w:val="22"/>
          <w:rtl/>
        </w:rPr>
        <w:t>ها</w:t>
      </w:r>
      <w:r w:rsidRPr="00987F03">
        <w:rPr>
          <w:sz w:val="22"/>
        </w:rPr>
        <w:t xml:space="preserve"> </w:t>
      </w:r>
      <w:r w:rsidRPr="00987F03">
        <w:rPr>
          <w:sz w:val="22"/>
          <w:rtl/>
        </w:rPr>
        <w:t>از</w:t>
      </w:r>
      <w:r w:rsidRPr="00987F03">
        <w:rPr>
          <w:sz w:val="22"/>
        </w:rPr>
        <w:t xml:space="preserve"> </w:t>
      </w:r>
      <w:r w:rsidRPr="00987F03">
        <w:rPr>
          <w:sz w:val="22"/>
          <w:rtl/>
        </w:rPr>
        <w:t>نابودی</w:t>
      </w:r>
      <w:r w:rsidRPr="00987F03">
        <w:rPr>
          <w:sz w:val="22"/>
        </w:rPr>
        <w:t xml:space="preserve"> </w:t>
      </w:r>
      <w:r w:rsidRPr="00987F03">
        <w:rPr>
          <w:sz w:val="22"/>
          <w:rtl/>
        </w:rPr>
        <w:t>کامل</w:t>
      </w:r>
      <w:r w:rsidRPr="00987F03">
        <w:rPr>
          <w:sz w:val="22"/>
        </w:rPr>
        <w:t xml:space="preserve"> </w:t>
      </w:r>
      <w:r w:rsidRPr="00987F03">
        <w:rPr>
          <w:sz w:val="22"/>
          <w:rtl/>
        </w:rPr>
        <w:t>دستگاه</w:t>
      </w:r>
      <w:r w:rsidRPr="00987F03">
        <w:rPr>
          <w:sz w:val="22"/>
        </w:rPr>
        <w:t xml:space="preserve"> </w:t>
      </w:r>
      <w:r w:rsidRPr="00987F03">
        <w:rPr>
          <w:sz w:val="22"/>
          <w:rtl/>
        </w:rPr>
        <w:t>پیشین</w:t>
      </w:r>
      <w:r w:rsidRPr="00987F03">
        <w:rPr>
          <w:sz w:val="22"/>
        </w:rPr>
        <w:t xml:space="preserve"> </w:t>
      </w:r>
      <w:r w:rsidRPr="00987F03">
        <w:rPr>
          <w:sz w:val="22"/>
          <w:rtl/>
        </w:rPr>
        <w:t>پدید</w:t>
      </w:r>
      <w:r w:rsidRPr="00987F03">
        <w:rPr>
          <w:sz w:val="22"/>
        </w:rPr>
        <w:t xml:space="preserve"> </w:t>
      </w:r>
      <w:r w:rsidRPr="00987F03">
        <w:rPr>
          <w:sz w:val="22"/>
          <w:rtl/>
        </w:rPr>
        <w:t>نیامد؛</w:t>
      </w:r>
      <w:r w:rsidRPr="00987F03">
        <w:rPr>
          <w:sz w:val="22"/>
        </w:rPr>
        <w:t xml:space="preserve"> </w:t>
      </w:r>
      <w:r w:rsidRPr="00987F03">
        <w:rPr>
          <w:sz w:val="22"/>
          <w:rtl/>
        </w:rPr>
        <w:t>بر</w:t>
      </w:r>
      <w:r w:rsidRPr="00987F03">
        <w:rPr>
          <w:sz w:val="22"/>
        </w:rPr>
        <w:t xml:space="preserve"> </w:t>
      </w:r>
      <w:r w:rsidRPr="00987F03">
        <w:rPr>
          <w:sz w:val="22"/>
          <w:rtl/>
        </w:rPr>
        <w:t>روی</w:t>
      </w:r>
      <w:r w:rsidRPr="00987F03">
        <w:rPr>
          <w:sz w:val="22"/>
        </w:rPr>
        <w:t xml:space="preserve"> </w:t>
      </w:r>
      <w:r w:rsidRPr="00987F03">
        <w:rPr>
          <w:sz w:val="22"/>
          <w:rtl/>
        </w:rPr>
        <w:t>بقایای</w:t>
      </w:r>
      <w:r w:rsidRPr="00987F03">
        <w:rPr>
          <w:sz w:val="22"/>
        </w:rPr>
        <w:t xml:space="preserve"> </w:t>
      </w:r>
      <w:r w:rsidRPr="00987F03">
        <w:rPr>
          <w:sz w:val="22"/>
          <w:rtl/>
        </w:rPr>
        <w:t>همان</w:t>
      </w:r>
      <w:r w:rsidRPr="00987F03">
        <w:rPr>
          <w:sz w:val="22"/>
        </w:rPr>
        <w:t xml:space="preserve"> </w:t>
      </w:r>
      <w:r w:rsidRPr="00987F03">
        <w:rPr>
          <w:sz w:val="22"/>
          <w:rtl/>
        </w:rPr>
        <w:t>دستگاه</w:t>
      </w:r>
      <w:r w:rsidRPr="00987F03">
        <w:rPr>
          <w:sz w:val="22"/>
        </w:rPr>
        <w:t xml:space="preserve"> </w:t>
      </w:r>
      <w:r w:rsidRPr="00987F03">
        <w:rPr>
          <w:sz w:val="22"/>
          <w:rtl/>
        </w:rPr>
        <w:t>ساخته</w:t>
      </w:r>
      <w:r w:rsidRPr="00987F03">
        <w:rPr>
          <w:sz w:val="22"/>
        </w:rPr>
        <w:t xml:space="preserve"> </w:t>
      </w:r>
      <w:r w:rsidRPr="00987F03">
        <w:rPr>
          <w:sz w:val="22"/>
          <w:rtl/>
        </w:rPr>
        <w:t>شد</w:t>
      </w:r>
      <w:r w:rsidRPr="00987F03">
        <w:rPr>
          <w:sz w:val="22"/>
        </w:rPr>
        <w:t>.</w:t>
      </w:r>
    </w:p>
    <w:p w:rsidR="009F3B78" w:rsidRPr="00987F03" w:rsidRDefault="00987F03" w:rsidP="00987F03">
      <w:pPr>
        <w:bidi/>
        <w:ind w:firstLine="720"/>
        <w:rPr>
          <w:sz w:val="22"/>
        </w:rPr>
      </w:pPr>
      <w:r w:rsidRPr="00987F03">
        <w:rPr>
          <w:sz w:val="22"/>
          <w:rtl/>
        </w:rPr>
        <w:t>دهقانان</w:t>
      </w:r>
      <w:r w:rsidRPr="00987F03">
        <w:rPr>
          <w:sz w:val="22"/>
        </w:rPr>
        <w:t xml:space="preserve"> </w:t>
      </w:r>
      <w:r w:rsidRPr="00987F03">
        <w:rPr>
          <w:sz w:val="22"/>
          <w:rtl/>
        </w:rPr>
        <w:t>از</w:t>
      </w:r>
      <w:r w:rsidRPr="00987F03">
        <w:rPr>
          <w:sz w:val="22"/>
        </w:rPr>
        <w:t xml:space="preserve"> </w:t>
      </w:r>
      <w:r w:rsidRPr="00987F03">
        <w:rPr>
          <w:sz w:val="22"/>
          <w:rtl/>
        </w:rPr>
        <w:t>مهم</w:t>
      </w:r>
      <w:r w:rsidRPr="00987F03">
        <w:rPr>
          <w:sz w:val="22"/>
        </w:rPr>
        <w:t>‌</w:t>
      </w:r>
      <w:r w:rsidRPr="00987F03">
        <w:rPr>
          <w:sz w:val="22"/>
          <w:rtl/>
        </w:rPr>
        <w:t>ترین</w:t>
      </w:r>
      <w:r w:rsidRPr="00987F03">
        <w:rPr>
          <w:sz w:val="22"/>
        </w:rPr>
        <w:t xml:space="preserve"> </w:t>
      </w:r>
      <w:r w:rsidRPr="00987F03">
        <w:rPr>
          <w:sz w:val="22"/>
          <w:rtl/>
        </w:rPr>
        <w:t>واسطه</w:t>
      </w:r>
      <w:r w:rsidRPr="00987F03">
        <w:rPr>
          <w:sz w:val="22"/>
        </w:rPr>
        <w:t>‌</w:t>
      </w:r>
      <w:r w:rsidRPr="00987F03">
        <w:rPr>
          <w:sz w:val="22"/>
          <w:rtl/>
        </w:rPr>
        <w:t>های</w:t>
      </w:r>
      <w:r w:rsidRPr="00987F03">
        <w:rPr>
          <w:sz w:val="22"/>
        </w:rPr>
        <w:t xml:space="preserve"> </w:t>
      </w:r>
      <w:r w:rsidRPr="00987F03">
        <w:rPr>
          <w:sz w:val="22"/>
          <w:rtl/>
        </w:rPr>
        <w:t>این</w:t>
      </w:r>
      <w:r w:rsidRPr="00987F03">
        <w:rPr>
          <w:sz w:val="22"/>
        </w:rPr>
        <w:t xml:space="preserve"> </w:t>
      </w:r>
      <w:r w:rsidRPr="00987F03">
        <w:rPr>
          <w:sz w:val="22"/>
          <w:rtl/>
        </w:rPr>
        <w:t>گذار</w:t>
      </w:r>
      <w:r w:rsidRPr="00987F03">
        <w:rPr>
          <w:sz w:val="22"/>
        </w:rPr>
        <w:t xml:space="preserve"> </w:t>
      </w:r>
      <w:r w:rsidRPr="00987F03">
        <w:rPr>
          <w:sz w:val="22"/>
          <w:rtl/>
        </w:rPr>
        <w:t>بودند</w:t>
      </w:r>
      <w:r w:rsidRPr="00987F03">
        <w:rPr>
          <w:sz w:val="22"/>
        </w:rPr>
        <w:t xml:space="preserve">. </w:t>
      </w:r>
      <w:r w:rsidRPr="00987F03">
        <w:rPr>
          <w:sz w:val="22"/>
          <w:rtl/>
        </w:rPr>
        <w:t>آنان</w:t>
      </w:r>
      <w:r w:rsidRPr="00987F03">
        <w:rPr>
          <w:sz w:val="22"/>
        </w:rPr>
        <w:t xml:space="preserve"> </w:t>
      </w:r>
      <w:r w:rsidRPr="00987F03">
        <w:rPr>
          <w:sz w:val="22"/>
          <w:rtl/>
        </w:rPr>
        <w:t>در</w:t>
      </w:r>
      <w:r w:rsidRPr="00987F03">
        <w:rPr>
          <w:sz w:val="22"/>
        </w:rPr>
        <w:t xml:space="preserve"> </w:t>
      </w:r>
      <w:r w:rsidRPr="00987F03">
        <w:rPr>
          <w:sz w:val="22"/>
          <w:rtl/>
        </w:rPr>
        <w:t>جامعهٔ</w:t>
      </w:r>
      <w:r w:rsidRPr="00987F03">
        <w:rPr>
          <w:sz w:val="22"/>
        </w:rPr>
        <w:t xml:space="preserve"> </w:t>
      </w:r>
      <w:r w:rsidRPr="00987F03">
        <w:rPr>
          <w:sz w:val="22"/>
          <w:rtl/>
        </w:rPr>
        <w:t>ساسانی</w:t>
      </w:r>
      <w:r w:rsidRPr="00987F03">
        <w:rPr>
          <w:sz w:val="22"/>
        </w:rPr>
        <w:t xml:space="preserve"> </w:t>
      </w:r>
      <w:r w:rsidRPr="00987F03">
        <w:rPr>
          <w:sz w:val="22"/>
          <w:rtl/>
        </w:rPr>
        <w:t>جایگاهی</w:t>
      </w:r>
      <w:r w:rsidRPr="00987F03">
        <w:rPr>
          <w:sz w:val="22"/>
        </w:rPr>
        <w:t xml:space="preserve"> </w:t>
      </w:r>
      <w:r w:rsidRPr="00987F03">
        <w:rPr>
          <w:sz w:val="22"/>
          <w:rtl/>
        </w:rPr>
        <w:t>میان</w:t>
      </w:r>
      <w:r w:rsidRPr="00987F03">
        <w:rPr>
          <w:sz w:val="22"/>
        </w:rPr>
        <w:t xml:space="preserve"> </w:t>
      </w:r>
      <w:r w:rsidRPr="00987F03">
        <w:rPr>
          <w:sz w:val="22"/>
          <w:rtl/>
        </w:rPr>
        <w:t>بزرگان</w:t>
      </w:r>
      <w:r w:rsidRPr="00987F03">
        <w:rPr>
          <w:sz w:val="22"/>
        </w:rPr>
        <w:t xml:space="preserve"> </w:t>
      </w:r>
      <w:r w:rsidRPr="00987F03">
        <w:rPr>
          <w:sz w:val="22"/>
          <w:rtl/>
        </w:rPr>
        <w:t>بلندپایه</w:t>
      </w:r>
      <w:r w:rsidRPr="00987F03">
        <w:rPr>
          <w:sz w:val="22"/>
        </w:rPr>
        <w:t xml:space="preserve"> </w:t>
      </w:r>
      <w:r w:rsidRPr="00987F03">
        <w:rPr>
          <w:sz w:val="22"/>
          <w:rtl/>
        </w:rPr>
        <w:t>و</w:t>
      </w:r>
      <w:r w:rsidRPr="00987F03">
        <w:rPr>
          <w:sz w:val="22"/>
        </w:rPr>
        <w:t xml:space="preserve"> </w:t>
      </w:r>
      <w:r w:rsidRPr="00987F03">
        <w:rPr>
          <w:sz w:val="22"/>
          <w:rtl/>
        </w:rPr>
        <w:t>کشاورزان</w:t>
      </w:r>
      <w:r w:rsidRPr="00987F03">
        <w:rPr>
          <w:sz w:val="22"/>
        </w:rPr>
        <w:t xml:space="preserve"> </w:t>
      </w:r>
      <w:r w:rsidRPr="00987F03">
        <w:rPr>
          <w:sz w:val="22"/>
          <w:rtl/>
        </w:rPr>
        <w:t>داشتند</w:t>
      </w:r>
      <w:r w:rsidRPr="00987F03">
        <w:rPr>
          <w:sz w:val="22"/>
        </w:rPr>
        <w:t xml:space="preserve">. </w:t>
      </w:r>
      <w:r w:rsidRPr="00987F03">
        <w:rPr>
          <w:sz w:val="22"/>
          <w:rtl/>
        </w:rPr>
        <w:t>مالک</w:t>
      </w:r>
      <w:r w:rsidRPr="00987F03">
        <w:rPr>
          <w:sz w:val="22"/>
        </w:rPr>
        <w:t xml:space="preserve"> </w:t>
      </w:r>
      <w:r w:rsidRPr="00987F03">
        <w:rPr>
          <w:sz w:val="22"/>
          <w:rtl/>
        </w:rPr>
        <w:t>زمین</w:t>
      </w:r>
      <w:r w:rsidRPr="00987F03">
        <w:rPr>
          <w:sz w:val="22"/>
        </w:rPr>
        <w:t xml:space="preserve"> </w:t>
      </w:r>
      <w:r w:rsidRPr="00987F03">
        <w:rPr>
          <w:sz w:val="22"/>
          <w:rtl/>
        </w:rPr>
        <w:t>بودند،</w:t>
      </w:r>
      <w:r w:rsidRPr="00987F03">
        <w:rPr>
          <w:sz w:val="22"/>
        </w:rPr>
        <w:t xml:space="preserve"> </w:t>
      </w:r>
      <w:r w:rsidRPr="00987F03">
        <w:rPr>
          <w:sz w:val="22"/>
          <w:rtl/>
        </w:rPr>
        <w:t>بر</w:t>
      </w:r>
      <w:r w:rsidRPr="00987F03">
        <w:rPr>
          <w:sz w:val="22"/>
        </w:rPr>
        <w:t xml:space="preserve"> </w:t>
      </w:r>
      <w:r w:rsidRPr="00987F03">
        <w:rPr>
          <w:sz w:val="22"/>
          <w:rtl/>
        </w:rPr>
        <w:t>روستا</w:t>
      </w:r>
      <w:r w:rsidRPr="00987F03">
        <w:rPr>
          <w:sz w:val="22"/>
        </w:rPr>
        <w:t xml:space="preserve"> </w:t>
      </w:r>
      <w:r w:rsidRPr="00987F03">
        <w:rPr>
          <w:sz w:val="22"/>
          <w:rtl/>
        </w:rPr>
        <w:t>یا</w:t>
      </w:r>
      <w:r w:rsidRPr="00987F03">
        <w:rPr>
          <w:sz w:val="22"/>
        </w:rPr>
        <w:t xml:space="preserve"> </w:t>
      </w:r>
      <w:r w:rsidRPr="00987F03">
        <w:rPr>
          <w:sz w:val="22"/>
          <w:rtl/>
        </w:rPr>
        <w:t>ناحیه</w:t>
      </w:r>
      <w:r w:rsidRPr="00987F03">
        <w:rPr>
          <w:sz w:val="22"/>
        </w:rPr>
        <w:t>‌</w:t>
      </w:r>
      <w:r w:rsidRPr="00987F03">
        <w:rPr>
          <w:sz w:val="22"/>
          <w:rtl/>
        </w:rPr>
        <w:t>ای</w:t>
      </w:r>
      <w:r w:rsidRPr="00987F03">
        <w:rPr>
          <w:sz w:val="22"/>
        </w:rPr>
        <w:t xml:space="preserve"> </w:t>
      </w:r>
      <w:r w:rsidRPr="00987F03">
        <w:rPr>
          <w:sz w:val="22"/>
          <w:rtl/>
        </w:rPr>
        <w:t>نفوذ</w:t>
      </w:r>
      <w:r w:rsidRPr="00987F03">
        <w:rPr>
          <w:sz w:val="22"/>
        </w:rPr>
        <w:t xml:space="preserve"> </w:t>
      </w:r>
      <w:r w:rsidRPr="00987F03">
        <w:rPr>
          <w:sz w:val="22"/>
          <w:rtl/>
        </w:rPr>
        <w:t>داشتند،</w:t>
      </w:r>
      <w:r w:rsidRPr="00987F03">
        <w:rPr>
          <w:sz w:val="22"/>
        </w:rPr>
        <w:t xml:space="preserve"> </w:t>
      </w:r>
      <w:r w:rsidRPr="00987F03">
        <w:rPr>
          <w:sz w:val="22"/>
          <w:rtl/>
        </w:rPr>
        <w:t>میزان</w:t>
      </w:r>
      <w:r w:rsidRPr="00987F03">
        <w:rPr>
          <w:sz w:val="22"/>
        </w:rPr>
        <w:t xml:space="preserve"> </w:t>
      </w:r>
      <w:r w:rsidRPr="00987F03">
        <w:rPr>
          <w:sz w:val="22"/>
          <w:rtl/>
        </w:rPr>
        <w:t>محصول</w:t>
      </w:r>
      <w:r w:rsidRPr="00987F03">
        <w:rPr>
          <w:sz w:val="22"/>
        </w:rPr>
        <w:t xml:space="preserve"> </w:t>
      </w:r>
      <w:r w:rsidRPr="00987F03">
        <w:rPr>
          <w:sz w:val="22"/>
          <w:rtl/>
        </w:rPr>
        <w:t>و</w:t>
      </w:r>
      <w:r w:rsidRPr="00987F03">
        <w:rPr>
          <w:sz w:val="22"/>
        </w:rPr>
        <w:t xml:space="preserve"> </w:t>
      </w:r>
      <w:r w:rsidRPr="00987F03">
        <w:rPr>
          <w:sz w:val="22"/>
          <w:rtl/>
        </w:rPr>
        <w:t>توان</w:t>
      </w:r>
      <w:r w:rsidRPr="00987F03">
        <w:rPr>
          <w:sz w:val="22"/>
        </w:rPr>
        <w:t xml:space="preserve"> </w:t>
      </w:r>
      <w:r w:rsidRPr="00987F03">
        <w:rPr>
          <w:sz w:val="22"/>
          <w:rtl/>
        </w:rPr>
        <w:t>پرداخت</w:t>
      </w:r>
      <w:r w:rsidRPr="00987F03">
        <w:rPr>
          <w:sz w:val="22"/>
        </w:rPr>
        <w:t xml:space="preserve"> </w:t>
      </w:r>
      <w:r w:rsidRPr="00987F03">
        <w:rPr>
          <w:sz w:val="22"/>
          <w:rtl/>
        </w:rPr>
        <w:t>مردم</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شناختند</w:t>
      </w:r>
      <w:r w:rsidRPr="00987F03">
        <w:rPr>
          <w:sz w:val="22"/>
        </w:rPr>
        <w:t xml:space="preserve"> </w:t>
      </w:r>
      <w:r w:rsidRPr="00987F03">
        <w:rPr>
          <w:sz w:val="22"/>
          <w:rtl/>
        </w:rPr>
        <w:t>و</w:t>
      </w:r>
      <w:r w:rsidRPr="00987F03">
        <w:rPr>
          <w:sz w:val="22"/>
        </w:rPr>
        <w:t xml:space="preserve"> </w:t>
      </w:r>
      <w:r w:rsidRPr="00987F03">
        <w:rPr>
          <w:sz w:val="22"/>
          <w:rtl/>
        </w:rPr>
        <w:t>در</w:t>
      </w:r>
      <w:r w:rsidRPr="00987F03">
        <w:rPr>
          <w:sz w:val="22"/>
        </w:rPr>
        <w:t xml:space="preserve"> </w:t>
      </w:r>
      <w:r w:rsidRPr="00987F03">
        <w:rPr>
          <w:sz w:val="22"/>
          <w:rtl/>
        </w:rPr>
        <w:t>گردآوری</w:t>
      </w:r>
      <w:r w:rsidRPr="00987F03">
        <w:rPr>
          <w:sz w:val="22"/>
        </w:rPr>
        <w:t xml:space="preserve"> </w:t>
      </w:r>
      <w:r w:rsidRPr="00987F03">
        <w:rPr>
          <w:sz w:val="22"/>
          <w:rtl/>
        </w:rPr>
        <w:t>مالیات</w:t>
      </w:r>
      <w:r w:rsidRPr="00987F03">
        <w:rPr>
          <w:sz w:val="22"/>
        </w:rPr>
        <w:t xml:space="preserve"> </w:t>
      </w:r>
      <w:r w:rsidRPr="00987F03">
        <w:rPr>
          <w:sz w:val="22"/>
          <w:rtl/>
        </w:rPr>
        <w:t>نقش</w:t>
      </w:r>
      <w:r w:rsidRPr="00987F03">
        <w:rPr>
          <w:sz w:val="22"/>
        </w:rPr>
        <w:t xml:space="preserve"> </w:t>
      </w:r>
      <w:r w:rsidRPr="00987F03">
        <w:rPr>
          <w:sz w:val="22"/>
          <w:rtl/>
        </w:rPr>
        <w:t>ایفا</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حکومت</w:t>
      </w:r>
      <w:r w:rsidRPr="00987F03">
        <w:rPr>
          <w:sz w:val="22"/>
        </w:rPr>
        <w:t xml:space="preserve"> </w:t>
      </w:r>
      <w:r w:rsidRPr="00987F03">
        <w:rPr>
          <w:sz w:val="22"/>
          <w:rtl/>
        </w:rPr>
        <w:t>مرکزی</w:t>
      </w:r>
      <w:r w:rsidRPr="00987F03">
        <w:rPr>
          <w:sz w:val="22"/>
        </w:rPr>
        <w:t xml:space="preserve"> </w:t>
      </w:r>
      <w:r w:rsidRPr="00987F03">
        <w:rPr>
          <w:sz w:val="22"/>
          <w:rtl/>
        </w:rPr>
        <w:t>بدون</w:t>
      </w:r>
      <w:r w:rsidRPr="00987F03">
        <w:rPr>
          <w:sz w:val="22"/>
        </w:rPr>
        <w:t xml:space="preserve"> </w:t>
      </w:r>
      <w:r w:rsidRPr="00987F03">
        <w:rPr>
          <w:sz w:val="22"/>
          <w:rtl/>
        </w:rPr>
        <w:t>همکاری</w:t>
      </w:r>
      <w:r w:rsidRPr="00987F03">
        <w:rPr>
          <w:sz w:val="22"/>
        </w:rPr>
        <w:t xml:space="preserve"> </w:t>
      </w:r>
      <w:r w:rsidRPr="00987F03">
        <w:rPr>
          <w:sz w:val="22"/>
          <w:rtl/>
        </w:rPr>
        <w:t>آنان</w:t>
      </w:r>
      <w:r w:rsidRPr="00987F03">
        <w:rPr>
          <w:sz w:val="22"/>
        </w:rPr>
        <w:t xml:space="preserve"> </w:t>
      </w:r>
      <w:r w:rsidRPr="00987F03">
        <w:rPr>
          <w:sz w:val="22"/>
          <w:rtl/>
        </w:rPr>
        <w:t>نمی</w:t>
      </w:r>
      <w:r w:rsidRPr="00987F03">
        <w:rPr>
          <w:sz w:val="22"/>
        </w:rPr>
        <w:t>‌</w:t>
      </w:r>
      <w:r w:rsidRPr="00987F03">
        <w:rPr>
          <w:sz w:val="22"/>
          <w:rtl/>
        </w:rPr>
        <w:t>توانست</w:t>
      </w:r>
      <w:r w:rsidRPr="00987F03">
        <w:rPr>
          <w:sz w:val="22"/>
        </w:rPr>
        <w:t xml:space="preserve"> </w:t>
      </w:r>
      <w:r w:rsidRPr="00987F03">
        <w:rPr>
          <w:sz w:val="22"/>
          <w:rtl/>
        </w:rPr>
        <w:t>رابطهٔ</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با</w:t>
      </w:r>
      <w:r w:rsidRPr="00987F03">
        <w:rPr>
          <w:sz w:val="22"/>
        </w:rPr>
        <w:t xml:space="preserve"> </w:t>
      </w:r>
      <w:r w:rsidRPr="00987F03">
        <w:rPr>
          <w:sz w:val="22"/>
          <w:rtl/>
        </w:rPr>
        <w:t>هزاران</w:t>
      </w:r>
      <w:r w:rsidRPr="00987F03">
        <w:rPr>
          <w:sz w:val="22"/>
        </w:rPr>
        <w:t xml:space="preserve"> </w:t>
      </w:r>
      <w:r w:rsidRPr="00987F03">
        <w:rPr>
          <w:sz w:val="22"/>
          <w:rtl/>
        </w:rPr>
        <w:t>روستا</w:t>
      </w:r>
      <w:r w:rsidRPr="00987F03">
        <w:rPr>
          <w:sz w:val="22"/>
        </w:rPr>
        <w:t xml:space="preserve"> </w:t>
      </w:r>
      <w:r w:rsidRPr="00987F03">
        <w:rPr>
          <w:sz w:val="22"/>
          <w:rtl/>
        </w:rPr>
        <w:t>حفظ</w:t>
      </w:r>
      <w:r w:rsidRPr="00987F03">
        <w:rPr>
          <w:sz w:val="22"/>
        </w:rPr>
        <w:t xml:space="preserve"> </w:t>
      </w:r>
      <w:r w:rsidRPr="00987F03">
        <w:rPr>
          <w:sz w:val="22"/>
          <w:rtl/>
        </w:rPr>
        <w:t>کند</w:t>
      </w:r>
      <w:r w:rsidRPr="00987F03">
        <w:rPr>
          <w:sz w:val="22"/>
        </w:rPr>
        <w:t>.</w:t>
      </w:r>
    </w:p>
    <w:p w:rsidR="009F3B78" w:rsidRPr="00987F03" w:rsidRDefault="00987F03" w:rsidP="00987F03">
      <w:pPr>
        <w:bidi/>
        <w:ind w:firstLine="720"/>
        <w:rPr>
          <w:sz w:val="22"/>
        </w:rPr>
      </w:pP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سقوط</w:t>
      </w:r>
      <w:r w:rsidRPr="00987F03">
        <w:rPr>
          <w:sz w:val="22"/>
        </w:rPr>
        <w:t xml:space="preserve"> </w:t>
      </w:r>
      <w:r w:rsidRPr="00987F03">
        <w:rPr>
          <w:sz w:val="22"/>
          <w:rtl/>
        </w:rPr>
        <w:t>پایتخت،</w:t>
      </w:r>
      <w:r w:rsidRPr="00987F03">
        <w:rPr>
          <w:sz w:val="22"/>
        </w:rPr>
        <w:t xml:space="preserve"> </w:t>
      </w:r>
      <w:r w:rsidRPr="00987F03">
        <w:rPr>
          <w:sz w:val="22"/>
          <w:rtl/>
        </w:rPr>
        <w:t>ارزش</w:t>
      </w:r>
      <w:r w:rsidRPr="00987F03">
        <w:rPr>
          <w:sz w:val="22"/>
        </w:rPr>
        <w:t xml:space="preserve"> </w:t>
      </w:r>
      <w:r w:rsidRPr="00987F03">
        <w:rPr>
          <w:sz w:val="22"/>
          <w:rtl/>
        </w:rPr>
        <w:t>این</w:t>
      </w:r>
      <w:r w:rsidRPr="00987F03">
        <w:rPr>
          <w:sz w:val="22"/>
        </w:rPr>
        <w:t xml:space="preserve"> </w:t>
      </w:r>
      <w:r w:rsidRPr="00987F03">
        <w:rPr>
          <w:sz w:val="22"/>
          <w:rtl/>
        </w:rPr>
        <w:t>دانش</w:t>
      </w:r>
      <w:r w:rsidRPr="00987F03">
        <w:rPr>
          <w:sz w:val="22"/>
        </w:rPr>
        <w:t xml:space="preserve"> </w:t>
      </w:r>
      <w:r w:rsidRPr="00987F03">
        <w:rPr>
          <w:sz w:val="22"/>
          <w:rtl/>
        </w:rPr>
        <w:t>محلی</w:t>
      </w:r>
      <w:r w:rsidRPr="00987F03">
        <w:rPr>
          <w:sz w:val="22"/>
        </w:rPr>
        <w:t xml:space="preserve"> </w:t>
      </w:r>
      <w:r w:rsidRPr="00987F03">
        <w:rPr>
          <w:sz w:val="22"/>
          <w:rtl/>
        </w:rPr>
        <w:t>بیشتر</w:t>
      </w:r>
      <w:r w:rsidRPr="00987F03">
        <w:rPr>
          <w:sz w:val="22"/>
        </w:rPr>
        <w:t xml:space="preserve"> </w:t>
      </w:r>
      <w:r w:rsidRPr="00987F03">
        <w:rPr>
          <w:sz w:val="22"/>
          <w:rtl/>
        </w:rPr>
        <w:t>شد</w:t>
      </w:r>
      <w:r w:rsidRPr="00987F03">
        <w:rPr>
          <w:sz w:val="22"/>
        </w:rPr>
        <w:t xml:space="preserve">. </w:t>
      </w:r>
      <w:r w:rsidRPr="00987F03">
        <w:rPr>
          <w:sz w:val="22"/>
          <w:rtl/>
        </w:rPr>
        <w:t>فرمانده</w:t>
      </w:r>
      <w:r w:rsidRPr="00987F03">
        <w:rPr>
          <w:sz w:val="22"/>
        </w:rPr>
        <w:t xml:space="preserve"> </w:t>
      </w:r>
      <w:r w:rsidRPr="00987F03">
        <w:rPr>
          <w:sz w:val="22"/>
          <w:rtl/>
        </w:rPr>
        <w:t>عرب</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با</w:t>
      </w:r>
      <w:r w:rsidRPr="00987F03">
        <w:rPr>
          <w:sz w:val="22"/>
        </w:rPr>
        <w:t xml:space="preserve"> </w:t>
      </w:r>
      <w:r w:rsidRPr="00987F03">
        <w:rPr>
          <w:sz w:val="22"/>
          <w:rtl/>
        </w:rPr>
        <w:t>قشون</w:t>
      </w:r>
      <w:r w:rsidRPr="00987F03">
        <w:rPr>
          <w:sz w:val="22"/>
        </w:rPr>
        <w:t xml:space="preserve"> </w:t>
      </w:r>
      <w:r w:rsidRPr="00987F03">
        <w:rPr>
          <w:sz w:val="22"/>
          <w:rtl/>
        </w:rPr>
        <w:t>خود</w:t>
      </w:r>
      <w:r w:rsidRPr="00987F03">
        <w:rPr>
          <w:sz w:val="22"/>
        </w:rPr>
        <w:t xml:space="preserve"> </w:t>
      </w:r>
      <w:r w:rsidRPr="00987F03">
        <w:rPr>
          <w:sz w:val="22"/>
          <w:rtl/>
        </w:rPr>
        <w:t>وارد</w:t>
      </w:r>
      <w:r w:rsidRPr="00987F03">
        <w:rPr>
          <w:sz w:val="22"/>
        </w:rPr>
        <w:t xml:space="preserve"> </w:t>
      </w:r>
      <w:r w:rsidRPr="00987F03">
        <w:rPr>
          <w:sz w:val="22"/>
          <w:rtl/>
        </w:rPr>
        <w:t>ناحیه</w:t>
      </w:r>
      <w:r w:rsidRPr="00987F03">
        <w:rPr>
          <w:sz w:val="22"/>
        </w:rPr>
        <w:t>‌</w:t>
      </w:r>
      <w:r w:rsidRPr="00987F03">
        <w:rPr>
          <w:sz w:val="22"/>
          <w:rtl/>
        </w:rPr>
        <w:t>ای</w:t>
      </w:r>
      <w:r w:rsidRPr="00987F03">
        <w:rPr>
          <w:sz w:val="22"/>
        </w:rPr>
        <w:t xml:space="preserve"> </w:t>
      </w:r>
      <w:r w:rsidRPr="00987F03">
        <w:rPr>
          <w:sz w:val="22"/>
          <w:rtl/>
        </w:rPr>
        <w:t>شود،</w:t>
      </w:r>
      <w:r w:rsidRPr="00987F03">
        <w:rPr>
          <w:sz w:val="22"/>
        </w:rPr>
        <w:t xml:space="preserve"> </w:t>
      </w:r>
      <w:r w:rsidRPr="00987F03">
        <w:rPr>
          <w:sz w:val="22"/>
          <w:rtl/>
        </w:rPr>
        <w:t>اما</w:t>
      </w:r>
      <w:r w:rsidRPr="00987F03">
        <w:rPr>
          <w:sz w:val="22"/>
        </w:rPr>
        <w:t xml:space="preserve"> </w:t>
      </w:r>
      <w:r w:rsidRPr="00987F03">
        <w:rPr>
          <w:sz w:val="22"/>
          <w:rtl/>
        </w:rPr>
        <w:t>نام</w:t>
      </w:r>
      <w:r w:rsidRPr="00987F03">
        <w:rPr>
          <w:sz w:val="22"/>
        </w:rPr>
        <w:t xml:space="preserve"> </w:t>
      </w:r>
      <w:r w:rsidRPr="00987F03">
        <w:rPr>
          <w:sz w:val="22"/>
          <w:rtl/>
        </w:rPr>
        <w:t>آبادی</w:t>
      </w:r>
      <w:r w:rsidRPr="00987F03">
        <w:rPr>
          <w:sz w:val="22"/>
        </w:rPr>
        <w:t>‌</w:t>
      </w:r>
      <w:r w:rsidRPr="00987F03">
        <w:rPr>
          <w:sz w:val="22"/>
          <w:rtl/>
        </w:rPr>
        <w:t>ها،</w:t>
      </w:r>
      <w:r w:rsidRPr="00987F03">
        <w:rPr>
          <w:sz w:val="22"/>
        </w:rPr>
        <w:t xml:space="preserve"> </w:t>
      </w:r>
      <w:r w:rsidRPr="00987F03">
        <w:rPr>
          <w:sz w:val="22"/>
          <w:rtl/>
        </w:rPr>
        <w:t>مرز</w:t>
      </w:r>
      <w:r w:rsidRPr="00987F03">
        <w:rPr>
          <w:sz w:val="22"/>
        </w:rPr>
        <w:t xml:space="preserve"> </w:t>
      </w:r>
      <w:r w:rsidRPr="00987F03">
        <w:rPr>
          <w:sz w:val="22"/>
          <w:rtl/>
        </w:rPr>
        <w:t>زمین</w:t>
      </w:r>
      <w:r w:rsidRPr="00987F03">
        <w:rPr>
          <w:sz w:val="22"/>
        </w:rPr>
        <w:t>‌</w:t>
      </w:r>
      <w:r w:rsidRPr="00987F03">
        <w:rPr>
          <w:sz w:val="22"/>
          <w:rtl/>
        </w:rPr>
        <w:t>ها،</w:t>
      </w:r>
      <w:r w:rsidRPr="00987F03">
        <w:rPr>
          <w:sz w:val="22"/>
        </w:rPr>
        <w:t xml:space="preserve"> </w:t>
      </w:r>
      <w:r w:rsidRPr="00987F03">
        <w:rPr>
          <w:sz w:val="22"/>
          <w:rtl/>
        </w:rPr>
        <w:t>مسیر</w:t>
      </w:r>
      <w:r w:rsidRPr="00987F03">
        <w:rPr>
          <w:sz w:val="22"/>
        </w:rPr>
        <w:t xml:space="preserve"> </w:t>
      </w:r>
      <w:r w:rsidRPr="00987F03">
        <w:rPr>
          <w:sz w:val="22"/>
          <w:rtl/>
        </w:rPr>
        <w:t>آب،</w:t>
      </w:r>
      <w:r w:rsidRPr="00987F03">
        <w:rPr>
          <w:sz w:val="22"/>
        </w:rPr>
        <w:t xml:space="preserve"> </w:t>
      </w:r>
      <w:r w:rsidRPr="00987F03">
        <w:rPr>
          <w:sz w:val="22"/>
          <w:rtl/>
        </w:rPr>
        <w:t>مقدار</w:t>
      </w:r>
      <w:r w:rsidRPr="00987F03">
        <w:rPr>
          <w:sz w:val="22"/>
        </w:rPr>
        <w:t xml:space="preserve"> </w:t>
      </w:r>
      <w:r w:rsidRPr="00987F03">
        <w:rPr>
          <w:sz w:val="22"/>
          <w:rtl/>
        </w:rPr>
        <w:t>محصول</w:t>
      </w:r>
      <w:r w:rsidRPr="00987F03">
        <w:rPr>
          <w:sz w:val="22"/>
        </w:rPr>
        <w:t xml:space="preserve"> </w:t>
      </w:r>
      <w:r w:rsidRPr="00987F03">
        <w:rPr>
          <w:sz w:val="22"/>
          <w:rtl/>
        </w:rPr>
        <w:t>و</w:t>
      </w:r>
      <w:r w:rsidRPr="00987F03">
        <w:rPr>
          <w:sz w:val="22"/>
        </w:rPr>
        <w:t xml:space="preserve"> </w:t>
      </w:r>
      <w:r w:rsidRPr="00987F03">
        <w:rPr>
          <w:sz w:val="22"/>
          <w:rtl/>
        </w:rPr>
        <w:t>روابط</w:t>
      </w:r>
      <w:r w:rsidRPr="00987F03">
        <w:rPr>
          <w:sz w:val="22"/>
        </w:rPr>
        <w:t xml:space="preserve"> </w:t>
      </w:r>
      <w:r w:rsidRPr="00987F03">
        <w:rPr>
          <w:sz w:val="22"/>
          <w:rtl/>
        </w:rPr>
        <w:t>خاندان</w:t>
      </w:r>
      <w:r w:rsidRPr="00987F03">
        <w:rPr>
          <w:sz w:val="22"/>
        </w:rPr>
        <w:t>‌</w:t>
      </w:r>
      <w:r w:rsidRPr="00987F03">
        <w:rPr>
          <w:sz w:val="22"/>
          <w:rtl/>
        </w:rPr>
        <w:t>ها</w:t>
      </w:r>
      <w:r w:rsidRPr="00987F03">
        <w:rPr>
          <w:sz w:val="22"/>
        </w:rPr>
        <w:t xml:space="preserve"> </w:t>
      </w:r>
      <w:r w:rsidRPr="00987F03">
        <w:rPr>
          <w:sz w:val="22"/>
          <w:rtl/>
        </w:rPr>
        <w:t>را</w:t>
      </w:r>
      <w:r w:rsidRPr="00987F03">
        <w:rPr>
          <w:sz w:val="22"/>
        </w:rPr>
        <w:t xml:space="preserve"> </w:t>
      </w:r>
      <w:r w:rsidRPr="00987F03">
        <w:rPr>
          <w:sz w:val="22"/>
          <w:rtl/>
        </w:rPr>
        <w:t>نمی</w:t>
      </w:r>
      <w:r w:rsidRPr="00987F03">
        <w:rPr>
          <w:sz w:val="22"/>
        </w:rPr>
        <w:t>‌</w:t>
      </w:r>
      <w:r w:rsidRPr="00987F03">
        <w:rPr>
          <w:sz w:val="22"/>
          <w:rtl/>
        </w:rPr>
        <w:t>شناخت</w:t>
      </w:r>
      <w:r w:rsidRPr="00987F03">
        <w:rPr>
          <w:sz w:val="22"/>
        </w:rPr>
        <w:t xml:space="preserve">. </w:t>
      </w:r>
      <w:r w:rsidRPr="00987F03">
        <w:rPr>
          <w:sz w:val="22"/>
          <w:rtl/>
        </w:rPr>
        <w:t>دهقان</w:t>
      </w:r>
      <w:r w:rsidRPr="00987F03">
        <w:rPr>
          <w:sz w:val="22"/>
        </w:rPr>
        <w:t xml:space="preserve"> </w:t>
      </w:r>
      <w:r w:rsidRPr="00987F03">
        <w:rPr>
          <w:sz w:val="22"/>
          <w:rtl/>
        </w:rPr>
        <w:t>این</w:t>
      </w:r>
      <w:r w:rsidRPr="00987F03">
        <w:rPr>
          <w:sz w:val="22"/>
        </w:rPr>
        <w:t xml:space="preserve"> </w:t>
      </w:r>
      <w:r w:rsidRPr="00987F03">
        <w:rPr>
          <w:sz w:val="22"/>
          <w:rtl/>
        </w:rPr>
        <w:t>اطلاعات</w:t>
      </w:r>
      <w:r w:rsidRPr="00987F03">
        <w:rPr>
          <w:sz w:val="22"/>
        </w:rPr>
        <w:t xml:space="preserve"> </w:t>
      </w:r>
      <w:r w:rsidRPr="00987F03">
        <w:rPr>
          <w:sz w:val="22"/>
          <w:rtl/>
        </w:rPr>
        <w:t>را</w:t>
      </w:r>
      <w:r w:rsidRPr="00987F03">
        <w:rPr>
          <w:sz w:val="22"/>
        </w:rPr>
        <w:t xml:space="preserve"> </w:t>
      </w:r>
      <w:r w:rsidRPr="00987F03">
        <w:rPr>
          <w:sz w:val="22"/>
          <w:rtl/>
        </w:rPr>
        <w:t>در</w:t>
      </w:r>
      <w:r w:rsidRPr="00987F03">
        <w:rPr>
          <w:sz w:val="22"/>
        </w:rPr>
        <w:t xml:space="preserve"> </w:t>
      </w:r>
      <w:r w:rsidRPr="00987F03">
        <w:rPr>
          <w:sz w:val="22"/>
          <w:rtl/>
        </w:rPr>
        <w:t>اختیار</w:t>
      </w:r>
      <w:r w:rsidRPr="00987F03">
        <w:rPr>
          <w:sz w:val="22"/>
        </w:rPr>
        <w:t xml:space="preserve"> </w:t>
      </w:r>
      <w:r w:rsidRPr="00987F03">
        <w:rPr>
          <w:sz w:val="22"/>
          <w:rtl/>
        </w:rPr>
        <w:t>داشت</w:t>
      </w:r>
      <w:r w:rsidRPr="00987F03">
        <w:rPr>
          <w:sz w:val="22"/>
        </w:rPr>
        <w:t xml:space="preserve">. </w:t>
      </w:r>
      <w:r w:rsidRPr="00987F03">
        <w:rPr>
          <w:sz w:val="22"/>
          <w:rtl/>
        </w:rPr>
        <w:t>او</w:t>
      </w:r>
      <w:r w:rsidRPr="00987F03">
        <w:rPr>
          <w:sz w:val="22"/>
        </w:rPr>
        <w:t xml:space="preserve"> </w:t>
      </w:r>
      <w:r w:rsidRPr="00987F03">
        <w:rPr>
          <w:sz w:val="22"/>
          <w:rtl/>
        </w:rPr>
        <w:t>می</w:t>
      </w:r>
      <w:r w:rsidRPr="00987F03">
        <w:rPr>
          <w:sz w:val="22"/>
        </w:rPr>
        <w:t>‌</w:t>
      </w:r>
      <w:r w:rsidRPr="00987F03">
        <w:rPr>
          <w:sz w:val="22"/>
          <w:rtl/>
        </w:rPr>
        <w:t>دانست</w:t>
      </w:r>
      <w:r w:rsidRPr="00987F03">
        <w:rPr>
          <w:sz w:val="22"/>
        </w:rPr>
        <w:t xml:space="preserve"> </w:t>
      </w:r>
      <w:r w:rsidRPr="00987F03">
        <w:rPr>
          <w:sz w:val="22"/>
          <w:rtl/>
        </w:rPr>
        <w:t>چه</w:t>
      </w:r>
      <w:r w:rsidRPr="00987F03">
        <w:rPr>
          <w:sz w:val="22"/>
        </w:rPr>
        <w:t xml:space="preserve"> </w:t>
      </w:r>
      <w:r w:rsidRPr="00987F03">
        <w:rPr>
          <w:sz w:val="22"/>
          <w:rtl/>
        </w:rPr>
        <w:t>اندازه</w:t>
      </w:r>
      <w:r w:rsidRPr="00987F03">
        <w:rPr>
          <w:sz w:val="22"/>
        </w:rPr>
        <w:t xml:space="preserve"> </w:t>
      </w:r>
      <w:r w:rsidRPr="00987F03">
        <w:rPr>
          <w:sz w:val="22"/>
          <w:rtl/>
        </w:rPr>
        <w:t>مالیات</w:t>
      </w:r>
      <w:r w:rsidRPr="00987F03">
        <w:rPr>
          <w:sz w:val="22"/>
        </w:rPr>
        <w:t xml:space="preserve"> </w:t>
      </w:r>
      <w:r w:rsidRPr="00987F03">
        <w:rPr>
          <w:sz w:val="22"/>
          <w:rtl/>
        </w:rPr>
        <w:t>می</w:t>
      </w:r>
      <w:r w:rsidRPr="00987F03">
        <w:rPr>
          <w:sz w:val="22"/>
        </w:rPr>
        <w:t>‌</w:t>
      </w:r>
      <w:r w:rsidRPr="00987F03">
        <w:rPr>
          <w:sz w:val="22"/>
          <w:rtl/>
        </w:rPr>
        <w:t>توان</w:t>
      </w:r>
      <w:r w:rsidRPr="00987F03">
        <w:rPr>
          <w:sz w:val="22"/>
        </w:rPr>
        <w:t xml:space="preserve"> </w:t>
      </w:r>
      <w:r w:rsidRPr="00987F03">
        <w:rPr>
          <w:sz w:val="22"/>
          <w:rtl/>
        </w:rPr>
        <w:t>گرفت،</w:t>
      </w:r>
      <w:r w:rsidRPr="00987F03">
        <w:rPr>
          <w:sz w:val="22"/>
        </w:rPr>
        <w:t xml:space="preserve"> </w:t>
      </w:r>
      <w:r w:rsidRPr="00987F03">
        <w:rPr>
          <w:sz w:val="22"/>
          <w:rtl/>
        </w:rPr>
        <w:t>کدام</w:t>
      </w:r>
      <w:r w:rsidRPr="00987F03">
        <w:rPr>
          <w:sz w:val="22"/>
        </w:rPr>
        <w:t xml:space="preserve"> </w:t>
      </w:r>
      <w:r w:rsidRPr="00987F03">
        <w:rPr>
          <w:sz w:val="22"/>
          <w:rtl/>
        </w:rPr>
        <w:t>روستا</w:t>
      </w:r>
      <w:r w:rsidRPr="00987F03">
        <w:rPr>
          <w:sz w:val="22"/>
        </w:rPr>
        <w:t xml:space="preserve"> </w:t>
      </w:r>
      <w:r w:rsidRPr="00987F03">
        <w:rPr>
          <w:sz w:val="22"/>
          <w:rtl/>
        </w:rPr>
        <w:t>توان</w:t>
      </w:r>
      <w:r w:rsidRPr="00987F03">
        <w:rPr>
          <w:sz w:val="22"/>
        </w:rPr>
        <w:t xml:space="preserve"> </w:t>
      </w:r>
      <w:r w:rsidRPr="00987F03">
        <w:rPr>
          <w:sz w:val="22"/>
          <w:rtl/>
        </w:rPr>
        <w:t>پرداخت</w:t>
      </w:r>
      <w:r w:rsidRPr="00987F03">
        <w:rPr>
          <w:sz w:val="22"/>
        </w:rPr>
        <w:t xml:space="preserve"> </w:t>
      </w:r>
      <w:r w:rsidRPr="00987F03">
        <w:rPr>
          <w:sz w:val="22"/>
          <w:rtl/>
        </w:rPr>
        <w:t>دارد،</w:t>
      </w:r>
      <w:r w:rsidRPr="00987F03">
        <w:rPr>
          <w:sz w:val="22"/>
        </w:rPr>
        <w:t xml:space="preserve"> </w:t>
      </w:r>
      <w:r w:rsidRPr="00987F03">
        <w:rPr>
          <w:sz w:val="22"/>
          <w:rtl/>
        </w:rPr>
        <w:t>چه</w:t>
      </w:r>
      <w:r w:rsidRPr="00987F03">
        <w:rPr>
          <w:sz w:val="22"/>
        </w:rPr>
        <w:t xml:space="preserve"> </w:t>
      </w:r>
      <w:r w:rsidRPr="00987F03">
        <w:rPr>
          <w:sz w:val="22"/>
          <w:rtl/>
        </w:rPr>
        <w:t>کسی</w:t>
      </w:r>
      <w:r w:rsidRPr="00987F03">
        <w:rPr>
          <w:sz w:val="22"/>
        </w:rPr>
        <w:t xml:space="preserve"> </w:t>
      </w:r>
      <w:r w:rsidRPr="00987F03">
        <w:rPr>
          <w:sz w:val="22"/>
          <w:rtl/>
        </w:rPr>
        <w:t>می</w:t>
      </w:r>
      <w:r w:rsidRPr="00987F03">
        <w:rPr>
          <w:sz w:val="22"/>
        </w:rPr>
        <w:t>‌</w:t>
      </w:r>
      <w:r w:rsidRPr="00987F03">
        <w:rPr>
          <w:sz w:val="22"/>
          <w:rtl/>
        </w:rPr>
        <w:t>تواند</w:t>
      </w:r>
      <w:r w:rsidRPr="00987F03">
        <w:rPr>
          <w:sz w:val="22"/>
        </w:rPr>
        <w:t xml:space="preserve"> </w:t>
      </w:r>
      <w:r w:rsidRPr="00987F03">
        <w:rPr>
          <w:sz w:val="22"/>
          <w:rtl/>
        </w:rPr>
        <w:t>آذوقه</w:t>
      </w:r>
      <w:r w:rsidRPr="00987F03">
        <w:rPr>
          <w:sz w:val="22"/>
        </w:rPr>
        <w:t xml:space="preserve"> </w:t>
      </w:r>
      <w:r w:rsidRPr="00987F03">
        <w:rPr>
          <w:sz w:val="22"/>
          <w:rtl/>
        </w:rPr>
        <w:t>فراهم</w:t>
      </w:r>
      <w:r w:rsidRPr="00987F03">
        <w:rPr>
          <w:sz w:val="22"/>
        </w:rPr>
        <w:t xml:space="preserve"> </w:t>
      </w:r>
      <w:r w:rsidRPr="00987F03">
        <w:rPr>
          <w:sz w:val="22"/>
          <w:rtl/>
        </w:rPr>
        <w:t>کند</w:t>
      </w:r>
      <w:r w:rsidRPr="00987F03">
        <w:rPr>
          <w:sz w:val="22"/>
        </w:rPr>
        <w:t xml:space="preserve"> </w:t>
      </w:r>
      <w:r w:rsidRPr="00987F03">
        <w:rPr>
          <w:sz w:val="22"/>
          <w:rtl/>
        </w:rPr>
        <w:t>و</w:t>
      </w:r>
      <w:r w:rsidRPr="00987F03">
        <w:rPr>
          <w:sz w:val="22"/>
        </w:rPr>
        <w:t xml:space="preserve"> </w:t>
      </w:r>
      <w:r w:rsidRPr="00987F03">
        <w:rPr>
          <w:sz w:val="22"/>
          <w:rtl/>
        </w:rPr>
        <w:t>چگونه</w:t>
      </w:r>
      <w:r w:rsidRPr="00987F03">
        <w:rPr>
          <w:sz w:val="22"/>
        </w:rPr>
        <w:t xml:space="preserve"> </w:t>
      </w:r>
      <w:r w:rsidRPr="00987F03">
        <w:rPr>
          <w:sz w:val="22"/>
          <w:rtl/>
        </w:rPr>
        <w:t>می</w:t>
      </w:r>
      <w:r w:rsidRPr="00987F03">
        <w:rPr>
          <w:sz w:val="22"/>
        </w:rPr>
        <w:t>‌</w:t>
      </w:r>
      <w:r w:rsidRPr="00987F03">
        <w:rPr>
          <w:sz w:val="22"/>
          <w:rtl/>
        </w:rPr>
        <w:t>توان</w:t>
      </w:r>
      <w:r w:rsidRPr="00987F03">
        <w:rPr>
          <w:sz w:val="22"/>
        </w:rPr>
        <w:t xml:space="preserve"> </w:t>
      </w:r>
      <w:r w:rsidRPr="00987F03">
        <w:rPr>
          <w:sz w:val="22"/>
          <w:rtl/>
        </w:rPr>
        <w:t>از</w:t>
      </w:r>
      <w:r w:rsidRPr="00987F03">
        <w:rPr>
          <w:sz w:val="22"/>
        </w:rPr>
        <w:t xml:space="preserve"> </w:t>
      </w:r>
      <w:r w:rsidRPr="00987F03">
        <w:rPr>
          <w:sz w:val="22"/>
          <w:rtl/>
        </w:rPr>
        <w:t>شورش</w:t>
      </w:r>
      <w:r w:rsidRPr="00987F03">
        <w:rPr>
          <w:sz w:val="22"/>
        </w:rPr>
        <w:t xml:space="preserve"> </w:t>
      </w:r>
      <w:r w:rsidRPr="00987F03">
        <w:rPr>
          <w:sz w:val="22"/>
          <w:rtl/>
        </w:rPr>
        <w:t>یا</w:t>
      </w:r>
      <w:r w:rsidRPr="00987F03">
        <w:rPr>
          <w:sz w:val="22"/>
        </w:rPr>
        <w:t xml:space="preserve"> </w:t>
      </w:r>
      <w:r w:rsidRPr="00987F03">
        <w:rPr>
          <w:sz w:val="22"/>
          <w:rtl/>
        </w:rPr>
        <w:t>فرار</w:t>
      </w:r>
      <w:r w:rsidRPr="00987F03">
        <w:rPr>
          <w:sz w:val="22"/>
        </w:rPr>
        <w:t xml:space="preserve"> </w:t>
      </w:r>
      <w:r w:rsidRPr="00987F03">
        <w:rPr>
          <w:sz w:val="22"/>
          <w:rtl/>
        </w:rPr>
        <w:t>مردم</w:t>
      </w:r>
      <w:r w:rsidRPr="00987F03">
        <w:rPr>
          <w:sz w:val="22"/>
        </w:rPr>
        <w:t xml:space="preserve"> </w:t>
      </w:r>
      <w:r w:rsidRPr="00987F03">
        <w:rPr>
          <w:sz w:val="22"/>
          <w:rtl/>
        </w:rPr>
        <w:t>جلوگیری</w:t>
      </w:r>
      <w:r w:rsidRPr="00987F03">
        <w:rPr>
          <w:sz w:val="22"/>
        </w:rPr>
        <w:t xml:space="preserve"> </w:t>
      </w:r>
      <w:r w:rsidRPr="00987F03">
        <w:rPr>
          <w:sz w:val="22"/>
          <w:rtl/>
        </w:rPr>
        <w:t>کرد</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گزارش</w:t>
      </w:r>
      <w:r w:rsidRPr="00987F03">
        <w:rPr>
          <w:sz w:val="22"/>
        </w:rPr>
        <w:t>‌</w:t>
      </w:r>
      <w:r w:rsidRPr="00987F03">
        <w:rPr>
          <w:sz w:val="22"/>
          <w:rtl/>
        </w:rPr>
        <w:t>های</w:t>
      </w:r>
      <w:r w:rsidRPr="00987F03">
        <w:rPr>
          <w:sz w:val="22"/>
        </w:rPr>
        <w:t xml:space="preserve"> </w:t>
      </w:r>
      <w:r w:rsidRPr="00987F03">
        <w:rPr>
          <w:sz w:val="22"/>
          <w:rtl/>
        </w:rPr>
        <w:t>مربوط</w:t>
      </w:r>
      <w:r w:rsidRPr="00987F03">
        <w:rPr>
          <w:sz w:val="22"/>
        </w:rPr>
        <w:t xml:space="preserve"> </w:t>
      </w:r>
      <w:r w:rsidRPr="00987F03">
        <w:rPr>
          <w:sz w:val="22"/>
          <w:rtl/>
        </w:rPr>
        <w:t>به</w:t>
      </w:r>
      <w:r w:rsidRPr="00987F03">
        <w:rPr>
          <w:sz w:val="22"/>
        </w:rPr>
        <w:t xml:space="preserve"> </w:t>
      </w:r>
      <w:r w:rsidRPr="00987F03">
        <w:rPr>
          <w:sz w:val="22"/>
          <w:rtl/>
        </w:rPr>
        <w:t>فتح،</w:t>
      </w:r>
      <w:r w:rsidRPr="00987F03">
        <w:rPr>
          <w:sz w:val="22"/>
        </w:rPr>
        <w:t xml:space="preserve"> </w:t>
      </w:r>
      <w:r w:rsidRPr="00987F03">
        <w:rPr>
          <w:sz w:val="22"/>
          <w:rtl/>
        </w:rPr>
        <w:t>بارها</w:t>
      </w:r>
      <w:r w:rsidRPr="00987F03">
        <w:rPr>
          <w:sz w:val="22"/>
        </w:rPr>
        <w:t xml:space="preserve"> </w:t>
      </w:r>
      <w:r w:rsidRPr="00987F03">
        <w:rPr>
          <w:sz w:val="22"/>
          <w:rtl/>
        </w:rPr>
        <w:t>از</w:t>
      </w:r>
      <w:r w:rsidRPr="00987F03">
        <w:rPr>
          <w:sz w:val="22"/>
        </w:rPr>
        <w:t xml:space="preserve"> </w:t>
      </w:r>
      <w:r w:rsidRPr="00987F03">
        <w:rPr>
          <w:sz w:val="22"/>
          <w:rtl/>
        </w:rPr>
        <w:t>دهقانانی</w:t>
      </w:r>
      <w:r w:rsidRPr="00987F03">
        <w:rPr>
          <w:sz w:val="22"/>
        </w:rPr>
        <w:t xml:space="preserve"> </w:t>
      </w:r>
      <w:r w:rsidRPr="00987F03">
        <w:rPr>
          <w:sz w:val="22"/>
          <w:rtl/>
        </w:rPr>
        <w:t>یاد</w:t>
      </w:r>
      <w:r w:rsidRPr="00987F03">
        <w:rPr>
          <w:sz w:val="22"/>
        </w:rPr>
        <w:t xml:space="preserve"> </w:t>
      </w:r>
      <w:r w:rsidRPr="00987F03">
        <w:rPr>
          <w:sz w:val="22"/>
          <w:rtl/>
        </w:rPr>
        <w:t>شده</w:t>
      </w:r>
      <w:r w:rsidRPr="00987F03">
        <w:rPr>
          <w:sz w:val="22"/>
        </w:rPr>
        <w:t xml:space="preserve"> </w:t>
      </w:r>
      <w:r w:rsidRPr="00987F03">
        <w:rPr>
          <w:sz w:val="22"/>
          <w:rtl/>
        </w:rPr>
        <w:t>است</w:t>
      </w:r>
      <w:r w:rsidRPr="00987F03">
        <w:rPr>
          <w:sz w:val="22"/>
        </w:rPr>
        <w:t xml:space="preserve"> </w:t>
      </w:r>
      <w:r w:rsidRPr="00987F03">
        <w:rPr>
          <w:sz w:val="22"/>
          <w:rtl/>
        </w:rPr>
        <w:t>که</w:t>
      </w:r>
      <w:r w:rsidRPr="00987F03">
        <w:rPr>
          <w:sz w:val="22"/>
        </w:rPr>
        <w:t xml:space="preserve"> </w:t>
      </w:r>
      <w:r w:rsidRPr="00987F03">
        <w:rPr>
          <w:sz w:val="22"/>
          <w:rtl/>
        </w:rPr>
        <w:t>با</w:t>
      </w:r>
      <w:r w:rsidRPr="00987F03">
        <w:rPr>
          <w:sz w:val="22"/>
        </w:rPr>
        <w:t xml:space="preserve"> </w:t>
      </w:r>
      <w:r w:rsidRPr="00987F03">
        <w:rPr>
          <w:sz w:val="22"/>
          <w:rtl/>
        </w:rPr>
        <w:t>فرماندهان</w:t>
      </w:r>
      <w:r w:rsidRPr="00987F03">
        <w:rPr>
          <w:sz w:val="22"/>
        </w:rPr>
        <w:t xml:space="preserve"> </w:t>
      </w:r>
      <w:r w:rsidRPr="00987F03">
        <w:rPr>
          <w:sz w:val="22"/>
          <w:rtl/>
        </w:rPr>
        <w:t>عرب</w:t>
      </w:r>
      <w:r w:rsidRPr="00987F03">
        <w:rPr>
          <w:sz w:val="22"/>
        </w:rPr>
        <w:t xml:space="preserve"> </w:t>
      </w:r>
      <w:r w:rsidRPr="00987F03">
        <w:rPr>
          <w:sz w:val="22"/>
          <w:rtl/>
        </w:rPr>
        <w:t>پیمان</w:t>
      </w:r>
      <w:r w:rsidRPr="00987F03">
        <w:rPr>
          <w:sz w:val="22"/>
        </w:rPr>
        <w:t xml:space="preserve"> </w:t>
      </w:r>
      <w:r w:rsidRPr="00987F03">
        <w:rPr>
          <w:sz w:val="22"/>
          <w:rtl/>
        </w:rPr>
        <w:t>بستند</w:t>
      </w:r>
      <w:r w:rsidRPr="00987F03">
        <w:rPr>
          <w:sz w:val="22"/>
        </w:rPr>
        <w:t xml:space="preserve">. </w:t>
      </w:r>
      <w:r w:rsidRPr="00987F03">
        <w:rPr>
          <w:sz w:val="22"/>
          <w:rtl/>
        </w:rPr>
        <w:t>برخی</w:t>
      </w:r>
      <w:r w:rsidRPr="00987F03">
        <w:rPr>
          <w:sz w:val="22"/>
        </w:rPr>
        <w:t xml:space="preserve"> </w:t>
      </w:r>
      <w:r w:rsidRPr="00987F03">
        <w:rPr>
          <w:sz w:val="22"/>
          <w:rtl/>
        </w:rPr>
        <w:t>پذیرفتند</w:t>
      </w:r>
      <w:r w:rsidRPr="00987F03">
        <w:rPr>
          <w:sz w:val="22"/>
        </w:rPr>
        <w:t xml:space="preserve"> </w:t>
      </w:r>
      <w:r w:rsidRPr="00987F03">
        <w:rPr>
          <w:sz w:val="22"/>
          <w:rtl/>
        </w:rPr>
        <w:t>مبلغی</w:t>
      </w:r>
      <w:r w:rsidRPr="00987F03">
        <w:rPr>
          <w:sz w:val="22"/>
        </w:rPr>
        <w:t xml:space="preserve"> </w:t>
      </w:r>
      <w:r w:rsidRPr="00987F03">
        <w:rPr>
          <w:sz w:val="22"/>
          <w:rtl/>
        </w:rPr>
        <w:t>برای</w:t>
      </w:r>
      <w:r w:rsidRPr="00987F03">
        <w:rPr>
          <w:sz w:val="22"/>
        </w:rPr>
        <w:t xml:space="preserve"> </w:t>
      </w:r>
      <w:r w:rsidRPr="00987F03">
        <w:rPr>
          <w:sz w:val="22"/>
          <w:rtl/>
        </w:rPr>
        <w:t>هر</w:t>
      </w:r>
      <w:r w:rsidRPr="00987F03">
        <w:rPr>
          <w:sz w:val="22"/>
        </w:rPr>
        <w:t xml:space="preserve"> </w:t>
      </w:r>
      <w:r w:rsidRPr="00987F03">
        <w:rPr>
          <w:sz w:val="22"/>
          <w:rtl/>
        </w:rPr>
        <w:t>یک</w:t>
      </w:r>
      <w:r w:rsidRPr="00987F03">
        <w:rPr>
          <w:sz w:val="22"/>
        </w:rPr>
        <w:t xml:space="preserve"> </w:t>
      </w:r>
      <w:r w:rsidRPr="00987F03">
        <w:rPr>
          <w:sz w:val="22"/>
          <w:rtl/>
        </w:rPr>
        <w:t>از</w:t>
      </w:r>
      <w:r w:rsidRPr="00987F03">
        <w:rPr>
          <w:sz w:val="22"/>
        </w:rPr>
        <w:t xml:space="preserve"> </w:t>
      </w:r>
      <w:r w:rsidRPr="00987F03">
        <w:rPr>
          <w:sz w:val="22"/>
          <w:rtl/>
        </w:rPr>
        <w:t>ساکنان</w:t>
      </w:r>
      <w:r w:rsidRPr="00987F03">
        <w:rPr>
          <w:sz w:val="22"/>
        </w:rPr>
        <w:t xml:space="preserve"> </w:t>
      </w:r>
      <w:r w:rsidRPr="00987F03">
        <w:rPr>
          <w:sz w:val="22"/>
          <w:rtl/>
        </w:rPr>
        <w:t>ناحیه</w:t>
      </w:r>
      <w:r w:rsidRPr="00987F03">
        <w:rPr>
          <w:sz w:val="22"/>
        </w:rPr>
        <w:t xml:space="preserve"> </w:t>
      </w:r>
      <w:r w:rsidRPr="00987F03">
        <w:rPr>
          <w:sz w:val="22"/>
          <w:rtl/>
        </w:rPr>
        <w:t>بپردازند؛</w:t>
      </w:r>
      <w:r w:rsidRPr="00987F03">
        <w:rPr>
          <w:sz w:val="22"/>
        </w:rPr>
        <w:t xml:space="preserve"> </w:t>
      </w:r>
      <w:r w:rsidRPr="00987F03">
        <w:rPr>
          <w:sz w:val="22"/>
          <w:rtl/>
        </w:rPr>
        <w:t>برخی</w:t>
      </w:r>
      <w:r w:rsidRPr="00987F03">
        <w:rPr>
          <w:sz w:val="22"/>
        </w:rPr>
        <w:t xml:space="preserve"> </w:t>
      </w:r>
      <w:r w:rsidRPr="00987F03">
        <w:rPr>
          <w:sz w:val="22"/>
          <w:rtl/>
        </w:rPr>
        <w:t>راه،</w:t>
      </w:r>
      <w:r w:rsidRPr="00987F03">
        <w:rPr>
          <w:sz w:val="22"/>
        </w:rPr>
        <w:t xml:space="preserve"> </w:t>
      </w:r>
      <w:r w:rsidRPr="00987F03">
        <w:rPr>
          <w:sz w:val="22"/>
          <w:rtl/>
        </w:rPr>
        <w:t>پل</w:t>
      </w:r>
      <w:r w:rsidRPr="00987F03">
        <w:rPr>
          <w:sz w:val="22"/>
        </w:rPr>
        <w:t xml:space="preserve"> </w:t>
      </w:r>
      <w:r w:rsidRPr="00987F03">
        <w:rPr>
          <w:sz w:val="22"/>
          <w:rtl/>
        </w:rPr>
        <w:t>یا</w:t>
      </w:r>
      <w:r w:rsidRPr="00987F03">
        <w:rPr>
          <w:sz w:val="22"/>
        </w:rPr>
        <w:t xml:space="preserve"> </w:t>
      </w:r>
      <w:r w:rsidRPr="00987F03">
        <w:rPr>
          <w:sz w:val="22"/>
          <w:rtl/>
        </w:rPr>
        <w:t>آذوقهٔ</w:t>
      </w:r>
      <w:r w:rsidRPr="00987F03">
        <w:rPr>
          <w:sz w:val="22"/>
        </w:rPr>
        <w:t xml:space="preserve"> </w:t>
      </w:r>
      <w:r w:rsidRPr="00987F03">
        <w:rPr>
          <w:sz w:val="22"/>
          <w:rtl/>
        </w:rPr>
        <w:t>سپاه</w:t>
      </w:r>
      <w:r w:rsidRPr="00987F03">
        <w:rPr>
          <w:sz w:val="22"/>
        </w:rPr>
        <w:t xml:space="preserve"> </w:t>
      </w:r>
      <w:r w:rsidRPr="00987F03">
        <w:rPr>
          <w:sz w:val="22"/>
          <w:rtl/>
        </w:rPr>
        <w:t>را</w:t>
      </w:r>
      <w:r w:rsidRPr="00987F03">
        <w:rPr>
          <w:sz w:val="22"/>
        </w:rPr>
        <w:t xml:space="preserve"> </w:t>
      </w:r>
      <w:r w:rsidRPr="00987F03">
        <w:rPr>
          <w:sz w:val="22"/>
          <w:rtl/>
        </w:rPr>
        <w:t>فراهم</w:t>
      </w:r>
      <w:r w:rsidRPr="00987F03">
        <w:rPr>
          <w:sz w:val="22"/>
        </w:rPr>
        <w:t xml:space="preserve"> </w:t>
      </w:r>
      <w:r w:rsidRPr="00987F03">
        <w:rPr>
          <w:sz w:val="22"/>
          <w:rtl/>
        </w:rPr>
        <w:t>کردند؛</w:t>
      </w:r>
      <w:r w:rsidRPr="00987F03">
        <w:rPr>
          <w:sz w:val="22"/>
        </w:rPr>
        <w:t xml:space="preserve"> </w:t>
      </w:r>
      <w:r w:rsidRPr="00987F03">
        <w:rPr>
          <w:sz w:val="22"/>
          <w:rtl/>
        </w:rPr>
        <w:t>و</w:t>
      </w:r>
      <w:r w:rsidRPr="00987F03">
        <w:rPr>
          <w:sz w:val="22"/>
        </w:rPr>
        <w:t xml:space="preserve"> </w:t>
      </w:r>
      <w:r w:rsidRPr="00987F03">
        <w:rPr>
          <w:sz w:val="22"/>
          <w:rtl/>
        </w:rPr>
        <w:t>برخی</w:t>
      </w:r>
      <w:r w:rsidRPr="00987F03">
        <w:rPr>
          <w:sz w:val="22"/>
        </w:rPr>
        <w:t xml:space="preserve"> </w:t>
      </w:r>
      <w:r w:rsidRPr="00987F03">
        <w:rPr>
          <w:sz w:val="22"/>
          <w:rtl/>
        </w:rPr>
        <w:t>با</w:t>
      </w:r>
      <w:r w:rsidRPr="00987F03">
        <w:rPr>
          <w:sz w:val="22"/>
        </w:rPr>
        <w:t xml:space="preserve"> </w:t>
      </w:r>
      <w:r w:rsidRPr="00987F03">
        <w:rPr>
          <w:sz w:val="22"/>
          <w:rtl/>
        </w:rPr>
        <w:t>پرداخت</w:t>
      </w:r>
      <w:r w:rsidRPr="00987F03">
        <w:rPr>
          <w:sz w:val="22"/>
        </w:rPr>
        <w:t xml:space="preserve"> </w:t>
      </w:r>
      <w:r w:rsidRPr="00987F03">
        <w:rPr>
          <w:sz w:val="22"/>
          <w:rtl/>
        </w:rPr>
        <w:t>مبلغی،</w:t>
      </w:r>
      <w:r w:rsidRPr="00987F03">
        <w:rPr>
          <w:sz w:val="22"/>
        </w:rPr>
        <w:t xml:space="preserve"> </w:t>
      </w:r>
      <w:r w:rsidRPr="00987F03">
        <w:rPr>
          <w:sz w:val="22"/>
          <w:rtl/>
        </w:rPr>
        <w:t>جان</w:t>
      </w:r>
      <w:r w:rsidRPr="00987F03">
        <w:rPr>
          <w:sz w:val="22"/>
        </w:rPr>
        <w:t xml:space="preserve"> </w:t>
      </w:r>
      <w:r w:rsidRPr="00987F03">
        <w:rPr>
          <w:sz w:val="22"/>
          <w:rtl/>
        </w:rPr>
        <w:t>مردم</w:t>
      </w:r>
      <w:r w:rsidRPr="00987F03">
        <w:rPr>
          <w:sz w:val="22"/>
        </w:rPr>
        <w:t xml:space="preserve"> </w:t>
      </w:r>
      <w:r w:rsidRPr="00987F03">
        <w:rPr>
          <w:sz w:val="22"/>
          <w:rtl/>
        </w:rPr>
        <w:t>منطقهٔ</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کشتار</w:t>
      </w:r>
      <w:r w:rsidRPr="00987F03">
        <w:rPr>
          <w:sz w:val="22"/>
        </w:rPr>
        <w:t xml:space="preserve"> </w:t>
      </w:r>
      <w:r w:rsidRPr="00987F03">
        <w:rPr>
          <w:sz w:val="22"/>
          <w:rtl/>
        </w:rPr>
        <w:t>حفظ</w:t>
      </w:r>
      <w:r w:rsidRPr="00987F03">
        <w:rPr>
          <w:sz w:val="22"/>
        </w:rPr>
        <w:t xml:space="preserve"> </w:t>
      </w:r>
      <w:r w:rsidRPr="00987F03">
        <w:rPr>
          <w:sz w:val="22"/>
          <w:rtl/>
        </w:rPr>
        <w:t>کردند</w:t>
      </w:r>
      <w:r w:rsidRPr="00987F03">
        <w:rPr>
          <w:sz w:val="22"/>
        </w:rPr>
        <w:t xml:space="preserve">. </w:t>
      </w:r>
      <w:r w:rsidRPr="00987F03">
        <w:rPr>
          <w:sz w:val="22"/>
          <w:rtl/>
        </w:rPr>
        <w:t>این</w:t>
      </w:r>
      <w:r w:rsidRPr="00987F03">
        <w:rPr>
          <w:sz w:val="22"/>
        </w:rPr>
        <w:t xml:space="preserve"> </w:t>
      </w:r>
      <w:r w:rsidRPr="00987F03">
        <w:rPr>
          <w:sz w:val="22"/>
          <w:rtl/>
        </w:rPr>
        <w:t>پیمان</w:t>
      </w:r>
      <w:r w:rsidRPr="00987F03">
        <w:rPr>
          <w:sz w:val="22"/>
        </w:rPr>
        <w:t>‌</w:t>
      </w:r>
      <w:r w:rsidRPr="00987F03">
        <w:rPr>
          <w:sz w:val="22"/>
          <w:rtl/>
        </w:rPr>
        <w:t>ها</w:t>
      </w:r>
      <w:r w:rsidRPr="00987F03">
        <w:rPr>
          <w:sz w:val="22"/>
        </w:rPr>
        <w:t xml:space="preserve"> </w:t>
      </w:r>
      <w:r w:rsidRPr="00987F03">
        <w:rPr>
          <w:sz w:val="22"/>
          <w:rtl/>
        </w:rPr>
        <w:t>نشان</w:t>
      </w:r>
      <w:r w:rsidRPr="00987F03">
        <w:rPr>
          <w:sz w:val="22"/>
        </w:rPr>
        <w:t xml:space="preserve"> </w:t>
      </w:r>
      <w:r w:rsidRPr="00987F03">
        <w:rPr>
          <w:sz w:val="22"/>
          <w:rtl/>
        </w:rPr>
        <w:t>می</w:t>
      </w:r>
      <w:r w:rsidRPr="00987F03">
        <w:rPr>
          <w:sz w:val="22"/>
        </w:rPr>
        <w:t>‌</w:t>
      </w:r>
      <w:r w:rsidRPr="00987F03">
        <w:rPr>
          <w:sz w:val="22"/>
          <w:rtl/>
        </w:rPr>
        <w:t>دهد</w:t>
      </w:r>
      <w:r w:rsidRPr="00987F03">
        <w:rPr>
          <w:sz w:val="22"/>
        </w:rPr>
        <w:t xml:space="preserve"> </w:t>
      </w:r>
      <w:r w:rsidRPr="00987F03">
        <w:rPr>
          <w:sz w:val="22"/>
          <w:rtl/>
        </w:rPr>
        <w:t>که</w:t>
      </w:r>
      <w:r w:rsidRPr="00987F03">
        <w:rPr>
          <w:sz w:val="22"/>
        </w:rPr>
        <w:t xml:space="preserve"> </w:t>
      </w:r>
      <w:r w:rsidRPr="00987F03">
        <w:rPr>
          <w:sz w:val="22"/>
          <w:rtl/>
        </w:rPr>
        <w:t>فاتحان</w:t>
      </w:r>
      <w:r w:rsidRPr="00987F03">
        <w:rPr>
          <w:sz w:val="22"/>
        </w:rPr>
        <w:t xml:space="preserve"> </w:t>
      </w:r>
      <w:r w:rsidRPr="00987F03">
        <w:rPr>
          <w:sz w:val="22"/>
          <w:rtl/>
        </w:rPr>
        <w:t>همیشه</w:t>
      </w:r>
      <w:r w:rsidRPr="00987F03">
        <w:rPr>
          <w:sz w:val="22"/>
        </w:rPr>
        <w:t xml:space="preserve"> </w:t>
      </w:r>
      <w:r w:rsidRPr="00987F03">
        <w:rPr>
          <w:sz w:val="22"/>
          <w:rtl/>
        </w:rPr>
        <w:t>مستقیماً</w:t>
      </w:r>
      <w:r w:rsidRPr="00987F03">
        <w:rPr>
          <w:sz w:val="22"/>
        </w:rPr>
        <w:t xml:space="preserve"> </w:t>
      </w:r>
      <w:r w:rsidRPr="00987F03">
        <w:rPr>
          <w:sz w:val="22"/>
          <w:rtl/>
        </w:rPr>
        <w:t>با</w:t>
      </w:r>
      <w:r w:rsidRPr="00987F03">
        <w:rPr>
          <w:sz w:val="22"/>
        </w:rPr>
        <w:t xml:space="preserve"> </w:t>
      </w:r>
      <w:r w:rsidRPr="00987F03">
        <w:rPr>
          <w:sz w:val="22"/>
          <w:rtl/>
        </w:rPr>
        <w:t>تودهٔ</w:t>
      </w:r>
      <w:r w:rsidRPr="00987F03">
        <w:rPr>
          <w:sz w:val="22"/>
        </w:rPr>
        <w:t xml:space="preserve"> </w:t>
      </w:r>
      <w:r w:rsidRPr="00987F03">
        <w:rPr>
          <w:sz w:val="22"/>
          <w:rtl/>
        </w:rPr>
        <w:t>مردم</w:t>
      </w:r>
      <w:r w:rsidRPr="00987F03">
        <w:rPr>
          <w:sz w:val="22"/>
        </w:rPr>
        <w:t xml:space="preserve"> </w:t>
      </w:r>
      <w:r w:rsidRPr="00987F03">
        <w:rPr>
          <w:sz w:val="22"/>
          <w:rtl/>
        </w:rPr>
        <w:t>روبه</w:t>
      </w:r>
      <w:r w:rsidRPr="00987F03">
        <w:rPr>
          <w:sz w:val="22"/>
        </w:rPr>
        <w:t>‌</w:t>
      </w:r>
      <w:r w:rsidRPr="00987F03">
        <w:rPr>
          <w:sz w:val="22"/>
          <w:rtl/>
        </w:rPr>
        <w:t>رو</w:t>
      </w:r>
      <w:r w:rsidRPr="00987F03">
        <w:rPr>
          <w:sz w:val="22"/>
        </w:rPr>
        <w:t xml:space="preserve"> </w:t>
      </w:r>
      <w:r w:rsidRPr="00987F03">
        <w:rPr>
          <w:sz w:val="22"/>
          <w:rtl/>
        </w:rPr>
        <w:t>نمی</w:t>
      </w:r>
      <w:r w:rsidRPr="00987F03">
        <w:rPr>
          <w:sz w:val="22"/>
        </w:rPr>
        <w:t>‌</w:t>
      </w:r>
      <w:r w:rsidRPr="00987F03">
        <w:rPr>
          <w:sz w:val="22"/>
          <w:rtl/>
        </w:rPr>
        <w:t>شدند</w:t>
      </w:r>
      <w:r w:rsidRPr="00987F03">
        <w:rPr>
          <w:sz w:val="22"/>
        </w:rPr>
        <w:t xml:space="preserve">. </w:t>
      </w:r>
      <w:r w:rsidRPr="00987F03">
        <w:rPr>
          <w:sz w:val="22"/>
          <w:rtl/>
        </w:rPr>
        <w:t>میان</w:t>
      </w:r>
      <w:r w:rsidRPr="00987F03">
        <w:rPr>
          <w:sz w:val="22"/>
        </w:rPr>
        <w:t xml:space="preserve"> </w:t>
      </w:r>
      <w:r w:rsidRPr="00987F03">
        <w:rPr>
          <w:sz w:val="22"/>
          <w:rtl/>
        </w:rPr>
        <w:t>قشون</w:t>
      </w:r>
      <w:r w:rsidRPr="00987F03">
        <w:rPr>
          <w:sz w:val="22"/>
        </w:rPr>
        <w:t xml:space="preserve"> </w:t>
      </w:r>
      <w:r w:rsidRPr="00987F03">
        <w:rPr>
          <w:sz w:val="22"/>
          <w:rtl/>
        </w:rPr>
        <w:t>و</w:t>
      </w:r>
      <w:r w:rsidRPr="00987F03">
        <w:rPr>
          <w:sz w:val="22"/>
        </w:rPr>
        <w:t xml:space="preserve"> </w:t>
      </w:r>
      <w:r w:rsidRPr="00987F03">
        <w:rPr>
          <w:sz w:val="22"/>
          <w:rtl/>
        </w:rPr>
        <w:t>مردم،</w:t>
      </w:r>
      <w:r w:rsidRPr="00987F03">
        <w:rPr>
          <w:sz w:val="22"/>
        </w:rPr>
        <w:t xml:space="preserve"> </w:t>
      </w:r>
      <w:r w:rsidRPr="00987F03">
        <w:rPr>
          <w:sz w:val="22"/>
          <w:rtl/>
        </w:rPr>
        <w:t>کسانی</w:t>
      </w:r>
      <w:r w:rsidRPr="00987F03">
        <w:rPr>
          <w:sz w:val="22"/>
        </w:rPr>
        <w:t xml:space="preserve"> </w:t>
      </w:r>
      <w:r w:rsidRPr="00987F03">
        <w:rPr>
          <w:sz w:val="22"/>
          <w:rtl/>
        </w:rPr>
        <w:t>قرار</w:t>
      </w:r>
      <w:r w:rsidRPr="00987F03">
        <w:rPr>
          <w:sz w:val="22"/>
        </w:rPr>
        <w:t xml:space="preserve"> </w:t>
      </w:r>
      <w:r w:rsidRPr="00987F03">
        <w:rPr>
          <w:sz w:val="22"/>
          <w:rtl/>
        </w:rPr>
        <w:t>داشتند</w:t>
      </w:r>
      <w:r w:rsidRPr="00987F03">
        <w:rPr>
          <w:sz w:val="22"/>
        </w:rPr>
        <w:t xml:space="preserve"> </w:t>
      </w:r>
      <w:r w:rsidRPr="00987F03">
        <w:rPr>
          <w:sz w:val="22"/>
          <w:rtl/>
        </w:rPr>
        <w:t>که</w:t>
      </w:r>
      <w:r w:rsidRPr="00987F03">
        <w:rPr>
          <w:sz w:val="22"/>
        </w:rPr>
        <w:t xml:space="preserve"> </w:t>
      </w:r>
      <w:r w:rsidRPr="00987F03">
        <w:rPr>
          <w:sz w:val="22"/>
          <w:rtl/>
        </w:rPr>
        <w:t>می</w:t>
      </w:r>
      <w:r w:rsidRPr="00987F03">
        <w:rPr>
          <w:sz w:val="22"/>
        </w:rPr>
        <w:t>‌</w:t>
      </w:r>
      <w:r w:rsidRPr="00987F03">
        <w:rPr>
          <w:sz w:val="22"/>
          <w:rtl/>
        </w:rPr>
        <w:t>توانستند</w:t>
      </w:r>
      <w:r w:rsidRPr="00987F03">
        <w:rPr>
          <w:sz w:val="22"/>
        </w:rPr>
        <w:t xml:space="preserve"> </w:t>
      </w:r>
      <w:r w:rsidRPr="00987F03">
        <w:rPr>
          <w:sz w:val="22"/>
          <w:rtl/>
        </w:rPr>
        <w:t>هم</w:t>
      </w:r>
      <w:r w:rsidRPr="00987F03">
        <w:rPr>
          <w:sz w:val="22"/>
        </w:rPr>
        <w:t xml:space="preserve"> </w:t>
      </w:r>
      <w:r w:rsidRPr="00987F03">
        <w:rPr>
          <w:sz w:val="22"/>
          <w:rtl/>
        </w:rPr>
        <w:t>از</w:t>
      </w:r>
      <w:r w:rsidRPr="00987F03">
        <w:rPr>
          <w:sz w:val="22"/>
        </w:rPr>
        <w:t xml:space="preserve"> </w:t>
      </w:r>
      <w:r w:rsidRPr="00987F03">
        <w:rPr>
          <w:sz w:val="22"/>
          <w:rtl/>
        </w:rPr>
        <w:t>جانب</w:t>
      </w:r>
      <w:r w:rsidRPr="00987F03">
        <w:rPr>
          <w:sz w:val="22"/>
        </w:rPr>
        <w:t xml:space="preserve"> </w:t>
      </w:r>
      <w:r w:rsidRPr="00987F03">
        <w:rPr>
          <w:sz w:val="22"/>
          <w:rtl/>
        </w:rPr>
        <w:t>فاتحان</w:t>
      </w:r>
      <w:r w:rsidRPr="00987F03">
        <w:rPr>
          <w:sz w:val="22"/>
        </w:rPr>
        <w:t xml:space="preserve"> </w:t>
      </w:r>
      <w:r w:rsidRPr="00987F03">
        <w:rPr>
          <w:sz w:val="22"/>
          <w:rtl/>
        </w:rPr>
        <w:t>مالیات</w:t>
      </w:r>
      <w:r w:rsidRPr="00987F03">
        <w:rPr>
          <w:sz w:val="22"/>
        </w:rPr>
        <w:t xml:space="preserve"> </w:t>
      </w:r>
      <w:r w:rsidRPr="00987F03">
        <w:rPr>
          <w:sz w:val="22"/>
          <w:rtl/>
        </w:rPr>
        <w:t>بگیرند</w:t>
      </w:r>
      <w:r w:rsidRPr="00987F03">
        <w:rPr>
          <w:sz w:val="22"/>
        </w:rPr>
        <w:t xml:space="preserve"> </w:t>
      </w:r>
      <w:r w:rsidRPr="00987F03">
        <w:rPr>
          <w:sz w:val="22"/>
          <w:rtl/>
        </w:rPr>
        <w:t>و</w:t>
      </w:r>
      <w:r w:rsidRPr="00987F03">
        <w:rPr>
          <w:sz w:val="22"/>
        </w:rPr>
        <w:t xml:space="preserve"> </w:t>
      </w:r>
      <w:r w:rsidRPr="00987F03">
        <w:rPr>
          <w:sz w:val="22"/>
          <w:rtl/>
        </w:rPr>
        <w:t>هم</w:t>
      </w:r>
      <w:r w:rsidRPr="00987F03">
        <w:rPr>
          <w:sz w:val="22"/>
        </w:rPr>
        <w:t xml:space="preserve"> </w:t>
      </w:r>
      <w:r w:rsidRPr="00987F03">
        <w:rPr>
          <w:sz w:val="22"/>
          <w:rtl/>
        </w:rPr>
        <w:t>از</w:t>
      </w:r>
      <w:r w:rsidRPr="00987F03">
        <w:rPr>
          <w:sz w:val="22"/>
        </w:rPr>
        <w:t xml:space="preserve"> </w:t>
      </w:r>
      <w:r w:rsidRPr="00987F03">
        <w:rPr>
          <w:sz w:val="22"/>
          <w:rtl/>
        </w:rPr>
        <w:t>جانب</w:t>
      </w:r>
      <w:r w:rsidRPr="00987F03">
        <w:rPr>
          <w:sz w:val="22"/>
        </w:rPr>
        <w:t xml:space="preserve"> </w:t>
      </w:r>
      <w:r w:rsidRPr="00987F03">
        <w:rPr>
          <w:sz w:val="22"/>
          <w:rtl/>
        </w:rPr>
        <w:t>مردم</w:t>
      </w:r>
      <w:r w:rsidRPr="00987F03">
        <w:rPr>
          <w:sz w:val="22"/>
        </w:rPr>
        <w:t xml:space="preserve"> </w:t>
      </w:r>
      <w:r w:rsidRPr="00987F03">
        <w:rPr>
          <w:sz w:val="22"/>
          <w:rtl/>
        </w:rPr>
        <w:t>دربارهٔ</w:t>
      </w:r>
      <w:r w:rsidRPr="00987F03">
        <w:rPr>
          <w:sz w:val="22"/>
        </w:rPr>
        <w:t xml:space="preserve"> </w:t>
      </w:r>
      <w:r w:rsidRPr="00987F03">
        <w:rPr>
          <w:sz w:val="22"/>
          <w:rtl/>
        </w:rPr>
        <w:t>امنیت</w:t>
      </w:r>
      <w:r w:rsidRPr="00987F03">
        <w:rPr>
          <w:sz w:val="22"/>
        </w:rPr>
        <w:t xml:space="preserve"> </w:t>
      </w:r>
      <w:r w:rsidRPr="00987F03">
        <w:rPr>
          <w:sz w:val="22"/>
          <w:rtl/>
        </w:rPr>
        <w:t>و</w:t>
      </w:r>
      <w:r w:rsidRPr="00987F03">
        <w:rPr>
          <w:sz w:val="22"/>
        </w:rPr>
        <w:t xml:space="preserve"> </w:t>
      </w:r>
      <w:r w:rsidRPr="00987F03">
        <w:rPr>
          <w:sz w:val="22"/>
          <w:rtl/>
        </w:rPr>
        <w:t>حدود</w:t>
      </w:r>
      <w:r w:rsidRPr="00987F03">
        <w:rPr>
          <w:sz w:val="22"/>
        </w:rPr>
        <w:t xml:space="preserve"> </w:t>
      </w:r>
      <w:r w:rsidRPr="00987F03">
        <w:rPr>
          <w:sz w:val="22"/>
          <w:rtl/>
        </w:rPr>
        <w:t>تعهدات</w:t>
      </w:r>
      <w:r w:rsidRPr="00987F03">
        <w:rPr>
          <w:sz w:val="22"/>
        </w:rPr>
        <w:t xml:space="preserve"> </w:t>
      </w:r>
      <w:r w:rsidRPr="00987F03">
        <w:rPr>
          <w:sz w:val="22"/>
          <w:rtl/>
        </w:rPr>
        <w:t>مذاکره</w:t>
      </w:r>
      <w:r w:rsidRPr="00987F03">
        <w:rPr>
          <w:sz w:val="22"/>
        </w:rPr>
        <w:t xml:space="preserve"> </w:t>
      </w:r>
      <w:r w:rsidRPr="00987F03">
        <w:rPr>
          <w:sz w:val="22"/>
          <w:rtl/>
        </w:rPr>
        <w:t>کنند</w:t>
      </w:r>
      <w:r w:rsidRPr="00987F03">
        <w:rPr>
          <w:sz w:val="22"/>
        </w:rPr>
        <w:t>.</w:t>
      </w:r>
    </w:p>
    <w:p w:rsidR="009F3B78" w:rsidRPr="00987F03" w:rsidRDefault="00987F03" w:rsidP="00987F03">
      <w:pPr>
        <w:bidi/>
        <w:ind w:firstLine="720"/>
        <w:rPr>
          <w:sz w:val="22"/>
        </w:rPr>
      </w:pPr>
      <w:r w:rsidRPr="00987F03">
        <w:rPr>
          <w:sz w:val="22"/>
          <w:rtl/>
        </w:rPr>
        <w:t>اما</w:t>
      </w:r>
      <w:r w:rsidRPr="00987F03">
        <w:rPr>
          <w:sz w:val="22"/>
        </w:rPr>
        <w:t xml:space="preserve"> </w:t>
      </w:r>
      <w:r w:rsidRPr="00987F03">
        <w:rPr>
          <w:sz w:val="22"/>
          <w:rtl/>
        </w:rPr>
        <w:t>این</w:t>
      </w:r>
      <w:r w:rsidRPr="00987F03">
        <w:rPr>
          <w:sz w:val="22"/>
        </w:rPr>
        <w:t xml:space="preserve"> </w:t>
      </w:r>
      <w:r w:rsidRPr="00987F03">
        <w:rPr>
          <w:sz w:val="22"/>
          <w:rtl/>
        </w:rPr>
        <w:t>واسطه</w:t>
      </w:r>
      <w:r w:rsidRPr="00987F03">
        <w:rPr>
          <w:sz w:val="22"/>
        </w:rPr>
        <w:t>‌</w:t>
      </w:r>
      <w:r w:rsidRPr="00987F03">
        <w:rPr>
          <w:sz w:val="22"/>
          <w:rtl/>
        </w:rPr>
        <w:t>گری</w:t>
      </w:r>
      <w:r w:rsidRPr="00987F03">
        <w:rPr>
          <w:sz w:val="22"/>
        </w:rPr>
        <w:t xml:space="preserve"> </w:t>
      </w:r>
      <w:r w:rsidRPr="00987F03">
        <w:rPr>
          <w:sz w:val="22"/>
          <w:rtl/>
        </w:rPr>
        <w:t>بی</w:t>
      </w:r>
      <w:r w:rsidRPr="00987F03">
        <w:rPr>
          <w:sz w:val="22"/>
        </w:rPr>
        <w:t>‌</w:t>
      </w:r>
      <w:r w:rsidRPr="00987F03">
        <w:rPr>
          <w:sz w:val="22"/>
          <w:rtl/>
        </w:rPr>
        <w:t>هزینه</w:t>
      </w:r>
      <w:r w:rsidRPr="00987F03">
        <w:rPr>
          <w:sz w:val="22"/>
        </w:rPr>
        <w:t xml:space="preserve"> </w:t>
      </w:r>
      <w:r w:rsidRPr="00987F03">
        <w:rPr>
          <w:sz w:val="22"/>
          <w:rtl/>
        </w:rPr>
        <w:t>نبود</w:t>
      </w:r>
      <w:r w:rsidRPr="00987F03">
        <w:rPr>
          <w:sz w:val="22"/>
        </w:rPr>
        <w:t xml:space="preserve">. </w:t>
      </w:r>
      <w:r w:rsidRPr="00987F03">
        <w:rPr>
          <w:sz w:val="22"/>
          <w:rtl/>
        </w:rPr>
        <w:t>دهقان</w:t>
      </w:r>
      <w:r w:rsidRPr="00987F03">
        <w:rPr>
          <w:sz w:val="22"/>
        </w:rPr>
        <w:t xml:space="preserve"> </w:t>
      </w:r>
      <w:r w:rsidRPr="00987F03">
        <w:rPr>
          <w:sz w:val="22"/>
          <w:rtl/>
        </w:rPr>
        <w:t>با</w:t>
      </w:r>
      <w:r w:rsidRPr="00987F03">
        <w:rPr>
          <w:sz w:val="22"/>
        </w:rPr>
        <w:t xml:space="preserve"> </w:t>
      </w:r>
      <w:r w:rsidRPr="00987F03">
        <w:rPr>
          <w:sz w:val="22"/>
          <w:rtl/>
        </w:rPr>
        <w:t>همکاری</w:t>
      </w:r>
      <w:r w:rsidRPr="00987F03">
        <w:rPr>
          <w:sz w:val="22"/>
        </w:rPr>
        <w:t xml:space="preserve"> </w:t>
      </w:r>
      <w:r w:rsidRPr="00987F03">
        <w:rPr>
          <w:sz w:val="22"/>
          <w:rtl/>
        </w:rPr>
        <w:t>خود</w:t>
      </w:r>
      <w:r w:rsidRPr="00987F03">
        <w:rPr>
          <w:sz w:val="22"/>
        </w:rPr>
        <w:t xml:space="preserve"> </w:t>
      </w:r>
      <w:r w:rsidRPr="00987F03">
        <w:rPr>
          <w:sz w:val="22"/>
          <w:rtl/>
        </w:rPr>
        <w:t>در</w:t>
      </w:r>
      <w:r w:rsidRPr="00987F03">
        <w:rPr>
          <w:sz w:val="22"/>
        </w:rPr>
        <w:t xml:space="preserve"> </w:t>
      </w:r>
      <w:r w:rsidRPr="00987F03">
        <w:rPr>
          <w:sz w:val="22"/>
          <w:rtl/>
        </w:rPr>
        <w:t>دوام</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سهم</w:t>
      </w:r>
      <w:r w:rsidRPr="00987F03">
        <w:rPr>
          <w:sz w:val="22"/>
        </w:rPr>
        <w:t xml:space="preserve"> </w:t>
      </w:r>
      <w:r w:rsidRPr="00987F03">
        <w:rPr>
          <w:sz w:val="22"/>
          <w:rtl/>
        </w:rPr>
        <w:t>می</w:t>
      </w:r>
      <w:r w:rsidRPr="00987F03">
        <w:rPr>
          <w:sz w:val="22"/>
        </w:rPr>
        <w:t>‌</w:t>
      </w:r>
      <w:r w:rsidRPr="00987F03">
        <w:rPr>
          <w:sz w:val="22"/>
          <w:rtl/>
        </w:rPr>
        <w:t>گرفت</w:t>
      </w:r>
      <w:r w:rsidRPr="00987F03">
        <w:rPr>
          <w:sz w:val="22"/>
        </w:rPr>
        <w:t xml:space="preserve">. </w:t>
      </w:r>
      <w:r w:rsidRPr="00987F03">
        <w:rPr>
          <w:sz w:val="22"/>
          <w:rtl/>
        </w:rPr>
        <w:t>او</w:t>
      </w:r>
      <w:r w:rsidRPr="00987F03">
        <w:rPr>
          <w:sz w:val="22"/>
        </w:rPr>
        <w:t xml:space="preserve"> </w:t>
      </w:r>
      <w:r w:rsidRPr="00987F03">
        <w:rPr>
          <w:sz w:val="22"/>
          <w:rtl/>
        </w:rPr>
        <w:t>مالیات</w:t>
      </w:r>
      <w:r w:rsidRPr="00987F03">
        <w:rPr>
          <w:sz w:val="22"/>
        </w:rPr>
        <w:t xml:space="preserve"> </w:t>
      </w:r>
      <w:r w:rsidRPr="00987F03">
        <w:rPr>
          <w:sz w:val="22"/>
          <w:rtl/>
        </w:rPr>
        <w:t>را</w:t>
      </w:r>
      <w:r w:rsidRPr="00987F03">
        <w:rPr>
          <w:sz w:val="22"/>
        </w:rPr>
        <w:t xml:space="preserve"> </w:t>
      </w:r>
      <w:r w:rsidRPr="00987F03">
        <w:rPr>
          <w:sz w:val="22"/>
          <w:rtl/>
        </w:rPr>
        <w:t>برای</w:t>
      </w:r>
      <w:r w:rsidRPr="00987F03">
        <w:rPr>
          <w:sz w:val="22"/>
        </w:rPr>
        <w:t xml:space="preserve"> </w:t>
      </w:r>
      <w:r w:rsidRPr="00987F03">
        <w:rPr>
          <w:sz w:val="22"/>
          <w:rtl/>
        </w:rPr>
        <w:t>فاتحان</w:t>
      </w:r>
      <w:r w:rsidRPr="00987F03">
        <w:rPr>
          <w:sz w:val="22"/>
        </w:rPr>
        <w:t xml:space="preserve"> </w:t>
      </w:r>
      <w:r w:rsidRPr="00987F03">
        <w:rPr>
          <w:sz w:val="22"/>
          <w:rtl/>
        </w:rPr>
        <w:t>گرد</w:t>
      </w:r>
      <w:r w:rsidRPr="00987F03">
        <w:rPr>
          <w:sz w:val="22"/>
        </w:rPr>
        <w:t xml:space="preserve"> </w:t>
      </w:r>
      <w:r w:rsidRPr="00987F03">
        <w:rPr>
          <w:sz w:val="22"/>
          <w:rtl/>
        </w:rPr>
        <w:t>می</w:t>
      </w:r>
      <w:r w:rsidRPr="00987F03">
        <w:rPr>
          <w:sz w:val="22"/>
        </w:rPr>
        <w:t>‌</w:t>
      </w:r>
      <w:r w:rsidRPr="00987F03">
        <w:rPr>
          <w:sz w:val="22"/>
          <w:rtl/>
        </w:rPr>
        <w:t>آورد</w:t>
      </w:r>
      <w:r w:rsidRPr="00987F03">
        <w:rPr>
          <w:sz w:val="22"/>
        </w:rPr>
        <w:t xml:space="preserve"> </w:t>
      </w:r>
      <w:r w:rsidRPr="00987F03">
        <w:rPr>
          <w:sz w:val="22"/>
          <w:rtl/>
        </w:rPr>
        <w:t>و</w:t>
      </w:r>
      <w:r w:rsidRPr="00987F03">
        <w:rPr>
          <w:sz w:val="22"/>
        </w:rPr>
        <w:t xml:space="preserve"> </w:t>
      </w:r>
      <w:r w:rsidRPr="00987F03">
        <w:rPr>
          <w:sz w:val="22"/>
          <w:rtl/>
        </w:rPr>
        <w:t>فرمان</w:t>
      </w:r>
      <w:r w:rsidRPr="00987F03">
        <w:rPr>
          <w:sz w:val="22"/>
        </w:rPr>
        <w:t xml:space="preserve"> </w:t>
      </w:r>
      <w:r w:rsidRPr="00987F03">
        <w:rPr>
          <w:sz w:val="22"/>
          <w:rtl/>
        </w:rPr>
        <w:t>آنان</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روستا</w:t>
      </w:r>
      <w:r w:rsidRPr="00987F03">
        <w:rPr>
          <w:sz w:val="22"/>
        </w:rPr>
        <w:t xml:space="preserve"> </w:t>
      </w:r>
      <w:r w:rsidRPr="00987F03">
        <w:rPr>
          <w:sz w:val="22"/>
          <w:rtl/>
        </w:rPr>
        <w:t>منتقل</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ممکن</w:t>
      </w:r>
      <w:r w:rsidRPr="00987F03">
        <w:rPr>
          <w:sz w:val="22"/>
        </w:rPr>
        <w:t xml:space="preserve"> </w:t>
      </w:r>
      <w:r w:rsidRPr="00987F03">
        <w:rPr>
          <w:sz w:val="22"/>
          <w:rtl/>
        </w:rPr>
        <w:t>بود</w:t>
      </w:r>
      <w:r w:rsidRPr="00987F03">
        <w:rPr>
          <w:sz w:val="22"/>
        </w:rPr>
        <w:t xml:space="preserve"> </w:t>
      </w:r>
      <w:r w:rsidRPr="00987F03">
        <w:rPr>
          <w:sz w:val="22"/>
          <w:rtl/>
        </w:rPr>
        <w:t>زمین،</w:t>
      </w:r>
      <w:r w:rsidRPr="00987F03">
        <w:rPr>
          <w:sz w:val="22"/>
        </w:rPr>
        <w:t xml:space="preserve"> </w:t>
      </w:r>
      <w:r w:rsidRPr="00987F03">
        <w:rPr>
          <w:sz w:val="22"/>
          <w:rtl/>
        </w:rPr>
        <w:t>منزلت</w:t>
      </w:r>
      <w:r w:rsidRPr="00987F03">
        <w:rPr>
          <w:sz w:val="22"/>
        </w:rPr>
        <w:t xml:space="preserve"> </w:t>
      </w:r>
      <w:r w:rsidRPr="00987F03">
        <w:rPr>
          <w:sz w:val="22"/>
          <w:rtl/>
        </w:rPr>
        <w:t>و</w:t>
      </w:r>
      <w:r w:rsidRPr="00987F03">
        <w:rPr>
          <w:sz w:val="22"/>
        </w:rPr>
        <w:t xml:space="preserve"> </w:t>
      </w:r>
      <w:r w:rsidRPr="00987F03">
        <w:rPr>
          <w:sz w:val="22"/>
          <w:rtl/>
        </w:rPr>
        <w:t>اختیار</w:t>
      </w:r>
      <w:r w:rsidRPr="00987F03">
        <w:rPr>
          <w:sz w:val="22"/>
        </w:rPr>
        <w:t xml:space="preserve"> </w:t>
      </w:r>
      <w:r w:rsidRPr="00987F03">
        <w:rPr>
          <w:sz w:val="22"/>
          <w:rtl/>
        </w:rPr>
        <w:t>محلی</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حفظ</w:t>
      </w:r>
      <w:r w:rsidRPr="00987F03">
        <w:rPr>
          <w:sz w:val="22"/>
        </w:rPr>
        <w:t xml:space="preserve"> </w:t>
      </w:r>
      <w:r w:rsidRPr="00987F03">
        <w:rPr>
          <w:sz w:val="22"/>
          <w:rtl/>
        </w:rPr>
        <w:t>کند</w:t>
      </w:r>
      <w:r w:rsidRPr="00987F03">
        <w:rPr>
          <w:sz w:val="22"/>
        </w:rPr>
        <w:t xml:space="preserve">. </w:t>
      </w:r>
      <w:r w:rsidRPr="00987F03">
        <w:rPr>
          <w:sz w:val="22"/>
          <w:rtl/>
        </w:rPr>
        <w:t>بدین</w:t>
      </w:r>
      <w:r w:rsidRPr="00987F03">
        <w:rPr>
          <w:sz w:val="22"/>
        </w:rPr>
        <w:t>‌</w:t>
      </w:r>
      <w:r w:rsidRPr="00987F03">
        <w:rPr>
          <w:sz w:val="22"/>
          <w:rtl/>
        </w:rPr>
        <w:t>سان،</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از</w:t>
      </w:r>
      <w:r w:rsidRPr="00987F03">
        <w:rPr>
          <w:sz w:val="22"/>
        </w:rPr>
        <w:t xml:space="preserve"> </w:t>
      </w:r>
      <w:r w:rsidRPr="00987F03">
        <w:rPr>
          <w:sz w:val="22"/>
          <w:rtl/>
        </w:rPr>
        <w:t>شبکه</w:t>
      </w:r>
      <w:r w:rsidRPr="00987F03">
        <w:rPr>
          <w:sz w:val="22"/>
        </w:rPr>
        <w:t>‌</w:t>
      </w:r>
      <w:r w:rsidRPr="00987F03">
        <w:rPr>
          <w:sz w:val="22"/>
          <w:rtl/>
        </w:rPr>
        <w:t>ای</w:t>
      </w:r>
      <w:r w:rsidRPr="00987F03">
        <w:rPr>
          <w:sz w:val="22"/>
        </w:rPr>
        <w:t xml:space="preserve"> </w:t>
      </w:r>
      <w:r w:rsidRPr="00987F03">
        <w:rPr>
          <w:sz w:val="22"/>
          <w:rtl/>
        </w:rPr>
        <w:t>استفاده</w:t>
      </w:r>
      <w:r w:rsidRPr="00987F03">
        <w:rPr>
          <w:sz w:val="22"/>
        </w:rPr>
        <w:t xml:space="preserve"> </w:t>
      </w:r>
      <w:r w:rsidRPr="00987F03">
        <w:rPr>
          <w:sz w:val="22"/>
          <w:rtl/>
        </w:rPr>
        <w:t>کرد</w:t>
      </w:r>
      <w:r w:rsidRPr="00987F03">
        <w:rPr>
          <w:sz w:val="22"/>
        </w:rPr>
        <w:t xml:space="preserve"> </w:t>
      </w:r>
      <w:r w:rsidRPr="00987F03">
        <w:rPr>
          <w:sz w:val="22"/>
          <w:rtl/>
        </w:rPr>
        <w:t>که</w:t>
      </w:r>
      <w:r w:rsidRPr="00987F03">
        <w:rPr>
          <w:sz w:val="22"/>
        </w:rPr>
        <w:t xml:space="preserve"> </w:t>
      </w:r>
      <w:r w:rsidRPr="00987F03">
        <w:rPr>
          <w:sz w:val="22"/>
          <w:rtl/>
        </w:rPr>
        <w:t>پیش</w:t>
      </w:r>
      <w:r w:rsidRPr="00987F03">
        <w:rPr>
          <w:sz w:val="22"/>
        </w:rPr>
        <w:t>‌</w:t>
      </w:r>
      <w:r w:rsidRPr="00987F03">
        <w:rPr>
          <w:sz w:val="22"/>
          <w:rtl/>
        </w:rPr>
        <w:t>تر</w:t>
      </w:r>
      <w:r w:rsidRPr="00987F03">
        <w:rPr>
          <w:sz w:val="22"/>
        </w:rPr>
        <w:t xml:space="preserve"> </w:t>
      </w:r>
      <w:r w:rsidRPr="00987F03">
        <w:rPr>
          <w:sz w:val="22"/>
          <w:rtl/>
        </w:rPr>
        <w:t>در</w:t>
      </w:r>
      <w:r w:rsidRPr="00987F03">
        <w:rPr>
          <w:sz w:val="22"/>
        </w:rPr>
        <w:t xml:space="preserve"> </w:t>
      </w:r>
      <w:r w:rsidRPr="00987F03">
        <w:rPr>
          <w:sz w:val="22"/>
          <w:rtl/>
        </w:rPr>
        <w:t>خدمت</w:t>
      </w:r>
      <w:r w:rsidRPr="00987F03">
        <w:rPr>
          <w:sz w:val="22"/>
        </w:rPr>
        <w:t xml:space="preserve"> </w:t>
      </w:r>
      <w:r w:rsidRPr="00987F03">
        <w:rPr>
          <w:sz w:val="22"/>
          <w:rtl/>
        </w:rPr>
        <w:t>ساسانیان</w:t>
      </w:r>
      <w:r w:rsidRPr="00987F03">
        <w:rPr>
          <w:sz w:val="22"/>
        </w:rPr>
        <w:t xml:space="preserve"> </w:t>
      </w:r>
      <w:r w:rsidRPr="00987F03">
        <w:rPr>
          <w:sz w:val="22"/>
          <w:rtl/>
        </w:rPr>
        <w:t>بود،</w:t>
      </w:r>
      <w:r w:rsidRPr="00987F03">
        <w:rPr>
          <w:sz w:val="22"/>
        </w:rPr>
        <w:t xml:space="preserve"> </w:t>
      </w:r>
      <w:r w:rsidRPr="00987F03">
        <w:rPr>
          <w:sz w:val="22"/>
          <w:rtl/>
        </w:rPr>
        <w:t>ولی</w:t>
      </w:r>
      <w:r w:rsidRPr="00987F03">
        <w:rPr>
          <w:sz w:val="22"/>
        </w:rPr>
        <w:t xml:space="preserve"> </w:t>
      </w:r>
      <w:r w:rsidRPr="00987F03">
        <w:rPr>
          <w:sz w:val="22"/>
          <w:rtl/>
        </w:rPr>
        <w:t>جهت</w:t>
      </w:r>
      <w:r w:rsidRPr="00987F03">
        <w:rPr>
          <w:sz w:val="22"/>
        </w:rPr>
        <w:t xml:space="preserve"> </w:t>
      </w:r>
      <w:r w:rsidRPr="00987F03">
        <w:rPr>
          <w:sz w:val="22"/>
          <w:rtl/>
        </w:rPr>
        <w:t>وفاداری</w:t>
      </w:r>
      <w:r w:rsidRPr="00987F03">
        <w:rPr>
          <w:sz w:val="22"/>
        </w:rPr>
        <w:t xml:space="preserve"> </w:t>
      </w:r>
      <w:r w:rsidRPr="00987F03">
        <w:rPr>
          <w:sz w:val="22"/>
          <w:rtl/>
        </w:rPr>
        <w:t>آن</w:t>
      </w:r>
      <w:r w:rsidRPr="00987F03">
        <w:rPr>
          <w:sz w:val="22"/>
        </w:rPr>
        <w:t xml:space="preserve"> </w:t>
      </w:r>
      <w:r w:rsidRPr="00987F03">
        <w:rPr>
          <w:sz w:val="22"/>
          <w:rtl/>
        </w:rPr>
        <w:t>تغییر</w:t>
      </w:r>
      <w:r w:rsidRPr="00987F03">
        <w:rPr>
          <w:sz w:val="22"/>
        </w:rPr>
        <w:t xml:space="preserve"> </w:t>
      </w:r>
      <w:r w:rsidRPr="00987F03">
        <w:rPr>
          <w:sz w:val="22"/>
          <w:rtl/>
        </w:rPr>
        <w:t>یافت</w:t>
      </w:r>
      <w:r w:rsidRPr="00987F03">
        <w:rPr>
          <w:sz w:val="22"/>
        </w:rPr>
        <w:t>.</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تغییر</w:t>
      </w:r>
      <w:r w:rsidRPr="00987F03">
        <w:rPr>
          <w:sz w:val="22"/>
        </w:rPr>
        <w:t xml:space="preserve"> </w:t>
      </w:r>
      <w:r w:rsidRPr="00987F03">
        <w:rPr>
          <w:sz w:val="22"/>
          <w:rtl/>
        </w:rPr>
        <w:t>وفاداری</w:t>
      </w:r>
      <w:r w:rsidRPr="00987F03">
        <w:rPr>
          <w:sz w:val="22"/>
        </w:rPr>
        <w:t xml:space="preserve"> </w:t>
      </w:r>
      <w:r w:rsidRPr="00987F03">
        <w:rPr>
          <w:sz w:val="22"/>
          <w:rtl/>
        </w:rPr>
        <w:t>را</w:t>
      </w:r>
      <w:r w:rsidRPr="00987F03">
        <w:rPr>
          <w:sz w:val="22"/>
        </w:rPr>
        <w:t xml:space="preserve"> </w:t>
      </w:r>
      <w:r w:rsidRPr="00987F03">
        <w:rPr>
          <w:sz w:val="22"/>
          <w:rtl/>
        </w:rPr>
        <w:t>نباید</w:t>
      </w:r>
      <w:r w:rsidRPr="00987F03">
        <w:rPr>
          <w:sz w:val="22"/>
        </w:rPr>
        <w:t xml:space="preserve"> </w:t>
      </w:r>
      <w:r w:rsidRPr="00987F03">
        <w:rPr>
          <w:sz w:val="22"/>
          <w:rtl/>
        </w:rPr>
        <w:t>ناگهانی</w:t>
      </w:r>
      <w:r w:rsidRPr="00987F03">
        <w:rPr>
          <w:sz w:val="22"/>
        </w:rPr>
        <w:t xml:space="preserve"> </w:t>
      </w:r>
      <w:r w:rsidRPr="00987F03">
        <w:rPr>
          <w:sz w:val="22"/>
          <w:rtl/>
        </w:rPr>
        <w:t>یا</w:t>
      </w:r>
      <w:r w:rsidRPr="00987F03">
        <w:rPr>
          <w:sz w:val="22"/>
        </w:rPr>
        <w:t xml:space="preserve"> </w:t>
      </w:r>
      <w:r w:rsidRPr="00987F03">
        <w:rPr>
          <w:sz w:val="22"/>
          <w:rtl/>
        </w:rPr>
        <w:t>یکدست</w:t>
      </w:r>
      <w:r w:rsidRPr="00987F03">
        <w:rPr>
          <w:sz w:val="22"/>
        </w:rPr>
        <w:t xml:space="preserve"> </w:t>
      </w:r>
      <w:r w:rsidRPr="00987F03">
        <w:rPr>
          <w:sz w:val="22"/>
          <w:rtl/>
        </w:rPr>
        <w:t>تصور</w:t>
      </w:r>
      <w:r w:rsidRPr="00987F03">
        <w:rPr>
          <w:sz w:val="22"/>
        </w:rPr>
        <w:t xml:space="preserve"> </w:t>
      </w:r>
      <w:r w:rsidRPr="00987F03">
        <w:rPr>
          <w:sz w:val="22"/>
          <w:rtl/>
        </w:rPr>
        <w:t>کرد</w:t>
      </w:r>
      <w:r w:rsidRPr="00987F03">
        <w:rPr>
          <w:sz w:val="22"/>
        </w:rPr>
        <w:t xml:space="preserve">. </w:t>
      </w:r>
      <w:r w:rsidRPr="00987F03">
        <w:rPr>
          <w:sz w:val="22"/>
          <w:rtl/>
        </w:rPr>
        <w:t>برخی</w:t>
      </w:r>
      <w:r w:rsidRPr="00987F03">
        <w:rPr>
          <w:sz w:val="22"/>
        </w:rPr>
        <w:t xml:space="preserve"> </w:t>
      </w:r>
      <w:r w:rsidRPr="00987F03">
        <w:rPr>
          <w:sz w:val="22"/>
          <w:rtl/>
        </w:rPr>
        <w:t>دهقانان</w:t>
      </w:r>
      <w:r w:rsidRPr="00987F03">
        <w:rPr>
          <w:sz w:val="22"/>
        </w:rPr>
        <w:t xml:space="preserve"> </w:t>
      </w:r>
      <w:r w:rsidRPr="00987F03">
        <w:rPr>
          <w:sz w:val="22"/>
          <w:rtl/>
        </w:rPr>
        <w:t>تا</w:t>
      </w:r>
      <w:r w:rsidRPr="00987F03">
        <w:rPr>
          <w:sz w:val="22"/>
        </w:rPr>
        <w:t xml:space="preserve"> </w:t>
      </w:r>
      <w:r w:rsidRPr="00987F03">
        <w:rPr>
          <w:sz w:val="22"/>
          <w:rtl/>
        </w:rPr>
        <w:t>مدتی</w:t>
      </w:r>
      <w:r w:rsidRPr="00987F03">
        <w:rPr>
          <w:sz w:val="22"/>
        </w:rPr>
        <w:t xml:space="preserve"> </w:t>
      </w:r>
      <w:r w:rsidRPr="00987F03">
        <w:rPr>
          <w:sz w:val="22"/>
          <w:rtl/>
        </w:rPr>
        <w:t>از</w:t>
      </w:r>
      <w:r w:rsidRPr="00987F03">
        <w:rPr>
          <w:sz w:val="22"/>
        </w:rPr>
        <w:t xml:space="preserve"> </w:t>
      </w:r>
      <w:r w:rsidRPr="00987F03">
        <w:rPr>
          <w:sz w:val="22"/>
          <w:rtl/>
        </w:rPr>
        <w:t>یزدگرد</w:t>
      </w:r>
      <w:r w:rsidRPr="00987F03">
        <w:rPr>
          <w:sz w:val="22"/>
        </w:rPr>
        <w:t xml:space="preserve"> </w:t>
      </w:r>
      <w:r w:rsidRPr="00987F03">
        <w:rPr>
          <w:sz w:val="22"/>
          <w:rtl/>
        </w:rPr>
        <w:t>حمایت</w:t>
      </w:r>
      <w:r w:rsidRPr="00987F03">
        <w:rPr>
          <w:sz w:val="22"/>
        </w:rPr>
        <w:t xml:space="preserve"> </w:t>
      </w:r>
      <w:r w:rsidRPr="00987F03">
        <w:rPr>
          <w:sz w:val="22"/>
          <w:rtl/>
        </w:rPr>
        <w:t>کردند</w:t>
      </w:r>
      <w:r w:rsidRPr="00987F03">
        <w:rPr>
          <w:sz w:val="22"/>
        </w:rPr>
        <w:t xml:space="preserve"> </w:t>
      </w:r>
      <w:r w:rsidRPr="00987F03">
        <w:rPr>
          <w:sz w:val="22"/>
          <w:rtl/>
        </w:rPr>
        <w:t>و</w:t>
      </w:r>
      <w:r w:rsidRPr="00987F03">
        <w:rPr>
          <w:sz w:val="22"/>
        </w:rPr>
        <w:t xml:space="preserve"> </w:t>
      </w:r>
      <w:r w:rsidRPr="00987F03">
        <w:rPr>
          <w:sz w:val="22"/>
          <w:rtl/>
        </w:rPr>
        <w:t>برخی</w:t>
      </w:r>
      <w:r w:rsidRPr="00987F03">
        <w:rPr>
          <w:sz w:val="22"/>
        </w:rPr>
        <w:t xml:space="preserve"> </w:t>
      </w:r>
      <w:r w:rsidRPr="00987F03">
        <w:rPr>
          <w:sz w:val="22"/>
          <w:rtl/>
        </w:rPr>
        <w:t>در</w:t>
      </w:r>
      <w:r w:rsidRPr="00987F03">
        <w:rPr>
          <w:sz w:val="22"/>
        </w:rPr>
        <w:t xml:space="preserve"> </w:t>
      </w:r>
      <w:r w:rsidRPr="00987F03">
        <w:rPr>
          <w:sz w:val="22"/>
          <w:rtl/>
        </w:rPr>
        <w:t>مقاومت</w:t>
      </w:r>
      <w:r w:rsidRPr="00987F03">
        <w:rPr>
          <w:sz w:val="22"/>
        </w:rPr>
        <w:t>‌</w:t>
      </w:r>
      <w:r w:rsidRPr="00987F03">
        <w:rPr>
          <w:sz w:val="22"/>
          <w:rtl/>
        </w:rPr>
        <w:t>های</w:t>
      </w:r>
      <w:r w:rsidRPr="00987F03">
        <w:rPr>
          <w:sz w:val="22"/>
        </w:rPr>
        <w:t xml:space="preserve"> </w:t>
      </w:r>
      <w:r w:rsidRPr="00987F03">
        <w:rPr>
          <w:sz w:val="22"/>
          <w:rtl/>
        </w:rPr>
        <w:t>محلی</w:t>
      </w:r>
      <w:r w:rsidRPr="00987F03">
        <w:rPr>
          <w:sz w:val="22"/>
        </w:rPr>
        <w:t xml:space="preserve"> </w:t>
      </w:r>
      <w:r w:rsidRPr="00987F03">
        <w:rPr>
          <w:sz w:val="22"/>
          <w:rtl/>
        </w:rPr>
        <w:t>شرکت</w:t>
      </w:r>
      <w:r w:rsidRPr="00987F03">
        <w:rPr>
          <w:sz w:val="22"/>
        </w:rPr>
        <w:t xml:space="preserve"> </w:t>
      </w:r>
      <w:r w:rsidRPr="00987F03">
        <w:rPr>
          <w:sz w:val="22"/>
          <w:rtl/>
        </w:rPr>
        <w:t>داشتند</w:t>
      </w:r>
      <w:r w:rsidRPr="00987F03">
        <w:rPr>
          <w:sz w:val="22"/>
        </w:rPr>
        <w:t xml:space="preserve">. </w:t>
      </w:r>
      <w:r w:rsidRPr="00987F03">
        <w:rPr>
          <w:sz w:val="22"/>
          <w:rtl/>
        </w:rPr>
        <w:t>برخی</w:t>
      </w:r>
      <w:r w:rsidRPr="00987F03">
        <w:rPr>
          <w:sz w:val="22"/>
        </w:rPr>
        <w:t xml:space="preserve"> </w:t>
      </w:r>
      <w:r w:rsidRPr="00987F03">
        <w:rPr>
          <w:sz w:val="22"/>
          <w:rtl/>
        </w:rPr>
        <w:t>دیگر</w:t>
      </w:r>
      <w:r w:rsidRPr="00987F03">
        <w:rPr>
          <w:sz w:val="22"/>
        </w:rPr>
        <w:t xml:space="preserve"> </w:t>
      </w:r>
      <w:r w:rsidRPr="00987F03">
        <w:rPr>
          <w:sz w:val="22"/>
          <w:rtl/>
        </w:rPr>
        <w:t>میان</w:t>
      </w:r>
      <w:r w:rsidRPr="00987F03">
        <w:rPr>
          <w:sz w:val="22"/>
        </w:rPr>
        <w:t xml:space="preserve"> </w:t>
      </w:r>
      <w:r w:rsidRPr="00987F03">
        <w:rPr>
          <w:sz w:val="22"/>
          <w:rtl/>
        </w:rPr>
        <w:t>دو</w:t>
      </w:r>
      <w:r w:rsidRPr="00987F03">
        <w:rPr>
          <w:sz w:val="22"/>
        </w:rPr>
        <w:t xml:space="preserve"> </w:t>
      </w:r>
      <w:r w:rsidRPr="00987F03">
        <w:rPr>
          <w:sz w:val="22"/>
          <w:rtl/>
        </w:rPr>
        <w:t>طرف</w:t>
      </w:r>
      <w:r w:rsidRPr="00987F03">
        <w:rPr>
          <w:sz w:val="22"/>
        </w:rPr>
        <w:t xml:space="preserve"> </w:t>
      </w:r>
      <w:r w:rsidRPr="00987F03">
        <w:rPr>
          <w:sz w:val="22"/>
          <w:rtl/>
        </w:rPr>
        <w:t>حرکت</w:t>
      </w:r>
      <w:r w:rsidRPr="00987F03">
        <w:rPr>
          <w:sz w:val="22"/>
        </w:rPr>
        <w:t xml:space="preserve"> </w:t>
      </w:r>
      <w:r w:rsidRPr="00987F03">
        <w:rPr>
          <w:sz w:val="22"/>
          <w:rtl/>
        </w:rPr>
        <w:t>کردند</w:t>
      </w:r>
      <w:r w:rsidRPr="00987F03">
        <w:rPr>
          <w:sz w:val="22"/>
        </w:rPr>
        <w:t xml:space="preserve"> </w:t>
      </w:r>
      <w:r w:rsidRPr="00987F03">
        <w:rPr>
          <w:sz w:val="22"/>
          <w:rtl/>
        </w:rPr>
        <w:t>و</w:t>
      </w:r>
      <w:r w:rsidRPr="00987F03">
        <w:rPr>
          <w:sz w:val="22"/>
        </w:rPr>
        <w:t xml:space="preserve"> </w:t>
      </w:r>
      <w:r w:rsidRPr="00987F03">
        <w:rPr>
          <w:sz w:val="22"/>
          <w:rtl/>
        </w:rPr>
        <w:t>منتظر</w:t>
      </w:r>
      <w:r w:rsidRPr="00987F03">
        <w:rPr>
          <w:sz w:val="22"/>
        </w:rPr>
        <w:t xml:space="preserve"> </w:t>
      </w:r>
      <w:r w:rsidRPr="00987F03">
        <w:rPr>
          <w:sz w:val="22"/>
          <w:rtl/>
        </w:rPr>
        <w:t>ماندند</w:t>
      </w:r>
      <w:r w:rsidRPr="00987F03">
        <w:rPr>
          <w:sz w:val="22"/>
        </w:rPr>
        <w:t xml:space="preserve"> </w:t>
      </w:r>
      <w:r w:rsidRPr="00987F03">
        <w:rPr>
          <w:sz w:val="22"/>
          <w:rtl/>
        </w:rPr>
        <w:t>تا</w:t>
      </w:r>
      <w:r w:rsidRPr="00987F03">
        <w:rPr>
          <w:sz w:val="22"/>
        </w:rPr>
        <w:t xml:space="preserve"> </w:t>
      </w:r>
      <w:r w:rsidRPr="00987F03">
        <w:rPr>
          <w:sz w:val="22"/>
          <w:rtl/>
        </w:rPr>
        <w:t>معلوم</w:t>
      </w:r>
      <w:r w:rsidRPr="00987F03">
        <w:rPr>
          <w:sz w:val="22"/>
        </w:rPr>
        <w:t xml:space="preserve"> </w:t>
      </w:r>
      <w:r w:rsidRPr="00987F03">
        <w:rPr>
          <w:sz w:val="22"/>
          <w:rtl/>
        </w:rPr>
        <w:t>شود</w:t>
      </w:r>
      <w:r w:rsidRPr="00987F03">
        <w:rPr>
          <w:sz w:val="22"/>
        </w:rPr>
        <w:t xml:space="preserve"> </w:t>
      </w:r>
      <w:r w:rsidRPr="00987F03">
        <w:rPr>
          <w:sz w:val="22"/>
          <w:rtl/>
        </w:rPr>
        <w:t>کدام</w:t>
      </w:r>
      <w:r w:rsidRPr="00987F03">
        <w:rPr>
          <w:sz w:val="22"/>
        </w:rPr>
        <w:t xml:space="preserve"> </w:t>
      </w:r>
      <w:r w:rsidRPr="00987F03">
        <w:rPr>
          <w:sz w:val="22"/>
          <w:rtl/>
        </w:rPr>
        <w:t>نیرو</w:t>
      </w:r>
      <w:r w:rsidRPr="00987F03">
        <w:rPr>
          <w:sz w:val="22"/>
        </w:rPr>
        <w:t xml:space="preserve"> </w:t>
      </w:r>
      <w:r w:rsidRPr="00987F03">
        <w:rPr>
          <w:sz w:val="22"/>
          <w:rtl/>
        </w:rPr>
        <w:t>توان</w:t>
      </w:r>
      <w:r w:rsidRPr="00987F03">
        <w:rPr>
          <w:sz w:val="22"/>
        </w:rPr>
        <w:t xml:space="preserve"> </w:t>
      </w:r>
      <w:r w:rsidRPr="00987F03">
        <w:rPr>
          <w:sz w:val="22"/>
          <w:rtl/>
        </w:rPr>
        <w:t>ماندن</w:t>
      </w:r>
      <w:r w:rsidRPr="00987F03">
        <w:rPr>
          <w:sz w:val="22"/>
        </w:rPr>
        <w:t xml:space="preserve"> </w:t>
      </w:r>
      <w:r w:rsidRPr="00987F03">
        <w:rPr>
          <w:sz w:val="22"/>
          <w:rtl/>
        </w:rPr>
        <w:t>دارد</w:t>
      </w:r>
      <w:r w:rsidRPr="00987F03">
        <w:rPr>
          <w:sz w:val="22"/>
        </w:rPr>
        <w:t xml:space="preserve">. </w:t>
      </w:r>
      <w:r w:rsidRPr="00987F03">
        <w:rPr>
          <w:sz w:val="22"/>
          <w:rtl/>
        </w:rPr>
        <w:t>آنچه</w:t>
      </w:r>
      <w:r w:rsidRPr="00987F03">
        <w:rPr>
          <w:sz w:val="22"/>
        </w:rPr>
        <w:t xml:space="preserve"> </w:t>
      </w:r>
      <w:r w:rsidRPr="00987F03">
        <w:rPr>
          <w:sz w:val="22"/>
          <w:rtl/>
        </w:rPr>
        <w:t>تصمیم</w:t>
      </w:r>
      <w:r w:rsidRPr="00987F03">
        <w:rPr>
          <w:sz w:val="22"/>
        </w:rPr>
        <w:t xml:space="preserve"> </w:t>
      </w:r>
      <w:r w:rsidRPr="00987F03">
        <w:rPr>
          <w:sz w:val="22"/>
          <w:rtl/>
        </w:rPr>
        <w:t>آنان</w:t>
      </w:r>
      <w:r w:rsidRPr="00987F03">
        <w:rPr>
          <w:sz w:val="22"/>
        </w:rPr>
        <w:t xml:space="preserve"> </w:t>
      </w:r>
      <w:r w:rsidRPr="00987F03">
        <w:rPr>
          <w:sz w:val="22"/>
          <w:rtl/>
        </w:rPr>
        <w:t>را</w:t>
      </w:r>
      <w:r w:rsidRPr="00987F03">
        <w:rPr>
          <w:sz w:val="22"/>
        </w:rPr>
        <w:t xml:space="preserve"> </w:t>
      </w:r>
      <w:r w:rsidRPr="00987F03">
        <w:rPr>
          <w:sz w:val="22"/>
          <w:rtl/>
        </w:rPr>
        <w:t>تعیین</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تنها</w:t>
      </w:r>
      <w:r w:rsidRPr="00987F03">
        <w:rPr>
          <w:sz w:val="22"/>
        </w:rPr>
        <w:t xml:space="preserve"> </w:t>
      </w:r>
      <w:r w:rsidRPr="00987F03">
        <w:rPr>
          <w:sz w:val="22"/>
          <w:rtl/>
        </w:rPr>
        <w:t>باور</w:t>
      </w:r>
      <w:r w:rsidRPr="00987F03">
        <w:rPr>
          <w:sz w:val="22"/>
        </w:rPr>
        <w:t xml:space="preserve"> </w:t>
      </w:r>
      <w:r w:rsidRPr="00987F03">
        <w:rPr>
          <w:sz w:val="22"/>
          <w:rtl/>
        </w:rPr>
        <w:t>سیاسی</w:t>
      </w:r>
      <w:r w:rsidRPr="00987F03">
        <w:rPr>
          <w:sz w:val="22"/>
        </w:rPr>
        <w:t xml:space="preserve"> </w:t>
      </w:r>
      <w:r w:rsidRPr="00987F03">
        <w:rPr>
          <w:sz w:val="22"/>
          <w:rtl/>
        </w:rPr>
        <w:t>یا</w:t>
      </w:r>
      <w:r w:rsidRPr="00987F03">
        <w:rPr>
          <w:sz w:val="22"/>
        </w:rPr>
        <w:t xml:space="preserve"> </w:t>
      </w:r>
      <w:r w:rsidRPr="00987F03">
        <w:rPr>
          <w:sz w:val="22"/>
          <w:rtl/>
        </w:rPr>
        <w:t>دینی</w:t>
      </w:r>
      <w:r w:rsidRPr="00987F03">
        <w:rPr>
          <w:sz w:val="22"/>
        </w:rPr>
        <w:t xml:space="preserve"> </w:t>
      </w:r>
      <w:r w:rsidRPr="00987F03">
        <w:rPr>
          <w:sz w:val="22"/>
          <w:rtl/>
        </w:rPr>
        <w:t>نبود؛</w:t>
      </w:r>
      <w:r w:rsidRPr="00987F03">
        <w:rPr>
          <w:sz w:val="22"/>
        </w:rPr>
        <w:t xml:space="preserve"> </w:t>
      </w:r>
      <w:r w:rsidRPr="00987F03">
        <w:rPr>
          <w:sz w:val="22"/>
          <w:rtl/>
        </w:rPr>
        <w:t>توان</w:t>
      </w:r>
      <w:r w:rsidRPr="00987F03">
        <w:rPr>
          <w:sz w:val="22"/>
        </w:rPr>
        <w:t xml:space="preserve"> </w:t>
      </w:r>
      <w:r w:rsidRPr="00987F03">
        <w:rPr>
          <w:sz w:val="22"/>
          <w:rtl/>
        </w:rPr>
        <w:t>هر</w:t>
      </w:r>
      <w:r w:rsidRPr="00987F03">
        <w:rPr>
          <w:sz w:val="22"/>
        </w:rPr>
        <w:t xml:space="preserve"> </w:t>
      </w:r>
      <w:r w:rsidRPr="00987F03">
        <w:rPr>
          <w:sz w:val="22"/>
          <w:rtl/>
        </w:rPr>
        <w:t>حکومت</w:t>
      </w:r>
      <w:r w:rsidRPr="00987F03">
        <w:rPr>
          <w:sz w:val="22"/>
        </w:rPr>
        <w:t xml:space="preserve"> </w:t>
      </w:r>
      <w:r w:rsidRPr="00987F03">
        <w:rPr>
          <w:sz w:val="22"/>
          <w:rtl/>
        </w:rPr>
        <w:t>برای</w:t>
      </w:r>
      <w:r w:rsidRPr="00987F03">
        <w:rPr>
          <w:sz w:val="22"/>
        </w:rPr>
        <w:t xml:space="preserve"> </w:t>
      </w:r>
      <w:r w:rsidRPr="00987F03">
        <w:rPr>
          <w:sz w:val="22"/>
          <w:rtl/>
        </w:rPr>
        <w:t>حفظ</w:t>
      </w:r>
      <w:r w:rsidRPr="00987F03">
        <w:rPr>
          <w:sz w:val="22"/>
        </w:rPr>
        <w:t xml:space="preserve"> </w:t>
      </w:r>
      <w:r w:rsidRPr="00987F03">
        <w:rPr>
          <w:sz w:val="22"/>
          <w:rtl/>
        </w:rPr>
        <w:t>امنیت،</w:t>
      </w:r>
      <w:r w:rsidRPr="00987F03">
        <w:rPr>
          <w:sz w:val="22"/>
        </w:rPr>
        <w:t xml:space="preserve"> </w:t>
      </w:r>
      <w:r w:rsidRPr="00987F03">
        <w:rPr>
          <w:sz w:val="22"/>
          <w:rtl/>
        </w:rPr>
        <w:t>جلوگیری</w:t>
      </w:r>
      <w:r w:rsidRPr="00987F03">
        <w:rPr>
          <w:sz w:val="22"/>
        </w:rPr>
        <w:t xml:space="preserve"> </w:t>
      </w:r>
      <w:r w:rsidRPr="00987F03">
        <w:rPr>
          <w:sz w:val="22"/>
          <w:rtl/>
        </w:rPr>
        <w:t>از</w:t>
      </w:r>
      <w:r w:rsidRPr="00987F03">
        <w:rPr>
          <w:sz w:val="22"/>
        </w:rPr>
        <w:t xml:space="preserve"> </w:t>
      </w:r>
      <w:r w:rsidRPr="00987F03">
        <w:rPr>
          <w:sz w:val="22"/>
          <w:rtl/>
        </w:rPr>
        <w:t>غارت</w:t>
      </w:r>
      <w:r w:rsidRPr="00987F03">
        <w:rPr>
          <w:sz w:val="22"/>
        </w:rPr>
        <w:t xml:space="preserve"> </w:t>
      </w:r>
      <w:r w:rsidRPr="00987F03">
        <w:rPr>
          <w:sz w:val="22"/>
          <w:rtl/>
        </w:rPr>
        <w:t>و</w:t>
      </w:r>
      <w:r w:rsidRPr="00987F03">
        <w:rPr>
          <w:sz w:val="22"/>
        </w:rPr>
        <w:t xml:space="preserve"> </w:t>
      </w:r>
      <w:r w:rsidRPr="00987F03">
        <w:rPr>
          <w:sz w:val="22"/>
          <w:rtl/>
        </w:rPr>
        <w:t>حمایت</w:t>
      </w:r>
      <w:r w:rsidRPr="00987F03">
        <w:rPr>
          <w:sz w:val="22"/>
        </w:rPr>
        <w:t xml:space="preserve"> </w:t>
      </w:r>
      <w:r w:rsidRPr="00987F03">
        <w:rPr>
          <w:sz w:val="22"/>
          <w:rtl/>
        </w:rPr>
        <w:t>از</w:t>
      </w:r>
      <w:r w:rsidRPr="00987F03">
        <w:rPr>
          <w:sz w:val="22"/>
        </w:rPr>
        <w:t xml:space="preserve"> </w:t>
      </w:r>
      <w:r w:rsidRPr="00987F03">
        <w:rPr>
          <w:sz w:val="22"/>
          <w:rtl/>
        </w:rPr>
        <w:t>دارایی</w:t>
      </w:r>
      <w:r w:rsidRPr="00987F03">
        <w:rPr>
          <w:sz w:val="22"/>
        </w:rPr>
        <w:t xml:space="preserve"> </w:t>
      </w:r>
      <w:r w:rsidRPr="00987F03">
        <w:rPr>
          <w:sz w:val="22"/>
          <w:rtl/>
        </w:rPr>
        <w:t>آنان</w:t>
      </w:r>
      <w:r w:rsidRPr="00987F03">
        <w:rPr>
          <w:sz w:val="22"/>
        </w:rPr>
        <w:t xml:space="preserve"> </w:t>
      </w:r>
      <w:r w:rsidRPr="00987F03">
        <w:rPr>
          <w:sz w:val="22"/>
          <w:rtl/>
        </w:rPr>
        <w:t>نیز</w:t>
      </w:r>
      <w:r w:rsidRPr="00987F03">
        <w:rPr>
          <w:sz w:val="22"/>
        </w:rPr>
        <w:t xml:space="preserve"> </w:t>
      </w:r>
      <w:r w:rsidRPr="00987F03">
        <w:rPr>
          <w:sz w:val="22"/>
          <w:rtl/>
        </w:rPr>
        <w:t>اهمیت</w:t>
      </w:r>
      <w:r w:rsidRPr="00987F03">
        <w:rPr>
          <w:sz w:val="22"/>
        </w:rPr>
        <w:t xml:space="preserve"> </w:t>
      </w:r>
      <w:r w:rsidRPr="00987F03">
        <w:rPr>
          <w:sz w:val="22"/>
          <w:rtl/>
        </w:rPr>
        <w:t>داشت</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واقع،</w:t>
      </w:r>
      <w:r w:rsidRPr="00987F03">
        <w:rPr>
          <w:sz w:val="22"/>
        </w:rPr>
        <w:t xml:space="preserve"> </w:t>
      </w:r>
      <w:r w:rsidRPr="00987F03">
        <w:rPr>
          <w:sz w:val="22"/>
          <w:rtl/>
        </w:rPr>
        <w:t>دهقانان</w:t>
      </w:r>
      <w:r w:rsidRPr="00987F03">
        <w:rPr>
          <w:sz w:val="22"/>
        </w:rPr>
        <w:t xml:space="preserve"> </w:t>
      </w:r>
      <w:r w:rsidRPr="00987F03">
        <w:rPr>
          <w:sz w:val="22"/>
          <w:rtl/>
        </w:rPr>
        <w:t>نخستین</w:t>
      </w:r>
      <w:r w:rsidRPr="00987F03">
        <w:rPr>
          <w:sz w:val="22"/>
        </w:rPr>
        <w:t xml:space="preserve"> </w:t>
      </w:r>
      <w:r w:rsidRPr="00987F03">
        <w:rPr>
          <w:sz w:val="22"/>
          <w:rtl/>
        </w:rPr>
        <w:t>گروهی</w:t>
      </w:r>
      <w:r w:rsidRPr="00987F03">
        <w:rPr>
          <w:sz w:val="22"/>
        </w:rPr>
        <w:t xml:space="preserve"> </w:t>
      </w:r>
      <w:r w:rsidRPr="00987F03">
        <w:rPr>
          <w:sz w:val="22"/>
          <w:rtl/>
        </w:rPr>
        <w:t>بودند</w:t>
      </w:r>
      <w:r w:rsidRPr="00987F03">
        <w:rPr>
          <w:sz w:val="22"/>
        </w:rPr>
        <w:t xml:space="preserve"> </w:t>
      </w:r>
      <w:r w:rsidRPr="00987F03">
        <w:rPr>
          <w:sz w:val="22"/>
          <w:rtl/>
        </w:rPr>
        <w:t>که</w:t>
      </w:r>
      <w:r w:rsidRPr="00987F03">
        <w:rPr>
          <w:sz w:val="22"/>
        </w:rPr>
        <w:t xml:space="preserve"> </w:t>
      </w:r>
      <w:r w:rsidRPr="00987F03">
        <w:rPr>
          <w:sz w:val="22"/>
          <w:rtl/>
        </w:rPr>
        <w:t>سقوط</w:t>
      </w:r>
      <w:r w:rsidRPr="00987F03">
        <w:rPr>
          <w:sz w:val="22"/>
        </w:rPr>
        <w:t xml:space="preserve"> </w:t>
      </w:r>
      <w:r w:rsidRPr="00987F03">
        <w:rPr>
          <w:sz w:val="22"/>
          <w:rtl/>
        </w:rPr>
        <w:t>تاج</w:t>
      </w:r>
      <w:r w:rsidRPr="00987F03">
        <w:rPr>
          <w:sz w:val="22"/>
        </w:rPr>
        <w:t xml:space="preserve"> </w:t>
      </w:r>
      <w:r w:rsidRPr="00987F03">
        <w:rPr>
          <w:sz w:val="22"/>
          <w:rtl/>
        </w:rPr>
        <w:t>را</w:t>
      </w:r>
      <w:r w:rsidRPr="00987F03">
        <w:rPr>
          <w:sz w:val="22"/>
        </w:rPr>
        <w:t xml:space="preserve"> </w:t>
      </w:r>
      <w:r w:rsidRPr="00987F03">
        <w:rPr>
          <w:sz w:val="22"/>
          <w:rtl/>
        </w:rPr>
        <w:t>با</w:t>
      </w:r>
      <w:r w:rsidRPr="00987F03">
        <w:rPr>
          <w:sz w:val="22"/>
        </w:rPr>
        <w:t xml:space="preserve"> </w:t>
      </w:r>
      <w:r w:rsidRPr="00987F03">
        <w:rPr>
          <w:sz w:val="22"/>
          <w:rtl/>
        </w:rPr>
        <w:t>مسئله</w:t>
      </w:r>
      <w:r w:rsidRPr="00987F03">
        <w:rPr>
          <w:sz w:val="22"/>
        </w:rPr>
        <w:t>‌</w:t>
      </w:r>
      <w:r w:rsidRPr="00987F03">
        <w:rPr>
          <w:sz w:val="22"/>
          <w:rtl/>
        </w:rPr>
        <w:t>ای</w:t>
      </w:r>
      <w:r w:rsidRPr="00987F03">
        <w:rPr>
          <w:sz w:val="22"/>
        </w:rPr>
        <w:t xml:space="preserve"> </w:t>
      </w:r>
      <w:r w:rsidRPr="00987F03">
        <w:rPr>
          <w:sz w:val="22"/>
          <w:rtl/>
        </w:rPr>
        <w:t>عملی</w:t>
      </w:r>
      <w:r w:rsidRPr="00987F03">
        <w:rPr>
          <w:sz w:val="22"/>
        </w:rPr>
        <w:t xml:space="preserve"> </w:t>
      </w:r>
      <w:r w:rsidRPr="00987F03">
        <w:rPr>
          <w:sz w:val="22"/>
          <w:rtl/>
        </w:rPr>
        <w:t>روبه</w:t>
      </w:r>
      <w:r w:rsidRPr="00987F03">
        <w:rPr>
          <w:sz w:val="22"/>
        </w:rPr>
        <w:t>‌</w:t>
      </w:r>
      <w:r w:rsidRPr="00987F03">
        <w:rPr>
          <w:sz w:val="22"/>
          <w:rtl/>
        </w:rPr>
        <w:t>رو</w:t>
      </w:r>
      <w:r w:rsidRPr="00987F03">
        <w:rPr>
          <w:sz w:val="22"/>
        </w:rPr>
        <w:t xml:space="preserve"> </w:t>
      </w:r>
      <w:r w:rsidRPr="00987F03">
        <w:rPr>
          <w:sz w:val="22"/>
          <w:rtl/>
        </w:rPr>
        <w:t>کردند</w:t>
      </w:r>
      <w:r w:rsidRPr="00987F03">
        <w:rPr>
          <w:sz w:val="22"/>
        </w:rPr>
        <w:t xml:space="preserve">: </w:t>
      </w:r>
      <w:r w:rsidRPr="00987F03">
        <w:rPr>
          <w:sz w:val="22"/>
          <w:rtl/>
        </w:rPr>
        <w:t>وفاداری</w:t>
      </w:r>
      <w:r w:rsidRPr="00987F03">
        <w:rPr>
          <w:sz w:val="22"/>
        </w:rPr>
        <w:t xml:space="preserve"> </w:t>
      </w:r>
      <w:r w:rsidRPr="00987F03">
        <w:rPr>
          <w:sz w:val="22"/>
          <w:rtl/>
        </w:rPr>
        <w:t>به</w:t>
      </w:r>
      <w:r w:rsidRPr="00987F03">
        <w:rPr>
          <w:sz w:val="22"/>
        </w:rPr>
        <w:t xml:space="preserve"> </w:t>
      </w:r>
      <w:r w:rsidRPr="00987F03">
        <w:rPr>
          <w:sz w:val="22"/>
          <w:rtl/>
        </w:rPr>
        <w:t>فرمانروایی</w:t>
      </w:r>
      <w:r w:rsidRPr="00987F03">
        <w:rPr>
          <w:sz w:val="22"/>
        </w:rPr>
        <w:t xml:space="preserve"> </w:t>
      </w:r>
      <w:r w:rsidRPr="00987F03">
        <w:rPr>
          <w:sz w:val="22"/>
          <w:rtl/>
        </w:rPr>
        <w:t>که</w:t>
      </w:r>
      <w:r w:rsidRPr="00987F03">
        <w:rPr>
          <w:sz w:val="22"/>
        </w:rPr>
        <w:t xml:space="preserve"> </w:t>
      </w:r>
      <w:r w:rsidRPr="00987F03">
        <w:rPr>
          <w:sz w:val="22"/>
          <w:rtl/>
        </w:rPr>
        <w:t>دیگر</w:t>
      </w:r>
      <w:r w:rsidRPr="00987F03">
        <w:rPr>
          <w:sz w:val="22"/>
        </w:rPr>
        <w:t xml:space="preserve"> </w:t>
      </w:r>
      <w:r w:rsidRPr="00987F03">
        <w:rPr>
          <w:sz w:val="22"/>
          <w:rtl/>
        </w:rPr>
        <w:t>توان</w:t>
      </w:r>
      <w:r w:rsidRPr="00987F03">
        <w:rPr>
          <w:sz w:val="22"/>
        </w:rPr>
        <w:t xml:space="preserve"> </w:t>
      </w:r>
      <w:r w:rsidRPr="00987F03">
        <w:rPr>
          <w:sz w:val="22"/>
          <w:rtl/>
        </w:rPr>
        <w:t>حمایت</w:t>
      </w:r>
      <w:r w:rsidRPr="00987F03">
        <w:rPr>
          <w:sz w:val="22"/>
        </w:rPr>
        <w:t xml:space="preserve"> </w:t>
      </w:r>
      <w:r w:rsidRPr="00987F03">
        <w:rPr>
          <w:sz w:val="22"/>
          <w:rtl/>
        </w:rPr>
        <w:t>ندارد</w:t>
      </w:r>
      <w:r w:rsidRPr="00987F03">
        <w:rPr>
          <w:sz w:val="22"/>
        </w:rPr>
        <w:t xml:space="preserve"> </w:t>
      </w:r>
      <w:r w:rsidRPr="00987F03">
        <w:rPr>
          <w:sz w:val="22"/>
          <w:rtl/>
        </w:rPr>
        <w:t>تا</w:t>
      </w:r>
      <w:r w:rsidRPr="00987F03">
        <w:rPr>
          <w:sz w:val="22"/>
        </w:rPr>
        <w:t xml:space="preserve"> </w:t>
      </w:r>
      <w:r w:rsidRPr="00987F03">
        <w:rPr>
          <w:sz w:val="22"/>
          <w:rtl/>
        </w:rPr>
        <w:t>کجا</w:t>
      </w:r>
      <w:r w:rsidRPr="00987F03">
        <w:rPr>
          <w:sz w:val="22"/>
        </w:rPr>
        <w:t xml:space="preserve"> </w:t>
      </w:r>
      <w:r w:rsidRPr="00987F03">
        <w:rPr>
          <w:sz w:val="22"/>
          <w:rtl/>
        </w:rPr>
        <w:t>ممکن</w:t>
      </w:r>
      <w:r w:rsidRPr="00987F03">
        <w:rPr>
          <w:sz w:val="22"/>
        </w:rPr>
        <w:t xml:space="preserve"> </w:t>
      </w:r>
      <w:r w:rsidRPr="00987F03">
        <w:rPr>
          <w:sz w:val="22"/>
          <w:rtl/>
        </w:rPr>
        <w:t>است؟</w:t>
      </w:r>
      <w:r w:rsidRPr="00987F03">
        <w:rPr>
          <w:sz w:val="22"/>
        </w:rPr>
        <w:t xml:space="preserve"> </w:t>
      </w:r>
      <w:r w:rsidRPr="00987F03">
        <w:rPr>
          <w:sz w:val="22"/>
          <w:rtl/>
        </w:rPr>
        <w:t>حکومت</w:t>
      </w:r>
      <w:r w:rsidRPr="00987F03">
        <w:rPr>
          <w:sz w:val="22"/>
        </w:rPr>
        <w:t xml:space="preserve"> </w:t>
      </w:r>
      <w:r w:rsidRPr="00987F03">
        <w:rPr>
          <w:sz w:val="22"/>
          <w:rtl/>
        </w:rPr>
        <w:t>پیشین</w:t>
      </w:r>
      <w:r w:rsidRPr="00987F03">
        <w:rPr>
          <w:sz w:val="22"/>
        </w:rPr>
        <w:t xml:space="preserve"> </w:t>
      </w:r>
      <w:r w:rsidRPr="00987F03">
        <w:rPr>
          <w:sz w:val="22"/>
          <w:rtl/>
        </w:rPr>
        <w:t>از</w:t>
      </w:r>
      <w:r w:rsidRPr="00987F03">
        <w:rPr>
          <w:sz w:val="22"/>
        </w:rPr>
        <w:t xml:space="preserve"> </w:t>
      </w:r>
      <w:r w:rsidRPr="00987F03">
        <w:rPr>
          <w:sz w:val="22"/>
          <w:rtl/>
        </w:rPr>
        <w:t>آنان</w:t>
      </w:r>
      <w:r w:rsidRPr="00987F03">
        <w:rPr>
          <w:sz w:val="22"/>
        </w:rPr>
        <w:t xml:space="preserve"> </w:t>
      </w:r>
      <w:r w:rsidRPr="00987F03">
        <w:rPr>
          <w:sz w:val="22"/>
          <w:rtl/>
        </w:rPr>
        <w:t>فرمانبری</w:t>
      </w:r>
      <w:r w:rsidRPr="00987F03">
        <w:rPr>
          <w:sz w:val="22"/>
        </w:rPr>
        <w:t xml:space="preserve"> </w:t>
      </w:r>
      <w:r w:rsidRPr="00987F03">
        <w:rPr>
          <w:sz w:val="22"/>
          <w:rtl/>
        </w:rPr>
        <w:t>می</w:t>
      </w:r>
      <w:r w:rsidRPr="00987F03">
        <w:rPr>
          <w:sz w:val="22"/>
        </w:rPr>
        <w:t>‌</w:t>
      </w:r>
      <w:r w:rsidRPr="00987F03">
        <w:rPr>
          <w:sz w:val="22"/>
          <w:rtl/>
        </w:rPr>
        <w:t>خواست</w:t>
      </w:r>
      <w:r w:rsidRPr="00987F03">
        <w:rPr>
          <w:sz w:val="22"/>
        </w:rPr>
        <w:t xml:space="preserve"> </w:t>
      </w:r>
      <w:r w:rsidRPr="00987F03">
        <w:rPr>
          <w:sz w:val="22"/>
          <w:rtl/>
        </w:rPr>
        <w:t>و</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امنیت</w:t>
      </w:r>
      <w:r w:rsidRPr="00987F03">
        <w:rPr>
          <w:sz w:val="22"/>
        </w:rPr>
        <w:t xml:space="preserve"> </w:t>
      </w:r>
      <w:r w:rsidRPr="00987F03">
        <w:rPr>
          <w:sz w:val="22"/>
          <w:rtl/>
        </w:rPr>
        <w:t>و</w:t>
      </w:r>
      <w:r w:rsidRPr="00987F03">
        <w:rPr>
          <w:sz w:val="22"/>
        </w:rPr>
        <w:t xml:space="preserve"> </w:t>
      </w:r>
      <w:r w:rsidRPr="00987F03">
        <w:rPr>
          <w:sz w:val="22"/>
          <w:rtl/>
        </w:rPr>
        <w:t>حق</w:t>
      </w:r>
      <w:r w:rsidRPr="00987F03">
        <w:rPr>
          <w:sz w:val="22"/>
        </w:rPr>
        <w:t xml:space="preserve"> </w:t>
      </w:r>
      <w:r w:rsidRPr="00987F03">
        <w:rPr>
          <w:sz w:val="22"/>
          <w:rtl/>
        </w:rPr>
        <w:t>مالکیتشان</w:t>
      </w:r>
      <w:r w:rsidRPr="00987F03">
        <w:rPr>
          <w:sz w:val="22"/>
        </w:rPr>
        <w:t xml:space="preserve"> </w:t>
      </w:r>
      <w:r w:rsidRPr="00987F03">
        <w:rPr>
          <w:sz w:val="22"/>
          <w:rtl/>
        </w:rPr>
        <w:t>را</w:t>
      </w:r>
      <w:r w:rsidRPr="00987F03">
        <w:rPr>
          <w:sz w:val="22"/>
        </w:rPr>
        <w:t xml:space="preserve"> </w:t>
      </w:r>
      <w:r w:rsidRPr="00987F03">
        <w:rPr>
          <w:sz w:val="22"/>
          <w:rtl/>
        </w:rPr>
        <w:t>تضمین</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هنگامی</w:t>
      </w:r>
      <w:r w:rsidRPr="00987F03">
        <w:rPr>
          <w:sz w:val="22"/>
        </w:rPr>
        <w:t xml:space="preserve"> </w:t>
      </w:r>
      <w:r w:rsidRPr="00987F03">
        <w:rPr>
          <w:sz w:val="22"/>
          <w:rtl/>
        </w:rPr>
        <w:t>که</w:t>
      </w:r>
      <w:r w:rsidRPr="00987F03">
        <w:rPr>
          <w:sz w:val="22"/>
        </w:rPr>
        <w:t xml:space="preserve"> </w:t>
      </w:r>
      <w:r w:rsidRPr="00987F03">
        <w:rPr>
          <w:sz w:val="22"/>
          <w:rtl/>
        </w:rPr>
        <w:t>این</w:t>
      </w:r>
      <w:r w:rsidRPr="00987F03">
        <w:rPr>
          <w:sz w:val="22"/>
        </w:rPr>
        <w:t xml:space="preserve"> </w:t>
      </w:r>
      <w:r w:rsidRPr="00987F03">
        <w:rPr>
          <w:sz w:val="22"/>
          <w:rtl/>
        </w:rPr>
        <w:t>توان</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رفت،</w:t>
      </w:r>
      <w:r w:rsidRPr="00987F03">
        <w:rPr>
          <w:sz w:val="22"/>
        </w:rPr>
        <w:t xml:space="preserve"> </w:t>
      </w:r>
      <w:r w:rsidRPr="00987F03">
        <w:rPr>
          <w:sz w:val="22"/>
          <w:rtl/>
        </w:rPr>
        <w:t>رابطهٔ</w:t>
      </w:r>
      <w:r w:rsidRPr="00987F03">
        <w:rPr>
          <w:sz w:val="22"/>
        </w:rPr>
        <w:t xml:space="preserve"> </w:t>
      </w:r>
      <w:r w:rsidRPr="00987F03">
        <w:rPr>
          <w:sz w:val="22"/>
          <w:rtl/>
        </w:rPr>
        <w:t>متقابل</w:t>
      </w:r>
      <w:r w:rsidRPr="00987F03">
        <w:rPr>
          <w:sz w:val="22"/>
        </w:rPr>
        <w:t xml:space="preserve"> </w:t>
      </w:r>
      <w:r w:rsidRPr="00987F03">
        <w:rPr>
          <w:sz w:val="22"/>
          <w:rtl/>
        </w:rPr>
        <w:t>نیز</w:t>
      </w:r>
      <w:r w:rsidRPr="00987F03">
        <w:rPr>
          <w:sz w:val="22"/>
        </w:rPr>
        <w:t xml:space="preserve"> </w:t>
      </w:r>
      <w:r w:rsidRPr="00987F03">
        <w:rPr>
          <w:sz w:val="22"/>
          <w:rtl/>
        </w:rPr>
        <w:t>سست</w:t>
      </w:r>
      <w:r w:rsidRPr="00987F03">
        <w:rPr>
          <w:sz w:val="22"/>
        </w:rPr>
        <w:t xml:space="preserve"> </w:t>
      </w:r>
      <w:r w:rsidRPr="00987F03">
        <w:rPr>
          <w:sz w:val="22"/>
          <w:rtl/>
        </w:rPr>
        <w:t>شد</w:t>
      </w:r>
      <w:r w:rsidRPr="00987F03">
        <w:rPr>
          <w:sz w:val="22"/>
        </w:rPr>
        <w:t xml:space="preserve">. </w:t>
      </w:r>
      <w:r w:rsidRPr="00987F03">
        <w:rPr>
          <w:sz w:val="22"/>
          <w:rtl/>
        </w:rPr>
        <w:t>قشون</w:t>
      </w:r>
      <w:r w:rsidRPr="00987F03">
        <w:rPr>
          <w:sz w:val="22"/>
        </w:rPr>
        <w:t xml:space="preserve"> </w:t>
      </w:r>
      <w:r w:rsidRPr="00987F03">
        <w:rPr>
          <w:sz w:val="22"/>
          <w:rtl/>
        </w:rPr>
        <w:t>تازه،</w:t>
      </w:r>
      <w:r w:rsidRPr="00987F03">
        <w:rPr>
          <w:sz w:val="22"/>
        </w:rPr>
        <w:t xml:space="preserve"> </w:t>
      </w:r>
      <w:r w:rsidRPr="00987F03">
        <w:rPr>
          <w:sz w:val="22"/>
          <w:rtl/>
        </w:rPr>
        <w:t>هرچند</w:t>
      </w:r>
      <w:r w:rsidRPr="00987F03">
        <w:rPr>
          <w:sz w:val="22"/>
        </w:rPr>
        <w:t xml:space="preserve"> </w:t>
      </w:r>
      <w:r w:rsidRPr="00987F03">
        <w:rPr>
          <w:sz w:val="22"/>
          <w:rtl/>
        </w:rPr>
        <w:t>بیگانه</w:t>
      </w:r>
      <w:r w:rsidRPr="00987F03">
        <w:rPr>
          <w:sz w:val="22"/>
        </w:rPr>
        <w:t xml:space="preserve"> </w:t>
      </w:r>
      <w:r w:rsidRPr="00987F03">
        <w:rPr>
          <w:sz w:val="22"/>
          <w:rtl/>
        </w:rPr>
        <w:t>بود،</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امنیتی</w:t>
      </w:r>
      <w:r w:rsidRPr="00987F03">
        <w:rPr>
          <w:sz w:val="22"/>
        </w:rPr>
        <w:t xml:space="preserve"> </w:t>
      </w:r>
      <w:r w:rsidRPr="00987F03">
        <w:rPr>
          <w:sz w:val="22"/>
          <w:rtl/>
        </w:rPr>
        <w:t>تازه</w:t>
      </w:r>
      <w:r w:rsidRPr="00987F03">
        <w:rPr>
          <w:sz w:val="22"/>
        </w:rPr>
        <w:t xml:space="preserve"> </w:t>
      </w:r>
      <w:r w:rsidRPr="00987F03">
        <w:rPr>
          <w:sz w:val="22"/>
          <w:rtl/>
        </w:rPr>
        <w:t>برقرار</w:t>
      </w:r>
      <w:r w:rsidRPr="00987F03">
        <w:rPr>
          <w:sz w:val="22"/>
        </w:rPr>
        <w:t xml:space="preserve"> </w:t>
      </w:r>
      <w:r w:rsidRPr="00987F03">
        <w:rPr>
          <w:sz w:val="22"/>
          <w:rtl/>
        </w:rPr>
        <w:t>کند؛</w:t>
      </w:r>
      <w:r w:rsidRPr="00987F03">
        <w:rPr>
          <w:sz w:val="22"/>
        </w:rPr>
        <w:t xml:space="preserve"> </w:t>
      </w:r>
      <w:r w:rsidRPr="00987F03">
        <w:rPr>
          <w:sz w:val="22"/>
          <w:rtl/>
        </w:rPr>
        <w:t>البته</w:t>
      </w:r>
      <w:r w:rsidRPr="00987F03">
        <w:rPr>
          <w:sz w:val="22"/>
        </w:rPr>
        <w:t xml:space="preserve"> </w:t>
      </w:r>
      <w:r w:rsidRPr="00987F03">
        <w:rPr>
          <w:sz w:val="22"/>
          <w:rtl/>
        </w:rPr>
        <w:t>به</w:t>
      </w:r>
      <w:r w:rsidRPr="00987F03">
        <w:rPr>
          <w:sz w:val="22"/>
        </w:rPr>
        <w:t xml:space="preserve"> </w:t>
      </w:r>
      <w:r w:rsidRPr="00987F03">
        <w:rPr>
          <w:sz w:val="22"/>
          <w:rtl/>
        </w:rPr>
        <w:t>شرط</w:t>
      </w:r>
      <w:r w:rsidRPr="00987F03">
        <w:rPr>
          <w:sz w:val="22"/>
        </w:rPr>
        <w:t xml:space="preserve"> </w:t>
      </w:r>
      <w:r w:rsidRPr="00987F03">
        <w:rPr>
          <w:sz w:val="22"/>
          <w:rtl/>
        </w:rPr>
        <w:t>آنکه</w:t>
      </w:r>
      <w:r w:rsidRPr="00987F03">
        <w:rPr>
          <w:sz w:val="22"/>
        </w:rPr>
        <w:t xml:space="preserve"> </w:t>
      </w:r>
      <w:r w:rsidRPr="00987F03">
        <w:rPr>
          <w:sz w:val="22"/>
          <w:rtl/>
        </w:rPr>
        <w:t>از</w:t>
      </w:r>
      <w:r w:rsidRPr="00987F03">
        <w:rPr>
          <w:sz w:val="22"/>
        </w:rPr>
        <w:t xml:space="preserve"> </w:t>
      </w:r>
      <w:r w:rsidRPr="00987F03">
        <w:rPr>
          <w:sz w:val="22"/>
          <w:rtl/>
        </w:rPr>
        <w:t>غارت</w:t>
      </w:r>
      <w:r w:rsidRPr="00987F03">
        <w:rPr>
          <w:sz w:val="22"/>
        </w:rPr>
        <w:t xml:space="preserve"> </w:t>
      </w:r>
      <w:r w:rsidRPr="00987F03">
        <w:rPr>
          <w:sz w:val="22"/>
          <w:rtl/>
        </w:rPr>
        <w:t>عبور</w:t>
      </w:r>
      <w:r w:rsidRPr="00987F03">
        <w:rPr>
          <w:sz w:val="22"/>
        </w:rPr>
        <w:t xml:space="preserve"> </w:t>
      </w:r>
      <w:r w:rsidRPr="00987F03">
        <w:rPr>
          <w:sz w:val="22"/>
          <w:rtl/>
        </w:rPr>
        <w:t>کند</w:t>
      </w:r>
      <w:r w:rsidRPr="00987F03">
        <w:rPr>
          <w:sz w:val="22"/>
        </w:rPr>
        <w:t xml:space="preserve"> </w:t>
      </w:r>
      <w:r w:rsidRPr="00987F03">
        <w:rPr>
          <w:sz w:val="22"/>
          <w:rtl/>
        </w:rPr>
        <w:t>و</w:t>
      </w:r>
      <w:r w:rsidRPr="00987F03">
        <w:rPr>
          <w:sz w:val="22"/>
        </w:rPr>
        <w:t xml:space="preserve"> </w:t>
      </w:r>
      <w:r w:rsidRPr="00987F03">
        <w:rPr>
          <w:sz w:val="22"/>
          <w:rtl/>
        </w:rPr>
        <w:t>به</w:t>
      </w:r>
      <w:r w:rsidRPr="00987F03">
        <w:rPr>
          <w:sz w:val="22"/>
        </w:rPr>
        <w:t xml:space="preserve"> </w:t>
      </w:r>
      <w:r w:rsidRPr="00987F03">
        <w:rPr>
          <w:sz w:val="22"/>
          <w:rtl/>
        </w:rPr>
        <w:t>پیمان</w:t>
      </w:r>
      <w:r w:rsidRPr="00987F03">
        <w:rPr>
          <w:sz w:val="22"/>
        </w:rPr>
        <w:t xml:space="preserve"> </w:t>
      </w:r>
      <w:r w:rsidRPr="00987F03">
        <w:rPr>
          <w:sz w:val="22"/>
          <w:rtl/>
        </w:rPr>
        <w:t>و</w:t>
      </w:r>
      <w:r w:rsidRPr="00987F03">
        <w:rPr>
          <w:sz w:val="22"/>
        </w:rPr>
        <w:t xml:space="preserve"> </w:t>
      </w:r>
      <w:r w:rsidRPr="00987F03">
        <w:rPr>
          <w:sz w:val="22"/>
          <w:rtl/>
        </w:rPr>
        <w:t>مالیات</w:t>
      </w:r>
      <w:r w:rsidRPr="00987F03">
        <w:rPr>
          <w:sz w:val="22"/>
        </w:rPr>
        <w:t xml:space="preserve"> </w:t>
      </w:r>
      <w:r w:rsidRPr="00987F03">
        <w:rPr>
          <w:sz w:val="22"/>
          <w:rtl/>
        </w:rPr>
        <w:t>برسد</w:t>
      </w:r>
      <w:r w:rsidRPr="00987F03">
        <w:rPr>
          <w:sz w:val="22"/>
        </w:rPr>
        <w:t>.</w:t>
      </w:r>
    </w:p>
    <w:p w:rsidR="009F3B78" w:rsidRPr="00987F03" w:rsidRDefault="00987F03" w:rsidP="00987F03">
      <w:pPr>
        <w:bidi/>
        <w:ind w:firstLine="720"/>
        <w:rPr>
          <w:sz w:val="22"/>
        </w:rPr>
      </w:pPr>
      <w:r w:rsidRPr="00987F03">
        <w:rPr>
          <w:sz w:val="22"/>
          <w:rtl/>
        </w:rPr>
        <w:t>دهقانان</w:t>
      </w:r>
      <w:r w:rsidRPr="00987F03">
        <w:rPr>
          <w:sz w:val="22"/>
        </w:rPr>
        <w:t xml:space="preserve"> </w:t>
      </w:r>
      <w:r w:rsidRPr="00987F03">
        <w:rPr>
          <w:sz w:val="22"/>
          <w:rtl/>
        </w:rPr>
        <w:t>دانش</w:t>
      </w:r>
      <w:r w:rsidRPr="00987F03">
        <w:rPr>
          <w:sz w:val="22"/>
        </w:rPr>
        <w:t xml:space="preserve"> </w:t>
      </w:r>
      <w:r w:rsidRPr="00987F03">
        <w:rPr>
          <w:sz w:val="22"/>
          <w:rtl/>
        </w:rPr>
        <w:t>روستا</w:t>
      </w:r>
      <w:r w:rsidRPr="00987F03">
        <w:rPr>
          <w:sz w:val="22"/>
        </w:rPr>
        <w:t xml:space="preserve"> </w:t>
      </w:r>
      <w:r w:rsidRPr="00987F03">
        <w:rPr>
          <w:sz w:val="22"/>
          <w:rtl/>
        </w:rPr>
        <w:t>و</w:t>
      </w:r>
      <w:r w:rsidRPr="00987F03">
        <w:rPr>
          <w:sz w:val="22"/>
        </w:rPr>
        <w:t xml:space="preserve"> </w:t>
      </w:r>
      <w:r w:rsidRPr="00987F03">
        <w:rPr>
          <w:sz w:val="22"/>
          <w:rtl/>
        </w:rPr>
        <w:t>زمین</w:t>
      </w:r>
      <w:r w:rsidRPr="00987F03">
        <w:rPr>
          <w:sz w:val="22"/>
        </w:rPr>
        <w:t xml:space="preserve"> </w:t>
      </w:r>
      <w:r w:rsidRPr="00987F03">
        <w:rPr>
          <w:sz w:val="22"/>
          <w:rtl/>
        </w:rPr>
        <w:t>را</w:t>
      </w:r>
      <w:r w:rsidRPr="00987F03">
        <w:rPr>
          <w:sz w:val="22"/>
        </w:rPr>
        <w:t xml:space="preserve"> </w:t>
      </w:r>
      <w:r w:rsidRPr="00987F03">
        <w:rPr>
          <w:sz w:val="22"/>
          <w:rtl/>
        </w:rPr>
        <w:t>در</w:t>
      </w:r>
      <w:r w:rsidRPr="00987F03">
        <w:rPr>
          <w:sz w:val="22"/>
        </w:rPr>
        <w:t xml:space="preserve"> </w:t>
      </w:r>
      <w:r w:rsidRPr="00987F03">
        <w:rPr>
          <w:sz w:val="22"/>
          <w:rtl/>
        </w:rPr>
        <w:t>اختیار</w:t>
      </w:r>
      <w:r w:rsidRPr="00987F03">
        <w:rPr>
          <w:sz w:val="22"/>
        </w:rPr>
        <w:t xml:space="preserve"> </w:t>
      </w:r>
      <w:r w:rsidRPr="00987F03">
        <w:rPr>
          <w:sz w:val="22"/>
          <w:rtl/>
        </w:rPr>
        <w:t>داشتند؛</w:t>
      </w:r>
      <w:r w:rsidRPr="00987F03">
        <w:rPr>
          <w:sz w:val="22"/>
        </w:rPr>
        <w:t xml:space="preserve"> </w:t>
      </w:r>
      <w:r w:rsidRPr="00987F03">
        <w:rPr>
          <w:sz w:val="22"/>
          <w:rtl/>
        </w:rPr>
        <w:t>دبیران</w:t>
      </w:r>
      <w:r w:rsidRPr="00987F03">
        <w:rPr>
          <w:sz w:val="22"/>
        </w:rPr>
        <w:t xml:space="preserve"> </w:t>
      </w:r>
      <w:r w:rsidRPr="00987F03">
        <w:rPr>
          <w:sz w:val="22"/>
          <w:rtl/>
        </w:rPr>
        <w:t>حافظهٔ</w:t>
      </w:r>
      <w:r w:rsidRPr="00987F03">
        <w:rPr>
          <w:sz w:val="22"/>
        </w:rPr>
        <w:t xml:space="preserve"> </w:t>
      </w:r>
      <w:r w:rsidRPr="00987F03">
        <w:rPr>
          <w:sz w:val="22"/>
          <w:rtl/>
        </w:rPr>
        <w:t>حکومت</w:t>
      </w:r>
      <w:r w:rsidRPr="00987F03">
        <w:rPr>
          <w:sz w:val="22"/>
        </w:rPr>
        <w:t xml:space="preserve"> </w:t>
      </w:r>
      <w:r w:rsidRPr="00987F03">
        <w:rPr>
          <w:sz w:val="22"/>
          <w:rtl/>
        </w:rPr>
        <w:t>را</w:t>
      </w:r>
      <w:r w:rsidRPr="00987F03">
        <w:rPr>
          <w:sz w:val="22"/>
        </w:rPr>
        <w:t xml:space="preserve"> </w:t>
      </w:r>
      <w:r w:rsidRPr="00987F03">
        <w:rPr>
          <w:sz w:val="22"/>
          <w:rtl/>
        </w:rPr>
        <w:t>حفظ</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آنان</w:t>
      </w:r>
      <w:r w:rsidRPr="00987F03">
        <w:rPr>
          <w:sz w:val="22"/>
        </w:rPr>
        <w:t xml:space="preserve"> </w:t>
      </w:r>
      <w:r w:rsidRPr="00987F03">
        <w:rPr>
          <w:sz w:val="22"/>
          <w:rtl/>
        </w:rPr>
        <w:t>می</w:t>
      </w:r>
      <w:r w:rsidRPr="00987F03">
        <w:rPr>
          <w:sz w:val="22"/>
        </w:rPr>
        <w:t>‌</w:t>
      </w:r>
      <w:r w:rsidRPr="00987F03">
        <w:rPr>
          <w:sz w:val="22"/>
          <w:rtl/>
        </w:rPr>
        <w:t>دانستند</w:t>
      </w:r>
      <w:r w:rsidRPr="00987F03">
        <w:rPr>
          <w:sz w:val="22"/>
        </w:rPr>
        <w:t xml:space="preserve"> </w:t>
      </w:r>
      <w:r w:rsidRPr="00987F03">
        <w:rPr>
          <w:sz w:val="22"/>
          <w:rtl/>
        </w:rPr>
        <w:t>درآمدها</w:t>
      </w:r>
      <w:r w:rsidRPr="00987F03">
        <w:rPr>
          <w:sz w:val="22"/>
        </w:rPr>
        <w:t xml:space="preserve"> </w:t>
      </w:r>
      <w:r w:rsidRPr="00987F03">
        <w:rPr>
          <w:sz w:val="22"/>
          <w:rtl/>
        </w:rPr>
        <w:t>چگونه</w:t>
      </w:r>
      <w:r w:rsidRPr="00987F03">
        <w:rPr>
          <w:sz w:val="22"/>
        </w:rPr>
        <w:t xml:space="preserve"> </w:t>
      </w:r>
      <w:r w:rsidRPr="00987F03">
        <w:rPr>
          <w:sz w:val="22"/>
          <w:rtl/>
        </w:rPr>
        <w:t>ثبت</w:t>
      </w:r>
      <w:r w:rsidRPr="00987F03">
        <w:rPr>
          <w:sz w:val="22"/>
        </w:rPr>
        <w:t xml:space="preserve"> </w:t>
      </w:r>
      <w:r w:rsidRPr="00987F03">
        <w:rPr>
          <w:sz w:val="22"/>
          <w:rtl/>
        </w:rPr>
        <w:t>می</w:t>
      </w:r>
      <w:r w:rsidRPr="00987F03">
        <w:rPr>
          <w:sz w:val="22"/>
        </w:rPr>
        <w:t>‌</w:t>
      </w:r>
      <w:r w:rsidRPr="00987F03">
        <w:rPr>
          <w:sz w:val="22"/>
          <w:rtl/>
        </w:rPr>
        <w:t>شود،</w:t>
      </w:r>
      <w:r w:rsidRPr="00987F03">
        <w:rPr>
          <w:sz w:val="22"/>
        </w:rPr>
        <w:t xml:space="preserve"> </w:t>
      </w:r>
      <w:r w:rsidRPr="00987F03">
        <w:rPr>
          <w:sz w:val="22"/>
          <w:rtl/>
        </w:rPr>
        <w:t>فرمان</w:t>
      </w:r>
      <w:r w:rsidRPr="00987F03">
        <w:rPr>
          <w:sz w:val="22"/>
        </w:rPr>
        <w:t xml:space="preserve"> </w:t>
      </w:r>
      <w:r w:rsidRPr="00987F03">
        <w:rPr>
          <w:sz w:val="22"/>
          <w:rtl/>
        </w:rPr>
        <w:t>چگونه</w:t>
      </w:r>
      <w:r w:rsidRPr="00987F03">
        <w:rPr>
          <w:sz w:val="22"/>
        </w:rPr>
        <w:t xml:space="preserve"> </w:t>
      </w:r>
      <w:r w:rsidRPr="00987F03">
        <w:rPr>
          <w:sz w:val="22"/>
          <w:rtl/>
        </w:rPr>
        <w:t>نوشته</w:t>
      </w:r>
      <w:r w:rsidRPr="00987F03">
        <w:rPr>
          <w:sz w:val="22"/>
        </w:rPr>
        <w:t xml:space="preserve"> </w:t>
      </w:r>
      <w:r w:rsidRPr="00987F03">
        <w:rPr>
          <w:sz w:val="22"/>
          <w:rtl/>
        </w:rPr>
        <w:t>می</w:t>
      </w:r>
      <w:r w:rsidRPr="00987F03">
        <w:rPr>
          <w:sz w:val="22"/>
        </w:rPr>
        <w:t>‌</w:t>
      </w:r>
      <w:r w:rsidRPr="00987F03">
        <w:rPr>
          <w:sz w:val="22"/>
          <w:rtl/>
        </w:rPr>
        <w:t>شود،</w:t>
      </w:r>
      <w:r w:rsidRPr="00987F03">
        <w:rPr>
          <w:sz w:val="22"/>
        </w:rPr>
        <w:t xml:space="preserve"> </w:t>
      </w:r>
      <w:r w:rsidRPr="00987F03">
        <w:rPr>
          <w:sz w:val="22"/>
          <w:rtl/>
        </w:rPr>
        <w:t>هزینهٔ</w:t>
      </w:r>
      <w:r w:rsidRPr="00987F03">
        <w:rPr>
          <w:sz w:val="22"/>
        </w:rPr>
        <w:t xml:space="preserve"> </w:t>
      </w:r>
      <w:r w:rsidRPr="00987F03">
        <w:rPr>
          <w:sz w:val="22"/>
          <w:rtl/>
        </w:rPr>
        <w:t>قشون</w:t>
      </w:r>
      <w:r w:rsidRPr="00987F03">
        <w:rPr>
          <w:sz w:val="22"/>
        </w:rPr>
        <w:t xml:space="preserve"> </w:t>
      </w:r>
      <w:r w:rsidRPr="00987F03">
        <w:rPr>
          <w:sz w:val="22"/>
          <w:rtl/>
        </w:rPr>
        <w:t>و</w:t>
      </w:r>
      <w:r w:rsidRPr="00987F03">
        <w:rPr>
          <w:sz w:val="22"/>
        </w:rPr>
        <w:t xml:space="preserve"> </w:t>
      </w:r>
      <w:r w:rsidRPr="00987F03">
        <w:rPr>
          <w:sz w:val="22"/>
          <w:rtl/>
        </w:rPr>
        <w:t>دربار</w:t>
      </w:r>
      <w:r w:rsidRPr="00987F03">
        <w:rPr>
          <w:sz w:val="22"/>
        </w:rPr>
        <w:t xml:space="preserve"> </w:t>
      </w:r>
      <w:r w:rsidRPr="00987F03">
        <w:rPr>
          <w:sz w:val="22"/>
          <w:rtl/>
        </w:rPr>
        <w:t>چگونه</w:t>
      </w:r>
      <w:r w:rsidRPr="00987F03">
        <w:rPr>
          <w:sz w:val="22"/>
        </w:rPr>
        <w:t xml:space="preserve"> </w:t>
      </w:r>
      <w:r w:rsidRPr="00987F03">
        <w:rPr>
          <w:sz w:val="22"/>
          <w:rtl/>
        </w:rPr>
        <w:t>حساب</w:t>
      </w:r>
      <w:r w:rsidRPr="00987F03">
        <w:rPr>
          <w:sz w:val="22"/>
        </w:rPr>
        <w:t xml:space="preserve"> </w:t>
      </w:r>
      <w:r w:rsidRPr="00987F03">
        <w:rPr>
          <w:sz w:val="22"/>
          <w:rtl/>
        </w:rPr>
        <w:t>می</w:t>
      </w:r>
      <w:r w:rsidRPr="00987F03">
        <w:rPr>
          <w:sz w:val="22"/>
        </w:rPr>
        <w:t>‌</w:t>
      </w:r>
      <w:r w:rsidRPr="00987F03">
        <w:rPr>
          <w:sz w:val="22"/>
          <w:rtl/>
        </w:rPr>
        <w:t>گردد</w:t>
      </w:r>
      <w:r w:rsidRPr="00987F03">
        <w:rPr>
          <w:sz w:val="22"/>
        </w:rPr>
        <w:t xml:space="preserve"> </w:t>
      </w:r>
      <w:r w:rsidRPr="00987F03">
        <w:rPr>
          <w:sz w:val="22"/>
          <w:rtl/>
        </w:rPr>
        <w:t>و</w:t>
      </w:r>
      <w:r w:rsidRPr="00987F03">
        <w:rPr>
          <w:sz w:val="22"/>
        </w:rPr>
        <w:t xml:space="preserve"> </w:t>
      </w:r>
      <w:r w:rsidRPr="00987F03">
        <w:rPr>
          <w:sz w:val="22"/>
          <w:rtl/>
        </w:rPr>
        <w:t>رابطهٔ</w:t>
      </w:r>
      <w:r w:rsidRPr="00987F03">
        <w:rPr>
          <w:sz w:val="22"/>
        </w:rPr>
        <w:t xml:space="preserve"> </w:t>
      </w:r>
      <w:r w:rsidRPr="00987F03">
        <w:rPr>
          <w:sz w:val="22"/>
          <w:rtl/>
        </w:rPr>
        <w:t>مرکز</w:t>
      </w:r>
      <w:r w:rsidRPr="00987F03">
        <w:rPr>
          <w:sz w:val="22"/>
        </w:rPr>
        <w:t xml:space="preserve"> </w:t>
      </w:r>
      <w:r w:rsidRPr="00987F03">
        <w:rPr>
          <w:sz w:val="22"/>
          <w:rtl/>
        </w:rPr>
        <w:t>با</w:t>
      </w:r>
      <w:r w:rsidRPr="00987F03">
        <w:rPr>
          <w:sz w:val="22"/>
        </w:rPr>
        <w:t xml:space="preserve"> </w:t>
      </w:r>
      <w:r w:rsidRPr="00987F03">
        <w:rPr>
          <w:sz w:val="22"/>
          <w:rtl/>
        </w:rPr>
        <w:t>ایالات</w:t>
      </w:r>
      <w:r w:rsidRPr="00987F03">
        <w:rPr>
          <w:sz w:val="22"/>
        </w:rPr>
        <w:t xml:space="preserve"> </w:t>
      </w:r>
      <w:r w:rsidRPr="00987F03">
        <w:rPr>
          <w:sz w:val="22"/>
          <w:rtl/>
        </w:rPr>
        <w:t>از</w:t>
      </w:r>
      <w:r w:rsidRPr="00987F03">
        <w:rPr>
          <w:sz w:val="22"/>
        </w:rPr>
        <w:t xml:space="preserve"> </w:t>
      </w:r>
      <w:r w:rsidRPr="00987F03">
        <w:rPr>
          <w:sz w:val="22"/>
          <w:rtl/>
        </w:rPr>
        <w:t>چه</w:t>
      </w:r>
      <w:r w:rsidRPr="00987F03">
        <w:rPr>
          <w:sz w:val="22"/>
        </w:rPr>
        <w:t xml:space="preserve"> </w:t>
      </w:r>
      <w:r w:rsidRPr="00987F03">
        <w:rPr>
          <w:sz w:val="22"/>
          <w:rtl/>
        </w:rPr>
        <w:t>راهی</w:t>
      </w:r>
      <w:r w:rsidRPr="00987F03">
        <w:rPr>
          <w:sz w:val="22"/>
        </w:rPr>
        <w:t xml:space="preserve"> </w:t>
      </w:r>
      <w:r w:rsidRPr="00987F03">
        <w:rPr>
          <w:sz w:val="22"/>
          <w:rtl/>
        </w:rPr>
        <w:t>برقرار</w:t>
      </w:r>
      <w:r w:rsidRPr="00987F03">
        <w:rPr>
          <w:sz w:val="22"/>
        </w:rPr>
        <w:t xml:space="preserve"> </w:t>
      </w:r>
      <w:r w:rsidRPr="00987F03">
        <w:rPr>
          <w:sz w:val="22"/>
          <w:rtl/>
        </w:rPr>
        <w:t>می</w:t>
      </w:r>
      <w:r w:rsidRPr="00987F03">
        <w:rPr>
          <w:sz w:val="22"/>
        </w:rPr>
        <w:t>‌</w:t>
      </w:r>
      <w:r w:rsidRPr="00987F03">
        <w:rPr>
          <w:sz w:val="22"/>
          <w:rtl/>
        </w:rPr>
        <w:t>شود</w:t>
      </w:r>
      <w:r w:rsidRPr="00987F03">
        <w:rPr>
          <w:sz w:val="22"/>
        </w:rPr>
        <w:t xml:space="preserve">. </w:t>
      </w:r>
      <w:r w:rsidRPr="00987F03">
        <w:rPr>
          <w:sz w:val="22"/>
          <w:rtl/>
        </w:rPr>
        <w:t>این</w:t>
      </w:r>
      <w:r w:rsidRPr="00987F03">
        <w:rPr>
          <w:sz w:val="22"/>
        </w:rPr>
        <w:t xml:space="preserve"> </w:t>
      </w:r>
      <w:r w:rsidRPr="00987F03">
        <w:rPr>
          <w:sz w:val="22"/>
          <w:rtl/>
        </w:rPr>
        <w:t>دانش</w:t>
      </w:r>
      <w:r w:rsidRPr="00987F03">
        <w:rPr>
          <w:sz w:val="22"/>
        </w:rPr>
        <w:t xml:space="preserve"> </w:t>
      </w:r>
      <w:r w:rsidRPr="00987F03">
        <w:rPr>
          <w:sz w:val="22"/>
          <w:rtl/>
        </w:rPr>
        <w:t>را</w:t>
      </w:r>
      <w:r w:rsidRPr="00987F03">
        <w:rPr>
          <w:sz w:val="22"/>
        </w:rPr>
        <w:t xml:space="preserve"> </w:t>
      </w:r>
      <w:r w:rsidRPr="00987F03">
        <w:rPr>
          <w:sz w:val="22"/>
          <w:rtl/>
        </w:rPr>
        <w:t>نمی</w:t>
      </w:r>
      <w:r w:rsidRPr="00987F03">
        <w:rPr>
          <w:sz w:val="22"/>
        </w:rPr>
        <w:t>‌</w:t>
      </w:r>
      <w:r w:rsidRPr="00987F03">
        <w:rPr>
          <w:sz w:val="22"/>
          <w:rtl/>
        </w:rPr>
        <w:t>شد</w:t>
      </w:r>
      <w:r w:rsidRPr="00987F03">
        <w:rPr>
          <w:sz w:val="22"/>
        </w:rPr>
        <w:t xml:space="preserve"> </w:t>
      </w:r>
      <w:r w:rsidRPr="00987F03">
        <w:rPr>
          <w:sz w:val="22"/>
          <w:rtl/>
        </w:rPr>
        <w:t>با</w:t>
      </w:r>
      <w:r w:rsidRPr="00987F03">
        <w:rPr>
          <w:sz w:val="22"/>
        </w:rPr>
        <w:t xml:space="preserve"> </w:t>
      </w:r>
      <w:r w:rsidRPr="00987F03">
        <w:rPr>
          <w:sz w:val="22"/>
          <w:rtl/>
        </w:rPr>
        <w:t>تصرف</w:t>
      </w:r>
      <w:r w:rsidRPr="00987F03">
        <w:rPr>
          <w:sz w:val="22"/>
        </w:rPr>
        <w:t xml:space="preserve"> </w:t>
      </w:r>
      <w:r w:rsidRPr="00987F03">
        <w:rPr>
          <w:sz w:val="22"/>
          <w:rtl/>
        </w:rPr>
        <w:t>خزانه</w:t>
      </w:r>
      <w:r w:rsidRPr="00987F03">
        <w:rPr>
          <w:sz w:val="22"/>
        </w:rPr>
        <w:t xml:space="preserve"> </w:t>
      </w:r>
      <w:r w:rsidRPr="00987F03">
        <w:rPr>
          <w:sz w:val="22"/>
          <w:rtl/>
        </w:rPr>
        <w:t>یا</w:t>
      </w:r>
      <w:r w:rsidRPr="00987F03">
        <w:rPr>
          <w:sz w:val="22"/>
        </w:rPr>
        <w:t xml:space="preserve"> </w:t>
      </w:r>
      <w:r w:rsidRPr="00987F03">
        <w:rPr>
          <w:sz w:val="22"/>
          <w:rtl/>
        </w:rPr>
        <w:t>کشتن</w:t>
      </w:r>
      <w:r w:rsidRPr="00987F03">
        <w:rPr>
          <w:sz w:val="22"/>
        </w:rPr>
        <w:t xml:space="preserve"> </w:t>
      </w:r>
      <w:r w:rsidRPr="00987F03">
        <w:rPr>
          <w:sz w:val="22"/>
          <w:rtl/>
        </w:rPr>
        <w:t>یک</w:t>
      </w:r>
      <w:r w:rsidRPr="00987F03">
        <w:rPr>
          <w:sz w:val="22"/>
        </w:rPr>
        <w:t xml:space="preserve"> </w:t>
      </w:r>
      <w:r w:rsidRPr="00987F03">
        <w:rPr>
          <w:sz w:val="22"/>
          <w:rtl/>
        </w:rPr>
        <w:t>وزیر</w:t>
      </w:r>
      <w:r w:rsidRPr="00987F03">
        <w:rPr>
          <w:sz w:val="22"/>
        </w:rPr>
        <w:t xml:space="preserve"> </w:t>
      </w:r>
      <w:r w:rsidRPr="00987F03">
        <w:rPr>
          <w:sz w:val="22"/>
          <w:rtl/>
        </w:rPr>
        <w:t>به</w:t>
      </w:r>
      <w:r w:rsidRPr="00987F03">
        <w:rPr>
          <w:sz w:val="22"/>
        </w:rPr>
        <w:t xml:space="preserve"> </w:t>
      </w:r>
      <w:r w:rsidRPr="00987F03">
        <w:rPr>
          <w:sz w:val="22"/>
          <w:rtl/>
        </w:rPr>
        <w:t>دست</w:t>
      </w:r>
      <w:r w:rsidRPr="00987F03">
        <w:rPr>
          <w:sz w:val="22"/>
        </w:rPr>
        <w:t xml:space="preserve"> </w:t>
      </w:r>
      <w:r w:rsidRPr="00987F03">
        <w:rPr>
          <w:sz w:val="22"/>
          <w:rtl/>
        </w:rPr>
        <w:t>آورد</w:t>
      </w:r>
      <w:r w:rsidRPr="00987F03">
        <w:rPr>
          <w:sz w:val="22"/>
        </w:rPr>
        <w:t>.</w:t>
      </w:r>
    </w:p>
    <w:p w:rsidR="009F3B78" w:rsidRPr="00987F03" w:rsidRDefault="00987F03" w:rsidP="00987F03">
      <w:pPr>
        <w:bidi/>
        <w:ind w:firstLine="720"/>
        <w:rPr>
          <w:sz w:val="22"/>
        </w:rPr>
      </w:pPr>
      <w:r w:rsidRPr="00987F03">
        <w:rPr>
          <w:sz w:val="22"/>
          <w:rtl/>
        </w:rPr>
        <w:t>قشون</w:t>
      </w:r>
      <w:r w:rsidRPr="00987F03">
        <w:rPr>
          <w:sz w:val="22"/>
        </w:rPr>
        <w:t xml:space="preserve"> </w:t>
      </w:r>
      <w:r w:rsidRPr="00987F03">
        <w:rPr>
          <w:sz w:val="22"/>
          <w:rtl/>
        </w:rPr>
        <w:t>عرب</w:t>
      </w:r>
      <w:r w:rsidRPr="00987F03">
        <w:rPr>
          <w:sz w:val="22"/>
        </w:rPr>
        <w:t xml:space="preserve"> </w:t>
      </w:r>
      <w:r w:rsidRPr="00987F03">
        <w:rPr>
          <w:sz w:val="22"/>
          <w:rtl/>
        </w:rPr>
        <w:t>در</w:t>
      </w:r>
      <w:r w:rsidRPr="00987F03">
        <w:rPr>
          <w:sz w:val="22"/>
        </w:rPr>
        <w:t xml:space="preserve"> </w:t>
      </w:r>
      <w:r w:rsidRPr="00987F03">
        <w:rPr>
          <w:sz w:val="22"/>
          <w:rtl/>
        </w:rPr>
        <w:t>آغاز</w:t>
      </w:r>
      <w:r w:rsidRPr="00987F03">
        <w:rPr>
          <w:sz w:val="22"/>
        </w:rPr>
        <w:t xml:space="preserve"> </w:t>
      </w:r>
      <w:r w:rsidRPr="00987F03">
        <w:rPr>
          <w:sz w:val="22"/>
          <w:rtl/>
        </w:rPr>
        <w:t>برای</w:t>
      </w:r>
      <w:r w:rsidRPr="00987F03">
        <w:rPr>
          <w:sz w:val="22"/>
        </w:rPr>
        <w:t xml:space="preserve"> </w:t>
      </w:r>
      <w:r w:rsidRPr="00987F03">
        <w:rPr>
          <w:sz w:val="22"/>
          <w:rtl/>
        </w:rPr>
        <w:t>فتح</w:t>
      </w:r>
      <w:r w:rsidRPr="00987F03">
        <w:rPr>
          <w:sz w:val="22"/>
        </w:rPr>
        <w:t xml:space="preserve"> </w:t>
      </w:r>
      <w:r w:rsidRPr="00987F03">
        <w:rPr>
          <w:sz w:val="22"/>
          <w:rtl/>
        </w:rPr>
        <w:t>و</w:t>
      </w:r>
      <w:r w:rsidRPr="00987F03">
        <w:rPr>
          <w:sz w:val="22"/>
        </w:rPr>
        <w:t xml:space="preserve"> </w:t>
      </w:r>
      <w:r w:rsidRPr="00987F03">
        <w:rPr>
          <w:sz w:val="22"/>
          <w:rtl/>
        </w:rPr>
        <w:t>تقسیم</w:t>
      </w:r>
      <w:r w:rsidRPr="00987F03">
        <w:rPr>
          <w:sz w:val="22"/>
        </w:rPr>
        <w:t xml:space="preserve"> </w:t>
      </w:r>
      <w:r w:rsidRPr="00987F03">
        <w:rPr>
          <w:sz w:val="22"/>
          <w:rtl/>
        </w:rPr>
        <w:t>غنیمت</w:t>
      </w:r>
      <w:r w:rsidRPr="00987F03">
        <w:rPr>
          <w:sz w:val="22"/>
        </w:rPr>
        <w:t xml:space="preserve"> </w:t>
      </w:r>
      <w:r w:rsidRPr="00987F03">
        <w:rPr>
          <w:sz w:val="22"/>
          <w:rtl/>
        </w:rPr>
        <w:t>سازمان</w:t>
      </w:r>
      <w:r w:rsidRPr="00987F03">
        <w:rPr>
          <w:sz w:val="22"/>
        </w:rPr>
        <w:t xml:space="preserve"> </w:t>
      </w:r>
      <w:r w:rsidRPr="00987F03">
        <w:rPr>
          <w:sz w:val="22"/>
          <w:rtl/>
        </w:rPr>
        <w:t>یافته</w:t>
      </w:r>
      <w:r w:rsidRPr="00987F03">
        <w:rPr>
          <w:sz w:val="22"/>
        </w:rPr>
        <w:t xml:space="preserve"> </w:t>
      </w:r>
      <w:r w:rsidRPr="00987F03">
        <w:rPr>
          <w:sz w:val="22"/>
          <w:rtl/>
        </w:rPr>
        <w:t>بود</w:t>
      </w:r>
      <w:r w:rsidRPr="00987F03">
        <w:rPr>
          <w:sz w:val="22"/>
        </w:rPr>
        <w:t xml:space="preserve">. </w:t>
      </w:r>
      <w:r w:rsidRPr="00987F03">
        <w:rPr>
          <w:sz w:val="22"/>
          <w:rtl/>
        </w:rPr>
        <w:t>غنیمت</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شد</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جنگ</w:t>
      </w:r>
      <w:r w:rsidRPr="00987F03">
        <w:rPr>
          <w:sz w:val="22"/>
        </w:rPr>
        <w:t xml:space="preserve"> </w:t>
      </w:r>
      <w:r w:rsidRPr="00987F03">
        <w:rPr>
          <w:sz w:val="22"/>
          <w:rtl/>
        </w:rPr>
        <w:t>میان</w:t>
      </w:r>
      <w:r w:rsidRPr="00987F03">
        <w:rPr>
          <w:sz w:val="22"/>
        </w:rPr>
        <w:t xml:space="preserve"> </w:t>
      </w:r>
      <w:r w:rsidRPr="00987F03">
        <w:rPr>
          <w:sz w:val="22"/>
          <w:rtl/>
        </w:rPr>
        <w:t>جنگاوران</w:t>
      </w:r>
      <w:r w:rsidRPr="00987F03">
        <w:rPr>
          <w:sz w:val="22"/>
        </w:rPr>
        <w:t xml:space="preserve"> </w:t>
      </w:r>
      <w:r w:rsidRPr="00987F03">
        <w:rPr>
          <w:sz w:val="22"/>
          <w:rtl/>
        </w:rPr>
        <w:t>تقسیم</w:t>
      </w:r>
      <w:r w:rsidRPr="00987F03">
        <w:rPr>
          <w:sz w:val="22"/>
        </w:rPr>
        <w:t xml:space="preserve"> </w:t>
      </w:r>
      <w:r w:rsidRPr="00987F03">
        <w:rPr>
          <w:sz w:val="22"/>
          <w:rtl/>
        </w:rPr>
        <w:t>کرد،</w:t>
      </w:r>
      <w:r w:rsidRPr="00987F03">
        <w:rPr>
          <w:sz w:val="22"/>
        </w:rPr>
        <w:t xml:space="preserve"> </w:t>
      </w:r>
      <w:r w:rsidRPr="00987F03">
        <w:rPr>
          <w:sz w:val="22"/>
          <w:rtl/>
        </w:rPr>
        <w:t>اما</w:t>
      </w:r>
      <w:r w:rsidRPr="00987F03">
        <w:rPr>
          <w:sz w:val="22"/>
        </w:rPr>
        <w:t xml:space="preserve"> </w:t>
      </w:r>
      <w:r w:rsidRPr="00987F03">
        <w:rPr>
          <w:sz w:val="22"/>
          <w:rtl/>
        </w:rPr>
        <w:t>مالیات</w:t>
      </w:r>
      <w:r w:rsidRPr="00987F03">
        <w:rPr>
          <w:sz w:val="22"/>
        </w:rPr>
        <w:t xml:space="preserve"> </w:t>
      </w:r>
      <w:r w:rsidRPr="00987F03">
        <w:rPr>
          <w:sz w:val="22"/>
          <w:rtl/>
        </w:rPr>
        <w:t>درآمدی</w:t>
      </w:r>
      <w:r w:rsidRPr="00987F03">
        <w:rPr>
          <w:sz w:val="22"/>
        </w:rPr>
        <w:t xml:space="preserve"> </w:t>
      </w:r>
      <w:r w:rsidRPr="00987F03">
        <w:rPr>
          <w:sz w:val="22"/>
          <w:rtl/>
        </w:rPr>
        <w:t>بود</w:t>
      </w:r>
      <w:r w:rsidRPr="00987F03">
        <w:rPr>
          <w:sz w:val="22"/>
        </w:rPr>
        <w:t xml:space="preserve"> </w:t>
      </w:r>
      <w:r w:rsidRPr="00987F03">
        <w:rPr>
          <w:sz w:val="22"/>
          <w:rtl/>
        </w:rPr>
        <w:t>که</w:t>
      </w:r>
      <w:r w:rsidRPr="00987F03">
        <w:rPr>
          <w:sz w:val="22"/>
        </w:rPr>
        <w:t xml:space="preserve"> </w:t>
      </w:r>
      <w:r w:rsidRPr="00987F03">
        <w:rPr>
          <w:sz w:val="22"/>
          <w:rtl/>
        </w:rPr>
        <w:t>باید</w:t>
      </w:r>
      <w:r w:rsidRPr="00987F03">
        <w:rPr>
          <w:sz w:val="22"/>
        </w:rPr>
        <w:t xml:space="preserve"> </w:t>
      </w:r>
      <w:r w:rsidRPr="00987F03">
        <w:rPr>
          <w:sz w:val="22"/>
          <w:rtl/>
        </w:rPr>
        <w:t>هر</w:t>
      </w:r>
      <w:r w:rsidRPr="00987F03">
        <w:rPr>
          <w:sz w:val="22"/>
        </w:rPr>
        <w:t xml:space="preserve"> </w:t>
      </w:r>
      <w:r w:rsidRPr="00987F03">
        <w:rPr>
          <w:sz w:val="22"/>
          <w:rtl/>
        </w:rPr>
        <w:t>سال</w:t>
      </w:r>
      <w:r w:rsidRPr="00987F03">
        <w:rPr>
          <w:sz w:val="22"/>
        </w:rPr>
        <w:t xml:space="preserve"> </w:t>
      </w:r>
      <w:r w:rsidRPr="00987F03">
        <w:rPr>
          <w:sz w:val="22"/>
          <w:rtl/>
        </w:rPr>
        <w:t>و</w:t>
      </w:r>
      <w:r w:rsidRPr="00987F03">
        <w:rPr>
          <w:sz w:val="22"/>
        </w:rPr>
        <w:t xml:space="preserve"> </w:t>
      </w:r>
      <w:r w:rsidRPr="00987F03">
        <w:rPr>
          <w:sz w:val="22"/>
          <w:rtl/>
        </w:rPr>
        <w:t>بر</w:t>
      </w:r>
      <w:r w:rsidRPr="00987F03">
        <w:rPr>
          <w:sz w:val="22"/>
        </w:rPr>
        <w:t xml:space="preserve"> </w:t>
      </w:r>
      <w:r w:rsidRPr="00987F03">
        <w:rPr>
          <w:sz w:val="22"/>
          <w:rtl/>
        </w:rPr>
        <w:t>پایهٔ</w:t>
      </w:r>
      <w:r w:rsidRPr="00987F03">
        <w:rPr>
          <w:sz w:val="22"/>
        </w:rPr>
        <w:t xml:space="preserve"> </w:t>
      </w:r>
      <w:r w:rsidRPr="00987F03">
        <w:rPr>
          <w:sz w:val="22"/>
          <w:rtl/>
        </w:rPr>
        <w:t>قاعده</w:t>
      </w:r>
      <w:r w:rsidRPr="00987F03">
        <w:rPr>
          <w:sz w:val="22"/>
        </w:rPr>
        <w:t>‌</w:t>
      </w:r>
      <w:r w:rsidRPr="00987F03">
        <w:rPr>
          <w:sz w:val="22"/>
          <w:rtl/>
        </w:rPr>
        <w:t>ای</w:t>
      </w:r>
      <w:r w:rsidRPr="00987F03">
        <w:rPr>
          <w:sz w:val="22"/>
        </w:rPr>
        <w:t xml:space="preserve"> </w:t>
      </w:r>
      <w:r w:rsidRPr="00987F03">
        <w:rPr>
          <w:sz w:val="22"/>
          <w:rtl/>
        </w:rPr>
        <w:t>معین</w:t>
      </w:r>
      <w:r w:rsidRPr="00987F03">
        <w:rPr>
          <w:sz w:val="22"/>
        </w:rPr>
        <w:t xml:space="preserve"> </w:t>
      </w:r>
      <w:r w:rsidRPr="00987F03">
        <w:rPr>
          <w:sz w:val="22"/>
          <w:rtl/>
        </w:rPr>
        <w:t>گردآوری</w:t>
      </w:r>
      <w:r w:rsidRPr="00987F03">
        <w:rPr>
          <w:sz w:val="22"/>
        </w:rPr>
        <w:t xml:space="preserve"> </w:t>
      </w:r>
      <w:r w:rsidRPr="00987F03">
        <w:rPr>
          <w:sz w:val="22"/>
          <w:rtl/>
        </w:rPr>
        <w:t>می</w:t>
      </w:r>
      <w:r w:rsidRPr="00987F03">
        <w:rPr>
          <w:sz w:val="22"/>
        </w:rPr>
        <w:t>‌</w:t>
      </w:r>
      <w:r w:rsidRPr="00987F03">
        <w:rPr>
          <w:sz w:val="22"/>
          <w:rtl/>
        </w:rPr>
        <w:t>شد</w:t>
      </w:r>
      <w:r w:rsidRPr="00987F03">
        <w:rPr>
          <w:sz w:val="22"/>
        </w:rPr>
        <w:t xml:space="preserve">. </w:t>
      </w:r>
      <w:r w:rsidRPr="00987F03">
        <w:rPr>
          <w:sz w:val="22"/>
          <w:rtl/>
        </w:rPr>
        <w:t>برای</w:t>
      </w:r>
      <w:r w:rsidRPr="00987F03">
        <w:rPr>
          <w:sz w:val="22"/>
        </w:rPr>
        <w:t xml:space="preserve"> </w:t>
      </w:r>
      <w:r w:rsidRPr="00987F03">
        <w:rPr>
          <w:sz w:val="22"/>
          <w:rtl/>
        </w:rPr>
        <w:t>گرفتن</w:t>
      </w:r>
      <w:r w:rsidRPr="00987F03">
        <w:rPr>
          <w:sz w:val="22"/>
        </w:rPr>
        <w:t xml:space="preserve"> </w:t>
      </w:r>
      <w:r w:rsidRPr="00987F03">
        <w:rPr>
          <w:sz w:val="22"/>
          <w:rtl/>
        </w:rPr>
        <w:t>مالیات،</w:t>
      </w:r>
      <w:r w:rsidRPr="00987F03">
        <w:rPr>
          <w:sz w:val="22"/>
        </w:rPr>
        <w:t xml:space="preserve"> </w:t>
      </w:r>
      <w:r w:rsidRPr="00987F03">
        <w:rPr>
          <w:sz w:val="22"/>
          <w:rtl/>
        </w:rPr>
        <w:t>حکومت</w:t>
      </w:r>
      <w:r w:rsidRPr="00987F03">
        <w:rPr>
          <w:sz w:val="22"/>
        </w:rPr>
        <w:t xml:space="preserve"> </w:t>
      </w:r>
      <w:r w:rsidRPr="00987F03">
        <w:rPr>
          <w:sz w:val="22"/>
          <w:rtl/>
        </w:rPr>
        <w:t>باید</w:t>
      </w:r>
      <w:r w:rsidRPr="00987F03">
        <w:rPr>
          <w:sz w:val="22"/>
        </w:rPr>
        <w:t xml:space="preserve"> </w:t>
      </w:r>
      <w:r w:rsidRPr="00987F03">
        <w:rPr>
          <w:sz w:val="22"/>
          <w:rtl/>
        </w:rPr>
        <w:t>زمین،</w:t>
      </w:r>
      <w:r w:rsidRPr="00987F03">
        <w:rPr>
          <w:sz w:val="22"/>
        </w:rPr>
        <w:t xml:space="preserve"> </w:t>
      </w:r>
      <w:r w:rsidRPr="00987F03">
        <w:rPr>
          <w:sz w:val="22"/>
          <w:rtl/>
        </w:rPr>
        <w:t>جمعیت،</w:t>
      </w:r>
      <w:r w:rsidRPr="00987F03">
        <w:rPr>
          <w:sz w:val="22"/>
        </w:rPr>
        <w:t xml:space="preserve"> </w:t>
      </w:r>
      <w:r w:rsidRPr="00987F03">
        <w:rPr>
          <w:sz w:val="22"/>
          <w:rtl/>
        </w:rPr>
        <w:t>محصول</w:t>
      </w:r>
      <w:r w:rsidRPr="00987F03">
        <w:rPr>
          <w:sz w:val="22"/>
        </w:rPr>
        <w:t xml:space="preserve"> </w:t>
      </w:r>
      <w:r w:rsidRPr="00987F03">
        <w:rPr>
          <w:sz w:val="22"/>
          <w:rtl/>
        </w:rPr>
        <w:t>و</w:t>
      </w:r>
      <w:r w:rsidRPr="00987F03">
        <w:rPr>
          <w:sz w:val="22"/>
        </w:rPr>
        <w:t xml:space="preserve"> </w:t>
      </w:r>
      <w:r w:rsidRPr="00987F03">
        <w:rPr>
          <w:sz w:val="22"/>
          <w:rtl/>
        </w:rPr>
        <w:t>تعهدات</w:t>
      </w:r>
      <w:r w:rsidRPr="00987F03">
        <w:rPr>
          <w:sz w:val="22"/>
        </w:rPr>
        <w:t xml:space="preserve"> </w:t>
      </w:r>
      <w:r w:rsidRPr="00987F03">
        <w:rPr>
          <w:sz w:val="22"/>
          <w:rtl/>
        </w:rPr>
        <w:t>پیشین</w:t>
      </w:r>
      <w:r w:rsidRPr="00987F03">
        <w:rPr>
          <w:sz w:val="22"/>
        </w:rPr>
        <w:t xml:space="preserve"> </w:t>
      </w:r>
      <w:r w:rsidRPr="00987F03">
        <w:rPr>
          <w:sz w:val="22"/>
          <w:rtl/>
        </w:rPr>
        <w:t>هر</w:t>
      </w:r>
      <w:r w:rsidRPr="00987F03">
        <w:rPr>
          <w:sz w:val="22"/>
        </w:rPr>
        <w:t xml:space="preserve"> </w:t>
      </w:r>
      <w:r w:rsidRPr="00987F03">
        <w:rPr>
          <w:sz w:val="22"/>
          <w:rtl/>
        </w:rPr>
        <w:t>منطقه</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شناخت</w:t>
      </w:r>
      <w:r w:rsidRPr="00987F03">
        <w:rPr>
          <w:sz w:val="22"/>
        </w:rPr>
        <w:t xml:space="preserve">. </w:t>
      </w:r>
      <w:r w:rsidRPr="00987F03">
        <w:rPr>
          <w:sz w:val="22"/>
          <w:rtl/>
        </w:rPr>
        <w:t>اگر</w:t>
      </w:r>
      <w:r w:rsidRPr="00987F03">
        <w:rPr>
          <w:sz w:val="22"/>
        </w:rPr>
        <w:t xml:space="preserve"> </w:t>
      </w:r>
      <w:r w:rsidRPr="00987F03">
        <w:rPr>
          <w:sz w:val="22"/>
          <w:rtl/>
        </w:rPr>
        <w:t>هر</w:t>
      </w:r>
      <w:r w:rsidRPr="00987F03">
        <w:rPr>
          <w:sz w:val="22"/>
        </w:rPr>
        <w:t xml:space="preserve"> </w:t>
      </w:r>
      <w:r w:rsidRPr="00987F03">
        <w:rPr>
          <w:sz w:val="22"/>
          <w:rtl/>
        </w:rPr>
        <w:t>فرمانده</w:t>
      </w:r>
      <w:r w:rsidRPr="00987F03">
        <w:rPr>
          <w:sz w:val="22"/>
        </w:rPr>
        <w:t xml:space="preserve"> </w:t>
      </w:r>
      <w:r w:rsidRPr="00987F03">
        <w:rPr>
          <w:sz w:val="22"/>
          <w:rtl/>
        </w:rPr>
        <w:t>به</w:t>
      </w:r>
      <w:r w:rsidRPr="00987F03">
        <w:rPr>
          <w:sz w:val="22"/>
        </w:rPr>
        <w:t xml:space="preserve"> </w:t>
      </w:r>
      <w:r w:rsidRPr="00987F03">
        <w:rPr>
          <w:sz w:val="22"/>
          <w:rtl/>
        </w:rPr>
        <w:t>دلخواه</w:t>
      </w:r>
      <w:r w:rsidRPr="00987F03">
        <w:rPr>
          <w:sz w:val="22"/>
        </w:rPr>
        <w:t xml:space="preserve"> </w:t>
      </w:r>
      <w:r w:rsidRPr="00987F03">
        <w:rPr>
          <w:sz w:val="22"/>
          <w:rtl/>
        </w:rPr>
        <w:t>خود</w:t>
      </w:r>
      <w:r w:rsidRPr="00987F03">
        <w:rPr>
          <w:sz w:val="22"/>
        </w:rPr>
        <w:t xml:space="preserve"> </w:t>
      </w:r>
      <w:r w:rsidRPr="00987F03">
        <w:rPr>
          <w:sz w:val="22"/>
          <w:rtl/>
        </w:rPr>
        <w:t>مبلغی</w:t>
      </w:r>
      <w:r w:rsidRPr="00987F03">
        <w:rPr>
          <w:sz w:val="22"/>
        </w:rPr>
        <w:t xml:space="preserve"> </w:t>
      </w:r>
      <w:r w:rsidRPr="00987F03">
        <w:rPr>
          <w:sz w:val="22"/>
          <w:rtl/>
        </w:rPr>
        <w:t>مطالبه</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مردم</w:t>
      </w:r>
      <w:r w:rsidRPr="00987F03">
        <w:rPr>
          <w:sz w:val="22"/>
        </w:rPr>
        <w:t xml:space="preserve"> </w:t>
      </w:r>
      <w:r w:rsidRPr="00987F03">
        <w:rPr>
          <w:sz w:val="22"/>
          <w:rtl/>
        </w:rPr>
        <w:t>یا</w:t>
      </w:r>
      <w:r w:rsidRPr="00987F03">
        <w:rPr>
          <w:sz w:val="22"/>
        </w:rPr>
        <w:t xml:space="preserve"> </w:t>
      </w:r>
      <w:r w:rsidRPr="00987F03">
        <w:rPr>
          <w:sz w:val="22"/>
          <w:rtl/>
        </w:rPr>
        <w:t>ناتوان</w:t>
      </w:r>
      <w:r w:rsidRPr="00987F03">
        <w:rPr>
          <w:sz w:val="22"/>
        </w:rPr>
        <w:t xml:space="preserve"> </w:t>
      </w:r>
      <w:r w:rsidRPr="00987F03">
        <w:rPr>
          <w:sz w:val="22"/>
          <w:rtl/>
        </w:rPr>
        <w:t>می</w:t>
      </w:r>
      <w:r w:rsidRPr="00987F03">
        <w:rPr>
          <w:sz w:val="22"/>
        </w:rPr>
        <w:t>‌</w:t>
      </w:r>
      <w:r w:rsidRPr="00987F03">
        <w:rPr>
          <w:sz w:val="22"/>
          <w:rtl/>
        </w:rPr>
        <w:t>شدند</w:t>
      </w:r>
      <w:r w:rsidRPr="00987F03">
        <w:rPr>
          <w:sz w:val="22"/>
        </w:rPr>
        <w:t xml:space="preserve"> </w:t>
      </w:r>
      <w:r w:rsidRPr="00987F03">
        <w:rPr>
          <w:sz w:val="22"/>
          <w:rtl/>
        </w:rPr>
        <w:t>یا</w:t>
      </w:r>
      <w:r w:rsidRPr="00987F03">
        <w:rPr>
          <w:sz w:val="22"/>
        </w:rPr>
        <w:t xml:space="preserve"> </w:t>
      </w:r>
      <w:r w:rsidRPr="00987F03">
        <w:rPr>
          <w:sz w:val="22"/>
          <w:rtl/>
        </w:rPr>
        <w:t>می</w:t>
      </w:r>
      <w:r w:rsidRPr="00987F03">
        <w:rPr>
          <w:sz w:val="22"/>
        </w:rPr>
        <w:t>‌</w:t>
      </w:r>
      <w:r w:rsidRPr="00987F03">
        <w:rPr>
          <w:sz w:val="22"/>
          <w:rtl/>
        </w:rPr>
        <w:t>گریختند</w:t>
      </w:r>
      <w:r w:rsidRPr="00987F03">
        <w:rPr>
          <w:sz w:val="22"/>
        </w:rPr>
        <w:t xml:space="preserve"> </w:t>
      </w:r>
      <w:r w:rsidRPr="00987F03">
        <w:rPr>
          <w:sz w:val="22"/>
          <w:rtl/>
        </w:rPr>
        <w:t>و</w:t>
      </w:r>
      <w:r w:rsidRPr="00987F03">
        <w:rPr>
          <w:sz w:val="22"/>
        </w:rPr>
        <w:t xml:space="preserve"> </w:t>
      </w:r>
      <w:r w:rsidRPr="00987F03">
        <w:rPr>
          <w:sz w:val="22"/>
          <w:rtl/>
        </w:rPr>
        <w:t>درآمد</w:t>
      </w:r>
      <w:r w:rsidRPr="00987F03">
        <w:rPr>
          <w:sz w:val="22"/>
        </w:rPr>
        <w:t xml:space="preserve"> </w:t>
      </w:r>
      <w:r w:rsidRPr="00987F03">
        <w:rPr>
          <w:sz w:val="22"/>
          <w:rtl/>
        </w:rPr>
        <w:t>سال</w:t>
      </w:r>
      <w:r w:rsidRPr="00987F03">
        <w:rPr>
          <w:sz w:val="22"/>
        </w:rPr>
        <w:t>‌</w:t>
      </w:r>
      <w:r w:rsidRPr="00987F03">
        <w:rPr>
          <w:sz w:val="22"/>
          <w:rtl/>
        </w:rPr>
        <w:t>های</w:t>
      </w:r>
      <w:r w:rsidRPr="00987F03">
        <w:rPr>
          <w:sz w:val="22"/>
        </w:rPr>
        <w:t xml:space="preserve"> </w:t>
      </w:r>
      <w:r w:rsidRPr="00987F03">
        <w:rPr>
          <w:sz w:val="22"/>
          <w:rtl/>
        </w:rPr>
        <w:t>بعد</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می</w:t>
      </w:r>
      <w:r w:rsidRPr="00987F03">
        <w:rPr>
          <w:sz w:val="22"/>
        </w:rPr>
        <w:t>‌</w:t>
      </w:r>
      <w:r w:rsidRPr="00987F03">
        <w:rPr>
          <w:sz w:val="22"/>
          <w:rtl/>
        </w:rPr>
        <w:t>رفت</w:t>
      </w:r>
      <w:r w:rsidRPr="00987F03">
        <w:rPr>
          <w:sz w:val="22"/>
        </w:rPr>
        <w:t>.</w:t>
      </w:r>
    </w:p>
    <w:p w:rsidR="009F3B78" w:rsidRPr="00987F03" w:rsidRDefault="00987F03" w:rsidP="00987F03">
      <w:pPr>
        <w:bidi/>
        <w:ind w:firstLine="720"/>
        <w:rPr>
          <w:sz w:val="22"/>
        </w:rPr>
      </w:pPr>
      <w:r w:rsidRPr="00987F03">
        <w:rPr>
          <w:sz w:val="22"/>
          <w:rtl/>
        </w:rPr>
        <w:t>ازاین</w:t>
      </w:r>
      <w:r w:rsidRPr="00987F03">
        <w:rPr>
          <w:sz w:val="22"/>
        </w:rPr>
        <w:t>‌</w:t>
      </w:r>
      <w:r w:rsidRPr="00987F03">
        <w:rPr>
          <w:sz w:val="22"/>
          <w:rtl/>
        </w:rPr>
        <w:t>رو،</w:t>
      </w:r>
      <w:r w:rsidRPr="00987F03">
        <w:rPr>
          <w:sz w:val="22"/>
        </w:rPr>
        <w:t xml:space="preserve"> </w:t>
      </w:r>
      <w:r w:rsidRPr="00987F03">
        <w:rPr>
          <w:sz w:val="22"/>
          <w:rtl/>
        </w:rPr>
        <w:t>در</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مناطق</w:t>
      </w:r>
      <w:r w:rsidRPr="00987F03">
        <w:rPr>
          <w:sz w:val="22"/>
        </w:rPr>
        <w:t xml:space="preserve"> </w:t>
      </w:r>
      <w:r w:rsidRPr="00987F03">
        <w:rPr>
          <w:sz w:val="22"/>
          <w:rtl/>
        </w:rPr>
        <w:t>دفترها،</w:t>
      </w:r>
      <w:r w:rsidRPr="00987F03">
        <w:rPr>
          <w:sz w:val="22"/>
        </w:rPr>
        <w:t xml:space="preserve"> </w:t>
      </w:r>
      <w:r w:rsidRPr="00987F03">
        <w:rPr>
          <w:sz w:val="22"/>
          <w:rtl/>
        </w:rPr>
        <w:t>زبان</w:t>
      </w:r>
      <w:r w:rsidRPr="00987F03">
        <w:rPr>
          <w:sz w:val="22"/>
        </w:rPr>
        <w:t xml:space="preserve"> </w:t>
      </w:r>
      <w:r w:rsidRPr="00987F03">
        <w:rPr>
          <w:sz w:val="22"/>
          <w:rtl/>
        </w:rPr>
        <w:t>اداری</w:t>
      </w:r>
      <w:r w:rsidRPr="00987F03">
        <w:rPr>
          <w:sz w:val="22"/>
        </w:rPr>
        <w:t xml:space="preserve"> </w:t>
      </w:r>
      <w:r w:rsidRPr="00987F03">
        <w:rPr>
          <w:sz w:val="22"/>
          <w:rtl/>
        </w:rPr>
        <w:t>و</w:t>
      </w:r>
      <w:r w:rsidRPr="00987F03">
        <w:rPr>
          <w:sz w:val="22"/>
        </w:rPr>
        <w:t xml:space="preserve"> </w:t>
      </w:r>
      <w:r w:rsidRPr="00987F03">
        <w:rPr>
          <w:sz w:val="22"/>
          <w:rtl/>
        </w:rPr>
        <w:t>کارگزاران</w:t>
      </w:r>
      <w:r w:rsidRPr="00987F03">
        <w:rPr>
          <w:sz w:val="22"/>
        </w:rPr>
        <w:t xml:space="preserve"> </w:t>
      </w:r>
      <w:r w:rsidRPr="00987F03">
        <w:rPr>
          <w:sz w:val="22"/>
          <w:rtl/>
        </w:rPr>
        <w:t>پیشین</w:t>
      </w:r>
      <w:r w:rsidRPr="00987F03">
        <w:rPr>
          <w:sz w:val="22"/>
        </w:rPr>
        <w:t xml:space="preserve"> </w:t>
      </w:r>
      <w:r w:rsidRPr="00987F03">
        <w:rPr>
          <w:sz w:val="22"/>
          <w:rtl/>
        </w:rPr>
        <w:t>برای</w:t>
      </w:r>
      <w:r w:rsidRPr="00987F03">
        <w:rPr>
          <w:sz w:val="22"/>
        </w:rPr>
        <w:t xml:space="preserve"> </w:t>
      </w:r>
      <w:r w:rsidRPr="00987F03">
        <w:rPr>
          <w:sz w:val="22"/>
          <w:rtl/>
        </w:rPr>
        <w:t>مدتی</w:t>
      </w:r>
      <w:r w:rsidRPr="00987F03">
        <w:rPr>
          <w:sz w:val="22"/>
        </w:rPr>
        <w:t xml:space="preserve"> </w:t>
      </w:r>
      <w:r w:rsidRPr="00987F03">
        <w:rPr>
          <w:sz w:val="22"/>
          <w:rtl/>
        </w:rPr>
        <w:t>حفظ</w:t>
      </w:r>
      <w:r w:rsidRPr="00987F03">
        <w:rPr>
          <w:sz w:val="22"/>
        </w:rPr>
        <w:t xml:space="preserve"> </w:t>
      </w:r>
      <w:r w:rsidRPr="00987F03">
        <w:rPr>
          <w:sz w:val="22"/>
          <w:rtl/>
        </w:rPr>
        <w:t>شدند</w:t>
      </w:r>
      <w:r w:rsidRPr="00987F03">
        <w:rPr>
          <w:sz w:val="22"/>
        </w:rPr>
        <w:t xml:space="preserve">. </w:t>
      </w:r>
      <w:r w:rsidRPr="00987F03">
        <w:rPr>
          <w:sz w:val="22"/>
          <w:rtl/>
        </w:rPr>
        <w:t>در</w:t>
      </w:r>
      <w:r w:rsidRPr="00987F03">
        <w:rPr>
          <w:sz w:val="22"/>
        </w:rPr>
        <w:t xml:space="preserve"> </w:t>
      </w:r>
      <w:r w:rsidRPr="00987F03">
        <w:rPr>
          <w:sz w:val="22"/>
          <w:rtl/>
        </w:rPr>
        <w:t>نواحی</w:t>
      </w:r>
      <w:r w:rsidRPr="00987F03">
        <w:rPr>
          <w:sz w:val="22"/>
        </w:rPr>
        <w:t xml:space="preserve"> </w:t>
      </w:r>
      <w:r w:rsidRPr="00987F03">
        <w:rPr>
          <w:sz w:val="22"/>
          <w:rtl/>
        </w:rPr>
        <w:t>ایرانی،</w:t>
      </w:r>
      <w:r w:rsidRPr="00987F03">
        <w:rPr>
          <w:sz w:val="22"/>
        </w:rPr>
        <w:t xml:space="preserve"> </w:t>
      </w:r>
      <w:r w:rsidRPr="00987F03">
        <w:rPr>
          <w:sz w:val="22"/>
          <w:rtl/>
        </w:rPr>
        <w:t>زبان</w:t>
      </w:r>
      <w:r w:rsidRPr="00987F03">
        <w:rPr>
          <w:sz w:val="22"/>
        </w:rPr>
        <w:t xml:space="preserve"> </w:t>
      </w:r>
      <w:r w:rsidRPr="00987F03">
        <w:rPr>
          <w:sz w:val="22"/>
          <w:rtl/>
        </w:rPr>
        <w:t>فارسی</w:t>
      </w:r>
      <w:r w:rsidRPr="00987F03">
        <w:rPr>
          <w:sz w:val="22"/>
        </w:rPr>
        <w:t xml:space="preserve"> </w:t>
      </w:r>
      <w:r w:rsidRPr="00987F03">
        <w:rPr>
          <w:sz w:val="22"/>
          <w:rtl/>
        </w:rPr>
        <w:t>میانه</w:t>
      </w:r>
      <w:r w:rsidRPr="00987F03">
        <w:rPr>
          <w:sz w:val="22"/>
        </w:rPr>
        <w:t xml:space="preserve"> </w:t>
      </w:r>
      <w:r w:rsidRPr="00987F03">
        <w:rPr>
          <w:sz w:val="22"/>
          <w:rtl/>
        </w:rPr>
        <w:t>در</w:t>
      </w:r>
      <w:r w:rsidRPr="00987F03">
        <w:rPr>
          <w:sz w:val="22"/>
        </w:rPr>
        <w:t xml:space="preserve"> </w:t>
      </w:r>
      <w:r w:rsidRPr="00987F03">
        <w:rPr>
          <w:sz w:val="22"/>
          <w:rtl/>
        </w:rPr>
        <w:t>دیوان</w:t>
      </w:r>
      <w:r w:rsidRPr="00987F03">
        <w:rPr>
          <w:sz w:val="22"/>
        </w:rPr>
        <w:t xml:space="preserve"> </w:t>
      </w:r>
      <w:r w:rsidRPr="00987F03">
        <w:rPr>
          <w:sz w:val="22"/>
          <w:rtl/>
        </w:rPr>
        <w:t>به</w:t>
      </w:r>
      <w:r w:rsidRPr="00987F03">
        <w:rPr>
          <w:sz w:val="22"/>
        </w:rPr>
        <w:t xml:space="preserve"> </w:t>
      </w:r>
      <w:r w:rsidRPr="00987F03">
        <w:rPr>
          <w:sz w:val="22"/>
          <w:rtl/>
        </w:rPr>
        <w:t>کار</w:t>
      </w:r>
      <w:r w:rsidRPr="00987F03">
        <w:rPr>
          <w:sz w:val="22"/>
        </w:rPr>
        <w:t xml:space="preserve"> </w:t>
      </w:r>
      <w:r w:rsidRPr="00987F03">
        <w:rPr>
          <w:sz w:val="22"/>
          <w:rtl/>
        </w:rPr>
        <w:t>می</w:t>
      </w:r>
      <w:r w:rsidRPr="00987F03">
        <w:rPr>
          <w:sz w:val="22"/>
        </w:rPr>
        <w:t>‌</w:t>
      </w:r>
      <w:r w:rsidRPr="00987F03">
        <w:rPr>
          <w:sz w:val="22"/>
          <w:rtl/>
        </w:rPr>
        <w:t>رفت</w:t>
      </w:r>
      <w:r w:rsidRPr="00987F03">
        <w:rPr>
          <w:sz w:val="22"/>
        </w:rPr>
        <w:t xml:space="preserve"> </w:t>
      </w:r>
      <w:r w:rsidRPr="00987F03">
        <w:rPr>
          <w:sz w:val="22"/>
          <w:rtl/>
        </w:rPr>
        <w:t>و</w:t>
      </w:r>
      <w:r w:rsidRPr="00987F03">
        <w:rPr>
          <w:sz w:val="22"/>
        </w:rPr>
        <w:t xml:space="preserve"> </w:t>
      </w:r>
      <w:r w:rsidRPr="00987F03">
        <w:rPr>
          <w:sz w:val="22"/>
          <w:rtl/>
        </w:rPr>
        <w:t>دبیران</w:t>
      </w:r>
      <w:r w:rsidRPr="00987F03">
        <w:rPr>
          <w:sz w:val="22"/>
        </w:rPr>
        <w:t xml:space="preserve"> </w:t>
      </w:r>
      <w:r w:rsidRPr="00987F03">
        <w:rPr>
          <w:sz w:val="22"/>
          <w:rtl/>
        </w:rPr>
        <w:t>ایرانی</w:t>
      </w:r>
      <w:r w:rsidRPr="00987F03">
        <w:rPr>
          <w:sz w:val="22"/>
        </w:rPr>
        <w:t xml:space="preserve"> </w:t>
      </w:r>
      <w:r w:rsidRPr="00987F03">
        <w:rPr>
          <w:sz w:val="22"/>
          <w:rtl/>
        </w:rPr>
        <w:t>حساب</w:t>
      </w:r>
      <w:r w:rsidRPr="00987F03">
        <w:rPr>
          <w:sz w:val="22"/>
        </w:rPr>
        <w:t>‌</w:t>
      </w:r>
      <w:r w:rsidRPr="00987F03">
        <w:rPr>
          <w:sz w:val="22"/>
          <w:rtl/>
        </w:rPr>
        <w:t>ها</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نوشتند</w:t>
      </w:r>
      <w:r w:rsidRPr="00987F03">
        <w:rPr>
          <w:sz w:val="22"/>
        </w:rPr>
        <w:t xml:space="preserve">. </w:t>
      </w:r>
      <w:r w:rsidRPr="00987F03">
        <w:rPr>
          <w:sz w:val="22"/>
          <w:rtl/>
        </w:rPr>
        <w:t>در</w:t>
      </w:r>
      <w:r w:rsidRPr="00987F03">
        <w:rPr>
          <w:sz w:val="22"/>
        </w:rPr>
        <w:t xml:space="preserve"> </w:t>
      </w:r>
      <w:r w:rsidRPr="00987F03">
        <w:rPr>
          <w:sz w:val="22"/>
          <w:rtl/>
        </w:rPr>
        <w:t>دیگر</w:t>
      </w:r>
      <w:r w:rsidRPr="00987F03">
        <w:rPr>
          <w:sz w:val="22"/>
        </w:rPr>
        <w:t xml:space="preserve"> </w:t>
      </w:r>
      <w:r w:rsidRPr="00987F03">
        <w:rPr>
          <w:sz w:val="22"/>
          <w:rtl/>
        </w:rPr>
        <w:t>بخش</w:t>
      </w:r>
      <w:r w:rsidRPr="00987F03">
        <w:rPr>
          <w:sz w:val="22"/>
        </w:rPr>
        <w:t>‌</w:t>
      </w:r>
      <w:r w:rsidRPr="00987F03">
        <w:rPr>
          <w:sz w:val="22"/>
          <w:rtl/>
        </w:rPr>
        <w:t>های</w:t>
      </w:r>
      <w:r w:rsidRPr="00987F03">
        <w:rPr>
          <w:sz w:val="22"/>
        </w:rPr>
        <w:t xml:space="preserve"> </w:t>
      </w:r>
      <w:r w:rsidRPr="00987F03">
        <w:rPr>
          <w:sz w:val="22"/>
          <w:rtl/>
        </w:rPr>
        <w:t>قلمرو</w:t>
      </w:r>
      <w:r w:rsidRPr="00987F03">
        <w:rPr>
          <w:sz w:val="22"/>
        </w:rPr>
        <w:t xml:space="preserve"> </w:t>
      </w:r>
      <w:r w:rsidRPr="00987F03">
        <w:rPr>
          <w:sz w:val="22"/>
          <w:rtl/>
        </w:rPr>
        <w:t>نیز</w:t>
      </w:r>
      <w:r w:rsidRPr="00987F03">
        <w:rPr>
          <w:sz w:val="22"/>
        </w:rPr>
        <w:t xml:space="preserve"> </w:t>
      </w:r>
      <w:r w:rsidRPr="00987F03">
        <w:rPr>
          <w:sz w:val="22"/>
          <w:rtl/>
        </w:rPr>
        <w:t>زبان</w:t>
      </w:r>
      <w:r w:rsidRPr="00987F03">
        <w:rPr>
          <w:sz w:val="22"/>
        </w:rPr>
        <w:t xml:space="preserve"> </w:t>
      </w:r>
      <w:r w:rsidRPr="00987F03">
        <w:rPr>
          <w:sz w:val="22"/>
          <w:rtl/>
        </w:rPr>
        <w:t>اداری</w:t>
      </w:r>
      <w:r w:rsidRPr="00987F03">
        <w:rPr>
          <w:sz w:val="22"/>
        </w:rPr>
        <w:t xml:space="preserve"> </w:t>
      </w:r>
      <w:r w:rsidRPr="00987F03">
        <w:rPr>
          <w:sz w:val="22"/>
          <w:rtl/>
        </w:rPr>
        <w:t>حکومت</w:t>
      </w:r>
      <w:r w:rsidRPr="00987F03">
        <w:rPr>
          <w:sz w:val="22"/>
        </w:rPr>
        <w:t xml:space="preserve"> </w:t>
      </w:r>
      <w:r w:rsidRPr="00987F03">
        <w:rPr>
          <w:sz w:val="22"/>
          <w:rtl/>
        </w:rPr>
        <w:t>پیشین</w:t>
      </w:r>
      <w:r w:rsidRPr="00987F03">
        <w:rPr>
          <w:sz w:val="22"/>
        </w:rPr>
        <w:t xml:space="preserve"> </w:t>
      </w:r>
      <w:r w:rsidRPr="00987F03">
        <w:rPr>
          <w:sz w:val="22"/>
          <w:rtl/>
        </w:rPr>
        <w:t>ادامه</w:t>
      </w:r>
      <w:r w:rsidRPr="00987F03">
        <w:rPr>
          <w:sz w:val="22"/>
        </w:rPr>
        <w:t xml:space="preserve"> </w:t>
      </w:r>
      <w:r w:rsidRPr="00987F03">
        <w:rPr>
          <w:sz w:val="22"/>
          <w:rtl/>
        </w:rPr>
        <w:t>یافت</w:t>
      </w:r>
      <w:r w:rsidRPr="00987F03">
        <w:rPr>
          <w:sz w:val="22"/>
        </w:rPr>
        <w:t xml:space="preserve">. </w:t>
      </w:r>
      <w:r w:rsidRPr="00987F03">
        <w:rPr>
          <w:sz w:val="22"/>
          <w:rtl/>
        </w:rPr>
        <w:t>این</w:t>
      </w:r>
      <w:r w:rsidRPr="00987F03">
        <w:rPr>
          <w:sz w:val="22"/>
        </w:rPr>
        <w:t xml:space="preserve"> </w:t>
      </w:r>
      <w:r w:rsidRPr="00987F03">
        <w:rPr>
          <w:sz w:val="22"/>
          <w:rtl/>
        </w:rPr>
        <w:t>امر</w:t>
      </w:r>
      <w:r w:rsidRPr="00987F03">
        <w:rPr>
          <w:sz w:val="22"/>
        </w:rPr>
        <w:t xml:space="preserve"> </w:t>
      </w:r>
      <w:r w:rsidRPr="00987F03">
        <w:rPr>
          <w:sz w:val="22"/>
          <w:rtl/>
        </w:rPr>
        <w:t>از</w:t>
      </w:r>
      <w:r w:rsidRPr="00987F03">
        <w:rPr>
          <w:sz w:val="22"/>
        </w:rPr>
        <w:t xml:space="preserve"> </w:t>
      </w:r>
      <w:r w:rsidRPr="00987F03">
        <w:rPr>
          <w:sz w:val="22"/>
          <w:rtl/>
        </w:rPr>
        <w:t>علاقهٔ</w:t>
      </w:r>
      <w:r w:rsidRPr="00987F03">
        <w:rPr>
          <w:sz w:val="22"/>
        </w:rPr>
        <w:t xml:space="preserve"> </w:t>
      </w:r>
      <w:r w:rsidRPr="00987F03">
        <w:rPr>
          <w:sz w:val="22"/>
          <w:rtl/>
        </w:rPr>
        <w:t>فاتحان</w:t>
      </w:r>
      <w:r w:rsidRPr="00987F03">
        <w:rPr>
          <w:sz w:val="22"/>
        </w:rPr>
        <w:t xml:space="preserve"> </w:t>
      </w:r>
      <w:r w:rsidRPr="00987F03">
        <w:rPr>
          <w:sz w:val="22"/>
          <w:rtl/>
        </w:rPr>
        <w:t>به</w:t>
      </w:r>
      <w:r w:rsidRPr="00987F03">
        <w:rPr>
          <w:sz w:val="22"/>
        </w:rPr>
        <w:t xml:space="preserve"> </w:t>
      </w:r>
      <w:r w:rsidRPr="00987F03">
        <w:rPr>
          <w:sz w:val="22"/>
          <w:rtl/>
        </w:rPr>
        <w:t>فرهنگ</w:t>
      </w:r>
      <w:r w:rsidRPr="00987F03">
        <w:rPr>
          <w:sz w:val="22"/>
        </w:rPr>
        <w:t>‌</w:t>
      </w:r>
      <w:r w:rsidRPr="00987F03">
        <w:rPr>
          <w:sz w:val="22"/>
          <w:rtl/>
        </w:rPr>
        <w:t>های</w:t>
      </w:r>
      <w:r w:rsidRPr="00987F03">
        <w:rPr>
          <w:sz w:val="22"/>
        </w:rPr>
        <w:t xml:space="preserve"> </w:t>
      </w:r>
      <w:r w:rsidRPr="00987F03">
        <w:rPr>
          <w:sz w:val="22"/>
          <w:rtl/>
        </w:rPr>
        <w:t>مغلوب</w:t>
      </w:r>
      <w:r w:rsidRPr="00987F03">
        <w:rPr>
          <w:sz w:val="22"/>
        </w:rPr>
        <w:t xml:space="preserve"> </w:t>
      </w:r>
      <w:r w:rsidRPr="00987F03">
        <w:rPr>
          <w:sz w:val="22"/>
          <w:rtl/>
        </w:rPr>
        <w:t>سرچشمه</w:t>
      </w:r>
      <w:r w:rsidRPr="00987F03">
        <w:rPr>
          <w:sz w:val="22"/>
        </w:rPr>
        <w:t xml:space="preserve"> </w:t>
      </w:r>
      <w:r w:rsidRPr="00987F03">
        <w:rPr>
          <w:sz w:val="22"/>
          <w:rtl/>
        </w:rPr>
        <w:t>نمی</w:t>
      </w:r>
      <w:r w:rsidRPr="00987F03">
        <w:rPr>
          <w:sz w:val="22"/>
        </w:rPr>
        <w:t>‌</w:t>
      </w:r>
      <w:r w:rsidRPr="00987F03">
        <w:rPr>
          <w:sz w:val="22"/>
          <w:rtl/>
        </w:rPr>
        <w:t>گرفت؛</w:t>
      </w:r>
      <w:r w:rsidRPr="00987F03">
        <w:rPr>
          <w:sz w:val="22"/>
        </w:rPr>
        <w:t xml:space="preserve"> </w:t>
      </w:r>
      <w:r w:rsidRPr="00987F03">
        <w:rPr>
          <w:sz w:val="22"/>
          <w:rtl/>
        </w:rPr>
        <w:t>نتیجهٔ</w:t>
      </w:r>
      <w:r w:rsidRPr="00987F03">
        <w:rPr>
          <w:sz w:val="22"/>
        </w:rPr>
        <w:t xml:space="preserve"> </w:t>
      </w:r>
      <w:r w:rsidRPr="00987F03">
        <w:rPr>
          <w:sz w:val="22"/>
          <w:rtl/>
        </w:rPr>
        <w:t>نیاز</w:t>
      </w:r>
      <w:r w:rsidRPr="00987F03">
        <w:rPr>
          <w:sz w:val="22"/>
        </w:rPr>
        <w:t xml:space="preserve"> </w:t>
      </w:r>
      <w:r w:rsidRPr="00987F03">
        <w:rPr>
          <w:sz w:val="22"/>
          <w:rtl/>
        </w:rPr>
        <w:t>حکومت</w:t>
      </w:r>
      <w:r w:rsidRPr="00987F03">
        <w:rPr>
          <w:sz w:val="22"/>
        </w:rPr>
        <w:t xml:space="preserve"> </w:t>
      </w:r>
      <w:r w:rsidRPr="00987F03">
        <w:rPr>
          <w:sz w:val="22"/>
          <w:rtl/>
        </w:rPr>
        <w:t>به</w:t>
      </w:r>
      <w:r w:rsidRPr="00987F03">
        <w:rPr>
          <w:sz w:val="22"/>
        </w:rPr>
        <w:t xml:space="preserve"> </w:t>
      </w:r>
      <w:r w:rsidRPr="00987F03">
        <w:rPr>
          <w:sz w:val="22"/>
          <w:rtl/>
        </w:rPr>
        <w:t>کارکردن</w:t>
      </w:r>
      <w:r w:rsidRPr="00987F03">
        <w:rPr>
          <w:sz w:val="22"/>
        </w:rPr>
        <w:t xml:space="preserve"> </w:t>
      </w:r>
      <w:r w:rsidRPr="00987F03">
        <w:rPr>
          <w:sz w:val="22"/>
          <w:rtl/>
        </w:rPr>
        <w:t>بود</w:t>
      </w:r>
      <w:r w:rsidRPr="00987F03">
        <w:rPr>
          <w:sz w:val="22"/>
        </w:rPr>
        <w:t>.</w:t>
      </w:r>
    </w:p>
    <w:p w:rsidR="009F3B78" w:rsidRPr="00987F03" w:rsidRDefault="00987F03" w:rsidP="00987F03">
      <w:pPr>
        <w:bidi/>
        <w:ind w:firstLine="720"/>
        <w:rPr>
          <w:sz w:val="22"/>
        </w:rPr>
      </w:pPr>
      <w:r w:rsidRPr="00987F03">
        <w:rPr>
          <w:sz w:val="22"/>
          <w:rtl/>
        </w:rPr>
        <w:t>ادامهٔ</w:t>
      </w:r>
      <w:r w:rsidRPr="00987F03">
        <w:rPr>
          <w:sz w:val="22"/>
        </w:rPr>
        <w:t xml:space="preserve"> </w:t>
      </w:r>
      <w:r w:rsidRPr="00987F03">
        <w:rPr>
          <w:sz w:val="22"/>
          <w:rtl/>
        </w:rPr>
        <w:t>کار</w:t>
      </w:r>
      <w:r w:rsidRPr="00987F03">
        <w:rPr>
          <w:sz w:val="22"/>
        </w:rPr>
        <w:t xml:space="preserve"> </w:t>
      </w:r>
      <w:r w:rsidRPr="00987F03">
        <w:rPr>
          <w:sz w:val="22"/>
          <w:rtl/>
        </w:rPr>
        <w:t>دبیران</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ادامهٔ</w:t>
      </w:r>
      <w:r w:rsidRPr="00987F03">
        <w:rPr>
          <w:sz w:val="22"/>
        </w:rPr>
        <w:t xml:space="preserve"> </w:t>
      </w:r>
      <w:r w:rsidRPr="00987F03">
        <w:rPr>
          <w:sz w:val="22"/>
          <w:rtl/>
        </w:rPr>
        <w:t>بی</w:t>
      </w:r>
      <w:r w:rsidRPr="00987F03">
        <w:rPr>
          <w:sz w:val="22"/>
        </w:rPr>
        <w:t>‌</w:t>
      </w:r>
      <w:r w:rsidRPr="00987F03">
        <w:rPr>
          <w:sz w:val="22"/>
          <w:rtl/>
        </w:rPr>
        <w:t>تغییر</w:t>
      </w:r>
      <w:r w:rsidRPr="00987F03">
        <w:rPr>
          <w:sz w:val="22"/>
        </w:rPr>
        <w:t xml:space="preserve"> </w:t>
      </w:r>
      <w:r w:rsidRPr="00987F03">
        <w:rPr>
          <w:sz w:val="22"/>
          <w:rtl/>
        </w:rPr>
        <w:t>حکومت</w:t>
      </w:r>
      <w:r w:rsidRPr="00987F03">
        <w:rPr>
          <w:sz w:val="22"/>
        </w:rPr>
        <w:t xml:space="preserve"> </w:t>
      </w:r>
      <w:r w:rsidRPr="00987F03">
        <w:rPr>
          <w:sz w:val="22"/>
          <w:rtl/>
        </w:rPr>
        <w:t>ساسانی</w:t>
      </w:r>
      <w:r w:rsidRPr="00987F03">
        <w:rPr>
          <w:sz w:val="22"/>
        </w:rPr>
        <w:t xml:space="preserve"> </w:t>
      </w:r>
      <w:r w:rsidRPr="00987F03">
        <w:rPr>
          <w:sz w:val="22"/>
          <w:rtl/>
        </w:rPr>
        <w:t>نبود</w:t>
      </w:r>
      <w:r w:rsidRPr="00987F03">
        <w:rPr>
          <w:sz w:val="22"/>
        </w:rPr>
        <w:t xml:space="preserve">. </w:t>
      </w:r>
      <w:r w:rsidRPr="00987F03">
        <w:rPr>
          <w:sz w:val="22"/>
          <w:rtl/>
        </w:rPr>
        <w:t>فرمان</w:t>
      </w:r>
      <w:r w:rsidRPr="00987F03">
        <w:rPr>
          <w:sz w:val="22"/>
        </w:rPr>
        <w:t xml:space="preserve"> </w:t>
      </w:r>
      <w:r w:rsidRPr="00987F03">
        <w:rPr>
          <w:sz w:val="22"/>
          <w:rtl/>
        </w:rPr>
        <w:t>نهایی</w:t>
      </w:r>
      <w:r w:rsidRPr="00987F03">
        <w:rPr>
          <w:sz w:val="22"/>
        </w:rPr>
        <w:t xml:space="preserve"> </w:t>
      </w:r>
      <w:r w:rsidRPr="00987F03">
        <w:rPr>
          <w:sz w:val="22"/>
          <w:rtl/>
        </w:rPr>
        <w:t>دیگر</w:t>
      </w:r>
      <w:r w:rsidRPr="00987F03">
        <w:rPr>
          <w:sz w:val="22"/>
        </w:rPr>
        <w:t xml:space="preserve"> </w:t>
      </w:r>
      <w:r w:rsidRPr="00987F03">
        <w:rPr>
          <w:sz w:val="22"/>
          <w:rtl/>
        </w:rPr>
        <w:t>به</w:t>
      </w:r>
      <w:r w:rsidRPr="00987F03">
        <w:rPr>
          <w:sz w:val="22"/>
        </w:rPr>
        <w:t xml:space="preserve"> </w:t>
      </w:r>
      <w:r w:rsidRPr="00987F03">
        <w:rPr>
          <w:sz w:val="22"/>
          <w:rtl/>
        </w:rPr>
        <w:t>نام</w:t>
      </w:r>
      <w:r w:rsidRPr="00987F03">
        <w:rPr>
          <w:sz w:val="22"/>
        </w:rPr>
        <w:t xml:space="preserve"> </w:t>
      </w:r>
      <w:r w:rsidRPr="00987F03">
        <w:rPr>
          <w:sz w:val="22"/>
          <w:rtl/>
        </w:rPr>
        <w:t>شاهنشاه</w:t>
      </w:r>
      <w:r w:rsidRPr="00987F03">
        <w:rPr>
          <w:sz w:val="22"/>
        </w:rPr>
        <w:t xml:space="preserve"> </w:t>
      </w:r>
      <w:r w:rsidRPr="00987F03">
        <w:rPr>
          <w:sz w:val="22"/>
          <w:rtl/>
        </w:rPr>
        <w:t>صادر</w:t>
      </w:r>
      <w:r w:rsidRPr="00987F03">
        <w:rPr>
          <w:sz w:val="22"/>
        </w:rPr>
        <w:t xml:space="preserve"> </w:t>
      </w:r>
      <w:r w:rsidRPr="00987F03">
        <w:rPr>
          <w:sz w:val="22"/>
          <w:rtl/>
        </w:rPr>
        <w:t>نمی</w:t>
      </w:r>
      <w:r w:rsidRPr="00987F03">
        <w:rPr>
          <w:sz w:val="22"/>
        </w:rPr>
        <w:t>‌</w:t>
      </w:r>
      <w:r w:rsidRPr="00987F03">
        <w:rPr>
          <w:sz w:val="22"/>
          <w:rtl/>
        </w:rPr>
        <w:t>شد</w:t>
      </w:r>
      <w:r w:rsidRPr="00987F03">
        <w:rPr>
          <w:sz w:val="22"/>
        </w:rPr>
        <w:t xml:space="preserve"> </w:t>
      </w:r>
      <w:r w:rsidRPr="00987F03">
        <w:rPr>
          <w:sz w:val="22"/>
          <w:rtl/>
        </w:rPr>
        <w:t>و</w:t>
      </w:r>
      <w:r w:rsidRPr="00987F03">
        <w:rPr>
          <w:sz w:val="22"/>
        </w:rPr>
        <w:t xml:space="preserve"> </w:t>
      </w:r>
      <w:r w:rsidRPr="00987F03">
        <w:rPr>
          <w:sz w:val="22"/>
          <w:rtl/>
        </w:rPr>
        <w:t>درآمدها</w:t>
      </w:r>
      <w:r w:rsidRPr="00987F03">
        <w:rPr>
          <w:sz w:val="22"/>
        </w:rPr>
        <w:t xml:space="preserve"> </w:t>
      </w:r>
      <w:r w:rsidRPr="00987F03">
        <w:rPr>
          <w:sz w:val="22"/>
          <w:rtl/>
        </w:rPr>
        <w:t>برای</w:t>
      </w:r>
      <w:r w:rsidRPr="00987F03">
        <w:rPr>
          <w:sz w:val="22"/>
        </w:rPr>
        <w:t xml:space="preserve"> </w:t>
      </w:r>
      <w:r w:rsidRPr="00987F03">
        <w:rPr>
          <w:sz w:val="22"/>
          <w:rtl/>
        </w:rPr>
        <w:t>خزانهٔ</w:t>
      </w:r>
      <w:r w:rsidRPr="00987F03">
        <w:rPr>
          <w:sz w:val="22"/>
        </w:rPr>
        <w:t xml:space="preserve"> </w:t>
      </w:r>
      <w:r w:rsidRPr="00987F03">
        <w:rPr>
          <w:sz w:val="22"/>
          <w:rtl/>
        </w:rPr>
        <w:t>ساسانی</w:t>
      </w:r>
      <w:r w:rsidRPr="00987F03">
        <w:rPr>
          <w:sz w:val="22"/>
        </w:rPr>
        <w:t xml:space="preserve"> </w:t>
      </w:r>
      <w:r w:rsidRPr="00987F03">
        <w:rPr>
          <w:sz w:val="22"/>
          <w:rtl/>
        </w:rPr>
        <w:t>گرد</w:t>
      </w:r>
      <w:r w:rsidRPr="00987F03">
        <w:rPr>
          <w:sz w:val="22"/>
        </w:rPr>
        <w:t xml:space="preserve"> </w:t>
      </w:r>
      <w:r w:rsidRPr="00987F03">
        <w:rPr>
          <w:sz w:val="22"/>
          <w:rtl/>
        </w:rPr>
        <w:t>نمی</w:t>
      </w:r>
      <w:r w:rsidRPr="00987F03">
        <w:rPr>
          <w:sz w:val="22"/>
        </w:rPr>
        <w:t>‌</w:t>
      </w:r>
      <w:r w:rsidRPr="00987F03">
        <w:rPr>
          <w:sz w:val="22"/>
          <w:rtl/>
        </w:rPr>
        <w:t>آمد</w:t>
      </w:r>
      <w:r w:rsidRPr="00987F03">
        <w:rPr>
          <w:sz w:val="22"/>
        </w:rPr>
        <w:t xml:space="preserve">. </w:t>
      </w:r>
      <w:r w:rsidRPr="00987F03">
        <w:rPr>
          <w:sz w:val="22"/>
          <w:rtl/>
        </w:rPr>
        <w:t>دبیر</w:t>
      </w:r>
      <w:r w:rsidRPr="00987F03">
        <w:rPr>
          <w:sz w:val="22"/>
        </w:rPr>
        <w:t xml:space="preserve"> </w:t>
      </w:r>
      <w:r w:rsidRPr="00987F03">
        <w:rPr>
          <w:sz w:val="22"/>
          <w:rtl/>
        </w:rPr>
        <w:t>همان</w:t>
      </w:r>
      <w:r w:rsidRPr="00987F03">
        <w:rPr>
          <w:sz w:val="22"/>
        </w:rPr>
        <w:t xml:space="preserve"> </w:t>
      </w:r>
      <w:r w:rsidRPr="00987F03">
        <w:rPr>
          <w:sz w:val="22"/>
          <w:rtl/>
        </w:rPr>
        <w:t>مهارت</w:t>
      </w:r>
      <w:r w:rsidRPr="00987F03">
        <w:rPr>
          <w:sz w:val="22"/>
        </w:rPr>
        <w:t xml:space="preserve"> </w:t>
      </w:r>
      <w:r w:rsidRPr="00987F03">
        <w:rPr>
          <w:sz w:val="22"/>
          <w:rtl/>
        </w:rPr>
        <w:t>را</w:t>
      </w:r>
      <w:r w:rsidRPr="00987F03">
        <w:rPr>
          <w:sz w:val="22"/>
        </w:rPr>
        <w:t xml:space="preserve"> </w:t>
      </w:r>
      <w:r w:rsidRPr="00987F03">
        <w:rPr>
          <w:sz w:val="22"/>
          <w:rtl/>
        </w:rPr>
        <w:t>در</w:t>
      </w:r>
      <w:r w:rsidRPr="00987F03">
        <w:rPr>
          <w:sz w:val="22"/>
        </w:rPr>
        <w:t xml:space="preserve"> </w:t>
      </w:r>
      <w:r w:rsidRPr="00987F03">
        <w:rPr>
          <w:sz w:val="22"/>
          <w:rtl/>
        </w:rPr>
        <w:t>خدمت</w:t>
      </w:r>
      <w:r w:rsidRPr="00987F03">
        <w:rPr>
          <w:sz w:val="22"/>
        </w:rPr>
        <w:t xml:space="preserve"> </w:t>
      </w:r>
      <w:r w:rsidRPr="00987F03">
        <w:rPr>
          <w:sz w:val="22"/>
          <w:rtl/>
        </w:rPr>
        <w:t>فرمانروایی</w:t>
      </w:r>
      <w:r w:rsidRPr="00987F03">
        <w:rPr>
          <w:sz w:val="22"/>
        </w:rPr>
        <w:t xml:space="preserve"> </w:t>
      </w:r>
      <w:r w:rsidRPr="00987F03">
        <w:rPr>
          <w:sz w:val="22"/>
          <w:rtl/>
        </w:rPr>
        <w:t>تازه</w:t>
      </w:r>
      <w:r w:rsidRPr="00987F03">
        <w:rPr>
          <w:sz w:val="22"/>
        </w:rPr>
        <w:t xml:space="preserve"> </w:t>
      </w:r>
      <w:r w:rsidRPr="00987F03">
        <w:rPr>
          <w:sz w:val="22"/>
          <w:rtl/>
        </w:rPr>
        <w:t>به</w:t>
      </w:r>
      <w:r w:rsidRPr="00987F03">
        <w:rPr>
          <w:sz w:val="22"/>
        </w:rPr>
        <w:t xml:space="preserve"> </w:t>
      </w:r>
      <w:r w:rsidRPr="00987F03">
        <w:rPr>
          <w:sz w:val="22"/>
          <w:rtl/>
        </w:rPr>
        <w:t>کار</w:t>
      </w:r>
      <w:r w:rsidRPr="00987F03">
        <w:rPr>
          <w:sz w:val="22"/>
        </w:rPr>
        <w:t xml:space="preserve"> </w:t>
      </w:r>
      <w:r w:rsidRPr="00987F03">
        <w:rPr>
          <w:sz w:val="22"/>
          <w:rtl/>
        </w:rPr>
        <w:t>می</w:t>
      </w:r>
      <w:r w:rsidRPr="00987F03">
        <w:rPr>
          <w:sz w:val="22"/>
        </w:rPr>
        <w:t>‌</w:t>
      </w:r>
      <w:r w:rsidRPr="00987F03">
        <w:rPr>
          <w:sz w:val="22"/>
          <w:rtl/>
        </w:rPr>
        <w:t>برد</w:t>
      </w:r>
      <w:r w:rsidRPr="00987F03">
        <w:rPr>
          <w:sz w:val="22"/>
        </w:rPr>
        <w:t xml:space="preserve">. </w:t>
      </w:r>
      <w:r w:rsidRPr="00987F03">
        <w:rPr>
          <w:sz w:val="22"/>
          <w:rtl/>
        </w:rPr>
        <w:t>حافظهٔ</w:t>
      </w:r>
      <w:r w:rsidRPr="00987F03">
        <w:rPr>
          <w:sz w:val="22"/>
        </w:rPr>
        <w:t xml:space="preserve"> </w:t>
      </w:r>
      <w:r w:rsidRPr="00987F03">
        <w:rPr>
          <w:sz w:val="22"/>
          <w:rtl/>
        </w:rPr>
        <w:t>اداری</w:t>
      </w:r>
      <w:r w:rsidRPr="00987F03">
        <w:rPr>
          <w:sz w:val="22"/>
        </w:rPr>
        <w:t xml:space="preserve"> </w:t>
      </w:r>
      <w:r w:rsidRPr="00987F03">
        <w:rPr>
          <w:sz w:val="22"/>
          <w:rtl/>
        </w:rPr>
        <w:t>باقی</w:t>
      </w:r>
      <w:r w:rsidRPr="00987F03">
        <w:rPr>
          <w:sz w:val="22"/>
        </w:rPr>
        <w:t xml:space="preserve"> </w:t>
      </w:r>
      <w:r w:rsidRPr="00987F03">
        <w:rPr>
          <w:sz w:val="22"/>
          <w:rtl/>
        </w:rPr>
        <w:t>مانده</w:t>
      </w:r>
      <w:r w:rsidRPr="00987F03">
        <w:rPr>
          <w:sz w:val="22"/>
        </w:rPr>
        <w:t xml:space="preserve"> </w:t>
      </w:r>
      <w:r w:rsidRPr="00987F03">
        <w:rPr>
          <w:sz w:val="22"/>
          <w:rtl/>
        </w:rPr>
        <w:t>بود،</w:t>
      </w:r>
      <w:r w:rsidRPr="00987F03">
        <w:rPr>
          <w:sz w:val="22"/>
        </w:rPr>
        <w:t xml:space="preserve"> </w:t>
      </w:r>
      <w:r w:rsidRPr="00987F03">
        <w:rPr>
          <w:sz w:val="22"/>
          <w:rtl/>
        </w:rPr>
        <w:t>ولی</w:t>
      </w:r>
      <w:r w:rsidRPr="00987F03">
        <w:rPr>
          <w:sz w:val="22"/>
        </w:rPr>
        <w:t xml:space="preserve"> </w:t>
      </w:r>
      <w:r w:rsidRPr="00987F03">
        <w:rPr>
          <w:sz w:val="22"/>
          <w:rtl/>
        </w:rPr>
        <w:t>صاحب</w:t>
      </w:r>
      <w:r w:rsidRPr="00987F03">
        <w:rPr>
          <w:sz w:val="22"/>
        </w:rPr>
        <w:t xml:space="preserve"> </w:t>
      </w:r>
      <w:r w:rsidRPr="00987F03">
        <w:rPr>
          <w:sz w:val="22"/>
          <w:rtl/>
        </w:rPr>
        <w:t>آن</w:t>
      </w:r>
      <w:r w:rsidRPr="00987F03">
        <w:rPr>
          <w:sz w:val="22"/>
        </w:rPr>
        <w:t xml:space="preserve"> </w:t>
      </w:r>
      <w:r w:rsidRPr="00987F03">
        <w:rPr>
          <w:sz w:val="22"/>
          <w:rtl/>
        </w:rPr>
        <w:t>تغییر</w:t>
      </w:r>
      <w:r w:rsidRPr="00987F03">
        <w:rPr>
          <w:sz w:val="22"/>
        </w:rPr>
        <w:t xml:space="preserve"> </w:t>
      </w:r>
      <w:r w:rsidRPr="00987F03">
        <w:rPr>
          <w:sz w:val="22"/>
          <w:rtl/>
        </w:rPr>
        <w:t>کرده</w:t>
      </w:r>
      <w:r w:rsidRPr="00987F03">
        <w:rPr>
          <w:sz w:val="22"/>
        </w:rPr>
        <w:t xml:space="preserve"> </w:t>
      </w:r>
      <w:r w:rsidRPr="00987F03">
        <w:rPr>
          <w:sz w:val="22"/>
          <w:rtl/>
        </w:rPr>
        <w:t>بود</w:t>
      </w:r>
      <w:r w:rsidRPr="00987F03">
        <w:rPr>
          <w:sz w:val="22"/>
        </w:rPr>
        <w:t>.</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وضعیت</w:t>
      </w:r>
      <w:r w:rsidRPr="00987F03">
        <w:rPr>
          <w:sz w:val="22"/>
        </w:rPr>
        <w:t xml:space="preserve"> </w:t>
      </w:r>
      <w:r w:rsidRPr="00987F03">
        <w:rPr>
          <w:sz w:val="22"/>
          <w:rtl/>
        </w:rPr>
        <w:t>رابطه</w:t>
      </w:r>
      <w:r w:rsidRPr="00987F03">
        <w:rPr>
          <w:sz w:val="22"/>
        </w:rPr>
        <w:t>‌</w:t>
      </w:r>
      <w:r w:rsidRPr="00987F03">
        <w:rPr>
          <w:sz w:val="22"/>
          <w:rtl/>
        </w:rPr>
        <w:t>ای</w:t>
      </w:r>
      <w:r w:rsidRPr="00987F03">
        <w:rPr>
          <w:sz w:val="22"/>
        </w:rPr>
        <w:t xml:space="preserve"> </w:t>
      </w:r>
      <w:r w:rsidRPr="00987F03">
        <w:rPr>
          <w:sz w:val="22"/>
          <w:rtl/>
        </w:rPr>
        <w:t>پیچیده</w:t>
      </w:r>
      <w:r w:rsidRPr="00987F03">
        <w:rPr>
          <w:sz w:val="22"/>
        </w:rPr>
        <w:t xml:space="preserve"> </w:t>
      </w:r>
      <w:r w:rsidRPr="00987F03">
        <w:rPr>
          <w:sz w:val="22"/>
          <w:rtl/>
        </w:rPr>
        <w:t>میان</w:t>
      </w:r>
      <w:r w:rsidRPr="00987F03">
        <w:rPr>
          <w:sz w:val="22"/>
        </w:rPr>
        <w:t xml:space="preserve"> </w:t>
      </w:r>
      <w:r w:rsidRPr="00987F03">
        <w:rPr>
          <w:sz w:val="22"/>
          <w:rtl/>
        </w:rPr>
        <w:t>دیوان</w:t>
      </w:r>
      <w:r w:rsidRPr="00987F03">
        <w:rPr>
          <w:sz w:val="22"/>
        </w:rPr>
        <w:t xml:space="preserve"> </w:t>
      </w:r>
      <w:r w:rsidRPr="00987F03">
        <w:rPr>
          <w:sz w:val="22"/>
          <w:rtl/>
        </w:rPr>
        <w:t>و</w:t>
      </w:r>
      <w:r w:rsidRPr="00987F03">
        <w:rPr>
          <w:sz w:val="22"/>
        </w:rPr>
        <w:t xml:space="preserve"> </w:t>
      </w:r>
      <w:r w:rsidRPr="00987F03">
        <w:rPr>
          <w:sz w:val="22"/>
          <w:rtl/>
        </w:rPr>
        <w:t>حکومت</w:t>
      </w:r>
      <w:r w:rsidRPr="00987F03">
        <w:rPr>
          <w:sz w:val="22"/>
        </w:rPr>
        <w:t xml:space="preserve"> </w:t>
      </w:r>
      <w:r w:rsidRPr="00987F03">
        <w:rPr>
          <w:sz w:val="22"/>
          <w:rtl/>
        </w:rPr>
        <w:t>فاتح</w:t>
      </w:r>
      <w:r w:rsidRPr="00987F03">
        <w:rPr>
          <w:sz w:val="22"/>
        </w:rPr>
        <w:t xml:space="preserve"> </w:t>
      </w:r>
      <w:r w:rsidRPr="00987F03">
        <w:rPr>
          <w:sz w:val="22"/>
          <w:rtl/>
        </w:rPr>
        <w:t>پدید</w:t>
      </w:r>
      <w:r w:rsidRPr="00987F03">
        <w:rPr>
          <w:sz w:val="22"/>
        </w:rPr>
        <w:t xml:space="preserve"> </w:t>
      </w:r>
      <w:r w:rsidRPr="00987F03">
        <w:rPr>
          <w:sz w:val="22"/>
          <w:rtl/>
        </w:rPr>
        <w:t>آورد</w:t>
      </w:r>
      <w:r w:rsidRPr="00987F03">
        <w:rPr>
          <w:sz w:val="22"/>
        </w:rPr>
        <w:t xml:space="preserve">. </w:t>
      </w:r>
      <w:r w:rsidRPr="00987F03">
        <w:rPr>
          <w:sz w:val="22"/>
          <w:rtl/>
        </w:rPr>
        <w:t>حاکمان</w:t>
      </w:r>
      <w:r w:rsidRPr="00987F03">
        <w:rPr>
          <w:sz w:val="22"/>
        </w:rPr>
        <w:t xml:space="preserve"> </w:t>
      </w:r>
      <w:r w:rsidRPr="00987F03">
        <w:rPr>
          <w:sz w:val="22"/>
          <w:rtl/>
        </w:rPr>
        <w:t>عرب</w:t>
      </w:r>
      <w:r w:rsidRPr="00987F03">
        <w:rPr>
          <w:sz w:val="22"/>
        </w:rPr>
        <w:t xml:space="preserve"> </w:t>
      </w:r>
      <w:r w:rsidRPr="00987F03">
        <w:rPr>
          <w:sz w:val="22"/>
          <w:rtl/>
        </w:rPr>
        <w:t>به</w:t>
      </w:r>
      <w:r w:rsidRPr="00987F03">
        <w:rPr>
          <w:sz w:val="22"/>
        </w:rPr>
        <w:t xml:space="preserve"> </w:t>
      </w:r>
      <w:r w:rsidRPr="00987F03">
        <w:rPr>
          <w:sz w:val="22"/>
          <w:rtl/>
        </w:rPr>
        <w:t>دبیران</w:t>
      </w:r>
      <w:r w:rsidRPr="00987F03">
        <w:rPr>
          <w:sz w:val="22"/>
        </w:rPr>
        <w:t xml:space="preserve"> </w:t>
      </w:r>
      <w:r w:rsidRPr="00987F03">
        <w:rPr>
          <w:sz w:val="22"/>
          <w:rtl/>
        </w:rPr>
        <w:t>نیاز</w:t>
      </w:r>
      <w:r w:rsidRPr="00987F03">
        <w:rPr>
          <w:sz w:val="22"/>
        </w:rPr>
        <w:t xml:space="preserve"> </w:t>
      </w:r>
      <w:r w:rsidRPr="00987F03">
        <w:rPr>
          <w:sz w:val="22"/>
          <w:rtl/>
        </w:rPr>
        <w:t>داشتند،</w:t>
      </w:r>
      <w:r w:rsidRPr="00987F03">
        <w:rPr>
          <w:sz w:val="22"/>
        </w:rPr>
        <w:t xml:space="preserve"> </w:t>
      </w:r>
      <w:r w:rsidRPr="00987F03">
        <w:rPr>
          <w:sz w:val="22"/>
          <w:rtl/>
        </w:rPr>
        <w:t>اما</w:t>
      </w:r>
      <w:r w:rsidRPr="00987F03">
        <w:rPr>
          <w:sz w:val="22"/>
        </w:rPr>
        <w:t xml:space="preserve"> </w:t>
      </w:r>
      <w:r w:rsidRPr="00987F03">
        <w:rPr>
          <w:sz w:val="22"/>
          <w:rtl/>
        </w:rPr>
        <w:t>ممکن</w:t>
      </w:r>
      <w:r w:rsidRPr="00987F03">
        <w:rPr>
          <w:sz w:val="22"/>
        </w:rPr>
        <w:t xml:space="preserve"> </w:t>
      </w:r>
      <w:r w:rsidRPr="00987F03">
        <w:rPr>
          <w:sz w:val="22"/>
          <w:rtl/>
        </w:rPr>
        <w:t>بود</w:t>
      </w:r>
      <w:r w:rsidRPr="00987F03">
        <w:rPr>
          <w:sz w:val="22"/>
        </w:rPr>
        <w:t xml:space="preserve"> </w:t>
      </w:r>
      <w:r w:rsidRPr="00987F03">
        <w:rPr>
          <w:sz w:val="22"/>
          <w:rtl/>
        </w:rPr>
        <w:t>به</w:t>
      </w:r>
      <w:r w:rsidRPr="00987F03">
        <w:rPr>
          <w:sz w:val="22"/>
        </w:rPr>
        <w:t xml:space="preserve"> </w:t>
      </w:r>
      <w:r w:rsidRPr="00987F03">
        <w:rPr>
          <w:sz w:val="22"/>
          <w:rtl/>
        </w:rPr>
        <w:t>آنان</w:t>
      </w:r>
      <w:r w:rsidRPr="00987F03">
        <w:rPr>
          <w:sz w:val="22"/>
        </w:rPr>
        <w:t xml:space="preserve"> </w:t>
      </w:r>
      <w:r w:rsidRPr="00987F03">
        <w:rPr>
          <w:sz w:val="22"/>
          <w:rtl/>
        </w:rPr>
        <w:t>اعتماد</w:t>
      </w:r>
      <w:r w:rsidRPr="00987F03">
        <w:rPr>
          <w:sz w:val="22"/>
        </w:rPr>
        <w:t xml:space="preserve"> </w:t>
      </w:r>
      <w:r w:rsidRPr="00987F03">
        <w:rPr>
          <w:sz w:val="22"/>
          <w:rtl/>
        </w:rPr>
        <w:t>نکنند؛</w:t>
      </w:r>
      <w:r w:rsidRPr="00987F03">
        <w:rPr>
          <w:sz w:val="22"/>
        </w:rPr>
        <w:t xml:space="preserve"> </w:t>
      </w:r>
      <w:r w:rsidRPr="00987F03">
        <w:rPr>
          <w:sz w:val="22"/>
          <w:rtl/>
        </w:rPr>
        <w:t>زیرا</w:t>
      </w:r>
      <w:r w:rsidRPr="00987F03">
        <w:rPr>
          <w:sz w:val="22"/>
        </w:rPr>
        <w:t xml:space="preserve"> </w:t>
      </w:r>
      <w:r w:rsidRPr="00987F03">
        <w:rPr>
          <w:sz w:val="22"/>
          <w:rtl/>
        </w:rPr>
        <w:t>زبان</w:t>
      </w:r>
      <w:r w:rsidRPr="00987F03">
        <w:rPr>
          <w:sz w:val="22"/>
        </w:rPr>
        <w:t xml:space="preserve"> </w:t>
      </w:r>
      <w:r w:rsidRPr="00987F03">
        <w:rPr>
          <w:sz w:val="22"/>
          <w:rtl/>
        </w:rPr>
        <w:t>و</w:t>
      </w:r>
      <w:r w:rsidRPr="00987F03">
        <w:rPr>
          <w:sz w:val="22"/>
        </w:rPr>
        <w:t xml:space="preserve"> </w:t>
      </w:r>
      <w:r w:rsidRPr="00987F03">
        <w:rPr>
          <w:sz w:val="22"/>
          <w:rtl/>
        </w:rPr>
        <w:t>حساب</w:t>
      </w:r>
      <w:r w:rsidRPr="00987F03">
        <w:rPr>
          <w:sz w:val="22"/>
        </w:rPr>
        <w:t xml:space="preserve"> </w:t>
      </w:r>
      <w:r w:rsidRPr="00987F03">
        <w:rPr>
          <w:sz w:val="22"/>
          <w:rtl/>
        </w:rPr>
        <w:t>دیوان</w:t>
      </w:r>
      <w:r w:rsidRPr="00987F03">
        <w:rPr>
          <w:sz w:val="22"/>
        </w:rPr>
        <w:t xml:space="preserve"> </w:t>
      </w:r>
      <w:r w:rsidRPr="00987F03">
        <w:rPr>
          <w:sz w:val="22"/>
          <w:rtl/>
        </w:rPr>
        <w:t>برای</w:t>
      </w:r>
      <w:r w:rsidRPr="00987F03">
        <w:rPr>
          <w:sz w:val="22"/>
        </w:rPr>
        <w:t xml:space="preserve"> </w:t>
      </w:r>
      <w:r w:rsidRPr="00987F03">
        <w:rPr>
          <w:sz w:val="22"/>
          <w:rtl/>
        </w:rPr>
        <w:t>فرماندهی</w:t>
      </w:r>
      <w:r w:rsidRPr="00987F03">
        <w:rPr>
          <w:sz w:val="22"/>
        </w:rPr>
        <w:t xml:space="preserve"> </w:t>
      </w:r>
      <w:r w:rsidRPr="00987F03">
        <w:rPr>
          <w:sz w:val="22"/>
          <w:rtl/>
        </w:rPr>
        <w:t>که</w:t>
      </w:r>
      <w:r w:rsidRPr="00987F03">
        <w:rPr>
          <w:sz w:val="22"/>
        </w:rPr>
        <w:t xml:space="preserve"> </w:t>
      </w:r>
      <w:r w:rsidRPr="00987F03">
        <w:rPr>
          <w:sz w:val="22"/>
          <w:rtl/>
        </w:rPr>
        <w:t>آن</w:t>
      </w:r>
      <w:r w:rsidRPr="00987F03">
        <w:rPr>
          <w:sz w:val="22"/>
        </w:rPr>
        <w:t xml:space="preserve"> </w:t>
      </w:r>
      <w:r w:rsidRPr="00987F03">
        <w:rPr>
          <w:sz w:val="22"/>
          <w:rtl/>
        </w:rPr>
        <w:t>را</w:t>
      </w:r>
      <w:r w:rsidRPr="00987F03">
        <w:rPr>
          <w:sz w:val="22"/>
        </w:rPr>
        <w:t xml:space="preserve"> </w:t>
      </w:r>
      <w:r w:rsidRPr="00987F03">
        <w:rPr>
          <w:sz w:val="22"/>
          <w:rtl/>
        </w:rPr>
        <w:t>نمی</w:t>
      </w:r>
      <w:r w:rsidRPr="00987F03">
        <w:rPr>
          <w:sz w:val="22"/>
        </w:rPr>
        <w:t>‌</w:t>
      </w:r>
      <w:r w:rsidRPr="00987F03">
        <w:rPr>
          <w:sz w:val="22"/>
          <w:rtl/>
        </w:rPr>
        <w:t>شناخت،</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پوشیده</w:t>
      </w:r>
      <w:r w:rsidRPr="00987F03">
        <w:rPr>
          <w:sz w:val="22"/>
        </w:rPr>
        <w:t xml:space="preserve"> </w:t>
      </w:r>
      <w:r w:rsidRPr="00987F03">
        <w:rPr>
          <w:sz w:val="22"/>
          <w:rtl/>
        </w:rPr>
        <w:t>باشد</w:t>
      </w:r>
      <w:r w:rsidRPr="00987F03">
        <w:rPr>
          <w:sz w:val="22"/>
        </w:rPr>
        <w:t xml:space="preserve">. </w:t>
      </w:r>
      <w:r w:rsidRPr="00987F03">
        <w:rPr>
          <w:sz w:val="22"/>
          <w:rtl/>
        </w:rPr>
        <w:t>دبیر</w:t>
      </w:r>
      <w:r w:rsidRPr="00987F03">
        <w:rPr>
          <w:sz w:val="22"/>
        </w:rPr>
        <w:t xml:space="preserve"> </w:t>
      </w:r>
      <w:r w:rsidRPr="00987F03">
        <w:rPr>
          <w:sz w:val="22"/>
          <w:rtl/>
        </w:rPr>
        <w:t>نیز</w:t>
      </w:r>
      <w:r w:rsidRPr="00987F03">
        <w:rPr>
          <w:sz w:val="22"/>
        </w:rPr>
        <w:t xml:space="preserve"> </w:t>
      </w:r>
      <w:r w:rsidRPr="00987F03">
        <w:rPr>
          <w:sz w:val="22"/>
          <w:rtl/>
        </w:rPr>
        <w:t>از</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حقوق</w:t>
      </w:r>
      <w:r w:rsidRPr="00987F03">
        <w:rPr>
          <w:sz w:val="22"/>
        </w:rPr>
        <w:t xml:space="preserve"> </w:t>
      </w:r>
      <w:r w:rsidRPr="00987F03">
        <w:rPr>
          <w:sz w:val="22"/>
          <w:rtl/>
        </w:rPr>
        <w:t>و</w:t>
      </w:r>
      <w:r w:rsidRPr="00987F03">
        <w:rPr>
          <w:sz w:val="22"/>
        </w:rPr>
        <w:t xml:space="preserve"> </w:t>
      </w:r>
      <w:r w:rsidRPr="00987F03">
        <w:rPr>
          <w:sz w:val="22"/>
          <w:rtl/>
        </w:rPr>
        <w:t>مقام</w:t>
      </w:r>
      <w:r w:rsidRPr="00987F03">
        <w:rPr>
          <w:sz w:val="22"/>
        </w:rPr>
        <w:t xml:space="preserve"> </w:t>
      </w:r>
      <w:r w:rsidRPr="00987F03">
        <w:rPr>
          <w:sz w:val="22"/>
          <w:rtl/>
        </w:rPr>
        <w:t>می</w:t>
      </w:r>
      <w:r w:rsidRPr="00987F03">
        <w:rPr>
          <w:sz w:val="22"/>
        </w:rPr>
        <w:t>‌</w:t>
      </w:r>
      <w:r w:rsidRPr="00987F03">
        <w:rPr>
          <w:sz w:val="22"/>
          <w:rtl/>
        </w:rPr>
        <w:t>گرفت،</w:t>
      </w:r>
      <w:r w:rsidRPr="00987F03">
        <w:rPr>
          <w:sz w:val="22"/>
        </w:rPr>
        <w:t xml:space="preserve"> </w:t>
      </w:r>
      <w:r w:rsidRPr="00987F03">
        <w:rPr>
          <w:sz w:val="22"/>
          <w:rtl/>
        </w:rPr>
        <w:t>اما</w:t>
      </w:r>
      <w:r w:rsidRPr="00987F03">
        <w:rPr>
          <w:sz w:val="22"/>
        </w:rPr>
        <w:t xml:space="preserve"> </w:t>
      </w:r>
      <w:r w:rsidRPr="00987F03">
        <w:rPr>
          <w:sz w:val="22"/>
          <w:rtl/>
        </w:rPr>
        <w:t>دانشی</w:t>
      </w:r>
      <w:r w:rsidRPr="00987F03">
        <w:rPr>
          <w:sz w:val="22"/>
        </w:rPr>
        <w:t xml:space="preserve"> </w:t>
      </w:r>
      <w:r w:rsidRPr="00987F03">
        <w:rPr>
          <w:sz w:val="22"/>
          <w:rtl/>
        </w:rPr>
        <w:t>در</w:t>
      </w:r>
      <w:r w:rsidRPr="00987F03">
        <w:rPr>
          <w:sz w:val="22"/>
        </w:rPr>
        <w:t xml:space="preserve"> </w:t>
      </w:r>
      <w:r w:rsidRPr="00987F03">
        <w:rPr>
          <w:sz w:val="22"/>
          <w:rtl/>
        </w:rPr>
        <w:t>اختیار</w:t>
      </w:r>
      <w:r w:rsidRPr="00987F03">
        <w:rPr>
          <w:sz w:val="22"/>
        </w:rPr>
        <w:t xml:space="preserve"> </w:t>
      </w:r>
      <w:r w:rsidRPr="00987F03">
        <w:rPr>
          <w:sz w:val="22"/>
          <w:rtl/>
        </w:rPr>
        <w:t>داشت</w:t>
      </w:r>
      <w:r w:rsidRPr="00987F03">
        <w:rPr>
          <w:sz w:val="22"/>
        </w:rPr>
        <w:t xml:space="preserve"> </w:t>
      </w:r>
      <w:r w:rsidRPr="00987F03">
        <w:rPr>
          <w:sz w:val="22"/>
          <w:rtl/>
        </w:rPr>
        <w:t>که</w:t>
      </w:r>
      <w:r w:rsidRPr="00987F03">
        <w:rPr>
          <w:sz w:val="22"/>
        </w:rPr>
        <w:t xml:space="preserve"> </w:t>
      </w:r>
      <w:r w:rsidRPr="00987F03">
        <w:rPr>
          <w:sz w:val="22"/>
          <w:rtl/>
        </w:rPr>
        <w:t>حاکم</w:t>
      </w:r>
      <w:r w:rsidRPr="00987F03">
        <w:rPr>
          <w:sz w:val="22"/>
        </w:rPr>
        <w:t xml:space="preserve"> </w:t>
      </w:r>
      <w:r w:rsidRPr="00987F03">
        <w:rPr>
          <w:sz w:val="22"/>
          <w:rtl/>
        </w:rPr>
        <w:t>بدون</w:t>
      </w:r>
      <w:r w:rsidRPr="00987F03">
        <w:rPr>
          <w:sz w:val="22"/>
        </w:rPr>
        <w:t xml:space="preserve"> </w:t>
      </w:r>
      <w:r w:rsidRPr="00987F03">
        <w:rPr>
          <w:sz w:val="22"/>
          <w:rtl/>
        </w:rPr>
        <w:t>آن</w:t>
      </w:r>
      <w:r w:rsidRPr="00987F03">
        <w:rPr>
          <w:sz w:val="22"/>
        </w:rPr>
        <w:t xml:space="preserve"> </w:t>
      </w:r>
      <w:r w:rsidRPr="00987F03">
        <w:rPr>
          <w:sz w:val="22"/>
          <w:rtl/>
        </w:rPr>
        <w:t>نمی</w:t>
      </w:r>
      <w:r w:rsidRPr="00987F03">
        <w:rPr>
          <w:sz w:val="22"/>
        </w:rPr>
        <w:t>‌</w:t>
      </w:r>
      <w:r w:rsidRPr="00987F03">
        <w:rPr>
          <w:sz w:val="22"/>
          <w:rtl/>
        </w:rPr>
        <w:t>توانست</w:t>
      </w:r>
      <w:r w:rsidRPr="00987F03">
        <w:rPr>
          <w:sz w:val="22"/>
        </w:rPr>
        <w:t xml:space="preserve"> </w:t>
      </w:r>
      <w:r w:rsidRPr="00987F03">
        <w:rPr>
          <w:sz w:val="22"/>
          <w:rtl/>
        </w:rPr>
        <w:t>درآمد</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بشناسد</w:t>
      </w:r>
      <w:r w:rsidRPr="00987F03">
        <w:rPr>
          <w:sz w:val="22"/>
        </w:rPr>
        <w:t xml:space="preserve">. </w:t>
      </w:r>
      <w:r w:rsidRPr="00987F03">
        <w:rPr>
          <w:sz w:val="22"/>
          <w:rtl/>
        </w:rPr>
        <w:t>این</w:t>
      </w:r>
      <w:r w:rsidRPr="00987F03">
        <w:rPr>
          <w:sz w:val="22"/>
        </w:rPr>
        <w:t xml:space="preserve"> </w:t>
      </w:r>
      <w:r w:rsidRPr="00987F03">
        <w:rPr>
          <w:sz w:val="22"/>
          <w:rtl/>
        </w:rPr>
        <w:t>وابستگی</w:t>
      </w:r>
      <w:r w:rsidRPr="00987F03">
        <w:rPr>
          <w:sz w:val="22"/>
        </w:rPr>
        <w:t xml:space="preserve"> </w:t>
      </w:r>
      <w:r w:rsidRPr="00987F03">
        <w:rPr>
          <w:sz w:val="22"/>
          <w:rtl/>
        </w:rPr>
        <w:t>متقابل،</w:t>
      </w:r>
      <w:r w:rsidRPr="00987F03">
        <w:rPr>
          <w:sz w:val="22"/>
        </w:rPr>
        <w:t xml:space="preserve"> </w:t>
      </w:r>
      <w:r w:rsidRPr="00987F03">
        <w:rPr>
          <w:sz w:val="22"/>
          <w:rtl/>
        </w:rPr>
        <w:t>بعدها</w:t>
      </w:r>
      <w:r w:rsidRPr="00987F03">
        <w:rPr>
          <w:sz w:val="22"/>
        </w:rPr>
        <w:t xml:space="preserve"> </w:t>
      </w:r>
      <w:r w:rsidRPr="00987F03">
        <w:rPr>
          <w:sz w:val="22"/>
          <w:rtl/>
        </w:rPr>
        <w:t>به</w:t>
      </w:r>
      <w:r w:rsidRPr="00987F03">
        <w:rPr>
          <w:sz w:val="22"/>
        </w:rPr>
        <w:t xml:space="preserve"> </w:t>
      </w:r>
      <w:r w:rsidRPr="00987F03">
        <w:rPr>
          <w:sz w:val="22"/>
          <w:rtl/>
        </w:rPr>
        <w:t>یکی</w:t>
      </w:r>
      <w:r w:rsidRPr="00987F03">
        <w:rPr>
          <w:sz w:val="22"/>
        </w:rPr>
        <w:t xml:space="preserve"> </w:t>
      </w:r>
      <w:r w:rsidRPr="00987F03">
        <w:rPr>
          <w:sz w:val="22"/>
          <w:rtl/>
        </w:rPr>
        <w:t>از</w:t>
      </w:r>
      <w:r w:rsidRPr="00987F03">
        <w:rPr>
          <w:sz w:val="22"/>
        </w:rPr>
        <w:t xml:space="preserve"> </w:t>
      </w:r>
      <w:r w:rsidRPr="00987F03">
        <w:rPr>
          <w:sz w:val="22"/>
          <w:rtl/>
        </w:rPr>
        <w:t>راه</w:t>
      </w:r>
      <w:r w:rsidRPr="00987F03">
        <w:rPr>
          <w:sz w:val="22"/>
        </w:rPr>
        <w:t>‌</w:t>
      </w:r>
      <w:r w:rsidRPr="00987F03">
        <w:rPr>
          <w:sz w:val="22"/>
          <w:rtl/>
        </w:rPr>
        <w:t>های</w:t>
      </w:r>
      <w:r w:rsidRPr="00987F03">
        <w:rPr>
          <w:sz w:val="22"/>
        </w:rPr>
        <w:t xml:space="preserve"> </w:t>
      </w:r>
      <w:r w:rsidRPr="00987F03">
        <w:rPr>
          <w:sz w:val="22"/>
          <w:rtl/>
        </w:rPr>
        <w:t>ورود</w:t>
      </w:r>
      <w:r w:rsidRPr="00987F03">
        <w:rPr>
          <w:sz w:val="22"/>
        </w:rPr>
        <w:t xml:space="preserve"> </w:t>
      </w:r>
      <w:r w:rsidRPr="00987F03">
        <w:rPr>
          <w:sz w:val="22"/>
          <w:rtl/>
        </w:rPr>
        <w:t>ایرانیان</w:t>
      </w:r>
      <w:r w:rsidRPr="00987F03">
        <w:rPr>
          <w:sz w:val="22"/>
        </w:rPr>
        <w:t xml:space="preserve"> </w:t>
      </w:r>
      <w:r w:rsidRPr="00987F03">
        <w:rPr>
          <w:sz w:val="22"/>
          <w:rtl/>
        </w:rPr>
        <w:t>به</w:t>
      </w:r>
      <w:r w:rsidRPr="00987F03">
        <w:rPr>
          <w:sz w:val="22"/>
        </w:rPr>
        <w:t xml:space="preserve"> </w:t>
      </w:r>
      <w:r w:rsidRPr="00987F03">
        <w:rPr>
          <w:sz w:val="22"/>
          <w:rtl/>
        </w:rPr>
        <w:t>مرکز</w:t>
      </w:r>
      <w:r w:rsidRPr="00987F03">
        <w:rPr>
          <w:sz w:val="22"/>
        </w:rPr>
        <w:t xml:space="preserve"> </w:t>
      </w:r>
      <w:r w:rsidRPr="00987F03">
        <w:rPr>
          <w:sz w:val="22"/>
          <w:rtl/>
        </w:rPr>
        <w:t>خلافت</w:t>
      </w:r>
      <w:r w:rsidRPr="00987F03">
        <w:rPr>
          <w:sz w:val="22"/>
        </w:rPr>
        <w:t xml:space="preserve"> </w:t>
      </w:r>
      <w:r w:rsidRPr="00987F03">
        <w:rPr>
          <w:sz w:val="22"/>
          <w:rtl/>
        </w:rPr>
        <w:t>تبدیل</w:t>
      </w:r>
      <w:r w:rsidRPr="00987F03">
        <w:rPr>
          <w:sz w:val="22"/>
        </w:rPr>
        <w:t xml:space="preserve"> </w:t>
      </w:r>
      <w:r w:rsidRPr="00987F03">
        <w:rPr>
          <w:sz w:val="22"/>
          <w:rtl/>
        </w:rPr>
        <w:t>شد</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همین</w:t>
      </w:r>
      <w:r w:rsidRPr="00987F03">
        <w:rPr>
          <w:sz w:val="22"/>
        </w:rPr>
        <w:t xml:space="preserve"> </w:t>
      </w:r>
      <w:r w:rsidRPr="00987F03">
        <w:rPr>
          <w:sz w:val="22"/>
          <w:rtl/>
        </w:rPr>
        <w:t>نقطه،</w:t>
      </w:r>
      <w:r w:rsidRPr="00987F03">
        <w:rPr>
          <w:sz w:val="22"/>
        </w:rPr>
        <w:t xml:space="preserve"> </w:t>
      </w:r>
      <w:r w:rsidRPr="00987F03">
        <w:rPr>
          <w:sz w:val="22"/>
          <w:rtl/>
        </w:rPr>
        <w:t>یکی</w:t>
      </w:r>
      <w:r w:rsidRPr="00987F03">
        <w:rPr>
          <w:sz w:val="22"/>
        </w:rPr>
        <w:t xml:space="preserve"> </w:t>
      </w:r>
      <w:r w:rsidRPr="00987F03">
        <w:rPr>
          <w:sz w:val="22"/>
          <w:rtl/>
        </w:rPr>
        <w:t>از</w:t>
      </w:r>
      <w:r w:rsidRPr="00987F03">
        <w:rPr>
          <w:sz w:val="22"/>
        </w:rPr>
        <w:t xml:space="preserve"> </w:t>
      </w:r>
      <w:r w:rsidRPr="00987F03">
        <w:rPr>
          <w:sz w:val="22"/>
          <w:rtl/>
        </w:rPr>
        <w:t>ویژگی</w:t>
      </w:r>
      <w:r w:rsidRPr="00987F03">
        <w:rPr>
          <w:sz w:val="22"/>
        </w:rPr>
        <w:t>‌</w:t>
      </w:r>
      <w:r w:rsidRPr="00987F03">
        <w:rPr>
          <w:sz w:val="22"/>
          <w:rtl/>
        </w:rPr>
        <w:t>های</w:t>
      </w:r>
      <w:r w:rsidRPr="00987F03">
        <w:rPr>
          <w:sz w:val="22"/>
        </w:rPr>
        <w:t xml:space="preserve"> </w:t>
      </w:r>
      <w:r w:rsidRPr="00987F03">
        <w:rPr>
          <w:sz w:val="22"/>
          <w:rtl/>
        </w:rPr>
        <w:t>دیرپای</w:t>
      </w:r>
      <w:r w:rsidRPr="00987F03">
        <w:rPr>
          <w:sz w:val="22"/>
        </w:rPr>
        <w:t xml:space="preserve"> </w:t>
      </w:r>
      <w:r w:rsidRPr="00987F03">
        <w:rPr>
          <w:sz w:val="22"/>
          <w:rtl/>
        </w:rPr>
        <w:t>کشورداری</w:t>
      </w:r>
      <w:r w:rsidRPr="00987F03">
        <w:rPr>
          <w:sz w:val="22"/>
        </w:rPr>
        <w:t xml:space="preserve"> </w:t>
      </w:r>
      <w:r w:rsidRPr="00987F03">
        <w:rPr>
          <w:sz w:val="22"/>
          <w:rtl/>
        </w:rPr>
        <w:t>ایران</w:t>
      </w:r>
      <w:r w:rsidRPr="00987F03">
        <w:rPr>
          <w:sz w:val="22"/>
        </w:rPr>
        <w:t xml:space="preserve"> </w:t>
      </w:r>
      <w:r w:rsidRPr="00987F03">
        <w:rPr>
          <w:sz w:val="22"/>
          <w:rtl/>
        </w:rPr>
        <w:t>دوباره</w:t>
      </w:r>
      <w:r w:rsidRPr="00987F03">
        <w:rPr>
          <w:sz w:val="22"/>
        </w:rPr>
        <w:t xml:space="preserve"> </w:t>
      </w:r>
      <w:r w:rsidRPr="00987F03">
        <w:rPr>
          <w:sz w:val="22"/>
          <w:rtl/>
        </w:rPr>
        <w:t>آشکار</w:t>
      </w:r>
      <w:r w:rsidRPr="00987F03">
        <w:rPr>
          <w:sz w:val="22"/>
        </w:rPr>
        <w:t xml:space="preserve"> </w:t>
      </w:r>
      <w:r w:rsidRPr="00987F03">
        <w:rPr>
          <w:sz w:val="22"/>
          <w:rtl/>
        </w:rPr>
        <w:t>شد</w:t>
      </w:r>
      <w:r w:rsidRPr="00987F03">
        <w:rPr>
          <w:sz w:val="22"/>
        </w:rPr>
        <w:t xml:space="preserve">: </w:t>
      </w:r>
      <w:r w:rsidRPr="00987F03">
        <w:rPr>
          <w:sz w:val="22"/>
          <w:rtl/>
        </w:rPr>
        <w:t>خاندان</w:t>
      </w:r>
      <w:r w:rsidRPr="00987F03">
        <w:rPr>
          <w:sz w:val="22"/>
        </w:rPr>
        <w:t xml:space="preserve"> </w:t>
      </w:r>
      <w:r w:rsidRPr="00987F03">
        <w:rPr>
          <w:sz w:val="22"/>
          <w:rtl/>
        </w:rPr>
        <w:t>فرمانروا</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برود،</w:t>
      </w:r>
      <w:r w:rsidRPr="00987F03">
        <w:rPr>
          <w:sz w:val="22"/>
        </w:rPr>
        <w:t xml:space="preserve"> </w:t>
      </w:r>
      <w:r w:rsidRPr="00987F03">
        <w:rPr>
          <w:sz w:val="22"/>
          <w:rtl/>
        </w:rPr>
        <w:t>ولی</w:t>
      </w:r>
      <w:r w:rsidRPr="00987F03">
        <w:rPr>
          <w:sz w:val="22"/>
        </w:rPr>
        <w:t xml:space="preserve"> </w:t>
      </w:r>
      <w:r w:rsidRPr="00987F03">
        <w:rPr>
          <w:sz w:val="22"/>
          <w:rtl/>
        </w:rPr>
        <w:t>دیوان،</w:t>
      </w:r>
      <w:r w:rsidRPr="00987F03">
        <w:rPr>
          <w:sz w:val="22"/>
        </w:rPr>
        <w:t xml:space="preserve"> </w:t>
      </w:r>
      <w:r w:rsidRPr="00987F03">
        <w:rPr>
          <w:sz w:val="22"/>
          <w:rtl/>
        </w:rPr>
        <w:t>به</w:t>
      </w:r>
      <w:r w:rsidRPr="00987F03">
        <w:rPr>
          <w:sz w:val="22"/>
        </w:rPr>
        <w:t xml:space="preserve"> </w:t>
      </w:r>
      <w:r w:rsidRPr="00987F03">
        <w:rPr>
          <w:sz w:val="22"/>
          <w:rtl/>
        </w:rPr>
        <w:t>سبب</w:t>
      </w:r>
      <w:r w:rsidRPr="00987F03">
        <w:rPr>
          <w:sz w:val="22"/>
        </w:rPr>
        <w:t xml:space="preserve"> </w:t>
      </w:r>
      <w:r w:rsidRPr="00987F03">
        <w:rPr>
          <w:sz w:val="22"/>
          <w:rtl/>
        </w:rPr>
        <w:t>ضرورتی</w:t>
      </w:r>
      <w:r w:rsidRPr="00987F03">
        <w:rPr>
          <w:sz w:val="22"/>
        </w:rPr>
        <w:t xml:space="preserve"> </w:t>
      </w:r>
      <w:r w:rsidRPr="00987F03">
        <w:rPr>
          <w:sz w:val="22"/>
          <w:rtl/>
        </w:rPr>
        <w:t>که</w:t>
      </w:r>
      <w:r w:rsidRPr="00987F03">
        <w:rPr>
          <w:sz w:val="22"/>
        </w:rPr>
        <w:t xml:space="preserve"> </w:t>
      </w:r>
      <w:r w:rsidRPr="00987F03">
        <w:rPr>
          <w:sz w:val="22"/>
          <w:rtl/>
        </w:rPr>
        <w:t>برای</w:t>
      </w:r>
      <w:r w:rsidRPr="00987F03">
        <w:rPr>
          <w:sz w:val="22"/>
        </w:rPr>
        <w:t xml:space="preserve"> </w:t>
      </w:r>
      <w:r w:rsidRPr="00987F03">
        <w:rPr>
          <w:sz w:val="22"/>
          <w:rtl/>
        </w:rPr>
        <w:t>حکومت</w:t>
      </w:r>
      <w:r w:rsidRPr="00987F03">
        <w:rPr>
          <w:sz w:val="22"/>
        </w:rPr>
        <w:t xml:space="preserve"> </w:t>
      </w:r>
      <w:r w:rsidRPr="00987F03">
        <w:rPr>
          <w:sz w:val="22"/>
          <w:rtl/>
        </w:rPr>
        <w:t>داشت،</w:t>
      </w:r>
      <w:r w:rsidRPr="00987F03">
        <w:rPr>
          <w:sz w:val="22"/>
        </w:rPr>
        <w:t xml:space="preserve"> </w:t>
      </w:r>
      <w:r w:rsidRPr="00987F03">
        <w:rPr>
          <w:sz w:val="22"/>
          <w:rtl/>
        </w:rPr>
        <w:t>در</w:t>
      </w:r>
      <w:r w:rsidRPr="00987F03">
        <w:rPr>
          <w:sz w:val="22"/>
        </w:rPr>
        <w:t xml:space="preserve"> </w:t>
      </w:r>
      <w:r w:rsidRPr="00987F03">
        <w:rPr>
          <w:sz w:val="22"/>
          <w:rtl/>
        </w:rPr>
        <w:t>صورت</w:t>
      </w:r>
      <w:r w:rsidRPr="00987F03">
        <w:rPr>
          <w:sz w:val="22"/>
        </w:rPr>
        <w:t>‌</w:t>
      </w:r>
      <w:r w:rsidRPr="00987F03">
        <w:rPr>
          <w:sz w:val="22"/>
          <w:rtl/>
        </w:rPr>
        <w:t>های</w:t>
      </w:r>
      <w:r w:rsidRPr="00987F03">
        <w:rPr>
          <w:sz w:val="22"/>
        </w:rPr>
        <w:t xml:space="preserve"> </w:t>
      </w:r>
      <w:r w:rsidRPr="00987F03">
        <w:rPr>
          <w:sz w:val="22"/>
          <w:rtl/>
        </w:rPr>
        <w:t>تازه</w:t>
      </w:r>
      <w:r w:rsidRPr="00987F03">
        <w:rPr>
          <w:sz w:val="22"/>
        </w:rPr>
        <w:t xml:space="preserve"> </w:t>
      </w:r>
      <w:r w:rsidRPr="00987F03">
        <w:rPr>
          <w:sz w:val="22"/>
          <w:rtl/>
        </w:rPr>
        <w:t>ادامه</w:t>
      </w:r>
      <w:r w:rsidRPr="00987F03">
        <w:rPr>
          <w:sz w:val="22"/>
        </w:rPr>
        <w:t xml:space="preserve"> </w:t>
      </w:r>
      <w:r w:rsidRPr="00987F03">
        <w:rPr>
          <w:sz w:val="22"/>
          <w:rtl/>
        </w:rPr>
        <w:t>می</w:t>
      </w:r>
      <w:r w:rsidRPr="00987F03">
        <w:rPr>
          <w:sz w:val="22"/>
        </w:rPr>
        <w:t>‌</w:t>
      </w:r>
      <w:r w:rsidRPr="00987F03">
        <w:rPr>
          <w:sz w:val="22"/>
          <w:rtl/>
        </w:rPr>
        <w:t>یافت</w:t>
      </w:r>
      <w:r w:rsidRPr="00987F03">
        <w:rPr>
          <w:sz w:val="22"/>
        </w:rPr>
        <w:t xml:space="preserve">. </w:t>
      </w:r>
      <w:r w:rsidRPr="00987F03">
        <w:rPr>
          <w:sz w:val="22"/>
          <w:rtl/>
        </w:rPr>
        <w:t>دیوان</w:t>
      </w:r>
      <w:r w:rsidRPr="00987F03">
        <w:rPr>
          <w:sz w:val="22"/>
        </w:rPr>
        <w:t xml:space="preserve"> </w:t>
      </w:r>
      <w:r w:rsidRPr="00987F03">
        <w:rPr>
          <w:sz w:val="22"/>
          <w:rtl/>
        </w:rPr>
        <w:t>وفاداری</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تاجی</w:t>
      </w:r>
      <w:r w:rsidRPr="00987F03">
        <w:rPr>
          <w:sz w:val="22"/>
        </w:rPr>
        <w:t xml:space="preserve"> </w:t>
      </w:r>
      <w:r w:rsidRPr="00987F03">
        <w:rPr>
          <w:sz w:val="22"/>
          <w:rtl/>
        </w:rPr>
        <w:t>به</w:t>
      </w:r>
      <w:r w:rsidRPr="00987F03">
        <w:rPr>
          <w:sz w:val="22"/>
        </w:rPr>
        <w:t xml:space="preserve"> </w:t>
      </w:r>
      <w:r w:rsidRPr="00987F03">
        <w:rPr>
          <w:sz w:val="22"/>
          <w:rtl/>
        </w:rPr>
        <w:t>تاج</w:t>
      </w:r>
      <w:r w:rsidRPr="00987F03">
        <w:rPr>
          <w:sz w:val="22"/>
        </w:rPr>
        <w:t xml:space="preserve"> </w:t>
      </w:r>
      <w:r w:rsidRPr="00987F03">
        <w:rPr>
          <w:sz w:val="22"/>
          <w:rtl/>
        </w:rPr>
        <w:t>دیگر</w:t>
      </w:r>
      <w:r w:rsidRPr="00987F03">
        <w:rPr>
          <w:sz w:val="22"/>
        </w:rPr>
        <w:t xml:space="preserve"> </w:t>
      </w:r>
      <w:r w:rsidRPr="00987F03">
        <w:rPr>
          <w:sz w:val="22"/>
          <w:rtl/>
        </w:rPr>
        <w:t>منتقل</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اما</w:t>
      </w:r>
      <w:r w:rsidRPr="00987F03">
        <w:rPr>
          <w:sz w:val="22"/>
        </w:rPr>
        <w:t xml:space="preserve"> </w:t>
      </w:r>
      <w:r w:rsidRPr="00987F03">
        <w:rPr>
          <w:sz w:val="22"/>
          <w:rtl/>
        </w:rPr>
        <w:t>دانش</w:t>
      </w:r>
      <w:r w:rsidRPr="00987F03">
        <w:rPr>
          <w:sz w:val="22"/>
        </w:rPr>
        <w:t xml:space="preserve"> </w:t>
      </w:r>
      <w:r w:rsidRPr="00987F03">
        <w:rPr>
          <w:sz w:val="22"/>
          <w:rtl/>
        </w:rPr>
        <w:t>ادارهٔ</w:t>
      </w:r>
      <w:r w:rsidRPr="00987F03">
        <w:rPr>
          <w:sz w:val="22"/>
        </w:rPr>
        <w:t xml:space="preserve"> </w:t>
      </w:r>
      <w:r w:rsidRPr="00987F03">
        <w:rPr>
          <w:sz w:val="22"/>
          <w:rtl/>
        </w:rPr>
        <w:t>کشور</w:t>
      </w:r>
      <w:r w:rsidRPr="00987F03">
        <w:rPr>
          <w:sz w:val="22"/>
        </w:rPr>
        <w:t xml:space="preserve"> </w:t>
      </w:r>
      <w:r w:rsidRPr="00987F03">
        <w:rPr>
          <w:sz w:val="22"/>
          <w:rtl/>
        </w:rPr>
        <w:t>را</w:t>
      </w:r>
      <w:r w:rsidRPr="00987F03">
        <w:rPr>
          <w:sz w:val="22"/>
        </w:rPr>
        <w:t xml:space="preserve"> </w:t>
      </w:r>
      <w:r w:rsidRPr="00987F03">
        <w:rPr>
          <w:sz w:val="22"/>
          <w:rtl/>
        </w:rPr>
        <w:t>حفظ</w:t>
      </w:r>
      <w:r w:rsidRPr="00987F03">
        <w:rPr>
          <w:sz w:val="22"/>
        </w:rPr>
        <w:t xml:space="preserve"> </w:t>
      </w:r>
      <w:r w:rsidRPr="00987F03">
        <w:rPr>
          <w:sz w:val="22"/>
          <w:rtl/>
        </w:rPr>
        <w:t>می</w:t>
      </w:r>
      <w:r w:rsidRPr="00987F03">
        <w:rPr>
          <w:sz w:val="22"/>
        </w:rPr>
        <w:t>‌</w:t>
      </w:r>
      <w:r w:rsidRPr="00987F03">
        <w:rPr>
          <w:sz w:val="22"/>
          <w:rtl/>
        </w:rPr>
        <w:t>نمود</w:t>
      </w:r>
      <w:r w:rsidRPr="00987F03">
        <w:rPr>
          <w:sz w:val="22"/>
        </w:rPr>
        <w:t xml:space="preserve">. </w:t>
      </w:r>
      <w:r w:rsidRPr="00987F03">
        <w:rPr>
          <w:sz w:val="22"/>
          <w:rtl/>
        </w:rPr>
        <w:t>همین</w:t>
      </w:r>
      <w:r w:rsidRPr="00987F03">
        <w:rPr>
          <w:sz w:val="22"/>
        </w:rPr>
        <w:t xml:space="preserve"> </w:t>
      </w:r>
      <w:r w:rsidRPr="00987F03">
        <w:rPr>
          <w:sz w:val="22"/>
          <w:rtl/>
        </w:rPr>
        <w:t>ماندگاری</w:t>
      </w:r>
      <w:r w:rsidRPr="00987F03">
        <w:rPr>
          <w:sz w:val="22"/>
        </w:rPr>
        <w:t xml:space="preserve"> </w:t>
      </w:r>
      <w:r w:rsidRPr="00987F03">
        <w:rPr>
          <w:sz w:val="22"/>
          <w:rtl/>
        </w:rPr>
        <w:t>بعدها</w:t>
      </w:r>
      <w:r w:rsidRPr="00987F03">
        <w:rPr>
          <w:sz w:val="22"/>
        </w:rPr>
        <w:t xml:space="preserve"> </w:t>
      </w:r>
      <w:r w:rsidRPr="00987F03">
        <w:rPr>
          <w:sz w:val="22"/>
          <w:rtl/>
        </w:rPr>
        <w:t>به</w:t>
      </w:r>
      <w:r w:rsidRPr="00987F03">
        <w:rPr>
          <w:sz w:val="22"/>
        </w:rPr>
        <w:t xml:space="preserve"> </w:t>
      </w:r>
      <w:r w:rsidRPr="00987F03">
        <w:rPr>
          <w:sz w:val="22"/>
          <w:rtl/>
        </w:rPr>
        <w:t>ایرانیان</w:t>
      </w:r>
      <w:r w:rsidRPr="00987F03">
        <w:rPr>
          <w:sz w:val="22"/>
        </w:rPr>
        <w:t xml:space="preserve"> </w:t>
      </w:r>
      <w:r w:rsidRPr="00987F03">
        <w:rPr>
          <w:sz w:val="22"/>
          <w:rtl/>
        </w:rPr>
        <w:t>امکان</w:t>
      </w:r>
      <w:r w:rsidRPr="00987F03">
        <w:rPr>
          <w:sz w:val="22"/>
        </w:rPr>
        <w:t xml:space="preserve"> </w:t>
      </w:r>
      <w:r w:rsidRPr="00987F03">
        <w:rPr>
          <w:sz w:val="22"/>
          <w:rtl/>
        </w:rPr>
        <w:t>داد</w:t>
      </w:r>
      <w:r w:rsidRPr="00987F03">
        <w:rPr>
          <w:sz w:val="22"/>
        </w:rPr>
        <w:t xml:space="preserve"> </w:t>
      </w:r>
      <w:r w:rsidRPr="00987F03">
        <w:rPr>
          <w:sz w:val="22"/>
          <w:rtl/>
        </w:rPr>
        <w:t>در</w:t>
      </w:r>
      <w:r w:rsidRPr="00987F03">
        <w:rPr>
          <w:sz w:val="22"/>
        </w:rPr>
        <w:t xml:space="preserve"> </w:t>
      </w:r>
      <w:r w:rsidRPr="00987F03">
        <w:rPr>
          <w:sz w:val="22"/>
          <w:rtl/>
        </w:rPr>
        <w:t>ساختن</w:t>
      </w:r>
      <w:r w:rsidRPr="00987F03">
        <w:rPr>
          <w:sz w:val="22"/>
        </w:rPr>
        <w:t xml:space="preserve"> </w:t>
      </w:r>
      <w:r w:rsidRPr="00987F03">
        <w:rPr>
          <w:sz w:val="22"/>
          <w:rtl/>
        </w:rPr>
        <w:t>حکومت</w:t>
      </w:r>
      <w:r w:rsidRPr="00987F03">
        <w:rPr>
          <w:sz w:val="22"/>
        </w:rPr>
        <w:t xml:space="preserve"> </w:t>
      </w:r>
      <w:r w:rsidRPr="00987F03">
        <w:rPr>
          <w:sz w:val="22"/>
          <w:rtl/>
        </w:rPr>
        <w:t>اموی</w:t>
      </w:r>
      <w:r w:rsidRPr="00987F03">
        <w:rPr>
          <w:sz w:val="22"/>
        </w:rPr>
        <w:t xml:space="preserve"> </w:t>
      </w:r>
      <w:r w:rsidRPr="00987F03">
        <w:rPr>
          <w:sz w:val="22"/>
          <w:rtl/>
        </w:rPr>
        <w:t>و</w:t>
      </w:r>
      <w:r w:rsidRPr="00987F03">
        <w:rPr>
          <w:sz w:val="22"/>
        </w:rPr>
        <w:t xml:space="preserve"> </w:t>
      </w:r>
      <w:r w:rsidRPr="00987F03">
        <w:rPr>
          <w:sz w:val="22"/>
          <w:rtl/>
        </w:rPr>
        <w:t>سپس</w:t>
      </w:r>
      <w:r w:rsidRPr="00987F03">
        <w:rPr>
          <w:sz w:val="22"/>
        </w:rPr>
        <w:t xml:space="preserve"> </w:t>
      </w:r>
      <w:r w:rsidRPr="00987F03">
        <w:rPr>
          <w:sz w:val="22"/>
          <w:rtl/>
        </w:rPr>
        <w:t>عباسی</w:t>
      </w:r>
      <w:r w:rsidRPr="00987F03">
        <w:rPr>
          <w:sz w:val="22"/>
        </w:rPr>
        <w:t xml:space="preserve"> </w:t>
      </w:r>
      <w:r w:rsidRPr="00987F03">
        <w:rPr>
          <w:sz w:val="22"/>
          <w:rtl/>
        </w:rPr>
        <w:t>نقشی</w:t>
      </w:r>
      <w:r w:rsidRPr="00987F03">
        <w:rPr>
          <w:sz w:val="22"/>
        </w:rPr>
        <w:t xml:space="preserve"> </w:t>
      </w:r>
      <w:r w:rsidRPr="00987F03">
        <w:rPr>
          <w:sz w:val="22"/>
          <w:rtl/>
        </w:rPr>
        <w:t>بسیار</w:t>
      </w:r>
      <w:r w:rsidRPr="00987F03">
        <w:rPr>
          <w:sz w:val="22"/>
        </w:rPr>
        <w:t xml:space="preserve"> </w:t>
      </w:r>
      <w:r w:rsidRPr="00987F03">
        <w:rPr>
          <w:sz w:val="22"/>
          <w:rtl/>
        </w:rPr>
        <w:t>فراتر</w:t>
      </w:r>
      <w:r w:rsidRPr="00987F03">
        <w:rPr>
          <w:sz w:val="22"/>
        </w:rPr>
        <w:t xml:space="preserve"> </w:t>
      </w:r>
      <w:r w:rsidRPr="00987F03">
        <w:rPr>
          <w:sz w:val="22"/>
          <w:rtl/>
        </w:rPr>
        <w:t>از</w:t>
      </w:r>
      <w:r w:rsidRPr="00987F03">
        <w:rPr>
          <w:sz w:val="22"/>
        </w:rPr>
        <w:t xml:space="preserve"> </w:t>
      </w:r>
      <w:r w:rsidRPr="00987F03">
        <w:rPr>
          <w:sz w:val="22"/>
          <w:rtl/>
        </w:rPr>
        <w:t>جایگاه</w:t>
      </w:r>
      <w:r w:rsidRPr="00987F03">
        <w:rPr>
          <w:sz w:val="22"/>
        </w:rPr>
        <w:t xml:space="preserve"> </w:t>
      </w:r>
      <w:r w:rsidRPr="00987F03">
        <w:rPr>
          <w:sz w:val="22"/>
          <w:rtl/>
        </w:rPr>
        <w:t>مردم</w:t>
      </w:r>
      <w:r w:rsidRPr="00987F03">
        <w:rPr>
          <w:sz w:val="22"/>
        </w:rPr>
        <w:t xml:space="preserve"> </w:t>
      </w:r>
      <w:r w:rsidRPr="00987F03">
        <w:rPr>
          <w:sz w:val="22"/>
          <w:rtl/>
        </w:rPr>
        <w:t>مغلوب</w:t>
      </w:r>
      <w:r w:rsidRPr="00987F03">
        <w:rPr>
          <w:sz w:val="22"/>
        </w:rPr>
        <w:t xml:space="preserve"> </w:t>
      </w:r>
      <w:r w:rsidRPr="00987F03">
        <w:rPr>
          <w:sz w:val="22"/>
          <w:rtl/>
        </w:rPr>
        <w:t>پیدا</w:t>
      </w:r>
      <w:r w:rsidRPr="00987F03">
        <w:rPr>
          <w:sz w:val="22"/>
        </w:rPr>
        <w:t xml:space="preserve"> </w:t>
      </w:r>
      <w:r w:rsidRPr="00987F03">
        <w:rPr>
          <w:sz w:val="22"/>
          <w:rtl/>
        </w:rPr>
        <w:t>کنند</w:t>
      </w:r>
      <w:r w:rsidRPr="00987F03">
        <w:rPr>
          <w:sz w:val="22"/>
        </w:rPr>
        <w:t>.</w:t>
      </w:r>
    </w:p>
    <w:p w:rsidR="009F3B78" w:rsidRPr="00987F03" w:rsidRDefault="00987F03" w:rsidP="00987F03">
      <w:pPr>
        <w:bidi/>
        <w:ind w:firstLine="720"/>
        <w:rPr>
          <w:sz w:val="22"/>
        </w:rPr>
      </w:pPr>
      <w:r w:rsidRPr="00987F03">
        <w:rPr>
          <w:sz w:val="22"/>
          <w:rtl/>
        </w:rPr>
        <w:t>سقوط</w:t>
      </w:r>
      <w:r w:rsidRPr="00987F03">
        <w:rPr>
          <w:sz w:val="22"/>
        </w:rPr>
        <w:t xml:space="preserve"> </w:t>
      </w:r>
      <w:r w:rsidRPr="00987F03">
        <w:rPr>
          <w:sz w:val="22"/>
          <w:rtl/>
        </w:rPr>
        <w:t>ساسانیان</w:t>
      </w:r>
      <w:r w:rsidRPr="00987F03">
        <w:rPr>
          <w:sz w:val="22"/>
        </w:rPr>
        <w:t xml:space="preserve"> </w:t>
      </w:r>
      <w:r w:rsidRPr="00987F03">
        <w:rPr>
          <w:sz w:val="22"/>
          <w:rtl/>
        </w:rPr>
        <w:t>جایگاه</w:t>
      </w:r>
      <w:r w:rsidRPr="00987F03">
        <w:rPr>
          <w:sz w:val="22"/>
        </w:rPr>
        <w:t xml:space="preserve"> </w:t>
      </w:r>
      <w:r w:rsidRPr="00987F03">
        <w:rPr>
          <w:sz w:val="22"/>
          <w:rtl/>
        </w:rPr>
        <w:t>دینکاران</w:t>
      </w:r>
      <w:r w:rsidRPr="00987F03">
        <w:rPr>
          <w:sz w:val="22"/>
        </w:rPr>
        <w:t xml:space="preserve"> </w:t>
      </w:r>
      <w:r w:rsidRPr="00987F03">
        <w:rPr>
          <w:sz w:val="22"/>
          <w:rtl/>
        </w:rPr>
        <w:t>زرتشتی</w:t>
      </w:r>
      <w:r w:rsidRPr="00987F03">
        <w:rPr>
          <w:sz w:val="22"/>
        </w:rPr>
        <w:t xml:space="preserve"> </w:t>
      </w:r>
      <w:r w:rsidRPr="00987F03">
        <w:rPr>
          <w:sz w:val="22"/>
          <w:rtl/>
        </w:rPr>
        <w:t>را</w:t>
      </w:r>
      <w:r w:rsidRPr="00987F03">
        <w:rPr>
          <w:sz w:val="22"/>
        </w:rPr>
        <w:t xml:space="preserve"> </w:t>
      </w:r>
      <w:r w:rsidRPr="00987F03">
        <w:rPr>
          <w:sz w:val="22"/>
          <w:rtl/>
        </w:rPr>
        <w:t>نیز</w:t>
      </w:r>
      <w:r w:rsidRPr="00987F03">
        <w:rPr>
          <w:sz w:val="22"/>
        </w:rPr>
        <w:t xml:space="preserve"> </w:t>
      </w:r>
      <w:r w:rsidRPr="00987F03">
        <w:rPr>
          <w:sz w:val="22"/>
          <w:rtl/>
        </w:rPr>
        <w:t>دگرگون</w:t>
      </w:r>
      <w:r w:rsidRPr="00987F03">
        <w:rPr>
          <w:sz w:val="22"/>
        </w:rPr>
        <w:t xml:space="preserve"> </w:t>
      </w:r>
      <w:r w:rsidRPr="00987F03">
        <w:rPr>
          <w:sz w:val="22"/>
          <w:rtl/>
        </w:rPr>
        <w:t>کرد</w:t>
      </w:r>
      <w:r w:rsidRPr="00987F03">
        <w:rPr>
          <w:sz w:val="22"/>
        </w:rPr>
        <w:t xml:space="preserve">. </w:t>
      </w:r>
      <w:r w:rsidRPr="00987F03">
        <w:rPr>
          <w:sz w:val="22"/>
          <w:rtl/>
        </w:rPr>
        <w:t>در</w:t>
      </w:r>
      <w:r w:rsidRPr="00987F03">
        <w:rPr>
          <w:sz w:val="22"/>
        </w:rPr>
        <w:t xml:space="preserve"> </w:t>
      </w:r>
      <w:r w:rsidRPr="00987F03">
        <w:rPr>
          <w:sz w:val="22"/>
          <w:rtl/>
        </w:rPr>
        <w:t>حکومت</w:t>
      </w:r>
      <w:r w:rsidRPr="00987F03">
        <w:rPr>
          <w:sz w:val="22"/>
        </w:rPr>
        <w:t xml:space="preserve"> </w:t>
      </w:r>
      <w:r w:rsidRPr="00987F03">
        <w:rPr>
          <w:sz w:val="22"/>
          <w:rtl/>
        </w:rPr>
        <w:t>ساسانی،</w:t>
      </w:r>
      <w:r w:rsidRPr="00987F03">
        <w:rPr>
          <w:sz w:val="22"/>
        </w:rPr>
        <w:t xml:space="preserve"> </w:t>
      </w:r>
      <w:r w:rsidRPr="00987F03">
        <w:rPr>
          <w:sz w:val="22"/>
          <w:rtl/>
        </w:rPr>
        <w:t>دین</w:t>
      </w:r>
      <w:r w:rsidRPr="00987F03">
        <w:rPr>
          <w:sz w:val="22"/>
        </w:rPr>
        <w:t xml:space="preserve"> </w:t>
      </w:r>
      <w:r w:rsidRPr="00987F03">
        <w:rPr>
          <w:sz w:val="22"/>
          <w:rtl/>
        </w:rPr>
        <w:t>زرتشتی</w:t>
      </w:r>
      <w:r w:rsidRPr="00987F03">
        <w:rPr>
          <w:sz w:val="22"/>
        </w:rPr>
        <w:t xml:space="preserve"> </w:t>
      </w:r>
      <w:r w:rsidRPr="00987F03">
        <w:rPr>
          <w:sz w:val="22"/>
          <w:rtl/>
        </w:rPr>
        <w:t>با</w:t>
      </w:r>
      <w:r w:rsidRPr="00987F03">
        <w:rPr>
          <w:sz w:val="22"/>
        </w:rPr>
        <w:t xml:space="preserve"> </w:t>
      </w:r>
      <w:r w:rsidRPr="00987F03">
        <w:rPr>
          <w:sz w:val="22"/>
          <w:rtl/>
        </w:rPr>
        <w:t>تاج</w:t>
      </w:r>
      <w:r w:rsidRPr="00987F03">
        <w:rPr>
          <w:sz w:val="22"/>
        </w:rPr>
        <w:t xml:space="preserve"> </w:t>
      </w:r>
      <w:r w:rsidRPr="00987F03">
        <w:rPr>
          <w:sz w:val="22"/>
          <w:rtl/>
        </w:rPr>
        <w:t>پیوندی</w:t>
      </w:r>
      <w:r w:rsidRPr="00987F03">
        <w:rPr>
          <w:sz w:val="22"/>
        </w:rPr>
        <w:t xml:space="preserve"> </w:t>
      </w:r>
      <w:r w:rsidRPr="00987F03">
        <w:rPr>
          <w:sz w:val="22"/>
          <w:rtl/>
        </w:rPr>
        <w:t>سازمان</w:t>
      </w:r>
      <w:r w:rsidRPr="00987F03">
        <w:rPr>
          <w:sz w:val="22"/>
        </w:rPr>
        <w:t>‌</w:t>
      </w:r>
      <w:r w:rsidRPr="00987F03">
        <w:rPr>
          <w:sz w:val="22"/>
          <w:rtl/>
        </w:rPr>
        <w:t>یافته</w:t>
      </w:r>
      <w:r w:rsidRPr="00987F03">
        <w:rPr>
          <w:sz w:val="22"/>
        </w:rPr>
        <w:t xml:space="preserve"> </w:t>
      </w:r>
      <w:r w:rsidRPr="00987F03">
        <w:rPr>
          <w:sz w:val="22"/>
          <w:rtl/>
        </w:rPr>
        <w:t>داشت</w:t>
      </w:r>
      <w:r w:rsidRPr="00987F03">
        <w:rPr>
          <w:sz w:val="22"/>
        </w:rPr>
        <w:t xml:space="preserve">. </w:t>
      </w:r>
      <w:r w:rsidRPr="00987F03">
        <w:rPr>
          <w:sz w:val="22"/>
          <w:rtl/>
        </w:rPr>
        <w:t>دینکاران</w:t>
      </w:r>
      <w:r w:rsidRPr="00987F03">
        <w:rPr>
          <w:sz w:val="22"/>
        </w:rPr>
        <w:t xml:space="preserve"> </w:t>
      </w:r>
      <w:r w:rsidRPr="00987F03">
        <w:rPr>
          <w:sz w:val="22"/>
          <w:rtl/>
        </w:rPr>
        <w:t>در</w:t>
      </w:r>
      <w:r w:rsidRPr="00987F03">
        <w:rPr>
          <w:sz w:val="22"/>
        </w:rPr>
        <w:t xml:space="preserve"> </w:t>
      </w:r>
      <w:r w:rsidRPr="00987F03">
        <w:rPr>
          <w:sz w:val="22"/>
          <w:rtl/>
        </w:rPr>
        <w:t>تأیید</w:t>
      </w:r>
      <w:r w:rsidRPr="00987F03">
        <w:rPr>
          <w:sz w:val="22"/>
        </w:rPr>
        <w:t xml:space="preserve"> </w:t>
      </w:r>
      <w:r w:rsidRPr="00987F03">
        <w:rPr>
          <w:sz w:val="22"/>
          <w:rtl/>
        </w:rPr>
        <w:t>حقانیت</w:t>
      </w:r>
      <w:r w:rsidRPr="00987F03">
        <w:rPr>
          <w:sz w:val="22"/>
        </w:rPr>
        <w:t xml:space="preserve"> </w:t>
      </w:r>
      <w:r w:rsidRPr="00987F03">
        <w:rPr>
          <w:sz w:val="22"/>
          <w:rtl/>
        </w:rPr>
        <w:t>شاه،</w:t>
      </w:r>
      <w:r w:rsidRPr="00987F03">
        <w:rPr>
          <w:sz w:val="22"/>
        </w:rPr>
        <w:t xml:space="preserve"> </w:t>
      </w:r>
      <w:r w:rsidRPr="00987F03">
        <w:rPr>
          <w:sz w:val="22"/>
          <w:rtl/>
        </w:rPr>
        <w:t>ادارهٔ</w:t>
      </w:r>
      <w:r w:rsidRPr="00987F03">
        <w:rPr>
          <w:sz w:val="22"/>
        </w:rPr>
        <w:t xml:space="preserve"> </w:t>
      </w:r>
      <w:r w:rsidRPr="00987F03">
        <w:rPr>
          <w:sz w:val="22"/>
          <w:rtl/>
        </w:rPr>
        <w:t>آتشکده</w:t>
      </w:r>
      <w:r w:rsidRPr="00987F03">
        <w:rPr>
          <w:sz w:val="22"/>
        </w:rPr>
        <w:t>‌</w:t>
      </w:r>
      <w:r w:rsidRPr="00987F03">
        <w:rPr>
          <w:sz w:val="22"/>
          <w:rtl/>
        </w:rPr>
        <w:t>ها،</w:t>
      </w:r>
      <w:r w:rsidRPr="00987F03">
        <w:rPr>
          <w:sz w:val="22"/>
        </w:rPr>
        <w:t xml:space="preserve"> </w:t>
      </w:r>
      <w:r w:rsidRPr="00987F03">
        <w:rPr>
          <w:sz w:val="22"/>
          <w:rtl/>
        </w:rPr>
        <w:t>حفظ</w:t>
      </w:r>
      <w:r w:rsidRPr="00987F03">
        <w:rPr>
          <w:sz w:val="22"/>
        </w:rPr>
        <w:t xml:space="preserve"> </w:t>
      </w:r>
      <w:r w:rsidRPr="00987F03">
        <w:rPr>
          <w:sz w:val="22"/>
          <w:rtl/>
        </w:rPr>
        <w:t>متون</w:t>
      </w:r>
      <w:r w:rsidRPr="00987F03">
        <w:rPr>
          <w:sz w:val="22"/>
        </w:rPr>
        <w:t xml:space="preserve"> </w:t>
      </w:r>
      <w:r w:rsidRPr="00987F03">
        <w:rPr>
          <w:sz w:val="22"/>
          <w:rtl/>
        </w:rPr>
        <w:t>و</w:t>
      </w:r>
      <w:r w:rsidRPr="00987F03">
        <w:rPr>
          <w:sz w:val="22"/>
        </w:rPr>
        <w:t xml:space="preserve"> </w:t>
      </w:r>
      <w:r w:rsidRPr="00987F03">
        <w:rPr>
          <w:sz w:val="22"/>
          <w:rtl/>
        </w:rPr>
        <w:t>آیین</w:t>
      </w:r>
      <w:r w:rsidRPr="00987F03">
        <w:rPr>
          <w:sz w:val="22"/>
        </w:rPr>
        <w:t>‌</w:t>
      </w:r>
      <w:r w:rsidRPr="00987F03">
        <w:rPr>
          <w:sz w:val="22"/>
          <w:rtl/>
        </w:rPr>
        <w:t>ها،</w:t>
      </w:r>
      <w:r w:rsidRPr="00987F03">
        <w:rPr>
          <w:sz w:val="22"/>
        </w:rPr>
        <w:t xml:space="preserve"> </w:t>
      </w:r>
      <w:r w:rsidRPr="00987F03">
        <w:rPr>
          <w:sz w:val="22"/>
          <w:rtl/>
        </w:rPr>
        <w:t>داوری</w:t>
      </w:r>
      <w:r w:rsidRPr="00987F03">
        <w:rPr>
          <w:sz w:val="22"/>
        </w:rPr>
        <w:t xml:space="preserve"> </w:t>
      </w:r>
      <w:r w:rsidRPr="00987F03">
        <w:rPr>
          <w:sz w:val="22"/>
          <w:rtl/>
        </w:rPr>
        <w:t>در</w:t>
      </w:r>
      <w:r w:rsidRPr="00987F03">
        <w:rPr>
          <w:sz w:val="22"/>
        </w:rPr>
        <w:t xml:space="preserve"> </w:t>
      </w:r>
      <w:r w:rsidRPr="00987F03">
        <w:rPr>
          <w:sz w:val="22"/>
          <w:rtl/>
        </w:rPr>
        <w:t>برخی</w:t>
      </w:r>
      <w:r w:rsidRPr="00987F03">
        <w:rPr>
          <w:sz w:val="22"/>
        </w:rPr>
        <w:t xml:space="preserve"> </w:t>
      </w:r>
      <w:r w:rsidRPr="00987F03">
        <w:rPr>
          <w:sz w:val="22"/>
          <w:rtl/>
        </w:rPr>
        <w:t>امور</w:t>
      </w:r>
      <w:r w:rsidRPr="00987F03">
        <w:rPr>
          <w:sz w:val="22"/>
        </w:rPr>
        <w:t xml:space="preserve"> </w:t>
      </w:r>
      <w:r w:rsidRPr="00987F03">
        <w:rPr>
          <w:sz w:val="22"/>
          <w:rtl/>
        </w:rPr>
        <w:t>و</w:t>
      </w:r>
      <w:r w:rsidRPr="00987F03">
        <w:rPr>
          <w:sz w:val="22"/>
        </w:rPr>
        <w:t xml:space="preserve"> </w:t>
      </w:r>
      <w:r w:rsidRPr="00987F03">
        <w:rPr>
          <w:sz w:val="22"/>
          <w:rtl/>
        </w:rPr>
        <w:t>نگهداری</w:t>
      </w:r>
      <w:r w:rsidRPr="00987F03">
        <w:rPr>
          <w:sz w:val="22"/>
        </w:rPr>
        <w:t xml:space="preserve"> </w:t>
      </w:r>
      <w:r w:rsidRPr="00987F03">
        <w:rPr>
          <w:sz w:val="22"/>
          <w:rtl/>
        </w:rPr>
        <w:t>موقوفات</w:t>
      </w:r>
      <w:r w:rsidRPr="00987F03">
        <w:rPr>
          <w:sz w:val="22"/>
        </w:rPr>
        <w:t xml:space="preserve"> </w:t>
      </w:r>
      <w:r w:rsidRPr="00987F03">
        <w:rPr>
          <w:sz w:val="22"/>
          <w:rtl/>
        </w:rPr>
        <w:t>نقش</w:t>
      </w:r>
      <w:r w:rsidRPr="00987F03">
        <w:rPr>
          <w:sz w:val="22"/>
        </w:rPr>
        <w:t xml:space="preserve"> </w:t>
      </w:r>
      <w:r w:rsidRPr="00987F03">
        <w:rPr>
          <w:sz w:val="22"/>
          <w:rtl/>
        </w:rPr>
        <w:t>داشتند</w:t>
      </w:r>
      <w:r w:rsidRPr="00987F03">
        <w:rPr>
          <w:sz w:val="22"/>
        </w:rPr>
        <w:t xml:space="preserve">. </w:t>
      </w:r>
      <w:r w:rsidRPr="00987F03">
        <w:rPr>
          <w:sz w:val="22"/>
          <w:rtl/>
        </w:rPr>
        <w:t>تاج</w:t>
      </w:r>
      <w:r w:rsidRPr="00987F03">
        <w:rPr>
          <w:sz w:val="22"/>
        </w:rPr>
        <w:t xml:space="preserve"> </w:t>
      </w:r>
      <w:r w:rsidRPr="00987F03">
        <w:rPr>
          <w:sz w:val="22"/>
          <w:rtl/>
        </w:rPr>
        <w:t>از</w:t>
      </w:r>
      <w:r w:rsidRPr="00987F03">
        <w:rPr>
          <w:sz w:val="22"/>
        </w:rPr>
        <w:t xml:space="preserve"> </w:t>
      </w:r>
      <w:r w:rsidRPr="00987F03">
        <w:rPr>
          <w:sz w:val="22"/>
          <w:rtl/>
        </w:rPr>
        <w:t>دین</w:t>
      </w:r>
      <w:r w:rsidRPr="00987F03">
        <w:rPr>
          <w:sz w:val="22"/>
        </w:rPr>
        <w:t xml:space="preserve"> </w:t>
      </w:r>
      <w:r w:rsidRPr="00987F03">
        <w:rPr>
          <w:sz w:val="22"/>
          <w:rtl/>
        </w:rPr>
        <w:t>پشتیبانی</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و</w:t>
      </w:r>
      <w:r w:rsidRPr="00987F03">
        <w:rPr>
          <w:sz w:val="22"/>
        </w:rPr>
        <w:t xml:space="preserve"> </w:t>
      </w:r>
      <w:r w:rsidRPr="00987F03">
        <w:rPr>
          <w:sz w:val="22"/>
          <w:rtl/>
        </w:rPr>
        <w:t>دین</w:t>
      </w:r>
      <w:r w:rsidRPr="00987F03">
        <w:rPr>
          <w:sz w:val="22"/>
        </w:rPr>
        <w:t xml:space="preserve"> </w:t>
      </w:r>
      <w:r w:rsidRPr="00987F03">
        <w:rPr>
          <w:sz w:val="22"/>
          <w:rtl/>
        </w:rPr>
        <w:t>نیز</w:t>
      </w:r>
      <w:r w:rsidRPr="00987F03">
        <w:rPr>
          <w:sz w:val="22"/>
        </w:rPr>
        <w:t xml:space="preserve"> </w:t>
      </w:r>
      <w:r w:rsidRPr="00987F03">
        <w:rPr>
          <w:sz w:val="22"/>
          <w:rtl/>
        </w:rPr>
        <w:t>فرمانروایی</w:t>
      </w:r>
      <w:r w:rsidRPr="00987F03">
        <w:rPr>
          <w:sz w:val="22"/>
        </w:rPr>
        <w:t xml:space="preserve"> </w:t>
      </w:r>
      <w:r w:rsidRPr="00987F03">
        <w:rPr>
          <w:sz w:val="22"/>
          <w:rtl/>
        </w:rPr>
        <w:t>ساسانی</w:t>
      </w:r>
      <w:r w:rsidRPr="00987F03">
        <w:rPr>
          <w:sz w:val="22"/>
        </w:rPr>
        <w:t xml:space="preserve"> </w:t>
      </w:r>
      <w:r w:rsidRPr="00987F03">
        <w:rPr>
          <w:sz w:val="22"/>
          <w:rtl/>
        </w:rPr>
        <w:t>را</w:t>
      </w:r>
      <w:r w:rsidRPr="00987F03">
        <w:rPr>
          <w:sz w:val="22"/>
        </w:rPr>
        <w:t xml:space="preserve"> </w:t>
      </w:r>
      <w:r w:rsidRPr="00987F03">
        <w:rPr>
          <w:sz w:val="22"/>
          <w:rtl/>
        </w:rPr>
        <w:t>در</w:t>
      </w:r>
      <w:r w:rsidRPr="00987F03">
        <w:rPr>
          <w:sz w:val="22"/>
        </w:rPr>
        <w:t xml:space="preserve"> </w:t>
      </w:r>
      <w:r w:rsidRPr="00987F03">
        <w:rPr>
          <w:sz w:val="22"/>
          <w:rtl/>
        </w:rPr>
        <w:t>نظم</w:t>
      </w:r>
      <w:r w:rsidRPr="00987F03">
        <w:rPr>
          <w:sz w:val="22"/>
        </w:rPr>
        <w:t xml:space="preserve"> </w:t>
      </w:r>
      <w:r w:rsidRPr="00987F03">
        <w:rPr>
          <w:sz w:val="22"/>
          <w:rtl/>
        </w:rPr>
        <w:t>جهان</w:t>
      </w:r>
      <w:r w:rsidRPr="00987F03">
        <w:rPr>
          <w:sz w:val="22"/>
        </w:rPr>
        <w:t xml:space="preserve"> </w:t>
      </w:r>
      <w:r w:rsidRPr="00987F03">
        <w:rPr>
          <w:sz w:val="22"/>
          <w:rtl/>
        </w:rPr>
        <w:t>جای</w:t>
      </w:r>
      <w:r w:rsidRPr="00987F03">
        <w:rPr>
          <w:sz w:val="22"/>
        </w:rPr>
        <w:t xml:space="preserve"> </w:t>
      </w:r>
      <w:r w:rsidRPr="00987F03">
        <w:rPr>
          <w:sz w:val="22"/>
          <w:rtl/>
        </w:rPr>
        <w:t>می</w:t>
      </w:r>
      <w:r w:rsidRPr="00987F03">
        <w:rPr>
          <w:sz w:val="22"/>
        </w:rPr>
        <w:t>‌</w:t>
      </w:r>
      <w:r w:rsidRPr="00987F03">
        <w:rPr>
          <w:sz w:val="22"/>
          <w:rtl/>
        </w:rPr>
        <w:t>داد</w:t>
      </w:r>
      <w:r w:rsidRPr="00987F03">
        <w:rPr>
          <w:sz w:val="22"/>
        </w:rPr>
        <w:t>.</w:t>
      </w:r>
    </w:p>
    <w:p w:rsidR="009F3B78" w:rsidRPr="00987F03" w:rsidRDefault="00987F03" w:rsidP="00987F03">
      <w:pPr>
        <w:bidi/>
        <w:ind w:firstLine="720"/>
        <w:rPr>
          <w:sz w:val="22"/>
        </w:rPr>
      </w:pPr>
      <w:r w:rsidRPr="00987F03">
        <w:rPr>
          <w:sz w:val="22"/>
          <w:rtl/>
        </w:rPr>
        <w:t>با</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رفتن</w:t>
      </w:r>
      <w:r w:rsidRPr="00987F03">
        <w:rPr>
          <w:sz w:val="22"/>
        </w:rPr>
        <w:t xml:space="preserve"> </w:t>
      </w:r>
      <w:r w:rsidRPr="00987F03">
        <w:rPr>
          <w:sz w:val="22"/>
          <w:rtl/>
        </w:rPr>
        <w:t>تاج،</w:t>
      </w:r>
      <w:r w:rsidRPr="00987F03">
        <w:rPr>
          <w:sz w:val="22"/>
        </w:rPr>
        <w:t xml:space="preserve"> </w:t>
      </w:r>
      <w:r w:rsidRPr="00987F03">
        <w:rPr>
          <w:sz w:val="22"/>
          <w:rtl/>
        </w:rPr>
        <w:t>یکی</w:t>
      </w:r>
      <w:r w:rsidRPr="00987F03">
        <w:rPr>
          <w:sz w:val="22"/>
        </w:rPr>
        <w:t xml:space="preserve"> </w:t>
      </w:r>
      <w:r w:rsidRPr="00987F03">
        <w:rPr>
          <w:sz w:val="22"/>
          <w:rtl/>
        </w:rPr>
        <w:t>از</w:t>
      </w:r>
      <w:r w:rsidRPr="00987F03">
        <w:rPr>
          <w:sz w:val="22"/>
        </w:rPr>
        <w:t xml:space="preserve"> </w:t>
      </w:r>
      <w:r w:rsidRPr="00987F03">
        <w:rPr>
          <w:sz w:val="22"/>
          <w:rtl/>
        </w:rPr>
        <w:t>دو</w:t>
      </w:r>
      <w:r w:rsidRPr="00987F03">
        <w:rPr>
          <w:sz w:val="22"/>
        </w:rPr>
        <w:t xml:space="preserve"> </w:t>
      </w:r>
      <w:r w:rsidRPr="00987F03">
        <w:rPr>
          <w:sz w:val="22"/>
          <w:rtl/>
        </w:rPr>
        <w:t>پایهٔ</w:t>
      </w:r>
      <w:r w:rsidRPr="00987F03">
        <w:rPr>
          <w:sz w:val="22"/>
        </w:rPr>
        <w:t xml:space="preserve"> </w:t>
      </w:r>
      <w:r w:rsidRPr="00987F03">
        <w:rPr>
          <w:sz w:val="22"/>
          <w:rtl/>
        </w:rPr>
        <w:t>این</w:t>
      </w:r>
      <w:r w:rsidRPr="00987F03">
        <w:rPr>
          <w:sz w:val="22"/>
        </w:rPr>
        <w:t xml:space="preserve"> </w:t>
      </w:r>
      <w:r w:rsidRPr="00987F03">
        <w:rPr>
          <w:sz w:val="22"/>
          <w:rtl/>
        </w:rPr>
        <w:t>پیوند</w:t>
      </w:r>
      <w:r w:rsidRPr="00987F03">
        <w:rPr>
          <w:sz w:val="22"/>
        </w:rPr>
        <w:t xml:space="preserve"> </w:t>
      </w:r>
      <w:r w:rsidRPr="00987F03">
        <w:rPr>
          <w:sz w:val="22"/>
          <w:rtl/>
        </w:rPr>
        <w:t>فروریخت</w:t>
      </w:r>
      <w:r w:rsidRPr="00987F03">
        <w:rPr>
          <w:sz w:val="22"/>
        </w:rPr>
        <w:t xml:space="preserve">. </w:t>
      </w:r>
      <w:r w:rsidRPr="00987F03">
        <w:rPr>
          <w:sz w:val="22"/>
          <w:rtl/>
        </w:rPr>
        <w:t>دینکاران</w:t>
      </w:r>
      <w:r w:rsidRPr="00987F03">
        <w:rPr>
          <w:sz w:val="22"/>
        </w:rPr>
        <w:t xml:space="preserve"> </w:t>
      </w:r>
      <w:r w:rsidRPr="00987F03">
        <w:rPr>
          <w:sz w:val="22"/>
          <w:rtl/>
        </w:rPr>
        <w:t>دیگر</w:t>
      </w:r>
      <w:r w:rsidRPr="00987F03">
        <w:rPr>
          <w:sz w:val="22"/>
        </w:rPr>
        <w:t xml:space="preserve"> </w:t>
      </w:r>
      <w:r w:rsidRPr="00987F03">
        <w:rPr>
          <w:sz w:val="22"/>
          <w:rtl/>
        </w:rPr>
        <w:t>پادشاه</w:t>
      </w:r>
      <w:r w:rsidRPr="00987F03">
        <w:rPr>
          <w:sz w:val="22"/>
        </w:rPr>
        <w:t xml:space="preserve"> </w:t>
      </w:r>
      <w:r w:rsidRPr="00987F03">
        <w:rPr>
          <w:sz w:val="22"/>
          <w:rtl/>
        </w:rPr>
        <w:t>زرتشتی</w:t>
      </w:r>
      <w:r w:rsidRPr="00987F03">
        <w:rPr>
          <w:sz w:val="22"/>
        </w:rPr>
        <w:t>‌</w:t>
      </w:r>
      <w:r w:rsidRPr="00987F03">
        <w:rPr>
          <w:sz w:val="22"/>
          <w:rtl/>
        </w:rPr>
        <w:t>ای</w:t>
      </w:r>
      <w:r w:rsidRPr="00987F03">
        <w:rPr>
          <w:sz w:val="22"/>
        </w:rPr>
        <w:t xml:space="preserve"> </w:t>
      </w:r>
      <w:r w:rsidRPr="00987F03">
        <w:rPr>
          <w:sz w:val="22"/>
          <w:rtl/>
        </w:rPr>
        <w:t>نداشتند</w:t>
      </w:r>
      <w:r w:rsidRPr="00987F03">
        <w:rPr>
          <w:sz w:val="22"/>
        </w:rPr>
        <w:t xml:space="preserve"> </w:t>
      </w:r>
      <w:r w:rsidRPr="00987F03">
        <w:rPr>
          <w:sz w:val="22"/>
          <w:rtl/>
        </w:rPr>
        <w:t>که</w:t>
      </w:r>
      <w:r w:rsidRPr="00987F03">
        <w:rPr>
          <w:sz w:val="22"/>
        </w:rPr>
        <w:t xml:space="preserve"> </w:t>
      </w:r>
      <w:r w:rsidRPr="00987F03">
        <w:rPr>
          <w:sz w:val="22"/>
          <w:rtl/>
        </w:rPr>
        <w:t>از</w:t>
      </w:r>
      <w:r w:rsidRPr="00987F03">
        <w:rPr>
          <w:sz w:val="22"/>
        </w:rPr>
        <w:t xml:space="preserve"> </w:t>
      </w:r>
      <w:r w:rsidRPr="00987F03">
        <w:rPr>
          <w:sz w:val="22"/>
          <w:rtl/>
        </w:rPr>
        <w:t>آتشکده</w:t>
      </w:r>
      <w:r w:rsidRPr="00987F03">
        <w:rPr>
          <w:sz w:val="22"/>
        </w:rPr>
        <w:t>‌</w:t>
      </w:r>
      <w:r w:rsidRPr="00987F03">
        <w:rPr>
          <w:sz w:val="22"/>
          <w:rtl/>
        </w:rPr>
        <w:t>ها</w:t>
      </w:r>
      <w:r w:rsidRPr="00987F03">
        <w:rPr>
          <w:sz w:val="22"/>
        </w:rPr>
        <w:t xml:space="preserve"> </w:t>
      </w:r>
      <w:r w:rsidRPr="00987F03">
        <w:rPr>
          <w:sz w:val="22"/>
          <w:rtl/>
        </w:rPr>
        <w:t>و</w:t>
      </w:r>
      <w:r w:rsidRPr="00987F03">
        <w:rPr>
          <w:sz w:val="22"/>
        </w:rPr>
        <w:t xml:space="preserve"> </w:t>
      </w:r>
      <w:r w:rsidRPr="00987F03">
        <w:rPr>
          <w:sz w:val="22"/>
          <w:rtl/>
        </w:rPr>
        <w:t>برتری</w:t>
      </w:r>
      <w:r w:rsidRPr="00987F03">
        <w:rPr>
          <w:sz w:val="22"/>
        </w:rPr>
        <w:t xml:space="preserve"> </w:t>
      </w:r>
      <w:r w:rsidRPr="00987F03">
        <w:rPr>
          <w:sz w:val="22"/>
          <w:rtl/>
        </w:rPr>
        <w:t>دین</w:t>
      </w:r>
      <w:r w:rsidRPr="00987F03">
        <w:rPr>
          <w:sz w:val="22"/>
        </w:rPr>
        <w:t xml:space="preserve"> </w:t>
      </w:r>
      <w:r w:rsidRPr="00987F03">
        <w:rPr>
          <w:sz w:val="22"/>
          <w:rtl/>
        </w:rPr>
        <w:t>رسمی</w:t>
      </w:r>
      <w:r w:rsidRPr="00987F03">
        <w:rPr>
          <w:sz w:val="22"/>
        </w:rPr>
        <w:t xml:space="preserve"> </w:t>
      </w:r>
      <w:r w:rsidRPr="00987F03">
        <w:rPr>
          <w:sz w:val="22"/>
          <w:rtl/>
        </w:rPr>
        <w:t>حمایت</w:t>
      </w:r>
      <w:r w:rsidRPr="00987F03">
        <w:rPr>
          <w:sz w:val="22"/>
        </w:rPr>
        <w:t xml:space="preserve"> </w:t>
      </w:r>
      <w:r w:rsidRPr="00987F03">
        <w:rPr>
          <w:sz w:val="22"/>
          <w:rtl/>
        </w:rPr>
        <w:t>کند</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بر</w:t>
      </w:r>
      <w:r w:rsidRPr="00987F03">
        <w:rPr>
          <w:sz w:val="22"/>
        </w:rPr>
        <w:t xml:space="preserve"> </w:t>
      </w:r>
      <w:r w:rsidRPr="00987F03">
        <w:rPr>
          <w:sz w:val="22"/>
          <w:rtl/>
        </w:rPr>
        <w:t>اسلام</w:t>
      </w:r>
      <w:r w:rsidRPr="00987F03">
        <w:rPr>
          <w:sz w:val="22"/>
        </w:rPr>
        <w:t xml:space="preserve"> </w:t>
      </w:r>
      <w:r w:rsidRPr="00987F03">
        <w:rPr>
          <w:sz w:val="22"/>
          <w:rtl/>
        </w:rPr>
        <w:t>استوار</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و</w:t>
      </w:r>
      <w:r w:rsidRPr="00987F03">
        <w:rPr>
          <w:sz w:val="22"/>
        </w:rPr>
        <w:t xml:space="preserve"> </w:t>
      </w:r>
      <w:r w:rsidRPr="00987F03">
        <w:rPr>
          <w:sz w:val="22"/>
          <w:rtl/>
        </w:rPr>
        <w:t>فرمانروای</w:t>
      </w:r>
      <w:r w:rsidRPr="00987F03">
        <w:rPr>
          <w:sz w:val="22"/>
        </w:rPr>
        <w:t xml:space="preserve"> </w:t>
      </w:r>
      <w:r w:rsidRPr="00987F03">
        <w:rPr>
          <w:sz w:val="22"/>
          <w:rtl/>
        </w:rPr>
        <w:t>آن</w:t>
      </w:r>
      <w:r w:rsidRPr="00987F03">
        <w:rPr>
          <w:sz w:val="22"/>
        </w:rPr>
        <w:t xml:space="preserve"> </w:t>
      </w:r>
      <w:r w:rsidRPr="00987F03">
        <w:rPr>
          <w:sz w:val="22"/>
          <w:rtl/>
        </w:rPr>
        <w:t>نه</w:t>
      </w:r>
      <w:r w:rsidRPr="00987F03">
        <w:rPr>
          <w:sz w:val="22"/>
        </w:rPr>
        <w:t xml:space="preserve"> </w:t>
      </w:r>
      <w:r w:rsidRPr="00987F03">
        <w:rPr>
          <w:sz w:val="22"/>
          <w:rtl/>
        </w:rPr>
        <w:t>به</w:t>
      </w:r>
      <w:r w:rsidRPr="00987F03">
        <w:rPr>
          <w:sz w:val="22"/>
        </w:rPr>
        <w:t xml:space="preserve"> </w:t>
      </w:r>
      <w:r w:rsidRPr="00987F03">
        <w:rPr>
          <w:sz w:val="22"/>
          <w:rtl/>
        </w:rPr>
        <w:t>تأیید</w:t>
      </w:r>
      <w:r w:rsidRPr="00987F03">
        <w:rPr>
          <w:sz w:val="22"/>
        </w:rPr>
        <w:t xml:space="preserve"> </w:t>
      </w:r>
      <w:r w:rsidRPr="00987F03">
        <w:rPr>
          <w:sz w:val="22"/>
          <w:rtl/>
        </w:rPr>
        <w:t>موبدان</w:t>
      </w:r>
      <w:r w:rsidRPr="00987F03">
        <w:rPr>
          <w:sz w:val="22"/>
        </w:rPr>
        <w:t xml:space="preserve"> </w:t>
      </w:r>
      <w:r w:rsidRPr="00987F03">
        <w:rPr>
          <w:sz w:val="22"/>
          <w:rtl/>
        </w:rPr>
        <w:t>نیاز</w:t>
      </w:r>
      <w:r w:rsidRPr="00987F03">
        <w:rPr>
          <w:sz w:val="22"/>
        </w:rPr>
        <w:t xml:space="preserve"> </w:t>
      </w:r>
      <w:r w:rsidRPr="00987F03">
        <w:rPr>
          <w:sz w:val="22"/>
          <w:rtl/>
        </w:rPr>
        <w:t>داشت</w:t>
      </w:r>
      <w:r w:rsidRPr="00987F03">
        <w:rPr>
          <w:sz w:val="22"/>
        </w:rPr>
        <w:t xml:space="preserve"> </w:t>
      </w:r>
      <w:r w:rsidRPr="00987F03">
        <w:rPr>
          <w:sz w:val="22"/>
          <w:rtl/>
        </w:rPr>
        <w:t>و</w:t>
      </w:r>
      <w:r w:rsidRPr="00987F03">
        <w:rPr>
          <w:sz w:val="22"/>
        </w:rPr>
        <w:t xml:space="preserve"> </w:t>
      </w:r>
      <w:r w:rsidRPr="00987F03">
        <w:rPr>
          <w:sz w:val="22"/>
          <w:rtl/>
        </w:rPr>
        <w:t>نه</w:t>
      </w:r>
      <w:r w:rsidRPr="00987F03">
        <w:rPr>
          <w:sz w:val="22"/>
        </w:rPr>
        <w:t xml:space="preserve"> </w:t>
      </w:r>
      <w:r w:rsidRPr="00987F03">
        <w:rPr>
          <w:sz w:val="22"/>
          <w:rtl/>
        </w:rPr>
        <w:t>حفظ</w:t>
      </w:r>
      <w:r w:rsidRPr="00987F03">
        <w:rPr>
          <w:sz w:val="22"/>
        </w:rPr>
        <w:t xml:space="preserve"> </w:t>
      </w:r>
      <w:r w:rsidRPr="00987F03">
        <w:rPr>
          <w:sz w:val="22"/>
          <w:rtl/>
        </w:rPr>
        <w:t>دین</w:t>
      </w:r>
      <w:r w:rsidRPr="00987F03">
        <w:rPr>
          <w:sz w:val="22"/>
        </w:rPr>
        <w:t xml:space="preserve"> </w:t>
      </w:r>
      <w:r w:rsidRPr="00987F03">
        <w:rPr>
          <w:sz w:val="22"/>
          <w:rtl/>
        </w:rPr>
        <w:t>زرتشتی</w:t>
      </w:r>
      <w:r w:rsidRPr="00987F03">
        <w:rPr>
          <w:sz w:val="22"/>
        </w:rPr>
        <w:t xml:space="preserve"> </w:t>
      </w:r>
      <w:r w:rsidRPr="00987F03">
        <w:rPr>
          <w:sz w:val="22"/>
          <w:rtl/>
        </w:rPr>
        <w:t>را</w:t>
      </w:r>
      <w:r w:rsidRPr="00987F03">
        <w:rPr>
          <w:sz w:val="22"/>
        </w:rPr>
        <w:t xml:space="preserve"> </w:t>
      </w:r>
      <w:r w:rsidRPr="00987F03">
        <w:rPr>
          <w:sz w:val="22"/>
          <w:rtl/>
        </w:rPr>
        <w:t>وظیفهٔ</w:t>
      </w:r>
      <w:r w:rsidRPr="00987F03">
        <w:rPr>
          <w:sz w:val="22"/>
        </w:rPr>
        <w:t xml:space="preserve"> </w:t>
      </w:r>
      <w:r w:rsidRPr="00987F03">
        <w:rPr>
          <w:sz w:val="22"/>
          <w:rtl/>
        </w:rPr>
        <w:t>خود</w:t>
      </w:r>
      <w:r w:rsidRPr="00987F03">
        <w:rPr>
          <w:sz w:val="22"/>
        </w:rPr>
        <w:t xml:space="preserve"> </w:t>
      </w:r>
      <w:r w:rsidRPr="00987F03">
        <w:rPr>
          <w:sz w:val="22"/>
          <w:rtl/>
        </w:rPr>
        <w:t>می</w:t>
      </w:r>
      <w:r w:rsidRPr="00987F03">
        <w:rPr>
          <w:sz w:val="22"/>
        </w:rPr>
        <w:t>‌</w:t>
      </w:r>
      <w:r w:rsidRPr="00987F03">
        <w:rPr>
          <w:sz w:val="22"/>
          <w:rtl/>
        </w:rPr>
        <w:t>دانست</w:t>
      </w:r>
      <w:r w:rsidRPr="00987F03">
        <w:rPr>
          <w:sz w:val="22"/>
        </w:rPr>
        <w:t>.</w:t>
      </w:r>
    </w:p>
    <w:p w:rsidR="009F3B78" w:rsidRPr="00987F03" w:rsidRDefault="00987F03" w:rsidP="00987F03">
      <w:pPr>
        <w:bidi/>
        <w:ind w:firstLine="720"/>
        <w:rPr>
          <w:sz w:val="22"/>
        </w:rPr>
      </w:pPr>
      <w:r w:rsidRPr="00987F03">
        <w:rPr>
          <w:sz w:val="22"/>
          <w:rtl/>
        </w:rPr>
        <w:t>اما</w:t>
      </w:r>
      <w:r w:rsidRPr="00987F03">
        <w:rPr>
          <w:sz w:val="22"/>
        </w:rPr>
        <w:t xml:space="preserve"> </w:t>
      </w:r>
      <w:r w:rsidRPr="00987F03">
        <w:rPr>
          <w:sz w:val="22"/>
          <w:rtl/>
        </w:rPr>
        <w:t>دین</w:t>
      </w:r>
      <w:r w:rsidRPr="00987F03">
        <w:rPr>
          <w:sz w:val="22"/>
        </w:rPr>
        <w:t xml:space="preserve"> </w:t>
      </w:r>
      <w:r w:rsidRPr="00987F03">
        <w:rPr>
          <w:sz w:val="22"/>
          <w:rtl/>
        </w:rPr>
        <w:t>زرتشتی</w:t>
      </w:r>
      <w:r w:rsidRPr="00987F03">
        <w:rPr>
          <w:sz w:val="22"/>
        </w:rPr>
        <w:t xml:space="preserve"> </w:t>
      </w:r>
      <w:r w:rsidRPr="00987F03">
        <w:rPr>
          <w:sz w:val="22"/>
          <w:rtl/>
        </w:rPr>
        <w:t>نیز</w:t>
      </w:r>
      <w:r w:rsidRPr="00987F03">
        <w:rPr>
          <w:sz w:val="22"/>
        </w:rPr>
        <w:t xml:space="preserve"> </w:t>
      </w:r>
      <w:r w:rsidRPr="00987F03">
        <w:rPr>
          <w:sz w:val="22"/>
          <w:rtl/>
        </w:rPr>
        <w:t>با</w:t>
      </w:r>
      <w:r w:rsidRPr="00987F03">
        <w:rPr>
          <w:sz w:val="22"/>
        </w:rPr>
        <w:t xml:space="preserve"> </w:t>
      </w:r>
      <w:r w:rsidRPr="00987F03">
        <w:rPr>
          <w:sz w:val="22"/>
          <w:rtl/>
        </w:rPr>
        <w:t>سقوط</w:t>
      </w:r>
      <w:r w:rsidRPr="00987F03">
        <w:rPr>
          <w:sz w:val="22"/>
        </w:rPr>
        <w:t xml:space="preserve"> </w:t>
      </w:r>
      <w:r w:rsidRPr="00987F03">
        <w:rPr>
          <w:sz w:val="22"/>
          <w:rtl/>
        </w:rPr>
        <w:t>حکومت</w:t>
      </w:r>
      <w:r w:rsidRPr="00987F03">
        <w:rPr>
          <w:sz w:val="22"/>
        </w:rPr>
        <w:t xml:space="preserve"> </w:t>
      </w:r>
      <w:r w:rsidRPr="00987F03">
        <w:rPr>
          <w:sz w:val="22"/>
          <w:rtl/>
        </w:rPr>
        <w:t>یک</w:t>
      </w:r>
      <w:r w:rsidRPr="00987F03">
        <w:rPr>
          <w:sz w:val="22"/>
        </w:rPr>
        <w:t>‌</w:t>
      </w:r>
      <w:r w:rsidRPr="00987F03">
        <w:rPr>
          <w:sz w:val="22"/>
          <w:rtl/>
        </w:rPr>
        <w:t>باره</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نرفت</w:t>
      </w:r>
      <w:r w:rsidRPr="00987F03">
        <w:rPr>
          <w:sz w:val="22"/>
        </w:rPr>
        <w:t xml:space="preserve">. </w:t>
      </w:r>
      <w:r w:rsidRPr="00987F03">
        <w:rPr>
          <w:sz w:val="22"/>
          <w:rtl/>
        </w:rPr>
        <w:t>آتشکده</w:t>
      </w:r>
      <w:r w:rsidRPr="00987F03">
        <w:rPr>
          <w:sz w:val="22"/>
        </w:rPr>
        <w:t>‌</w:t>
      </w:r>
      <w:r w:rsidRPr="00987F03">
        <w:rPr>
          <w:sz w:val="22"/>
          <w:rtl/>
        </w:rPr>
        <w:t>ها،</w:t>
      </w:r>
      <w:r w:rsidRPr="00987F03">
        <w:rPr>
          <w:sz w:val="22"/>
        </w:rPr>
        <w:t xml:space="preserve"> </w:t>
      </w:r>
      <w:r w:rsidRPr="00987F03">
        <w:rPr>
          <w:sz w:val="22"/>
          <w:rtl/>
        </w:rPr>
        <w:t>دینکاران،</w:t>
      </w:r>
      <w:r w:rsidRPr="00987F03">
        <w:rPr>
          <w:sz w:val="22"/>
        </w:rPr>
        <w:t xml:space="preserve"> </w:t>
      </w:r>
      <w:r w:rsidRPr="00987F03">
        <w:rPr>
          <w:sz w:val="22"/>
          <w:rtl/>
        </w:rPr>
        <w:t>خانواده</w:t>
      </w:r>
      <w:r w:rsidRPr="00987F03">
        <w:rPr>
          <w:sz w:val="22"/>
        </w:rPr>
        <w:t>‌</w:t>
      </w:r>
      <w:r w:rsidRPr="00987F03">
        <w:rPr>
          <w:sz w:val="22"/>
          <w:rtl/>
        </w:rPr>
        <w:t>ها</w:t>
      </w:r>
      <w:r w:rsidRPr="00987F03">
        <w:rPr>
          <w:sz w:val="22"/>
        </w:rPr>
        <w:t xml:space="preserve"> </w:t>
      </w:r>
      <w:r w:rsidRPr="00987F03">
        <w:rPr>
          <w:sz w:val="22"/>
          <w:rtl/>
        </w:rPr>
        <w:t>و</w:t>
      </w:r>
      <w:r w:rsidRPr="00987F03">
        <w:rPr>
          <w:sz w:val="22"/>
        </w:rPr>
        <w:t xml:space="preserve"> </w:t>
      </w:r>
      <w:r w:rsidRPr="00987F03">
        <w:rPr>
          <w:sz w:val="22"/>
          <w:rtl/>
        </w:rPr>
        <w:t>آیین</w:t>
      </w:r>
      <w:r w:rsidRPr="00987F03">
        <w:rPr>
          <w:sz w:val="22"/>
        </w:rPr>
        <w:t>‌</w:t>
      </w:r>
      <w:r w:rsidRPr="00987F03">
        <w:rPr>
          <w:sz w:val="22"/>
          <w:rtl/>
        </w:rPr>
        <w:t>هایی</w:t>
      </w:r>
      <w:r w:rsidRPr="00987F03">
        <w:rPr>
          <w:sz w:val="22"/>
        </w:rPr>
        <w:t xml:space="preserve"> </w:t>
      </w:r>
      <w:r w:rsidRPr="00987F03">
        <w:rPr>
          <w:sz w:val="22"/>
          <w:rtl/>
        </w:rPr>
        <w:t>که</w:t>
      </w:r>
      <w:r w:rsidRPr="00987F03">
        <w:rPr>
          <w:sz w:val="22"/>
        </w:rPr>
        <w:t xml:space="preserve"> </w:t>
      </w:r>
      <w:r w:rsidRPr="00987F03">
        <w:rPr>
          <w:sz w:val="22"/>
          <w:rtl/>
        </w:rPr>
        <w:t>در</w:t>
      </w:r>
      <w:r w:rsidRPr="00987F03">
        <w:rPr>
          <w:sz w:val="22"/>
        </w:rPr>
        <w:t xml:space="preserve"> </w:t>
      </w:r>
      <w:r w:rsidRPr="00987F03">
        <w:rPr>
          <w:sz w:val="22"/>
          <w:rtl/>
        </w:rPr>
        <w:t>زندگی</w:t>
      </w:r>
      <w:r w:rsidRPr="00987F03">
        <w:rPr>
          <w:sz w:val="22"/>
        </w:rPr>
        <w:t xml:space="preserve"> </w:t>
      </w:r>
      <w:r w:rsidRPr="00987F03">
        <w:rPr>
          <w:sz w:val="22"/>
          <w:rtl/>
        </w:rPr>
        <w:t>مردم</w:t>
      </w:r>
      <w:r w:rsidRPr="00987F03">
        <w:rPr>
          <w:sz w:val="22"/>
        </w:rPr>
        <w:t xml:space="preserve"> </w:t>
      </w:r>
      <w:r w:rsidRPr="00987F03">
        <w:rPr>
          <w:sz w:val="22"/>
          <w:rtl/>
        </w:rPr>
        <w:t>ریشه</w:t>
      </w:r>
      <w:r w:rsidRPr="00987F03">
        <w:rPr>
          <w:sz w:val="22"/>
        </w:rPr>
        <w:t xml:space="preserve"> </w:t>
      </w:r>
      <w:r w:rsidRPr="00987F03">
        <w:rPr>
          <w:sz w:val="22"/>
          <w:rtl/>
        </w:rPr>
        <w:t>داشتند</w:t>
      </w:r>
      <w:r w:rsidRPr="00987F03">
        <w:rPr>
          <w:sz w:val="22"/>
        </w:rPr>
        <w:t xml:space="preserve"> </w:t>
      </w:r>
      <w:r w:rsidRPr="00987F03">
        <w:rPr>
          <w:sz w:val="22"/>
          <w:rtl/>
        </w:rPr>
        <w:t>باقی</w:t>
      </w:r>
      <w:r w:rsidRPr="00987F03">
        <w:rPr>
          <w:sz w:val="22"/>
        </w:rPr>
        <w:t xml:space="preserve"> </w:t>
      </w:r>
      <w:r w:rsidRPr="00987F03">
        <w:rPr>
          <w:sz w:val="22"/>
          <w:rtl/>
        </w:rPr>
        <w:t>ماندند</w:t>
      </w:r>
      <w:r w:rsidRPr="00987F03">
        <w:rPr>
          <w:sz w:val="22"/>
        </w:rPr>
        <w:t xml:space="preserve">. </w:t>
      </w:r>
      <w:r w:rsidRPr="00987F03">
        <w:rPr>
          <w:sz w:val="22"/>
          <w:rtl/>
        </w:rPr>
        <w:t>در</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مناطق،</w:t>
      </w:r>
      <w:r w:rsidRPr="00987F03">
        <w:rPr>
          <w:sz w:val="22"/>
        </w:rPr>
        <w:t xml:space="preserve"> </w:t>
      </w:r>
      <w:r w:rsidRPr="00987F03">
        <w:rPr>
          <w:sz w:val="22"/>
          <w:rtl/>
        </w:rPr>
        <w:t>بخش</w:t>
      </w:r>
      <w:r w:rsidRPr="00987F03">
        <w:rPr>
          <w:sz w:val="22"/>
        </w:rPr>
        <w:t xml:space="preserve"> </w:t>
      </w:r>
      <w:r w:rsidRPr="00987F03">
        <w:rPr>
          <w:sz w:val="22"/>
          <w:rtl/>
        </w:rPr>
        <w:t>بزرگی</w:t>
      </w:r>
      <w:r w:rsidRPr="00987F03">
        <w:rPr>
          <w:sz w:val="22"/>
        </w:rPr>
        <w:t xml:space="preserve"> </w:t>
      </w:r>
      <w:r w:rsidRPr="00987F03">
        <w:rPr>
          <w:sz w:val="22"/>
          <w:rtl/>
        </w:rPr>
        <w:t>از</w:t>
      </w:r>
      <w:r w:rsidRPr="00987F03">
        <w:rPr>
          <w:sz w:val="22"/>
        </w:rPr>
        <w:t xml:space="preserve"> </w:t>
      </w:r>
      <w:r w:rsidRPr="00987F03">
        <w:rPr>
          <w:sz w:val="22"/>
          <w:rtl/>
        </w:rPr>
        <w:t>مردم</w:t>
      </w:r>
      <w:r w:rsidRPr="00987F03">
        <w:rPr>
          <w:sz w:val="22"/>
        </w:rPr>
        <w:t xml:space="preserve"> </w:t>
      </w:r>
      <w:r w:rsidRPr="00987F03">
        <w:rPr>
          <w:sz w:val="22"/>
          <w:rtl/>
        </w:rPr>
        <w:t>تا</w:t>
      </w:r>
      <w:r w:rsidRPr="00987F03">
        <w:rPr>
          <w:sz w:val="22"/>
        </w:rPr>
        <w:t xml:space="preserve"> </w:t>
      </w:r>
      <w:r w:rsidRPr="00987F03">
        <w:rPr>
          <w:sz w:val="22"/>
          <w:rtl/>
        </w:rPr>
        <w:t>چند</w:t>
      </w:r>
      <w:r w:rsidRPr="00987F03">
        <w:rPr>
          <w:sz w:val="22"/>
        </w:rPr>
        <w:t xml:space="preserve"> </w:t>
      </w:r>
      <w:r w:rsidRPr="00987F03">
        <w:rPr>
          <w:sz w:val="22"/>
          <w:rtl/>
        </w:rPr>
        <w:t>نسل</w:t>
      </w:r>
      <w:r w:rsidRPr="00987F03">
        <w:rPr>
          <w:sz w:val="22"/>
        </w:rPr>
        <w:t xml:space="preserve"> </w:t>
      </w:r>
      <w:r w:rsidRPr="00987F03">
        <w:rPr>
          <w:sz w:val="22"/>
          <w:rtl/>
        </w:rPr>
        <w:t>مسلمان</w:t>
      </w:r>
      <w:r w:rsidRPr="00987F03">
        <w:rPr>
          <w:sz w:val="22"/>
        </w:rPr>
        <w:t xml:space="preserve"> </w:t>
      </w:r>
      <w:r w:rsidRPr="00987F03">
        <w:rPr>
          <w:sz w:val="22"/>
          <w:rtl/>
        </w:rPr>
        <w:t>نشدند</w:t>
      </w:r>
      <w:r w:rsidRPr="00987F03">
        <w:rPr>
          <w:sz w:val="22"/>
        </w:rPr>
        <w:t xml:space="preserve">. </w:t>
      </w:r>
      <w:r w:rsidRPr="00987F03">
        <w:rPr>
          <w:sz w:val="22"/>
          <w:rtl/>
        </w:rPr>
        <w:t>آنان</w:t>
      </w:r>
      <w:r w:rsidRPr="00987F03">
        <w:rPr>
          <w:sz w:val="22"/>
        </w:rPr>
        <w:t xml:space="preserve"> </w:t>
      </w:r>
      <w:r w:rsidRPr="00987F03">
        <w:rPr>
          <w:sz w:val="22"/>
          <w:rtl/>
        </w:rPr>
        <w:t>زندگی،</w:t>
      </w:r>
      <w:r w:rsidRPr="00987F03">
        <w:rPr>
          <w:sz w:val="22"/>
        </w:rPr>
        <w:t xml:space="preserve"> </w:t>
      </w:r>
      <w:r w:rsidRPr="00987F03">
        <w:rPr>
          <w:sz w:val="22"/>
          <w:rtl/>
        </w:rPr>
        <w:t>ازدواج،</w:t>
      </w:r>
      <w:r w:rsidRPr="00987F03">
        <w:rPr>
          <w:sz w:val="22"/>
        </w:rPr>
        <w:t xml:space="preserve"> </w:t>
      </w:r>
      <w:r w:rsidRPr="00987F03">
        <w:rPr>
          <w:sz w:val="22"/>
          <w:rtl/>
        </w:rPr>
        <w:t>سوگواری،</w:t>
      </w:r>
      <w:r w:rsidRPr="00987F03">
        <w:rPr>
          <w:sz w:val="22"/>
        </w:rPr>
        <w:t xml:space="preserve"> </w:t>
      </w:r>
      <w:r w:rsidRPr="00987F03">
        <w:rPr>
          <w:sz w:val="22"/>
          <w:rtl/>
        </w:rPr>
        <w:t>جشن</w:t>
      </w:r>
      <w:r w:rsidRPr="00987F03">
        <w:rPr>
          <w:sz w:val="22"/>
        </w:rPr>
        <w:t>‌</w:t>
      </w:r>
      <w:r w:rsidRPr="00987F03">
        <w:rPr>
          <w:sz w:val="22"/>
          <w:rtl/>
        </w:rPr>
        <w:t>ها</w:t>
      </w:r>
      <w:r w:rsidRPr="00987F03">
        <w:rPr>
          <w:sz w:val="22"/>
        </w:rPr>
        <w:t xml:space="preserve"> </w:t>
      </w:r>
      <w:r w:rsidRPr="00987F03">
        <w:rPr>
          <w:sz w:val="22"/>
          <w:rtl/>
        </w:rPr>
        <w:t>و</w:t>
      </w:r>
      <w:r w:rsidRPr="00987F03">
        <w:rPr>
          <w:sz w:val="22"/>
        </w:rPr>
        <w:t xml:space="preserve"> </w:t>
      </w:r>
      <w:r w:rsidRPr="00987F03">
        <w:rPr>
          <w:sz w:val="22"/>
          <w:rtl/>
        </w:rPr>
        <w:t>رابطهٔ</w:t>
      </w:r>
      <w:r w:rsidRPr="00987F03">
        <w:rPr>
          <w:sz w:val="22"/>
        </w:rPr>
        <w:t xml:space="preserve"> </w:t>
      </w:r>
      <w:r w:rsidRPr="00987F03">
        <w:rPr>
          <w:sz w:val="22"/>
          <w:rtl/>
        </w:rPr>
        <w:t>خود</w:t>
      </w:r>
      <w:r w:rsidRPr="00987F03">
        <w:rPr>
          <w:sz w:val="22"/>
        </w:rPr>
        <w:t xml:space="preserve"> </w:t>
      </w:r>
      <w:r w:rsidRPr="00987F03">
        <w:rPr>
          <w:sz w:val="22"/>
          <w:rtl/>
        </w:rPr>
        <w:t>با</w:t>
      </w:r>
      <w:r w:rsidRPr="00987F03">
        <w:rPr>
          <w:sz w:val="22"/>
        </w:rPr>
        <w:t xml:space="preserve"> </w:t>
      </w:r>
      <w:r w:rsidRPr="00987F03">
        <w:rPr>
          <w:sz w:val="22"/>
          <w:rtl/>
        </w:rPr>
        <w:t>جهان</w:t>
      </w:r>
      <w:r w:rsidRPr="00987F03">
        <w:rPr>
          <w:sz w:val="22"/>
        </w:rPr>
        <w:t xml:space="preserve"> </w:t>
      </w:r>
      <w:r w:rsidRPr="00987F03">
        <w:rPr>
          <w:sz w:val="22"/>
          <w:rtl/>
        </w:rPr>
        <w:t>را</w:t>
      </w:r>
      <w:r w:rsidRPr="00987F03">
        <w:rPr>
          <w:sz w:val="22"/>
        </w:rPr>
        <w:t xml:space="preserve"> </w:t>
      </w:r>
      <w:r w:rsidRPr="00987F03">
        <w:rPr>
          <w:sz w:val="22"/>
          <w:rtl/>
        </w:rPr>
        <w:t>همچنان</w:t>
      </w:r>
      <w:r w:rsidRPr="00987F03">
        <w:rPr>
          <w:sz w:val="22"/>
        </w:rPr>
        <w:t xml:space="preserve"> </w:t>
      </w:r>
      <w:r w:rsidRPr="00987F03">
        <w:rPr>
          <w:sz w:val="22"/>
          <w:rtl/>
        </w:rPr>
        <w:t>در</w:t>
      </w:r>
      <w:r w:rsidRPr="00987F03">
        <w:rPr>
          <w:sz w:val="22"/>
        </w:rPr>
        <w:t xml:space="preserve"> </w:t>
      </w:r>
      <w:r w:rsidRPr="00987F03">
        <w:rPr>
          <w:sz w:val="22"/>
          <w:rtl/>
        </w:rPr>
        <w:t>قالب</w:t>
      </w:r>
      <w:r w:rsidRPr="00987F03">
        <w:rPr>
          <w:sz w:val="22"/>
        </w:rPr>
        <w:t xml:space="preserve"> </w:t>
      </w:r>
      <w:r w:rsidRPr="00987F03">
        <w:rPr>
          <w:sz w:val="22"/>
          <w:rtl/>
        </w:rPr>
        <w:t>باورهای</w:t>
      </w:r>
      <w:r w:rsidRPr="00987F03">
        <w:rPr>
          <w:sz w:val="22"/>
        </w:rPr>
        <w:t xml:space="preserve"> </w:t>
      </w:r>
      <w:r w:rsidRPr="00987F03">
        <w:rPr>
          <w:sz w:val="22"/>
          <w:rtl/>
        </w:rPr>
        <w:t>پیشین</w:t>
      </w:r>
      <w:r w:rsidRPr="00987F03">
        <w:rPr>
          <w:sz w:val="22"/>
        </w:rPr>
        <w:t xml:space="preserve"> </w:t>
      </w:r>
      <w:r w:rsidRPr="00987F03">
        <w:rPr>
          <w:sz w:val="22"/>
          <w:rtl/>
        </w:rPr>
        <w:t>می</w:t>
      </w:r>
      <w:r w:rsidRPr="00987F03">
        <w:rPr>
          <w:sz w:val="22"/>
        </w:rPr>
        <w:t>‌</w:t>
      </w:r>
      <w:r w:rsidRPr="00987F03">
        <w:rPr>
          <w:sz w:val="22"/>
          <w:rtl/>
        </w:rPr>
        <w:t>فهمیدند</w:t>
      </w:r>
      <w:r w:rsidRPr="00987F03">
        <w:rPr>
          <w:sz w:val="22"/>
        </w:rPr>
        <w:t>.</w:t>
      </w:r>
    </w:p>
    <w:p w:rsidR="009F3B78" w:rsidRPr="00987F03" w:rsidRDefault="00987F03" w:rsidP="00987F03">
      <w:pPr>
        <w:bidi/>
        <w:ind w:firstLine="720"/>
        <w:rPr>
          <w:sz w:val="22"/>
        </w:rPr>
      </w:pPr>
      <w:r w:rsidRPr="00987F03">
        <w:rPr>
          <w:sz w:val="22"/>
          <w:rtl/>
        </w:rPr>
        <w:t>بدین</w:t>
      </w:r>
      <w:r w:rsidRPr="00987F03">
        <w:rPr>
          <w:sz w:val="22"/>
        </w:rPr>
        <w:t>‌</w:t>
      </w:r>
      <w:r w:rsidRPr="00987F03">
        <w:rPr>
          <w:sz w:val="22"/>
          <w:rtl/>
        </w:rPr>
        <w:t>سان،</w:t>
      </w:r>
      <w:r w:rsidRPr="00987F03">
        <w:rPr>
          <w:sz w:val="22"/>
        </w:rPr>
        <w:t xml:space="preserve"> </w:t>
      </w:r>
      <w:r w:rsidRPr="00987F03">
        <w:rPr>
          <w:sz w:val="22"/>
          <w:rtl/>
        </w:rPr>
        <w:t>دینکاران</w:t>
      </w:r>
      <w:r w:rsidRPr="00987F03">
        <w:rPr>
          <w:sz w:val="22"/>
        </w:rPr>
        <w:t xml:space="preserve"> </w:t>
      </w:r>
      <w:r w:rsidRPr="00987F03">
        <w:rPr>
          <w:sz w:val="22"/>
          <w:rtl/>
        </w:rPr>
        <w:t>زرتشتی</w:t>
      </w:r>
      <w:r w:rsidRPr="00987F03">
        <w:rPr>
          <w:sz w:val="22"/>
        </w:rPr>
        <w:t xml:space="preserve"> </w:t>
      </w:r>
      <w:r w:rsidRPr="00987F03">
        <w:rPr>
          <w:sz w:val="22"/>
          <w:rtl/>
        </w:rPr>
        <w:t>از</w:t>
      </w:r>
      <w:r w:rsidRPr="00987F03">
        <w:rPr>
          <w:sz w:val="22"/>
        </w:rPr>
        <w:t xml:space="preserve"> </w:t>
      </w:r>
      <w:r w:rsidRPr="00987F03">
        <w:rPr>
          <w:sz w:val="22"/>
          <w:rtl/>
        </w:rPr>
        <w:t>شریک</w:t>
      </w:r>
      <w:r w:rsidRPr="00987F03">
        <w:rPr>
          <w:sz w:val="22"/>
        </w:rPr>
        <w:t xml:space="preserve"> </w:t>
      </w:r>
      <w:r w:rsidRPr="00987F03">
        <w:rPr>
          <w:sz w:val="22"/>
          <w:rtl/>
        </w:rPr>
        <w:t>حکومت</w:t>
      </w:r>
      <w:r w:rsidRPr="00987F03">
        <w:rPr>
          <w:sz w:val="22"/>
        </w:rPr>
        <w:t xml:space="preserve"> </w:t>
      </w:r>
      <w:r w:rsidRPr="00987F03">
        <w:rPr>
          <w:sz w:val="22"/>
          <w:rtl/>
        </w:rPr>
        <w:t>به</w:t>
      </w:r>
      <w:r w:rsidRPr="00987F03">
        <w:rPr>
          <w:sz w:val="22"/>
        </w:rPr>
        <w:t xml:space="preserve"> </w:t>
      </w:r>
      <w:r w:rsidRPr="00987F03">
        <w:rPr>
          <w:sz w:val="22"/>
          <w:rtl/>
        </w:rPr>
        <w:t>نگهبان</w:t>
      </w:r>
      <w:r w:rsidRPr="00987F03">
        <w:rPr>
          <w:sz w:val="22"/>
        </w:rPr>
        <w:t xml:space="preserve"> </w:t>
      </w:r>
      <w:r w:rsidRPr="00987F03">
        <w:rPr>
          <w:sz w:val="22"/>
          <w:rtl/>
        </w:rPr>
        <w:t>جامعه</w:t>
      </w:r>
      <w:r w:rsidRPr="00987F03">
        <w:rPr>
          <w:sz w:val="22"/>
        </w:rPr>
        <w:t>‌</w:t>
      </w:r>
      <w:r w:rsidRPr="00987F03">
        <w:rPr>
          <w:sz w:val="22"/>
          <w:rtl/>
        </w:rPr>
        <w:t>ای</w:t>
      </w:r>
      <w:r w:rsidRPr="00987F03">
        <w:rPr>
          <w:sz w:val="22"/>
        </w:rPr>
        <w:t xml:space="preserve"> </w:t>
      </w:r>
      <w:r w:rsidRPr="00987F03">
        <w:rPr>
          <w:sz w:val="22"/>
          <w:rtl/>
        </w:rPr>
        <w:t>زیر</w:t>
      </w:r>
      <w:r w:rsidRPr="00987F03">
        <w:rPr>
          <w:sz w:val="22"/>
        </w:rPr>
        <w:t xml:space="preserve"> </w:t>
      </w:r>
      <w:r w:rsidRPr="00987F03">
        <w:rPr>
          <w:sz w:val="22"/>
          <w:rtl/>
        </w:rPr>
        <w:t>فرمان</w:t>
      </w:r>
      <w:r w:rsidRPr="00987F03">
        <w:rPr>
          <w:sz w:val="22"/>
        </w:rPr>
        <w:t xml:space="preserve"> </w:t>
      </w:r>
      <w:r w:rsidRPr="00987F03">
        <w:rPr>
          <w:sz w:val="22"/>
          <w:rtl/>
        </w:rPr>
        <w:t>حکومت</w:t>
      </w:r>
      <w:r w:rsidRPr="00987F03">
        <w:rPr>
          <w:sz w:val="22"/>
        </w:rPr>
        <w:t xml:space="preserve"> </w:t>
      </w:r>
      <w:r w:rsidRPr="00987F03">
        <w:rPr>
          <w:sz w:val="22"/>
          <w:rtl/>
        </w:rPr>
        <w:t>دیگر</w:t>
      </w:r>
      <w:r w:rsidRPr="00987F03">
        <w:rPr>
          <w:sz w:val="22"/>
        </w:rPr>
        <w:t xml:space="preserve"> </w:t>
      </w:r>
      <w:r w:rsidRPr="00987F03">
        <w:rPr>
          <w:sz w:val="22"/>
          <w:rtl/>
        </w:rPr>
        <w:t>تبدیل</w:t>
      </w:r>
      <w:r w:rsidRPr="00987F03">
        <w:rPr>
          <w:sz w:val="22"/>
        </w:rPr>
        <w:t xml:space="preserve"> </w:t>
      </w:r>
      <w:r w:rsidRPr="00987F03">
        <w:rPr>
          <w:sz w:val="22"/>
          <w:rtl/>
        </w:rPr>
        <w:t>شدند</w:t>
      </w:r>
      <w:r w:rsidRPr="00987F03">
        <w:rPr>
          <w:sz w:val="22"/>
        </w:rPr>
        <w:t xml:space="preserve">. </w:t>
      </w:r>
      <w:r w:rsidRPr="00987F03">
        <w:rPr>
          <w:sz w:val="22"/>
          <w:rtl/>
        </w:rPr>
        <w:t>این</w:t>
      </w:r>
      <w:r w:rsidRPr="00987F03">
        <w:rPr>
          <w:sz w:val="22"/>
        </w:rPr>
        <w:t xml:space="preserve"> </w:t>
      </w:r>
      <w:r w:rsidRPr="00987F03">
        <w:rPr>
          <w:sz w:val="22"/>
          <w:rtl/>
        </w:rPr>
        <w:t>تغییر</w:t>
      </w:r>
      <w:r w:rsidRPr="00987F03">
        <w:rPr>
          <w:sz w:val="22"/>
        </w:rPr>
        <w:t xml:space="preserve"> </w:t>
      </w:r>
      <w:r w:rsidRPr="00987F03">
        <w:rPr>
          <w:sz w:val="22"/>
          <w:rtl/>
        </w:rPr>
        <w:t>موقعیت</w:t>
      </w:r>
      <w:r w:rsidRPr="00987F03">
        <w:rPr>
          <w:sz w:val="22"/>
        </w:rPr>
        <w:t xml:space="preserve"> </w:t>
      </w:r>
      <w:r w:rsidRPr="00987F03">
        <w:rPr>
          <w:sz w:val="22"/>
          <w:rtl/>
        </w:rPr>
        <w:t>پیامدهای</w:t>
      </w:r>
      <w:r w:rsidRPr="00987F03">
        <w:rPr>
          <w:sz w:val="22"/>
        </w:rPr>
        <w:t xml:space="preserve"> </w:t>
      </w:r>
      <w:r w:rsidRPr="00987F03">
        <w:rPr>
          <w:sz w:val="22"/>
          <w:rtl/>
        </w:rPr>
        <w:t>مهمی</w:t>
      </w:r>
      <w:r w:rsidRPr="00987F03">
        <w:rPr>
          <w:sz w:val="22"/>
        </w:rPr>
        <w:t xml:space="preserve"> </w:t>
      </w:r>
      <w:r w:rsidRPr="00987F03">
        <w:rPr>
          <w:sz w:val="22"/>
          <w:rtl/>
        </w:rPr>
        <w:t>داشت</w:t>
      </w:r>
      <w:r w:rsidRPr="00987F03">
        <w:rPr>
          <w:sz w:val="22"/>
        </w:rPr>
        <w:t xml:space="preserve">. </w:t>
      </w:r>
      <w:r w:rsidRPr="00987F03">
        <w:rPr>
          <w:sz w:val="22"/>
          <w:rtl/>
        </w:rPr>
        <w:t>آنان</w:t>
      </w:r>
      <w:r w:rsidRPr="00987F03">
        <w:rPr>
          <w:sz w:val="22"/>
        </w:rPr>
        <w:t xml:space="preserve"> </w:t>
      </w:r>
      <w:r w:rsidRPr="00987F03">
        <w:rPr>
          <w:sz w:val="22"/>
          <w:rtl/>
        </w:rPr>
        <w:t>برای</w:t>
      </w:r>
      <w:r w:rsidRPr="00987F03">
        <w:rPr>
          <w:sz w:val="22"/>
        </w:rPr>
        <w:t xml:space="preserve"> </w:t>
      </w:r>
      <w:r w:rsidRPr="00987F03">
        <w:rPr>
          <w:sz w:val="22"/>
          <w:rtl/>
        </w:rPr>
        <w:t>حفظ</w:t>
      </w:r>
      <w:r w:rsidRPr="00987F03">
        <w:rPr>
          <w:sz w:val="22"/>
        </w:rPr>
        <w:t xml:space="preserve"> </w:t>
      </w:r>
      <w:r w:rsidRPr="00987F03">
        <w:rPr>
          <w:sz w:val="22"/>
          <w:rtl/>
        </w:rPr>
        <w:t>نهادهای</w:t>
      </w:r>
      <w:r w:rsidRPr="00987F03">
        <w:rPr>
          <w:sz w:val="22"/>
        </w:rPr>
        <w:t xml:space="preserve"> </w:t>
      </w:r>
      <w:r w:rsidRPr="00987F03">
        <w:rPr>
          <w:sz w:val="22"/>
          <w:rtl/>
        </w:rPr>
        <w:t>خود</w:t>
      </w:r>
      <w:r w:rsidRPr="00987F03">
        <w:rPr>
          <w:sz w:val="22"/>
        </w:rPr>
        <w:t xml:space="preserve"> </w:t>
      </w:r>
      <w:r w:rsidRPr="00987F03">
        <w:rPr>
          <w:sz w:val="22"/>
          <w:rtl/>
        </w:rPr>
        <w:t>ناچار</w:t>
      </w:r>
      <w:r w:rsidRPr="00987F03">
        <w:rPr>
          <w:sz w:val="22"/>
        </w:rPr>
        <w:t xml:space="preserve"> </w:t>
      </w:r>
      <w:r w:rsidRPr="00987F03">
        <w:rPr>
          <w:sz w:val="22"/>
          <w:rtl/>
        </w:rPr>
        <w:t>شدند</w:t>
      </w:r>
      <w:r w:rsidRPr="00987F03">
        <w:rPr>
          <w:sz w:val="22"/>
        </w:rPr>
        <w:t xml:space="preserve"> </w:t>
      </w:r>
      <w:r w:rsidRPr="00987F03">
        <w:rPr>
          <w:sz w:val="22"/>
          <w:rtl/>
        </w:rPr>
        <w:t>با</w:t>
      </w:r>
      <w:r w:rsidRPr="00987F03">
        <w:rPr>
          <w:sz w:val="22"/>
        </w:rPr>
        <w:t xml:space="preserve"> </w:t>
      </w:r>
      <w:r w:rsidRPr="00987F03">
        <w:rPr>
          <w:sz w:val="22"/>
          <w:rtl/>
        </w:rPr>
        <w:t>حاکمان</w:t>
      </w:r>
      <w:r w:rsidRPr="00987F03">
        <w:rPr>
          <w:sz w:val="22"/>
        </w:rPr>
        <w:t xml:space="preserve"> </w:t>
      </w:r>
      <w:r w:rsidRPr="00987F03">
        <w:rPr>
          <w:sz w:val="22"/>
          <w:rtl/>
        </w:rPr>
        <w:t>مسلمان</w:t>
      </w:r>
      <w:r w:rsidRPr="00987F03">
        <w:rPr>
          <w:sz w:val="22"/>
        </w:rPr>
        <w:t xml:space="preserve"> </w:t>
      </w:r>
      <w:r w:rsidRPr="00987F03">
        <w:rPr>
          <w:sz w:val="22"/>
          <w:rtl/>
        </w:rPr>
        <w:t>کنار</w:t>
      </w:r>
      <w:r w:rsidRPr="00987F03">
        <w:rPr>
          <w:sz w:val="22"/>
        </w:rPr>
        <w:t xml:space="preserve"> </w:t>
      </w:r>
      <w:r w:rsidRPr="00987F03">
        <w:rPr>
          <w:sz w:val="22"/>
          <w:rtl/>
        </w:rPr>
        <w:t>آیند،</w:t>
      </w:r>
      <w:r w:rsidRPr="00987F03">
        <w:rPr>
          <w:sz w:val="22"/>
        </w:rPr>
        <w:t xml:space="preserve"> </w:t>
      </w:r>
      <w:r w:rsidRPr="00987F03">
        <w:rPr>
          <w:sz w:val="22"/>
          <w:rtl/>
        </w:rPr>
        <w:t>مالیات</w:t>
      </w:r>
      <w:r w:rsidRPr="00987F03">
        <w:rPr>
          <w:sz w:val="22"/>
        </w:rPr>
        <w:t>‌</w:t>
      </w:r>
      <w:r w:rsidRPr="00987F03">
        <w:rPr>
          <w:sz w:val="22"/>
          <w:rtl/>
        </w:rPr>
        <w:t>ها</w:t>
      </w:r>
      <w:r w:rsidRPr="00987F03">
        <w:rPr>
          <w:sz w:val="22"/>
        </w:rPr>
        <w:t xml:space="preserve"> </w:t>
      </w:r>
      <w:r w:rsidRPr="00987F03">
        <w:rPr>
          <w:sz w:val="22"/>
          <w:rtl/>
        </w:rPr>
        <w:t>و</w:t>
      </w:r>
      <w:r w:rsidRPr="00987F03">
        <w:rPr>
          <w:sz w:val="22"/>
        </w:rPr>
        <w:t xml:space="preserve"> </w:t>
      </w:r>
      <w:r w:rsidRPr="00987F03">
        <w:rPr>
          <w:sz w:val="22"/>
          <w:rtl/>
        </w:rPr>
        <w:t>محدودیت</w:t>
      </w:r>
      <w:r w:rsidRPr="00987F03">
        <w:rPr>
          <w:sz w:val="22"/>
        </w:rPr>
        <w:t>‌</w:t>
      </w:r>
      <w:r w:rsidRPr="00987F03">
        <w:rPr>
          <w:sz w:val="22"/>
          <w:rtl/>
        </w:rPr>
        <w:t>های</w:t>
      </w:r>
      <w:r w:rsidRPr="00987F03">
        <w:rPr>
          <w:sz w:val="22"/>
        </w:rPr>
        <w:t xml:space="preserve"> </w:t>
      </w:r>
      <w:r w:rsidRPr="00987F03">
        <w:rPr>
          <w:sz w:val="22"/>
          <w:rtl/>
        </w:rPr>
        <w:t>تازه</w:t>
      </w:r>
      <w:r w:rsidRPr="00987F03">
        <w:rPr>
          <w:sz w:val="22"/>
        </w:rPr>
        <w:t xml:space="preserve"> </w:t>
      </w:r>
      <w:r w:rsidRPr="00987F03">
        <w:rPr>
          <w:sz w:val="22"/>
          <w:rtl/>
        </w:rPr>
        <w:t>را</w:t>
      </w:r>
      <w:r w:rsidRPr="00987F03">
        <w:rPr>
          <w:sz w:val="22"/>
        </w:rPr>
        <w:t xml:space="preserve"> </w:t>
      </w:r>
      <w:r w:rsidRPr="00987F03">
        <w:rPr>
          <w:sz w:val="22"/>
          <w:rtl/>
        </w:rPr>
        <w:t>بپذیرند</w:t>
      </w:r>
      <w:r w:rsidRPr="00987F03">
        <w:rPr>
          <w:sz w:val="22"/>
        </w:rPr>
        <w:t xml:space="preserve"> </w:t>
      </w:r>
      <w:r w:rsidRPr="00987F03">
        <w:rPr>
          <w:sz w:val="22"/>
          <w:rtl/>
        </w:rPr>
        <w:t>و</w:t>
      </w:r>
      <w:r w:rsidRPr="00987F03">
        <w:rPr>
          <w:sz w:val="22"/>
        </w:rPr>
        <w:t xml:space="preserve"> </w:t>
      </w:r>
      <w:r w:rsidRPr="00987F03">
        <w:rPr>
          <w:sz w:val="22"/>
          <w:rtl/>
        </w:rPr>
        <w:t>از</w:t>
      </w:r>
      <w:r w:rsidRPr="00987F03">
        <w:rPr>
          <w:sz w:val="22"/>
        </w:rPr>
        <w:t xml:space="preserve"> </w:t>
      </w:r>
      <w:r w:rsidRPr="00987F03">
        <w:rPr>
          <w:sz w:val="22"/>
          <w:rtl/>
        </w:rPr>
        <w:t>راه</w:t>
      </w:r>
      <w:r w:rsidRPr="00987F03">
        <w:rPr>
          <w:sz w:val="22"/>
        </w:rPr>
        <w:t xml:space="preserve"> </w:t>
      </w:r>
      <w:r w:rsidRPr="00987F03">
        <w:rPr>
          <w:sz w:val="22"/>
          <w:rtl/>
        </w:rPr>
        <w:t>جامعه</w:t>
      </w:r>
      <w:r w:rsidRPr="00987F03">
        <w:rPr>
          <w:sz w:val="22"/>
        </w:rPr>
        <w:t xml:space="preserve"> </w:t>
      </w:r>
      <w:r w:rsidRPr="00987F03">
        <w:rPr>
          <w:sz w:val="22"/>
          <w:rtl/>
        </w:rPr>
        <w:t>و</w:t>
      </w:r>
      <w:r w:rsidRPr="00987F03">
        <w:rPr>
          <w:sz w:val="22"/>
        </w:rPr>
        <w:t xml:space="preserve"> </w:t>
      </w:r>
      <w:r w:rsidRPr="00987F03">
        <w:rPr>
          <w:sz w:val="22"/>
          <w:rtl/>
        </w:rPr>
        <w:t>دارایی</w:t>
      </w:r>
      <w:r w:rsidRPr="00987F03">
        <w:rPr>
          <w:sz w:val="22"/>
        </w:rPr>
        <w:t>‌</w:t>
      </w:r>
      <w:r w:rsidRPr="00987F03">
        <w:rPr>
          <w:sz w:val="22"/>
          <w:rtl/>
        </w:rPr>
        <w:t>های</w:t>
      </w:r>
      <w:r w:rsidRPr="00987F03">
        <w:rPr>
          <w:sz w:val="22"/>
        </w:rPr>
        <w:t xml:space="preserve"> </w:t>
      </w:r>
      <w:r w:rsidRPr="00987F03">
        <w:rPr>
          <w:sz w:val="22"/>
          <w:rtl/>
        </w:rPr>
        <w:t>محلی</w:t>
      </w:r>
      <w:r w:rsidRPr="00987F03">
        <w:rPr>
          <w:sz w:val="22"/>
        </w:rPr>
        <w:t xml:space="preserve"> </w:t>
      </w:r>
      <w:r w:rsidRPr="00987F03">
        <w:rPr>
          <w:sz w:val="22"/>
          <w:rtl/>
        </w:rPr>
        <w:t>به</w:t>
      </w:r>
      <w:r w:rsidRPr="00987F03">
        <w:rPr>
          <w:sz w:val="22"/>
        </w:rPr>
        <w:t xml:space="preserve"> </w:t>
      </w:r>
      <w:r w:rsidRPr="00987F03">
        <w:rPr>
          <w:sz w:val="22"/>
          <w:rtl/>
        </w:rPr>
        <w:t>زندگی</w:t>
      </w:r>
      <w:r w:rsidRPr="00987F03">
        <w:rPr>
          <w:sz w:val="22"/>
        </w:rPr>
        <w:t xml:space="preserve"> </w:t>
      </w:r>
      <w:r w:rsidRPr="00987F03">
        <w:rPr>
          <w:sz w:val="22"/>
          <w:rtl/>
        </w:rPr>
        <w:t>ادامه</w:t>
      </w:r>
      <w:r w:rsidRPr="00987F03">
        <w:rPr>
          <w:sz w:val="22"/>
        </w:rPr>
        <w:t xml:space="preserve"> </w:t>
      </w:r>
      <w:r w:rsidRPr="00987F03">
        <w:rPr>
          <w:sz w:val="22"/>
          <w:rtl/>
        </w:rPr>
        <w:t>دهند</w:t>
      </w:r>
      <w:r w:rsidRPr="00987F03">
        <w:rPr>
          <w:sz w:val="22"/>
        </w:rPr>
        <w:t xml:space="preserve">. </w:t>
      </w:r>
      <w:r w:rsidRPr="00987F03">
        <w:rPr>
          <w:sz w:val="22"/>
          <w:rtl/>
        </w:rPr>
        <w:t>بخشی</w:t>
      </w:r>
      <w:r w:rsidRPr="00987F03">
        <w:rPr>
          <w:sz w:val="22"/>
        </w:rPr>
        <w:t xml:space="preserve"> </w:t>
      </w:r>
      <w:r w:rsidRPr="00987F03">
        <w:rPr>
          <w:sz w:val="22"/>
          <w:rtl/>
        </w:rPr>
        <w:t>از</w:t>
      </w:r>
      <w:r w:rsidRPr="00987F03">
        <w:rPr>
          <w:sz w:val="22"/>
        </w:rPr>
        <w:t xml:space="preserve"> </w:t>
      </w:r>
      <w:r w:rsidRPr="00987F03">
        <w:rPr>
          <w:sz w:val="22"/>
          <w:rtl/>
        </w:rPr>
        <w:t>قدرتی</w:t>
      </w:r>
      <w:r w:rsidRPr="00987F03">
        <w:rPr>
          <w:sz w:val="22"/>
        </w:rPr>
        <w:t xml:space="preserve"> </w:t>
      </w:r>
      <w:r w:rsidRPr="00987F03">
        <w:rPr>
          <w:sz w:val="22"/>
          <w:rtl/>
        </w:rPr>
        <w:t>که</w:t>
      </w:r>
      <w:r w:rsidRPr="00987F03">
        <w:rPr>
          <w:sz w:val="22"/>
        </w:rPr>
        <w:t xml:space="preserve"> </w:t>
      </w:r>
      <w:r w:rsidRPr="00987F03">
        <w:rPr>
          <w:sz w:val="22"/>
          <w:rtl/>
        </w:rPr>
        <w:t>پیش</w:t>
      </w:r>
      <w:r w:rsidRPr="00987F03">
        <w:rPr>
          <w:sz w:val="22"/>
        </w:rPr>
        <w:t>‌</w:t>
      </w:r>
      <w:r w:rsidRPr="00987F03">
        <w:rPr>
          <w:sz w:val="22"/>
          <w:rtl/>
        </w:rPr>
        <w:t>تر</w:t>
      </w:r>
      <w:r w:rsidRPr="00987F03">
        <w:rPr>
          <w:sz w:val="22"/>
        </w:rPr>
        <w:t xml:space="preserve"> </w:t>
      </w:r>
      <w:r w:rsidRPr="00987F03">
        <w:rPr>
          <w:sz w:val="22"/>
          <w:rtl/>
        </w:rPr>
        <w:t>از</w:t>
      </w:r>
      <w:r w:rsidRPr="00987F03">
        <w:rPr>
          <w:sz w:val="22"/>
        </w:rPr>
        <w:t xml:space="preserve"> </w:t>
      </w:r>
      <w:r w:rsidRPr="00987F03">
        <w:rPr>
          <w:sz w:val="22"/>
          <w:rtl/>
        </w:rPr>
        <w:t>تاج</w:t>
      </w:r>
      <w:r w:rsidRPr="00987F03">
        <w:rPr>
          <w:sz w:val="22"/>
        </w:rPr>
        <w:t xml:space="preserve"> </w:t>
      </w:r>
      <w:r w:rsidRPr="00987F03">
        <w:rPr>
          <w:sz w:val="22"/>
          <w:rtl/>
        </w:rPr>
        <w:t>می</w:t>
      </w:r>
      <w:r w:rsidRPr="00987F03">
        <w:rPr>
          <w:sz w:val="22"/>
        </w:rPr>
        <w:t>‌</w:t>
      </w:r>
      <w:r w:rsidRPr="00987F03">
        <w:rPr>
          <w:sz w:val="22"/>
          <w:rtl/>
        </w:rPr>
        <w:t>گرفتند،</w:t>
      </w:r>
      <w:r w:rsidRPr="00987F03">
        <w:rPr>
          <w:sz w:val="22"/>
        </w:rPr>
        <w:t xml:space="preserve"> </w:t>
      </w:r>
      <w:r w:rsidRPr="00987F03">
        <w:rPr>
          <w:sz w:val="22"/>
          <w:rtl/>
        </w:rPr>
        <w:t>اکنون</w:t>
      </w:r>
      <w:r w:rsidRPr="00987F03">
        <w:rPr>
          <w:sz w:val="22"/>
        </w:rPr>
        <w:t xml:space="preserve"> </w:t>
      </w:r>
      <w:r w:rsidRPr="00987F03">
        <w:rPr>
          <w:sz w:val="22"/>
          <w:rtl/>
        </w:rPr>
        <w:t>باید</w:t>
      </w:r>
      <w:r w:rsidRPr="00987F03">
        <w:rPr>
          <w:sz w:val="22"/>
        </w:rPr>
        <w:t xml:space="preserve"> </w:t>
      </w:r>
      <w:r w:rsidRPr="00987F03">
        <w:rPr>
          <w:sz w:val="22"/>
          <w:rtl/>
        </w:rPr>
        <w:t>از</w:t>
      </w:r>
      <w:r w:rsidRPr="00987F03">
        <w:rPr>
          <w:sz w:val="22"/>
        </w:rPr>
        <w:t xml:space="preserve"> </w:t>
      </w:r>
      <w:r w:rsidRPr="00987F03">
        <w:rPr>
          <w:sz w:val="22"/>
          <w:rtl/>
        </w:rPr>
        <w:t>وفاداری</w:t>
      </w:r>
      <w:r w:rsidRPr="00987F03">
        <w:rPr>
          <w:sz w:val="22"/>
        </w:rPr>
        <w:t xml:space="preserve"> </w:t>
      </w:r>
      <w:r w:rsidRPr="00987F03">
        <w:rPr>
          <w:sz w:val="22"/>
          <w:rtl/>
        </w:rPr>
        <w:t>پیروانشان</w:t>
      </w:r>
      <w:r w:rsidRPr="00987F03">
        <w:rPr>
          <w:sz w:val="22"/>
        </w:rPr>
        <w:t xml:space="preserve"> </w:t>
      </w:r>
      <w:r w:rsidRPr="00987F03">
        <w:rPr>
          <w:sz w:val="22"/>
          <w:rtl/>
        </w:rPr>
        <w:t>به</w:t>
      </w:r>
      <w:r w:rsidRPr="00987F03">
        <w:rPr>
          <w:sz w:val="22"/>
        </w:rPr>
        <w:t xml:space="preserve"> </w:t>
      </w:r>
      <w:r w:rsidRPr="00987F03">
        <w:rPr>
          <w:sz w:val="22"/>
          <w:rtl/>
        </w:rPr>
        <w:t>دست</w:t>
      </w:r>
      <w:r w:rsidRPr="00987F03">
        <w:rPr>
          <w:sz w:val="22"/>
        </w:rPr>
        <w:t xml:space="preserve"> </w:t>
      </w:r>
      <w:r w:rsidRPr="00987F03">
        <w:rPr>
          <w:sz w:val="22"/>
          <w:rtl/>
        </w:rPr>
        <w:t>می</w:t>
      </w:r>
      <w:r w:rsidRPr="00987F03">
        <w:rPr>
          <w:sz w:val="22"/>
        </w:rPr>
        <w:t>‌</w:t>
      </w:r>
      <w:r w:rsidRPr="00987F03">
        <w:rPr>
          <w:sz w:val="22"/>
          <w:rtl/>
        </w:rPr>
        <w:t>آمد</w:t>
      </w:r>
      <w:r w:rsidRPr="00987F03">
        <w:rPr>
          <w:sz w:val="22"/>
        </w:rPr>
        <w:t>.</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تحول</w:t>
      </w:r>
      <w:r w:rsidRPr="00987F03">
        <w:rPr>
          <w:sz w:val="22"/>
        </w:rPr>
        <w:t xml:space="preserve"> </w:t>
      </w:r>
      <w:r w:rsidRPr="00987F03">
        <w:rPr>
          <w:sz w:val="22"/>
          <w:rtl/>
        </w:rPr>
        <w:t>به</w:t>
      </w:r>
      <w:r w:rsidRPr="00987F03">
        <w:rPr>
          <w:sz w:val="22"/>
        </w:rPr>
        <w:t>‌</w:t>
      </w:r>
      <w:r w:rsidRPr="00987F03">
        <w:rPr>
          <w:sz w:val="22"/>
          <w:rtl/>
        </w:rPr>
        <w:t>تدریج</w:t>
      </w:r>
      <w:r w:rsidRPr="00987F03">
        <w:rPr>
          <w:sz w:val="22"/>
        </w:rPr>
        <w:t xml:space="preserve"> </w:t>
      </w:r>
      <w:r w:rsidRPr="00987F03">
        <w:rPr>
          <w:sz w:val="22"/>
          <w:rtl/>
        </w:rPr>
        <w:t>مرز</w:t>
      </w:r>
      <w:r w:rsidRPr="00987F03">
        <w:rPr>
          <w:sz w:val="22"/>
        </w:rPr>
        <w:t xml:space="preserve"> </w:t>
      </w:r>
      <w:r w:rsidRPr="00987F03">
        <w:rPr>
          <w:sz w:val="22"/>
          <w:rtl/>
        </w:rPr>
        <w:t>میان</w:t>
      </w:r>
      <w:r w:rsidRPr="00987F03">
        <w:rPr>
          <w:sz w:val="22"/>
        </w:rPr>
        <w:t xml:space="preserve"> </w:t>
      </w:r>
      <w:r w:rsidRPr="00987F03">
        <w:rPr>
          <w:sz w:val="22"/>
          <w:rtl/>
        </w:rPr>
        <w:t>دین</w:t>
      </w:r>
      <w:r w:rsidRPr="00987F03">
        <w:rPr>
          <w:sz w:val="22"/>
        </w:rPr>
        <w:t xml:space="preserve"> </w:t>
      </w:r>
      <w:r w:rsidRPr="00987F03">
        <w:rPr>
          <w:sz w:val="22"/>
          <w:rtl/>
        </w:rPr>
        <w:t>مردم</w:t>
      </w:r>
      <w:r w:rsidRPr="00987F03">
        <w:rPr>
          <w:sz w:val="22"/>
        </w:rPr>
        <w:t xml:space="preserve"> </w:t>
      </w:r>
      <w:r w:rsidRPr="00987F03">
        <w:rPr>
          <w:sz w:val="22"/>
          <w:rtl/>
        </w:rPr>
        <w:t>و</w:t>
      </w:r>
      <w:r w:rsidRPr="00987F03">
        <w:rPr>
          <w:sz w:val="22"/>
        </w:rPr>
        <w:t xml:space="preserve"> </w:t>
      </w:r>
      <w:r w:rsidRPr="00987F03">
        <w:rPr>
          <w:sz w:val="22"/>
          <w:rtl/>
        </w:rPr>
        <w:t>دین</w:t>
      </w:r>
      <w:r w:rsidRPr="00987F03">
        <w:rPr>
          <w:sz w:val="22"/>
        </w:rPr>
        <w:t xml:space="preserve"> </w:t>
      </w:r>
      <w:r w:rsidRPr="00987F03">
        <w:rPr>
          <w:sz w:val="22"/>
          <w:rtl/>
        </w:rPr>
        <w:t>حکومت</w:t>
      </w:r>
      <w:r w:rsidRPr="00987F03">
        <w:rPr>
          <w:sz w:val="22"/>
        </w:rPr>
        <w:t xml:space="preserve"> </w:t>
      </w:r>
      <w:r w:rsidRPr="00987F03">
        <w:rPr>
          <w:sz w:val="22"/>
          <w:rtl/>
        </w:rPr>
        <w:t>را</w:t>
      </w:r>
      <w:r w:rsidRPr="00987F03">
        <w:rPr>
          <w:sz w:val="22"/>
        </w:rPr>
        <w:t xml:space="preserve"> </w:t>
      </w:r>
      <w:r w:rsidRPr="00987F03">
        <w:rPr>
          <w:sz w:val="22"/>
          <w:rtl/>
        </w:rPr>
        <w:t>آشکارتر</w:t>
      </w:r>
      <w:r w:rsidRPr="00987F03">
        <w:rPr>
          <w:sz w:val="22"/>
        </w:rPr>
        <w:t xml:space="preserve"> </w:t>
      </w:r>
      <w:r w:rsidRPr="00987F03">
        <w:rPr>
          <w:sz w:val="22"/>
          <w:rtl/>
        </w:rPr>
        <w:t>کرد</w:t>
      </w:r>
      <w:r w:rsidRPr="00987F03">
        <w:rPr>
          <w:sz w:val="22"/>
        </w:rPr>
        <w:t xml:space="preserve">. </w:t>
      </w:r>
      <w:r w:rsidRPr="00987F03">
        <w:rPr>
          <w:sz w:val="22"/>
          <w:rtl/>
        </w:rPr>
        <w:t>در</w:t>
      </w:r>
      <w:r w:rsidRPr="00987F03">
        <w:rPr>
          <w:sz w:val="22"/>
        </w:rPr>
        <w:t xml:space="preserve"> </w:t>
      </w:r>
      <w:r w:rsidRPr="00987F03">
        <w:rPr>
          <w:sz w:val="22"/>
          <w:rtl/>
        </w:rPr>
        <w:t>دورهٔ</w:t>
      </w:r>
      <w:r w:rsidRPr="00987F03">
        <w:rPr>
          <w:sz w:val="22"/>
        </w:rPr>
        <w:t xml:space="preserve"> </w:t>
      </w:r>
      <w:r w:rsidRPr="00987F03">
        <w:rPr>
          <w:sz w:val="22"/>
          <w:rtl/>
        </w:rPr>
        <w:t>ساسانی،</w:t>
      </w:r>
      <w:r w:rsidRPr="00987F03">
        <w:rPr>
          <w:sz w:val="22"/>
        </w:rPr>
        <w:t xml:space="preserve"> </w:t>
      </w:r>
      <w:r w:rsidRPr="00987F03">
        <w:rPr>
          <w:sz w:val="22"/>
          <w:rtl/>
        </w:rPr>
        <w:t>دین</w:t>
      </w:r>
      <w:r w:rsidRPr="00987F03">
        <w:rPr>
          <w:sz w:val="22"/>
        </w:rPr>
        <w:t xml:space="preserve"> </w:t>
      </w:r>
      <w:r w:rsidRPr="00987F03">
        <w:rPr>
          <w:sz w:val="22"/>
          <w:rtl/>
        </w:rPr>
        <w:t>رسمی</w:t>
      </w:r>
      <w:r w:rsidRPr="00987F03">
        <w:rPr>
          <w:sz w:val="22"/>
        </w:rPr>
        <w:t xml:space="preserve"> </w:t>
      </w:r>
      <w:r w:rsidRPr="00987F03">
        <w:rPr>
          <w:sz w:val="22"/>
          <w:rtl/>
        </w:rPr>
        <w:t>و</w:t>
      </w:r>
      <w:r w:rsidRPr="00987F03">
        <w:rPr>
          <w:sz w:val="22"/>
        </w:rPr>
        <w:t xml:space="preserve"> </w:t>
      </w:r>
      <w:r w:rsidRPr="00987F03">
        <w:rPr>
          <w:sz w:val="22"/>
          <w:rtl/>
        </w:rPr>
        <w:t>تاج</w:t>
      </w:r>
      <w:r w:rsidRPr="00987F03">
        <w:rPr>
          <w:sz w:val="22"/>
        </w:rPr>
        <w:t xml:space="preserve"> </w:t>
      </w:r>
      <w:r w:rsidRPr="00987F03">
        <w:rPr>
          <w:sz w:val="22"/>
          <w:rtl/>
        </w:rPr>
        <w:t>یکدیگر</w:t>
      </w:r>
      <w:r w:rsidRPr="00987F03">
        <w:rPr>
          <w:sz w:val="22"/>
        </w:rPr>
        <w:t xml:space="preserve"> </w:t>
      </w:r>
      <w:r w:rsidRPr="00987F03">
        <w:rPr>
          <w:sz w:val="22"/>
          <w:rtl/>
        </w:rPr>
        <w:t>را</w:t>
      </w:r>
      <w:r w:rsidRPr="00987F03">
        <w:rPr>
          <w:sz w:val="22"/>
        </w:rPr>
        <w:t xml:space="preserve"> </w:t>
      </w:r>
      <w:r w:rsidRPr="00987F03">
        <w:rPr>
          <w:sz w:val="22"/>
          <w:rtl/>
        </w:rPr>
        <w:t>تقویت</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فتح،</w:t>
      </w:r>
      <w:r w:rsidRPr="00987F03">
        <w:rPr>
          <w:sz w:val="22"/>
        </w:rPr>
        <w:t xml:space="preserve"> </w:t>
      </w:r>
      <w:r w:rsidRPr="00987F03">
        <w:rPr>
          <w:sz w:val="22"/>
          <w:rtl/>
        </w:rPr>
        <w:t>مردم</w:t>
      </w:r>
      <w:r w:rsidRPr="00987F03">
        <w:rPr>
          <w:sz w:val="22"/>
        </w:rPr>
        <w:t xml:space="preserve"> </w:t>
      </w:r>
      <w:r w:rsidRPr="00987F03">
        <w:rPr>
          <w:sz w:val="22"/>
          <w:rtl/>
        </w:rPr>
        <w:t>می</w:t>
      </w:r>
      <w:r w:rsidRPr="00987F03">
        <w:rPr>
          <w:sz w:val="22"/>
        </w:rPr>
        <w:t>‌</w:t>
      </w:r>
      <w:r w:rsidRPr="00987F03">
        <w:rPr>
          <w:sz w:val="22"/>
          <w:rtl/>
        </w:rPr>
        <w:t>توانستند</w:t>
      </w:r>
      <w:r w:rsidRPr="00987F03">
        <w:rPr>
          <w:sz w:val="22"/>
        </w:rPr>
        <w:t xml:space="preserve"> </w:t>
      </w:r>
      <w:r w:rsidRPr="00987F03">
        <w:rPr>
          <w:sz w:val="22"/>
          <w:rtl/>
        </w:rPr>
        <w:t>زرتشتی</w:t>
      </w:r>
      <w:r w:rsidRPr="00987F03">
        <w:rPr>
          <w:sz w:val="22"/>
        </w:rPr>
        <w:t xml:space="preserve"> </w:t>
      </w:r>
      <w:r w:rsidRPr="00987F03">
        <w:rPr>
          <w:sz w:val="22"/>
          <w:rtl/>
        </w:rPr>
        <w:t>بمانند،</w:t>
      </w:r>
      <w:r w:rsidRPr="00987F03">
        <w:rPr>
          <w:sz w:val="22"/>
        </w:rPr>
        <w:t xml:space="preserve"> </w:t>
      </w:r>
      <w:r w:rsidRPr="00987F03">
        <w:rPr>
          <w:sz w:val="22"/>
          <w:rtl/>
        </w:rPr>
        <w:t>درحالی</w:t>
      </w:r>
      <w:r w:rsidRPr="00987F03">
        <w:rPr>
          <w:sz w:val="22"/>
        </w:rPr>
        <w:t>‌</w:t>
      </w:r>
      <w:r w:rsidRPr="00987F03">
        <w:rPr>
          <w:sz w:val="22"/>
          <w:rtl/>
        </w:rPr>
        <w:t>که</w:t>
      </w:r>
      <w:r w:rsidRPr="00987F03">
        <w:rPr>
          <w:sz w:val="22"/>
        </w:rPr>
        <w:t xml:space="preserve"> </w:t>
      </w:r>
      <w:r w:rsidRPr="00987F03">
        <w:rPr>
          <w:sz w:val="22"/>
          <w:rtl/>
        </w:rPr>
        <w:t>حکومتشان</w:t>
      </w:r>
      <w:r w:rsidRPr="00987F03">
        <w:rPr>
          <w:sz w:val="22"/>
        </w:rPr>
        <w:t xml:space="preserve"> </w:t>
      </w:r>
      <w:r w:rsidRPr="00987F03">
        <w:rPr>
          <w:sz w:val="22"/>
          <w:rtl/>
        </w:rPr>
        <w:t>اسلامی</w:t>
      </w:r>
      <w:r w:rsidRPr="00987F03">
        <w:rPr>
          <w:sz w:val="22"/>
        </w:rPr>
        <w:t xml:space="preserve"> </w:t>
      </w:r>
      <w:r w:rsidRPr="00987F03">
        <w:rPr>
          <w:sz w:val="22"/>
          <w:rtl/>
        </w:rPr>
        <w:t>بود</w:t>
      </w:r>
      <w:r w:rsidRPr="00987F03">
        <w:rPr>
          <w:sz w:val="22"/>
        </w:rPr>
        <w:t xml:space="preserve">. </w:t>
      </w:r>
      <w:r w:rsidRPr="00987F03">
        <w:rPr>
          <w:sz w:val="22"/>
          <w:rtl/>
        </w:rPr>
        <w:t>از</w:t>
      </w:r>
      <w:r w:rsidRPr="00987F03">
        <w:rPr>
          <w:sz w:val="22"/>
        </w:rPr>
        <w:t xml:space="preserve"> </w:t>
      </w:r>
      <w:r w:rsidRPr="00987F03">
        <w:rPr>
          <w:sz w:val="22"/>
          <w:rtl/>
        </w:rPr>
        <w:t>این</w:t>
      </w:r>
      <w:r w:rsidRPr="00987F03">
        <w:rPr>
          <w:sz w:val="22"/>
        </w:rPr>
        <w:t xml:space="preserve"> </w:t>
      </w:r>
      <w:r w:rsidRPr="00987F03">
        <w:rPr>
          <w:sz w:val="22"/>
          <w:rtl/>
        </w:rPr>
        <w:t>پس،</w:t>
      </w:r>
      <w:r w:rsidRPr="00987F03">
        <w:rPr>
          <w:sz w:val="22"/>
        </w:rPr>
        <w:t xml:space="preserve"> </w:t>
      </w:r>
      <w:r w:rsidRPr="00987F03">
        <w:rPr>
          <w:sz w:val="22"/>
          <w:rtl/>
        </w:rPr>
        <w:t>تغییر</w:t>
      </w:r>
      <w:r w:rsidRPr="00987F03">
        <w:rPr>
          <w:sz w:val="22"/>
        </w:rPr>
        <w:t xml:space="preserve"> </w:t>
      </w:r>
      <w:r w:rsidRPr="00987F03">
        <w:rPr>
          <w:sz w:val="22"/>
          <w:rtl/>
        </w:rPr>
        <w:t>دین</w:t>
      </w:r>
      <w:r w:rsidRPr="00987F03">
        <w:rPr>
          <w:sz w:val="22"/>
        </w:rPr>
        <w:t xml:space="preserve"> </w:t>
      </w:r>
      <w:r w:rsidRPr="00987F03">
        <w:rPr>
          <w:sz w:val="22"/>
          <w:rtl/>
        </w:rPr>
        <w:t>فقط</w:t>
      </w:r>
      <w:r w:rsidRPr="00987F03">
        <w:rPr>
          <w:sz w:val="22"/>
        </w:rPr>
        <w:t xml:space="preserve"> </w:t>
      </w:r>
      <w:r w:rsidRPr="00987F03">
        <w:rPr>
          <w:sz w:val="22"/>
          <w:rtl/>
        </w:rPr>
        <w:t>انتخابی</w:t>
      </w:r>
      <w:r w:rsidRPr="00987F03">
        <w:rPr>
          <w:sz w:val="22"/>
        </w:rPr>
        <w:t xml:space="preserve"> </w:t>
      </w:r>
      <w:r w:rsidRPr="00987F03">
        <w:rPr>
          <w:sz w:val="22"/>
          <w:rtl/>
        </w:rPr>
        <w:t>شخصی</w:t>
      </w:r>
      <w:r w:rsidRPr="00987F03">
        <w:rPr>
          <w:sz w:val="22"/>
        </w:rPr>
        <w:t xml:space="preserve"> </w:t>
      </w:r>
      <w:r w:rsidRPr="00987F03">
        <w:rPr>
          <w:sz w:val="22"/>
          <w:rtl/>
        </w:rPr>
        <w:t>نبود؛</w:t>
      </w:r>
      <w:r w:rsidRPr="00987F03">
        <w:rPr>
          <w:sz w:val="22"/>
        </w:rPr>
        <w:t xml:space="preserve"> </w:t>
      </w:r>
      <w:r w:rsidRPr="00987F03">
        <w:rPr>
          <w:sz w:val="22"/>
          <w:rtl/>
        </w:rPr>
        <w:t>می</w:t>
      </w:r>
      <w:r w:rsidRPr="00987F03">
        <w:rPr>
          <w:sz w:val="22"/>
        </w:rPr>
        <w:t>‌</w:t>
      </w:r>
      <w:r w:rsidRPr="00987F03">
        <w:rPr>
          <w:sz w:val="22"/>
          <w:rtl/>
        </w:rPr>
        <w:t>توانست</w:t>
      </w:r>
      <w:r w:rsidRPr="00987F03">
        <w:rPr>
          <w:sz w:val="22"/>
        </w:rPr>
        <w:t xml:space="preserve"> </w:t>
      </w:r>
      <w:r w:rsidRPr="00987F03">
        <w:rPr>
          <w:sz w:val="22"/>
          <w:rtl/>
        </w:rPr>
        <w:t>جایگاه</w:t>
      </w:r>
      <w:r w:rsidRPr="00987F03">
        <w:rPr>
          <w:sz w:val="22"/>
        </w:rPr>
        <w:t xml:space="preserve"> </w:t>
      </w:r>
      <w:r w:rsidRPr="00987F03">
        <w:rPr>
          <w:sz w:val="22"/>
          <w:rtl/>
        </w:rPr>
        <w:t>مالیاتی،</w:t>
      </w:r>
      <w:r w:rsidRPr="00987F03">
        <w:rPr>
          <w:sz w:val="22"/>
        </w:rPr>
        <w:t xml:space="preserve"> </w:t>
      </w:r>
      <w:r w:rsidRPr="00987F03">
        <w:rPr>
          <w:sz w:val="22"/>
          <w:rtl/>
        </w:rPr>
        <w:t>امکان</w:t>
      </w:r>
      <w:r w:rsidRPr="00987F03">
        <w:rPr>
          <w:sz w:val="22"/>
        </w:rPr>
        <w:t xml:space="preserve"> </w:t>
      </w:r>
      <w:r w:rsidRPr="00987F03">
        <w:rPr>
          <w:sz w:val="22"/>
          <w:rtl/>
        </w:rPr>
        <w:t>دستیابی</w:t>
      </w:r>
      <w:r w:rsidRPr="00987F03">
        <w:rPr>
          <w:sz w:val="22"/>
        </w:rPr>
        <w:t xml:space="preserve"> </w:t>
      </w:r>
      <w:r w:rsidRPr="00987F03">
        <w:rPr>
          <w:sz w:val="22"/>
          <w:rtl/>
        </w:rPr>
        <w:t>به</w:t>
      </w:r>
      <w:r w:rsidRPr="00987F03">
        <w:rPr>
          <w:sz w:val="22"/>
        </w:rPr>
        <w:t xml:space="preserve"> </w:t>
      </w:r>
      <w:r w:rsidRPr="00987F03">
        <w:rPr>
          <w:sz w:val="22"/>
          <w:rtl/>
        </w:rPr>
        <w:t>منصب</w:t>
      </w:r>
      <w:r w:rsidRPr="00987F03">
        <w:rPr>
          <w:sz w:val="22"/>
        </w:rPr>
        <w:t xml:space="preserve"> </w:t>
      </w:r>
      <w:r w:rsidRPr="00987F03">
        <w:rPr>
          <w:sz w:val="22"/>
          <w:rtl/>
        </w:rPr>
        <w:t>و</w:t>
      </w:r>
      <w:r w:rsidRPr="00987F03">
        <w:rPr>
          <w:sz w:val="22"/>
        </w:rPr>
        <w:t xml:space="preserve"> </w:t>
      </w:r>
      <w:r w:rsidRPr="00987F03">
        <w:rPr>
          <w:sz w:val="22"/>
          <w:rtl/>
        </w:rPr>
        <w:t>رابطهٔ</w:t>
      </w:r>
      <w:r w:rsidRPr="00987F03">
        <w:rPr>
          <w:sz w:val="22"/>
        </w:rPr>
        <w:t xml:space="preserve"> </w:t>
      </w:r>
      <w:r w:rsidRPr="00987F03">
        <w:rPr>
          <w:sz w:val="22"/>
          <w:rtl/>
        </w:rPr>
        <w:t>فرد</w:t>
      </w:r>
      <w:r w:rsidRPr="00987F03">
        <w:rPr>
          <w:sz w:val="22"/>
        </w:rPr>
        <w:t xml:space="preserve"> </w:t>
      </w:r>
      <w:r w:rsidRPr="00987F03">
        <w:rPr>
          <w:sz w:val="22"/>
          <w:rtl/>
        </w:rPr>
        <w:t>با</w:t>
      </w:r>
      <w:r w:rsidRPr="00987F03">
        <w:rPr>
          <w:sz w:val="22"/>
        </w:rPr>
        <w:t xml:space="preserve"> </w:t>
      </w:r>
      <w:r w:rsidRPr="00987F03">
        <w:rPr>
          <w:sz w:val="22"/>
          <w:rtl/>
        </w:rPr>
        <w:t>حکومت</w:t>
      </w:r>
      <w:r w:rsidRPr="00987F03">
        <w:rPr>
          <w:sz w:val="22"/>
        </w:rPr>
        <w:t xml:space="preserve"> </w:t>
      </w:r>
      <w:r w:rsidRPr="00987F03">
        <w:rPr>
          <w:sz w:val="22"/>
          <w:rtl/>
        </w:rPr>
        <w:t>را</w:t>
      </w:r>
      <w:r w:rsidRPr="00987F03">
        <w:rPr>
          <w:sz w:val="22"/>
        </w:rPr>
        <w:t xml:space="preserve"> </w:t>
      </w:r>
      <w:r w:rsidRPr="00987F03">
        <w:rPr>
          <w:sz w:val="22"/>
          <w:rtl/>
        </w:rPr>
        <w:t>نیز</w:t>
      </w:r>
      <w:r w:rsidRPr="00987F03">
        <w:rPr>
          <w:sz w:val="22"/>
        </w:rPr>
        <w:t xml:space="preserve"> </w:t>
      </w:r>
      <w:r w:rsidRPr="00987F03">
        <w:rPr>
          <w:sz w:val="22"/>
          <w:rtl/>
        </w:rPr>
        <w:t>دگرگون</w:t>
      </w:r>
      <w:r w:rsidRPr="00987F03">
        <w:rPr>
          <w:sz w:val="22"/>
        </w:rPr>
        <w:t xml:space="preserve"> </w:t>
      </w:r>
      <w:r w:rsidRPr="00987F03">
        <w:rPr>
          <w:sz w:val="22"/>
          <w:rtl/>
        </w:rPr>
        <w:t>کند</w:t>
      </w:r>
      <w:r w:rsidRPr="00987F03">
        <w:rPr>
          <w:sz w:val="22"/>
        </w:rPr>
        <w:t xml:space="preserve">. </w:t>
      </w:r>
      <w:r w:rsidRPr="00987F03">
        <w:rPr>
          <w:sz w:val="22"/>
          <w:rtl/>
        </w:rPr>
        <w:t>همین</w:t>
      </w:r>
      <w:r w:rsidRPr="00987F03">
        <w:rPr>
          <w:sz w:val="22"/>
        </w:rPr>
        <w:t xml:space="preserve"> </w:t>
      </w:r>
      <w:r w:rsidRPr="00987F03">
        <w:rPr>
          <w:sz w:val="22"/>
          <w:rtl/>
        </w:rPr>
        <w:t>مسئله</w:t>
      </w:r>
      <w:r w:rsidRPr="00987F03">
        <w:rPr>
          <w:sz w:val="22"/>
        </w:rPr>
        <w:t xml:space="preserve"> </w:t>
      </w:r>
      <w:r w:rsidRPr="00987F03">
        <w:rPr>
          <w:sz w:val="22"/>
          <w:rtl/>
        </w:rPr>
        <w:t>در</w:t>
      </w:r>
      <w:r w:rsidRPr="00987F03">
        <w:rPr>
          <w:sz w:val="22"/>
        </w:rPr>
        <w:t xml:space="preserve"> </w:t>
      </w:r>
      <w:r w:rsidRPr="00987F03">
        <w:rPr>
          <w:sz w:val="22"/>
          <w:rtl/>
        </w:rPr>
        <w:t>فصل</w:t>
      </w:r>
      <w:r w:rsidRPr="00987F03">
        <w:rPr>
          <w:sz w:val="22"/>
        </w:rPr>
        <w:t>‌</w:t>
      </w:r>
      <w:r w:rsidRPr="00987F03">
        <w:rPr>
          <w:sz w:val="22"/>
          <w:rtl/>
        </w:rPr>
        <w:t>های</w:t>
      </w:r>
      <w:r w:rsidRPr="00987F03">
        <w:rPr>
          <w:sz w:val="22"/>
        </w:rPr>
        <w:t xml:space="preserve"> </w:t>
      </w:r>
      <w:r w:rsidRPr="00987F03">
        <w:rPr>
          <w:sz w:val="22"/>
          <w:rtl/>
        </w:rPr>
        <w:t>بعد</w:t>
      </w:r>
      <w:r w:rsidRPr="00987F03">
        <w:rPr>
          <w:sz w:val="22"/>
        </w:rPr>
        <w:t xml:space="preserve"> </w:t>
      </w:r>
      <w:r w:rsidRPr="00987F03">
        <w:rPr>
          <w:sz w:val="22"/>
          <w:rtl/>
        </w:rPr>
        <w:t>به</w:t>
      </w:r>
      <w:r w:rsidRPr="00987F03">
        <w:rPr>
          <w:sz w:val="22"/>
        </w:rPr>
        <w:t xml:space="preserve"> </w:t>
      </w:r>
      <w:r w:rsidRPr="00987F03">
        <w:rPr>
          <w:sz w:val="22"/>
          <w:rtl/>
        </w:rPr>
        <w:t>مرکز</w:t>
      </w:r>
      <w:r w:rsidRPr="00987F03">
        <w:rPr>
          <w:sz w:val="22"/>
        </w:rPr>
        <w:t xml:space="preserve"> </w:t>
      </w:r>
      <w:r w:rsidRPr="00987F03">
        <w:rPr>
          <w:sz w:val="22"/>
          <w:rtl/>
        </w:rPr>
        <w:t>بحث</w:t>
      </w:r>
      <w:r w:rsidRPr="00987F03">
        <w:rPr>
          <w:sz w:val="22"/>
        </w:rPr>
        <w:t xml:space="preserve"> </w:t>
      </w:r>
      <w:r w:rsidRPr="00987F03">
        <w:rPr>
          <w:sz w:val="22"/>
          <w:rtl/>
        </w:rPr>
        <w:t>دربارهٔ</w:t>
      </w:r>
      <w:r w:rsidRPr="00987F03">
        <w:rPr>
          <w:sz w:val="22"/>
        </w:rPr>
        <w:t xml:space="preserve"> </w:t>
      </w:r>
      <w:r w:rsidRPr="00987F03">
        <w:rPr>
          <w:sz w:val="22"/>
          <w:rtl/>
        </w:rPr>
        <w:t>نومسلمانان</w:t>
      </w:r>
      <w:r w:rsidRPr="00987F03">
        <w:rPr>
          <w:sz w:val="22"/>
        </w:rPr>
        <w:t xml:space="preserve"> </w:t>
      </w:r>
      <w:r w:rsidRPr="00987F03">
        <w:rPr>
          <w:sz w:val="22"/>
          <w:rtl/>
        </w:rPr>
        <w:t>تبدیل</w:t>
      </w:r>
      <w:r w:rsidRPr="00987F03">
        <w:rPr>
          <w:sz w:val="22"/>
        </w:rPr>
        <w:t xml:space="preserve"> </w:t>
      </w:r>
      <w:r w:rsidRPr="00987F03">
        <w:rPr>
          <w:sz w:val="22"/>
          <w:rtl/>
        </w:rPr>
        <w:t>خواهد</w:t>
      </w:r>
      <w:r w:rsidRPr="00987F03">
        <w:rPr>
          <w:sz w:val="22"/>
        </w:rPr>
        <w:t xml:space="preserve"> </w:t>
      </w:r>
      <w:r w:rsidRPr="00987F03">
        <w:rPr>
          <w:sz w:val="22"/>
          <w:rtl/>
        </w:rPr>
        <w:t>شد</w:t>
      </w:r>
      <w:r w:rsidRPr="00987F03">
        <w:rPr>
          <w:sz w:val="22"/>
        </w:rPr>
        <w:t>.</w:t>
      </w:r>
    </w:p>
    <w:p w:rsidR="009F3B78" w:rsidRPr="00987F03" w:rsidRDefault="00987F03" w:rsidP="00987F03">
      <w:pPr>
        <w:bidi/>
        <w:ind w:firstLine="720"/>
        <w:rPr>
          <w:sz w:val="22"/>
        </w:rPr>
      </w:pPr>
      <w:r w:rsidRPr="00987F03">
        <w:rPr>
          <w:sz w:val="22"/>
          <w:rtl/>
        </w:rPr>
        <w:t>فتح</w:t>
      </w:r>
      <w:r w:rsidRPr="00987F03">
        <w:rPr>
          <w:sz w:val="22"/>
        </w:rPr>
        <w:t xml:space="preserve"> </w:t>
      </w:r>
      <w:r w:rsidRPr="00987F03">
        <w:rPr>
          <w:sz w:val="22"/>
          <w:rtl/>
        </w:rPr>
        <w:t>شهرهای</w:t>
      </w:r>
      <w:r w:rsidRPr="00987F03">
        <w:rPr>
          <w:sz w:val="22"/>
        </w:rPr>
        <w:t xml:space="preserve"> </w:t>
      </w:r>
      <w:r w:rsidRPr="00987F03">
        <w:rPr>
          <w:sz w:val="22"/>
          <w:rtl/>
        </w:rPr>
        <w:t>ایران</w:t>
      </w:r>
      <w:r w:rsidRPr="00987F03">
        <w:rPr>
          <w:sz w:val="22"/>
        </w:rPr>
        <w:t xml:space="preserve"> </w:t>
      </w:r>
      <w:r w:rsidRPr="00987F03">
        <w:rPr>
          <w:sz w:val="22"/>
          <w:rtl/>
        </w:rPr>
        <w:t>از</w:t>
      </w:r>
      <w:r w:rsidRPr="00987F03">
        <w:rPr>
          <w:sz w:val="22"/>
        </w:rPr>
        <w:t xml:space="preserve"> </w:t>
      </w:r>
      <w:r w:rsidRPr="00987F03">
        <w:rPr>
          <w:sz w:val="22"/>
          <w:rtl/>
        </w:rPr>
        <w:t>الگویی</w:t>
      </w:r>
      <w:r w:rsidRPr="00987F03">
        <w:rPr>
          <w:sz w:val="22"/>
        </w:rPr>
        <w:t xml:space="preserve"> </w:t>
      </w:r>
      <w:r w:rsidRPr="00987F03">
        <w:rPr>
          <w:sz w:val="22"/>
          <w:rtl/>
        </w:rPr>
        <w:t>واحد</w:t>
      </w:r>
      <w:r w:rsidRPr="00987F03">
        <w:rPr>
          <w:sz w:val="22"/>
        </w:rPr>
        <w:t xml:space="preserve"> </w:t>
      </w:r>
      <w:r w:rsidRPr="00987F03">
        <w:rPr>
          <w:sz w:val="22"/>
          <w:rtl/>
        </w:rPr>
        <w:t>پیروی</w:t>
      </w:r>
      <w:r w:rsidRPr="00987F03">
        <w:rPr>
          <w:sz w:val="22"/>
        </w:rPr>
        <w:t xml:space="preserve"> </w:t>
      </w:r>
      <w:r w:rsidRPr="00987F03">
        <w:rPr>
          <w:sz w:val="22"/>
          <w:rtl/>
        </w:rPr>
        <w:t>نکرد</w:t>
      </w:r>
      <w:r w:rsidRPr="00987F03">
        <w:rPr>
          <w:sz w:val="22"/>
        </w:rPr>
        <w:t xml:space="preserve">. </w:t>
      </w:r>
      <w:r w:rsidRPr="00987F03">
        <w:rPr>
          <w:sz w:val="22"/>
          <w:rtl/>
        </w:rPr>
        <w:t>برخی</w:t>
      </w:r>
      <w:r w:rsidRPr="00987F03">
        <w:rPr>
          <w:sz w:val="22"/>
        </w:rPr>
        <w:t xml:space="preserve"> </w:t>
      </w:r>
      <w:r w:rsidRPr="00987F03">
        <w:rPr>
          <w:sz w:val="22"/>
          <w:rtl/>
        </w:rPr>
        <w:t>شهرها</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جنگ</w:t>
      </w:r>
      <w:r w:rsidRPr="00987F03">
        <w:rPr>
          <w:sz w:val="22"/>
        </w:rPr>
        <w:t xml:space="preserve"> </w:t>
      </w:r>
      <w:r w:rsidRPr="00987F03">
        <w:rPr>
          <w:sz w:val="22"/>
          <w:rtl/>
        </w:rPr>
        <w:t>گشوده</w:t>
      </w:r>
      <w:r w:rsidRPr="00987F03">
        <w:rPr>
          <w:sz w:val="22"/>
        </w:rPr>
        <w:t xml:space="preserve"> </w:t>
      </w:r>
      <w:r w:rsidRPr="00987F03">
        <w:rPr>
          <w:sz w:val="22"/>
          <w:rtl/>
        </w:rPr>
        <w:t>شدند،</w:t>
      </w:r>
      <w:r w:rsidRPr="00987F03">
        <w:rPr>
          <w:sz w:val="22"/>
        </w:rPr>
        <w:t xml:space="preserve"> </w:t>
      </w:r>
      <w:r w:rsidRPr="00987F03">
        <w:rPr>
          <w:sz w:val="22"/>
          <w:rtl/>
        </w:rPr>
        <w:t>برخی</w:t>
      </w:r>
      <w:r w:rsidRPr="00987F03">
        <w:rPr>
          <w:sz w:val="22"/>
        </w:rPr>
        <w:t xml:space="preserve"> </w:t>
      </w:r>
      <w:r w:rsidRPr="00987F03">
        <w:rPr>
          <w:sz w:val="22"/>
          <w:rtl/>
        </w:rPr>
        <w:t>پیمان</w:t>
      </w:r>
      <w:r w:rsidRPr="00987F03">
        <w:rPr>
          <w:sz w:val="22"/>
        </w:rPr>
        <w:t xml:space="preserve"> </w:t>
      </w:r>
      <w:r w:rsidRPr="00987F03">
        <w:rPr>
          <w:sz w:val="22"/>
          <w:rtl/>
        </w:rPr>
        <w:t>بستند</w:t>
      </w:r>
      <w:r w:rsidRPr="00987F03">
        <w:rPr>
          <w:sz w:val="22"/>
        </w:rPr>
        <w:t xml:space="preserve"> </w:t>
      </w:r>
      <w:r w:rsidRPr="00987F03">
        <w:rPr>
          <w:sz w:val="22"/>
          <w:rtl/>
        </w:rPr>
        <w:t>و</w:t>
      </w:r>
      <w:r w:rsidRPr="00987F03">
        <w:rPr>
          <w:sz w:val="22"/>
        </w:rPr>
        <w:t xml:space="preserve"> </w:t>
      </w:r>
      <w:r w:rsidRPr="00987F03">
        <w:rPr>
          <w:sz w:val="22"/>
          <w:rtl/>
        </w:rPr>
        <w:t>برخی</w:t>
      </w:r>
      <w:r w:rsidRPr="00987F03">
        <w:rPr>
          <w:sz w:val="22"/>
        </w:rPr>
        <w:t xml:space="preserve"> </w:t>
      </w:r>
      <w:r w:rsidRPr="00987F03">
        <w:rPr>
          <w:sz w:val="22"/>
          <w:rtl/>
        </w:rPr>
        <w:t>چند</w:t>
      </w:r>
      <w:r w:rsidRPr="00987F03">
        <w:rPr>
          <w:sz w:val="22"/>
        </w:rPr>
        <w:t xml:space="preserve"> </w:t>
      </w:r>
      <w:r w:rsidRPr="00987F03">
        <w:rPr>
          <w:sz w:val="22"/>
          <w:rtl/>
        </w:rPr>
        <w:t>بار</w:t>
      </w:r>
      <w:r w:rsidRPr="00987F03">
        <w:rPr>
          <w:sz w:val="22"/>
        </w:rPr>
        <w:t xml:space="preserve"> </w:t>
      </w:r>
      <w:r w:rsidRPr="00987F03">
        <w:rPr>
          <w:sz w:val="22"/>
          <w:rtl/>
        </w:rPr>
        <w:t>میان</w:t>
      </w:r>
      <w:r w:rsidRPr="00987F03">
        <w:rPr>
          <w:sz w:val="22"/>
        </w:rPr>
        <w:t xml:space="preserve"> </w:t>
      </w:r>
      <w:r w:rsidRPr="00987F03">
        <w:rPr>
          <w:sz w:val="22"/>
          <w:rtl/>
        </w:rPr>
        <w:t>مقاومت</w:t>
      </w:r>
      <w:r w:rsidRPr="00987F03">
        <w:rPr>
          <w:sz w:val="22"/>
        </w:rPr>
        <w:t xml:space="preserve"> </w:t>
      </w:r>
      <w:r w:rsidRPr="00987F03">
        <w:rPr>
          <w:sz w:val="22"/>
          <w:rtl/>
        </w:rPr>
        <w:t>و</w:t>
      </w:r>
      <w:r w:rsidRPr="00987F03">
        <w:rPr>
          <w:sz w:val="22"/>
        </w:rPr>
        <w:t xml:space="preserve"> </w:t>
      </w:r>
      <w:r w:rsidRPr="00987F03">
        <w:rPr>
          <w:sz w:val="22"/>
          <w:rtl/>
        </w:rPr>
        <w:t>تسلیم</w:t>
      </w:r>
      <w:r w:rsidRPr="00987F03">
        <w:rPr>
          <w:sz w:val="22"/>
        </w:rPr>
        <w:t xml:space="preserve"> </w:t>
      </w:r>
      <w:r w:rsidRPr="00987F03">
        <w:rPr>
          <w:sz w:val="22"/>
          <w:rtl/>
        </w:rPr>
        <w:t>جابه</w:t>
      </w:r>
      <w:r w:rsidRPr="00987F03">
        <w:rPr>
          <w:sz w:val="22"/>
        </w:rPr>
        <w:t>‌</w:t>
      </w:r>
      <w:r w:rsidRPr="00987F03">
        <w:rPr>
          <w:sz w:val="22"/>
          <w:rtl/>
        </w:rPr>
        <w:t>جا</w:t>
      </w:r>
      <w:r w:rsidRPr="00987F03">
        <w:rPr>
          <w:sz w:val="22"/>
        </w:rPr>
        <w:t xml:space="preserve"> </w:t>
      </w:r>
      <w:r w:rsidRPr="00987F03">
        <w:rPr>
          <w:sz w:val="22"/>
          <w:rtl/>
        </w:rPr>
        <w:t>شدند</w:t>
      </w:r>
      <w:r w:rsidRPr="00987F03">
        <w:rPr>
          <w:sz w:val="22"/>
        </w:rPr>
        <w:t xml:space="preserve">. </w:t>
      </w:r>
      <w:r w:rsidRPr="00987F03">
        <w:rPr>
          <w:sz w:val="22"/>
          <w:rtl/>
        </w:rPr>
        <w:t>حتی</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آنکه</w:t>
      </w:r>
      <w:r w:rsidRPr="00987F03">
        <w:rPr>
          <w:sz w:val="22"/>
        </w:rPr>
        <w:t xml:space="preserve"> </w:t>
      </w:r>
      <w:r w:rsidRPr="00987F03">
        <w:rPr>
          <w:sz w:val="22"/>
          <w:rtl/>
        </w:rPr>
        <w:t>شهری</w:t>
      </w:r>
      <w:r w:rsidRPr="00987F03">
        <w:rPr>
          <w:sz w:val="22"/>
        </w:rPr>
        <w:t xml:space="preserve"> </w:t>
      </w:r>
      <w:r w:rsidRPr="00987F03">
        <w:rPr>
          <w:sz w:val="22"/>
          <w:rtl/>
        </w:rPr>
        <w:t>با</w:t>
      </w:r>
      <w:r w:rsidRPr="00987F03">
        <w:rPr>
          <w:sz w:val="22"/>
        </w:rPr>
        <w:t xml:space="preserve"> </w:t>
      </w:r>
      <w:r w:rsidRPr="00987F03">
        <w:rPr>
          <w:sz w:val="22"/>
          <w:rtl/>
        </w:rPr>
        <w:t>فرمانده</w:t>
      </w:r>
      <w:r w:rsidRPr="00987F03">
        <w:rPr>
          <w:sz w:val="22"/>
        </w:rPr>
        <w:t xml:space="preserve"> </w:t>
      </w:r>
      <w:r w:rsidRPr="00987F03">
        <w:rPr>
          <w:sz w:val="22"/>
          <w:rtl/>
        </w:rPr>
        <w:t>عرب</w:t>
      </w:r>
      <w:r w:rsidRPr="00987F03">
        <w:rPr>
          <w:sz w:val="22"/>
        </w:rPr>
        <w:t xml:space="preserve"> </w:t>
      </w:r>
      <w:r w:rsidRPr="00987F03">
        <w:rPr>
          <w:sz w:val="22"/>
          <w:rtl/>
        </w:rPr>
        <w:t>پیمان</w:t>
      </w:r>
      <w:r w:rsidRPr="00987F03">
        <w:rPr>
          <w:sz w:val="22"/>
        </w:rPr>
        <w:t xml:space="preserve"> </w:t>
      </w:r>
      <w:r w:rsidRPr="00987F03">
        <w:rPr>
          <w:sz w:val="22"/>
          <w:rtl/>
        </w:rPr>
        <w:t>می</w:t>
      </w:r>
      <w:r w:rsidRPr="00987F03">
        <w:rPr>
          <w:sz w:val="22"/>
        </w:rPr>
        <w:t>‌</w:t>
      </w:r>
      <w:r w:rsidRPr="00987F03">
        <w:rPr>
          <w:sz w:val="22"/>
          <w:rtl/>
        </w:rPr>
        <w:t>بست،</w:t>
      </w:r>
      <w:r w:rsidRPr="00987F03">
        <w:rPr>
          <w:sz w:val="22"/>
        </w:rPr>
        <w:t xml:space="preserve"> </w:t>
      </w:r>
      <w:r w:rsidRPr="00987F03">
        <w:rPr>
          <w:sz w:val="22"/>
          <w:rtl/>
        </w:rPr>
        <w:t>ممکن</w:t>
      </w:r>
      <w:r w:rsidRPr="00987F03">
        <w:rPr>
          <w:sz w:val="22"/>
        </w:rPr>
        <w:t xml:space="preserve"> </w:t>
      </w:r>
      <w:r w:rsidRPr="00987F03">
        <w:rPr>
          <w:sz w:val="22"/>
          <w:rtl/>
        </w:rPr>
        <w:t>بود</w:t>
      </w:r>
      <w:r w:rsidRPr="00987F03">
        <w:rPr>
          <w:sz w:val="22"/>
        </w:rPr>
        <w:t xml:space="preserve"> </w:t>
      </w:r>
      <w:r w:rsidRPr="00987F03">
        <w:rPr>
          <w:sz w:val="22"/>
          <w:rtl/>
        </w:rPr>
        <w:t>با</w:t>
      </w:r>
      <w:r w:rsidRPr="00987F03">
        <w:rPr>
          <w:sz w:val="22"/>
        </w:rPr>
        <w:t xml:space="preserve"> </w:t>
      </w:r>
      <w:r w:rsidRPr="00987F03">
        <w:rPr>
          <w:sz w:val="22"/>
          <w:rtl/>
        </w:rPr>
        <w:t>دورشدن</w:t>
      </w:r>
      <w:r w:rsidRPr="00987F03">
        <w:rPr>
          <w:sz w:val="22"/>
        </w:rPr>
        <w:t xml:space="preserve"> </w:t>
      </w:r>
      <w:r w:rsidRPr="00987F03">
        <w:rPr>
          <w:sz w:val="22"/>
          <w:rtl/>
        </w:rPr>
        <w:t>قشون</w:t>
      </w:r>
      <w:r w:rsidRPr="00987F03">
        <w:rPr>
          <w:sz w:val="22"/>
        </w:rPr>
        <w:t xml:space="preserve"> </w:t>
      </w:r>
      <w:r w:rsidRPr="00987F03">
        <w:rPr>
          <w:sz w:val="22"/>
          <w:rtl/>
        </w:rPr>
        <w:t>شورش</w:t>
      </w:r>
      <w:r w:rsidRPr="00987F03">
        <w:rPr>
          <w:sz w:val="22"/>
        </w:rPr>
        <w:t xml:space="preserve"> </w:t>
      </w:r>
      <w:r w:rsidRPr="00987F03">
        <w:rPr>
          <w:sz w:val="22"/>
          <w:rtl/>
        </w:rPr>
        <w:t>کند</w:t>
      </w:r>
      <w:r w:rsidRPr="00987F03">
        <w:rPr>
          <w:sz w:val="22"/>
        </w:rPr>
        <w:t xml:space="preserve"> </w:t>
      </w:r>
      <w:r w:rsidRPr="00987F03">
        <w:rPr>
          <w:sz w:val="22"/>
          <w:rtl/>
        </w:rPr>
        <w:t>یا</w:t>
      </w:r>
      <w:r w:rsidRPr="00987F03">
        <w:rPr>
          <w:sz w:val="22"/>
        </w:rPr>
        <w:t xml:space="preserve"> </w:t>
      </w:r>
      <w:r w:rsidRPr="00987F03">
        <w:rPr>
          <w:sz w:val="22"/>
          <w:rtl/>
        </w:rPr>
        <w:t>از</w:t>
      </w:r>
      <w:r w:rsidRPr="00987F03">
        <w:rPr>
          <w:sz w:val="22"/>
        </w:rPr>
        <w:t xml:space="preserve"> </w:t>
      </w:r>
      <w:r w:rsidRPr="00987F03">
        <w:rPr>
          <w:sz w:val="22"/>
          <w:rtl/>
        </w:rPr>
        <w:t>پرداخت</w:t>
      </w:r>
      <w:r w:rsidRPr="00987F03">
        <w:rPr>
          <w:sz w:val="22"/>
        </w:rPr>
        <w:t xml:space="preserve"> </w:t>
      </w:r>
      <w:r w:rsidRPr="00987F03">
        <w:rPr>
          <w:sz w:val="22"/>
          <w:rtl/>
        </w:rPr>
        <w:t>مبلغ</w:t>
      </w:r>
      <w:r w:rsidRPr="00987F03">
        <w:rPr>
          <w:sz w:val="22"/>
        </w:rPr>
        <w:t xml:space="preserve"> </w:t>
      </w:r>
      <w:r w:rsidRPr="00987F03">
        <w:rPr>
          <w:sz w:val="22"/>
          <w:rtl/>
        </w:rPr>
        <w:t>مقرر</w:t>
      </w:r>
      <w:r w:rsidRPr="00987F03">
        <w:rPr>
          <w:sz w:val="22"/>
        </w:rPr>
        <w:t xml:space="preserve"> </w:t>
      </w:r>
      <w:r w:rsidRPr="00987F03">
        <w:rPr>
          <w:sz w:val="22"/>
          <w:rtl/>
        </w:rPr>
        <w:t>خودداری</w:t>
      </w:r>
      <w:r w:rsidRPr="00987F03">
        <w:rPr>
          <w:sz w:val="22"/>
        </w:rPr>
        <w:t xml:space="preserve"> </w:t>
      </w:r>
      <w:r w:rsidRPr="00987F03">
        <w:rPr>
          <w:sz w:val="22"/>
          <w:rtl/>
        </w:rPr>
        <w:t>ورزد</w:t>
      </w:r>
      <w:r w:rsidRPr="00987F03">
        <w:rPr>
          <w:sz w:val="22"/>
        </w:rPr>
        <w:t xml:space="preserve">. </w:t>
      </w:r>
      <w:r w:rsidRPr="00987F03">
        <w:rPr>
          <w:sz w:val="22"/>
          <w:rtl/>
        </w:rPr>
        <w:t>در</w:t>
      </w:r>
      <w:r w:rsidRPr="00987F03">
        <w:rPr>
          <w:sz w:val="22"/>
        </w:rPr>
        <w:t xml:space="preserve"> </w:t>
      </w:r>
      <w:r w:rsidRPr="00987F03">
        <w:rPr>
          <w:sz w:val="22"/>
          <w:rtl/>
        </w:rPr>
        <w:t>این</w:t>
      </w:r>
      <w:r w:rsidRPr="00987F03">
        <w:rPr>
          <w:sz w:val="22"/>
        </w:rPr>
        <w:t xml:space="preserve"> </w:t>
      </w:r>
      <w:r w:rsidRPr="00987F03">
        <w:rPr>
          <w:sz w:val="22"/>
          <w:rtl/>
        </w:rPr>
        <w:t>صورت،</w:t>
      </w:r>
      <w:r w:rsidRPr="00987F03">
        <w:rPr>
          <w:sz w:val="22"/>
        </w:rPr>
        <w:t xml:space="preserve"> </w:t>
      </w:r>
      <w:r w:rsidRPr="00987F03">
        <w:rPr>
          <w:sz w:val="22"/>
          <w:rtl/>
        </w:rPr>
        <w:t>قشون</w:t>
      </w:r>
      <w:r w:rsidRPr="00987F03">
        <w:rPr>
          <w:sz w:val="22"/>
        </w:rPr>
        <w:t xml:space="preserve"> </w:t>
      </w:r>
      <w:r w:rsidRPr="00987F03">
        <w:rPr>
          <w:sz w:val="22"/>
          <w:rtl/>
        </w:rPr>
        <w:t>بازمی</w:t>
      </w:r>
      <w:r w:rsidRPr="00987F03">
        <w:rPr>
          <w:sz w:val="22"/>
        </w:rPr>
        <w:t>‌</w:t>
      </w:r>
      <w:r w:rsidRPr="00987F03">
        <w:rPr>
          <w:sz w:val="22"/>
          <w:rtl/>
        </w:rPr>
        <w:t>گشت</w:t>
      </w:r>
      <w:r w:rsidRPr="00987F03">
        <w:rPr>
          <w:sz w:val="22"/>
        </w:rPr>
        <w:t xml:space="preserve"> </w:t>
      </w:r>
      <w:r w:rsidRPr="00987F03">
        <w:rPr>
          <w:sz w:val="22"/>
          <w:rtl/>
        </w:rPr>
        <w:t>و</w:t>
      </w:r>
      <w:r w:rsidRPr="00987F03">
        <w:rPr>
          <w:sz w:val="22"/>
        </w:rPr>
        <w:t xml:space="preserve"> </w:t>
      </w:r>
      <w:r w:rsidRPr="00987F03">
        <w:rPr>
          <w:sz w:val="22"/>
          <w:rtl/>
        </w:rPr>
        <w:t>پیمانی</w:t>
      </w:r>
      <w:r w:rsidRPr="00987F03">
        <w:rPr>
          <w:sz w:val="22"/>
        </w:rPr>
        <w:t xml:space="preserve"> </w:t>
      </w:r>
      <w:r w:rsidRPr="00987F03">
        <w:rPr>
          <w:sz w:val="22"/>
          <w:rtl/>
        </w:rPr>
        <w:t>تازه،</w:t>
      </w:r>
      <w:r w:rsidRPr="00987F03">
        <w:rPr>
          <w:sz w:val="22"/>
        </w:rPr>
        <w:t xml:space="preserve"> </w:t>
      </w:r>
      <w:r w:rsidRPr="00987F03">
        <w:rPr>
          <w:sz w:val="22"/>
          <w:rtl/>
        </w:rPr>
        <w:t>معمولاً</w:t>
      </w:r>
      <w:r w:rsidRPr="00987F03">
        <w:rPr>
          <w:sz w:val="22"/>
        </w:rPr>
        <w:t xml:space="preserve"> </w:t>
      </w:r>
      <w:r w:rsidRPr="00987F03">
        <w:rPr>
          <w:sz w:val="22"/>
          <w:rtl/>
        </w:rPr>
        <w:t>با</w:t>
      </w:r>
      <w:r w:rsidRPr="00987F03">
        <w:rPr>
          <w:sz w:val="22"/>
        </w:rPr>
        <w:t xml:space="preserve"> </w:t>
      </w:r>
      <w:r w:rsidRPr="00987F03">
        <w:rPr>
          <w:sz w:val="22"/>
          <w:rtl/>
        </w:rPr>
        <w:t>شرایطی</w:t>
      </w:r>
      <w:r w:rsidRPr="00987F03">
        <w:rPr>
          <w:sz w:val="22"/>
        </w:rPr>
        <w:t xml:space="preserve"> </w:t>
      </w:r>
      <w:r w:rsidRPr="00987F03">
        <w:rPr>
          <w:sz w:val="22"/>
          <w:rtl/>
        </w:rPr>
        <w:t>سخت</w:t>
      </w:r>
      <w:r w:rsidRPr="00987F03">
        <w:rPr>
          <w:sz w:val="22"/>
        </w:rPr>
        <w:t>‌</w:t>
      </w:r>
      <w:r w:rsidRPr="00987F03">
        <w:rPr>
          <w:sz w:val="22"/>
          <w:rtl/>
        </w:rPr>
        <w:t>تر،</w:t>
      </w:r>
      <w:r w:rsidRPr="00987F03">
        <w:rPr>
          <w:sz w:val="22"/>
        </w:rPr>
        <w:t xml:space="preserve"> </w:t>
      </w:r>
      <w:r w:rsidRPr="00987F03">
        <w:rPr>
          <w:sz w:val="22"/>
          <w:rtl/>
        </w:rPr>
        <w:t>برقرار</w:t>
      </w:r>
      <w:r w:rsidRPr="00987F03">
        <w:rPr>
          <w:sz w:val="22"/>
        </w:rPr>
        <w:t xml:space="preserve"> </w:t>
      </w:r>
      <w:r w:rsidRPr="00987F03">
        <w:rPr>
          <w:sz w:val="22"/>
          <w:rtl/>
        </w:rPr>
        <w:t>می</w:t>
      </w:r>
      <w:r w:rsidRPr="00987F03">
        <w:rPr>
          <w:sz w:val="22"/>
        </w:rPr>
        <w:t>‌</w:t>
      </w:r>
      <w:r w:rsidRPr="00987F03">
        <w:rPr>
          <w:sz w:val="22"/>
          <w:rtl/>
        </w:rPr>
        <w:t>شد</w:t>
      </w:r>
      <w:r w:rsidRPr="00987F03">
        <w:rPr>
          <w:sz w:val="22"/>
        </w:rPr>
        <w:t>.</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تکرار</w:t>
      </w:r>
      <w:r w:rsidRPr="00987F03">
        <w:rPr>
          <w:sz w:val="22"/>
        </w:rPr>
        <w:t xml:space="preserve"> </w:t>
      </w:r>
      <w:r w:rsidRPr="00987F03">
        <w:rPr>
          <w:sz w:val="22"/>
          <w:rtl/>
        </w:rPr>
        <w:t>نشان</w:t>
      </w:r>
      <w:r w:rsidRPr="00987F03">
        <w:rPr>
          <w:sz w:val="22"/>
        </w:rPr>
        <w:t xml:space="preserve"> </w:t>
      </w:r>
      <w:r w:rsidRPr="00987F03">
        <w:rPr>
          <w:sz w:val="22"/>
          <w:rtl/>
        </w:rPr>
        <w:t>می</w:t>
      </w:r>
      <w:r w:rsidRPr="00987F03">
        <w:rPr>
          <w:sz w:val="22"/>
        </w:rPr>
        <w:t>‌</w:t>
      </w:r>
      <w:r w:rsidRPr="00987F03">
        <w:rPr>
          <w:sz w:val="22"/>
          <w:rtl/>
        </w:rPr>
        <w:t>دهد</w:t>
      </w:r>
      <w:r w:rsidRPr="00987F03">
        <w:rPr>
          <w:sz w:val="22"/>
        </w:rPr>
        <w:t xml:space="preserve"> </w:t>
      </w:r>
      <w:r w:rsidRPr="00987F03">
        <w:rPr>
          <w:sz w:val="22"/>
          <w:rtl/>
        </w:rPr>
        <w:t>که</w:t>
      </w:r>
      <w:r w:rsidRPr="00987F03">
        <w:rPr>
          <w:sz w:val="22"/>
        </w:rPr>
        <w:t xml:space="preserve"> </w:t>
      </w:r>
      <w:r w:rsidRPr="00987F03">
        <w:rPr>
          <w:sz w:val="22"/>
          <w:rtl/>
        </w:rPr>
        <w:t>پذیرفتن</w:t>
      </w:r>
      <w:r w:rsidRPr="00987F03">
        <w:rPr>
          <w:sz w:val="22"/>
        </w:rPr>
        <w:t xml:space="preserve"> </w:t>
      </w:r>
      <w:r w:rsidRPr="00987F03">
        <w:rPr>
          <w:sz w:val="22"/>
          <w:rtl/>
        </w:rPr>
        <w:t>شکست</w:t>
      </w:r>
      <w:r w:rsidRPr="00987F03">
        <w:rPr>
          <w:sz w:val="22"/>
        </w:rPr>
        <w:t xml:space="preserve"> </w:t>
      </w:r>
      <w:r w:rsidRPr="00987F03">
        <w:rPr>
          <w:sz w:val="22"/>
          <w:rtl/>
        </w:rPr>
        <w:t>نظامی</w:t>
      </w:r>
      <w:r w:rsidRPr="00987F03">
        <w:rPr>
          <w:sz w:val="22"/>
        </w:rPr>
        <w:t xml:space="preserve"> </w:t>
      </w:r>
      <w:r w:rsidRPr="00987F03">
        <w:rPr>
          <w:sz w:val="22"/>
          <w:rtl/>
        </w:rPr>
        <w:t>با</w:t>
      </w:r>
      <w:r w:rsidRPr="00987F03">
        <w:rPr>
          <w:sz w:val="22"/>
        </w:rPr>
        <w:t xml:space="preserve"> </w:t>
      </w:r>
      <w:r w:rsidRPr="00987F03">
        <w:rPr>
          <w:sz w:val="22"/>
          <w:rtl/>
        </w:rPr>
        <w:t>پذیرفتن</w:t>
      </w:r>
      <w:r w:rsidRPr="00987F03">
        <w:rPr>
          <w:sz w:val="22"/>
        </w:rPr>
        <w:t xml:space="preserve"> </w:t>
      </w:r>
      <w:r w:rsidRPr="00987F03">
        <w:rPr>
          <w:sz w:val="22"/>
          <w:rtl/>
        </w:rPr>
        <w:t>حقانیت</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یکی</w:t>
      </w:r>
      <w:r w:rsidRPr="00987F03">
        <w:rPr>
          <w:sz w:val="22"/>
        </w:rPr>
        <w:t xml:space="preserve"> </w:t>
      </w:r>
      <w:r w:rsidRPr="00987F03">
        <w:rPr>
          <w:sz w:val="22"/>
          <w:rtl/>
        </w:rPr>
        <w:t>نبود</w:t>
      </w:r>
      <w:r w:rsidRPr="00987F03">
        <w:rPr>
          <w:sz w:val="22"/>
        </w:rPr>
        <w:t xml:space="preserve">. </w:t>
      </w:r>
      <w:r w:rsidRPr="00987F03">
        <w:rPr>
          <w:sz w:val="22"/>
          <w:rtl/>
        </w:rPr>
        <w:t>مردم</w:t>
      </w:r>
      <w:r w:rsidRPr="00987F03">
        <w:rPr>
          <w:sz w:val="22"/>
        </w:rPr>
        <w:t xml:space="preserve"> </w:t>
      </w:r>
      <w:r w:rsidRPr="00987F03">
        <w:rPr>
          <w:sz w:val="22"/>
          <w:rtl/>
        </w:rPr>
        <w:t>ممکن</w:t>
      </w:r>
      <w:r w:rsidRPr="00987F03">
        <w:rPr>
          <w:sz w:val="22"/>
        </w:rPr>
        <w:t xml:space="preserve"> </w:t>
      </w:r>
      <w:r w:rsidRPr="00987F03">
        <w:rPr>
          <w:sz w:val="22"/>
          <w:rtl/>
        </w:rPr>
        <w:t>بود</w:t>
      </w:r>
      <w:r w:rsidRPr="00987F03">
        <w:rPr>
          <w:sz w:val="22"/>
        </w:rPr>
        <w:t xml:space="preserve"> </w:t>
      </w:r>
      <w:r w:rsidRPr="00987F03">
        <w:rPr>
          <w:sz w:val="22"/>
          <w:rtl/>
        </w:rPr>
        <w:t>برای</w:t>
      </w:r>
      <w:r w:rsidRPr="00987F03">
        <w:rPr>
          <w:sz w:val="22"/>
        </w:rPr>
        <w:t xml:space="preserve"> </w:t>
      </w:r>
      <w:r w:rsidRPr="00987F03">
        <w:rPr>
          <w:sz w:val="22"/>
          <w:rtl/>
        </w:rPr>
        <w:t>نجات</w:t>
      </w:r>
      <w:r w:rsidRPr="00987F03">
        <w:rPr>
          <w:sz w:val="22"/>
        </w:rPr>
        <w:t xml:space="preserve"> </w:t>
      </w:r>
      <w:r w:rsidRPr="00987F03">
        <w:rPr>
          <w:sz w:val="22"/>
          <w:rtl/>
        </w:rPr>
        <w:t>جان</w:t>
      </w:r>
      <w:r w:rsidRPr="00987F03">
        <w:rPr>
          <w:sz w:val="22"/>
        </w:rPr>
        <w:t xml:space="preserve"> </w:t>
      </w:r>
      <w:r w:rsidRPr="00987F03">
        <w:rPr>
          <w:sz w:val="22"/>
          <w:rtl/>
        </w:rPr>
        <w:t>و</w:t>
      </w:r>
      <w:r w:rsidRPr="00987F03">
        <w:rPr>
          <w:sz w:val="22"/>
        </w:rPr>
        <w:t xml:space="preserve"> </w:t>
      </w:r>
      <w:r w:rsidRPr="00987F03">
        <w:rPr>
          <w:sz w:val="22"/>
          <w:rtl/>
        </w:rPr>
        <w:t>مال</w:t>
      </w:r>
      <w:r w:rsidRPr="00987F03">
        <w:rPr>
          <w:sz w:val="22"/>
        </w:rPr>
        <w:t xml:space="preserve"> </w:t>
      </w:r>
      <w:r w:rsidRPr="00987F03">
        <w:rPr>
          <w:sz w:val="22"/>
          <w:rtl/>
        </w:rPr>
        <w:t>خود</w:t>
      </w:r>
      <w:r w:rsidRPr="00987F03">
        <w:rPr>
          <w:sz w:val="22"/>
        </w:rPr>
        <w:t xml:space="preserve"> </w:t>
      </w:r>
      <w:r w:rsidRPr="00987F03">
        <w:rPr>
          <w:sz w:val="22"/>
          <w:rtl/>
        </w:rPr>
        <w:t>تسلیم</w:t>
      </w:r>
      <w:r w:rsidRPr="00987F03">
        <w:rPr>
          <w:sz w:val="22"/>
        </w:rPr>
        <w:t xml:space="preserve"> </w:t>
      </w:r>
      <w:r w:rsidRPr="00987F03">
        <w:rPr>
          <w:sz w:val="22"/>
          <w:rtl/>
        </w:rPr>
        <w:t>شوند،</w:t>
      </w:r>
      <w:r w:rsidRPr="00987F03">
        <w:rPr>
          <w:sz w:val="22"/>
        </w:rPr>
        <w:t xml:space="preserve"> </w:t>
      </w:r>
      <w:r w:rsidRPr="00987F03">
        <w:rPr>
          <w:sz w:val="22"/>
          <w:rtl/>
        </w:rPr>
        <w:t>اما</w:t>
      </w:r>
      <w:r w:rsidRPr="00987F03">
        <w:rPr>
          <w:sz w:val="22"/>
        </w:rPr>
        <w:t xml:space="preserve"> </w:t>
      </w:r>
      <w:r w:rsidRPr="00987F03">
        <w:rPr>
          <w:sz w:val="22"/>
          <w:rtl/>
        </w:rPr>
        <w:t>هنوز</w:t>
      </w:r>
      <w:r w:rsidRPr="00987F03">
        <w:rPr>
          <w:sz w:val="22"/>
        </w:rPr>
        <w:t xml:space="preserve"> </w:t>
      </w:r>
      <w:r w:rsidRPr="00987F03">
        <w:rPr>
          <w:sz w:val="22"/>
          <w:rtl/>
        </w:rPr>
        <w:t>فاتحان</w:t>
      </w:r>
      <w:r w:rsidRPr="00987F03">
        <w:rPr>
          <w:sz w:val="22"/>
        </w:rPr>
        <w:t xml:space="preserve"> </w:t>
      </w:r>
      <w:r w:rsidRPr="00987F03">
        <w:rPr>
          <w:sz w:val="22"/>
          <w:rtl/>
        </w:rPr>
        <w:t>را</w:t>
      </w:r>
      <w:r w:rsidRPr="00987F03">
        <w:rPr>
          <w:sz w:val="22"/>
        </w:rPr>
        <w:t xml:space="preserve"> </w:t>
      </w:r>
      <w:r w:rsidRPr="00987F03">
        <w:rPr>
          <w:sz w:val="22"/>
          <w:rtl/>
        </w:rPr>
        <w:t>صاحب</w:t>
      </w:r>
      <w:r w:rsidRPr="00987F03">
        <w:rPr>
          <w:sz w:val="22"/>
        </w:rPr>
        <w:t xml:space="preserve"> </w:t>
      </w:r>
      <w:r w:rsidRPr="00987F03">
        <w:rPr>
          <w:sz w:val="22"/>
          <w:rtl/>
        </w:rPr>
        <w:t>حق</w:t>
      </w:r>
      <w:r w:rsidRPr="00987F03">
        <w:rPr>
          <w:sz w:val="22"/>
        </w:rPr>
        <w:t xml:space="preserve"> </w:t>
      </w:r>
      <w:r w:rsidRPr="00987F03">
        <w:rPr>
          <w:sz w:val="22"/>
          <w:rtl/>
        </w:rPr>
        <w:t>فرمانروایی</w:t>
      </w:r>
      <w:r w:rsidRPr="00987F03">
        <w:rPr>
          <w:sz w:val="22"/>
        </w:rPr>
        <w:t xml:space="preserve"> </w:t>
      </w:r>
      <w:r w:rsidRPr="00987F03">
        <w:rPr>
          <w:sz w:val="22"/>
          <w:rtl/>
        </w:rPr>
        <w:t>ندانند</w:t>
      </w:r>
      <w:r w:rsidRPr="00987F03">
        <w:rPr>
          <w:sz w:val="22"/>
        </w:rPr>
        <w:t xml:space="preserve">. </w:t>
      </w:r>
      <w:r w:rsidRPr="00987F03">
        <w:rPr>
          <w:sz w:val="22"/>
          <w:rtl/>
        </w:rPr>
        <w:t>حاکمیت</w:t>
      </w:r>
      <w:r w:rsidRPr="00987F03">
        <w:rPr>
          <w:sz w:val="22"/>
        </w:rPr>
        <w:t xml:space="preserve"> </w:t>
      </w:r>
      <w:r w:rsidRPr="00987F03">
        <w:rPr>
          <w:sz w:val="22"/>
          <w:rtl/>
        </w:rPr>
        <w:t>تازه</w:t>
      </w:r>
      <w:r w:rsidRPr="00987F03">
        <w:rPr>
          <w:sz w:val="22"/>
        </w:rPr>
        <w:t xml:space="preserve"> </w:t>
      </w:r>
      <w:r w:rsidRPr="00987F03">
        <w:rPr>
          <w:sz w:val="22"/>
          <w:rtl/>
        </w:rPr>
        <w:t>باید</w:t>
      </w:r>
      <w:r w:rsidRPr="00987F03">
        <w:rPr>
          <w:sz w:val="22"/>
        </w:rPr>
        <w:t xml:space="preserve"> </w:t>
      </w:r>
      <w:r w:rsidRPr="00987F03">
        <w:rPr>
          <w:sz w:val="22"/>
          <w:rtl/>
        </w:rPr>
        <w:t>حضور</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تکرار</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مالیات</w:t>
      </w:r>
      <w:r w:rsidRPr="00987F03">
        <w:rPr>
          <w:sz w:val="22"/>
        </w:rPr>
        <w:t xml:space="preserve"> </w:t>
      </w:r>
      <w:r w:rsidRPr="00987F03">
        <w:rPr>
          <w:sz w:val="22"/>
          <w:rtl/>
        </w:rPr>
        <w:t>می</w:t>
      </w:r>
      <w:r w:rsidRPr="00987F03">
        <w:rPr>
          <w:sz w:val="22"/>
        </w:rPr>
        <w:t>‌</w:t>
      </w:r>
      <w:r w:rsidRPr="00987F03">
        <w:rPr>
          <w:sz w:val="22"/>
          <w:rtl/>
        </w:rPr>
        <w:t>گرفت،</w:t>
      </w:r>
      <w:r w:rsidRPr="00987F03">
        <w:rPr>
          <w:sz w:val="22"/>
        </w:rPr>
        <w:t xml:space="preserve"> </w:t>
      </w:r>
      <w:r w:rsidRPr="00987F03">
        <w:rPr>
          <w:sz w:val="22"/>
          <w:rtl/>
        </w:rPr>
        <w:t>حاکم</w:t>
      </w:r>
      <w:r w:rsidRPr="00987F03">
        <w:rPr>
          <w:sz w:val="22"/>
        </w:rPr>
        <w:t xml:space="preserve"> </w:t>
      </w:r>
      <w:r w:rsidRPr="00987F03">
        <w:rPr>
          <w:sz w:val="22"/>
          <w:rtl/>
        </w:rPr>
        <w:t>می</w:t>
      </w:r>
      <w:r w:rsidRPr="00987F03">
        <w:rPr>
          <w:sz w:val="22"/>
        </w:rPr>
        <w:t>‌</w:t>
      </w:r>
      <w:r w:rsidRPr="00987F03">
        <w:rPr>
          <w:sz w:val="22"/>
          <w:rtl/>
        </w:rPr>
        <w:t>گماشت</w:t>
      </w:r>
      <w:r w:rsidRPr="00987F03">
        <w:rPr>
          <w:sz w:val="22"/>
        </w:rPr>
        <w:t xml:space="preserve"> </w:t>
      </w:r>
      <w:r w:rsidRPr="00987F03">
        <w:rPr>
          <w:sz w:val="22"/>
          <w:rtl/>
        </w:rPr>
        <w:t>و</w:t>
      </w:r>
      <w:r w:rsidRPr="00987F03">
        <w:rPr>
          <w:sz w:val="22"/>
        </w:rPr>
        <w:t xml:space="preserve"> </w:t>
      </w:r>
      <w:r w:rsidRPr="00987F03">
        <w:rPr>
          <w:sz w:val="22"/>
          <w:rtl/>
        </w:rPr>
        <w:t>نشان</w:t>
      </w:r>
      <w:r w:rsidRPr="00987F03">
        <w:rPr>
          <w:sz w:val="22"/>
        </w:rPr>
        <w:t xml:space="preserve"> </w:t>
      </w:r>
      <w:r w:rsidRPr="00987F03">
        <w:rPr>
          <w:sz w:val="22"/>
          <w:rtl/>
        </w:rPr>
        <w:t>می</w:t>
      </w:r>
      <w:r w:rsidRPr="00987F03">
        <w:rPr>
          <w:sz w:val="22"/>
        </w:rPr>
        <w:t>‌</w:t>
      </w:r>
      <w:r w:rsidRPr="00987F03">
        <w:rPr>
          <w:sz w:val="22"/>
          <w:rtl/>
        </w:rPr>
        <w:t>داد</w:t>
      </w:r>
      <w:r w:rsidRPr="00987F03">
        <w:rPr>
          <w:sz w:val="22"/>
        </w:rPr>
        <w:t xml:space="preserve"> </w:t>
      </w:r>
      <w:r w:rsidRPr="00987F03">
        <w:rPr>
          <w:sz w:val="22"/>
          <w:rtl/>
        </w:rPr>
        <w:t>که</w:t>
      </w:r>
      <w:r w:rsidRPr="00987F03">
        <w:rPr>
          <w:sz w:val="22"/>
        </w:rPr>
        <w:t xml:space="preserve"> </w:t>
      </w:r>
      <w:r w:rsidRPr="00987F03">
        <w:rPr>
          <w:sz w:val="22"/>
          <w:rtl/>
        </w:rPr>
        <w:t>رفتن</w:t>
      </w:r>
      <w:r w:rsidRPr="00987F03">
        <w:rPr>
          <w:sz w:val="22"/>
        </w:rPr>
        <w:t xml:space="preserve"> </w:t>
      </w:r>
      <w:r w:rsidRPr="00987F03">
        <w:rPr>
          <w:sz w:val="22"/>
          <w:rtl/>
        </w:rPr>
        <w:t>قشون</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پایان</w:t>
      </w:r>
      <w:r w:rsidRPr="00987F03">
        <w:rPr>
          <w:sz w:val="22"/>
        </w:rPr>
        <w:t xml:space="preserve"> </w:t>
      </w:r>
      <w:r w:rsidRPr="00987F03">
        <w:rPr>
          <w:sz w:val="22"/>
          <w:rtl/>
        </w:rPr>
        <w:t>فرمانش</w:t>
      </w:r>
      <w:r w:rsidRPr="00987F03">
        <w:rPr>
          <w:sz w:val="22"/>
        </w:rPr>
        <w:t xml:space="preserve"> </w:t>
      </w:r>
      <w:r w:rsidRPr="00987F03">
        <w:rPr>
          <w:sz w:val="22"/>
          <w:rtl/>
        </w:rPr>
        <w:t>نیست</w:t>
      </w:r>
      <w:r w:rsidRPr="00987F03">
        <w:rPr>
          <w:sz w:val="22"/>
        </w:rPr>
        <w:t>.</w:t>
      </w:r>
    </w:p>
    <w:p w:rsidR="009F3B78" w:rsidRPr="00987F03" w:rsidRDefault="00987F03" w:rsidP="00987F03">
      <w:pPr>
        <w:bidi/>
        <w:ind w:firstLine="720"/>
        <w:rPr>
          <w:sz w:val="22"/>
        </w:rPr>
      </w:pPr>
      <w:r w:rsidRPr="00987F03">
        <w:rPr>
          <w:sz w:val="22"/>
          <w:rtl/>
        </w:rPr>
        <w:t>شهر</w:t>
      </w:r>
      <w:r w:rsidRPr="00987F03">
        <w:rPr>
          <w:sz w:val="22"/>
        </w:rPr>
        <w:t xml:space="preserve"> </w:t>
      </w:r>
      <w:r w:rsidRPr="00987F03">
        <w:rPr>
          <w:sz w:val="22"/>
          <w:rtl/>
        </w:rPr>
        <w:t>نیز</w:t>
      </w:r>
      <w:r w:rsidRPr="00987F03">
        <w:rPr>
          <w:sz w:val="22"/>
        </w:rPr>
        <w:t xml:space="preserve"> </w:t>
      </w:r>
      <w:r w:rsidRPr="00987F03">
        <w:rPr>
          <w:sz w:val="22"/>
          <w:rtl/>
        </w:rPr>
        <w:t>فقط</w:t>
      </w:r>
      <w:r w:rsidRPr="00987F03">
        <w:rPr>
          <w:sz w:val="22"/>
        </w:rPr>
        <w:t xml:space="preserve"> </w:t>
      </w:r>
      <w:r w:rsidRPr="00987F03">
        <w:rPr>
          <w:sz w:val="22"/>
          <w:rtl/>
        </w:rPr>
        <w:t>دیوار</w:t>
      </w:r>
      <w:r w:rsidRPr="00987F03">
        <w:rPr>
          <w:sz w:val="22"/>
        </w:rPr>
        <w:t xml:space="preserve"> </w:t>
      </w:r>
      <w:r w:rsidRPr="00987F03">
        <w:rPr>
          <w:sz w:val="22"/>
          <w:rtl/>
        </w:rPr>
        <w:t>و</w:t>
      </w:r>
      <w:r w:rsidRPr="00987F03">
        <w:rPr>
          <w:sz w:val="22"/>
        </w:rPr>
        <w:t xml:space="preserve"> </w:t>
      </w:r>
      <w:r w:rsidRPr="00987F03">
        <w:rPr>
          <w:sz w:val="22"/>
          <w:rtl/>
        </w:rPr>
        <w:t>دروازه</w:t>
      </w:r>
      <w:r w:rsidRPr="00987F03">
        <w:rPr>
          <w:sz w:val="22"/>
        </w:rPr>
        <w:t xml:space="preserve"> </w:t>
      </w:r>
      <w:r w:rsidRPr="00987F03">
        <w:rPr>
          <w:sz w:val="22"/>
          <w:rtl/>
        </w:rPr>
        <w:t>نبود</w:t>
      </w:r>
      <w:r w:rsidRPr="00987F03">
        <w:rPr>
          <w:sz w:val="22"/>
        </w:rPr>
        <w:t xml:space="preserve">. </w:t>
      </w:r>
      <w:r w:rsidRPr="00987F03">
        <w:rPr>
          <w:sz w:val="22"/>
          <w:rtl/>
        </w:rPr>
        <w:t>بازار،</w:t>
      </w:r>
      <w:r w:rsidRPr="00987F03">
        <w:rPr>
          <w:sz w:val="22"/>
        </w:rPr>
        <w:t xml:space="preserve"> </w:t>
      </w:r>
      <w:r w:rsidRPr="00987F03">
        <w:rPr>
          <w:sz w:val="22"/>
          <w:rtl/>
        </w:rPr>
        <w:t>پیشه</w:t>
      </w:r>
      <w:r w:rsidRPr="00987F03">
        <w:rPr>
          <w:sz w:val="22"/>
        </w:rPr>
        <w:t>‌</w:t>
      </w:r>
      <w:r w:rsidRPr="00987F03">
        <w:rPr>
          <w:sz w:val="22"/>
          <w:rtl/>
        </w:rPr>
        <w:t>وران،</w:t>
      </w:r>
      <w:r w:rsidRPr="00987F03">
        <w:rPr>
          <w:sz w:val="22"/>
        </w:rPr>
        <w:t xml:space="preserve"> </w:t>
      </w:r>
      <w:r w:rsidRPr="00987F03">
        <w:rPr>
          <w:sz w:val="22"/>
          <w:rtl/>
        </w:rPr>
        <w:t>خاندان</w:t>
      </w:r>
      <w:r w:rsidRPr="00987F03">
        <w:rPr>
          <w:sz w:val="22"/>
        </w:rPr>
        <w:t>‌</w:t>
      </w:r>
      <w:r w:rsidRPr="00987F03">
        <w:rPr>
          <w:sz w:val="22"/>
          <w:rtl/>
        </w:rPr>
        <w:t>های</w:t>
      </w:r>
      <w:r w:rsidRPr="00987F03">
        <w:rPr>
          <w:sz w:val="22"/>
        </w:rPr>
        <w:t xml:space="preserve"> </w:t>
      </w:r>
      <w:r w:rsidRPr="00987F03">
        <w:rPr>
          <w:sz w:val="22"/>
          <w:rtl/>
        </w:rPr>
        <w:t>بزرگ،</w:t>
      </w:r>
      <w:r w:rsidRPr="00987F03">
        <w:rPr>
          <w:sz w:val="22"/>
        </w:rPr>
        <w:t xml:space="preserve"> </w:t>
      </w:r>
      <w:r w:rsidRPr="00987F03">
        <w:rPr>
          <w:sz w:val="22"/>
          <w:rtl/>
        </w:rPr>
        <w:t>دینکاران</w:t>
      </w:r>
      <w:r w:rsidRPr="00987F03">
        <w:rPr>
          <w:sz w:val="22"/>
        </w:rPr>
        <w:t xml:space="preserve"> </w:t>
      </w:r>
      <w:r w:rsidRPr="00987F03">
        <w:rPr>
          <w:sz w:val="22"/>
          <w:rtl/>
        </w:rPr>
        <w:t>و</w:t>
      </w:r>
      <w:r w:rsidRPr="00987F03">
        <w:rPr>
          <w:sz w:val="22"/>
        </w:rPr>
        <w:t xml:space="preserve"> </w:t>
      </w:r>
      <w:r w:rsidRPr="00987F03">
        <w:rPr>
          <w:sz w:val="22"/>
          <w:rtl/>
        </w:rPr>
        <w:t>سازمان</w:t>
      </w:r>
      <w:r w:rsidRPr="00987F03">
        <w:rPr>
          <w:sz w:val="22"/>
        </w:rPr>
        <w:t>‌</w:t>
      </w:r>
      <w:r w:rsidRPr="00987F03">
        <w:rPr>
          <w:sz w:val="22"/>
          <w:rtl/>
        </w:rPr>
        <w:t>های</w:t>
      </w:r>
      <w:r w:rsidRPr="00987F03">
        <w:rPr>
          <w:sz w:val="22"/>
        </w:rPr>
        <w:t xml:space="preserve"> </w:t>
      </w:r>
      <w:r w:rsidRPr="00987F03">
        <w:rPr>
          <w:sz w:val="22"/>
          <w:rtl/>
        </w:rPr>
        <w:t>محلی</w:t>
      </w:r>
      <w:r w:rsidRPr="00987F03">
        <w:rPr>
          <w:sz w:val="22"/>
        </w:rPr>
        <w:t xml:space="preserve"> </w:t>
      </w:r>
      <w:r w:rsidRPr="00987F03">
        <w:rPr>
          <w:sz w:val="22"/>
          <w:rtl/>
        </w:rPr>
        <w:t>در</w:t>
      </w:r>
      <w:r w:rsidRPr="00987F03">
        <w:rPr>
          <w:sz w:val="22"/>
        </w:rPr>
        <w:t xml:space="preserve"> </w:t>
      </w:r>
      <w:r w:rsidRPr="00987F03">
        <w:rPr>
          <w:sz w:val="22"/>
          <w:rtl/>
        </w:rPr>
        <w:t>تصمیم</w:t>
      </w:r>
      <w:r w:rsidRPr="00987F03">
        <w:rPr>
          <w:sz w:val="22"/>
        </w:rPr>
        <w:t xml:space="preserve"> </w:t>
      </w:r>
      <w:r w:rsidRPr="00987F03">
        <w:rPr>
          <w:sz w:val="22"/>
          <w:rtl/>
        </w:rPr>
        <w:t>آن</w:t>
      </w:r>
      <w:r w:rsidRPr="00987F03">
        <w:rPr>
          <w:sz w:val="22"/>
        </w:rPr>
        <w:t xml:space="preserve"> </w:t>
      </w:r>
      <w:r w:rsidRPr="00987F03">
        <w:rPr>
          <w:sz w:val="22"/>
          <w:rtl/>
        </w:rPr>
        <w:t>نقش</w:t>
      </w:r>
      <w:r w:rsidRPr="00987F03">
        <w:rPr>
          <w:sz w:val="22"/>
        </w:rPr>
        <w:t xml:space="preserve"> </w:t>
      </w:r>
      <w:r w:rsidRPr="00987F03">
        <w:rPr>
          <w:sz w:val="22"/>
          <w:rtl/>
        </w:rPr>
        <w:t>داشتند</w:t>
      </w:r>
      <w:r w:rsidRPr="00987F03">
        <w:rPr>
          <w:sz w:val="22"/>
        </w:rPr>
        <w:t xml:space="preserve">. </w:t>
      </w:r>
      <w:r w:rsidRPr="00987F03">
        <w:rPr>
          <w:sz w:val="22"/>
          <w:rtl/>
        </w:rPr>
        <w:t>گروهی</w:t>
      </w:r>
      <w:r w:rsidRPr="00987F03">
        <w:rPr>
          <w:sz w:val="22"/>
        </w:rPr>
        <w:t xml:space="preserve"> </w:t>
      </w:r>
      <w:r w:rsidRPr="00987F03">
        <w:rPr>
          <w:sz w:val="22"/>
          <w:rtl/>
        </w:rPr>
        <w:t>ممکن</w:t>
      </w:r>
      <w:r w:rsidRPr="00987F03">
        <w:rPr>
          <w:sz w:val="22"/>
        </w:rPr>
        <w:t xml:space="preserve"> </w:t>
      </w:r>
      <w:r w:rsidRPr="00987F03">
        <w:rPr>
          <w:sz w:val="22"/>
          <w:rtl/>
        </w:rPr>
        <w:t>بود</w:t>
      </w:r>
      <w:r w:rsidRPr="00987F03">
        <w:rPr>
          <w:sz w:val="22"/>
        </w:rPr>
        <w:t xml:space="preserve"> </w:t>
      </w:r>
      <w:r w:rsidRPr="00987F03">
        <w:rPr>
          <w:sz w:val="22"/>
          <w:rtl/>
        </w:rPr>
        <w:t>جنگ</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زیان</w:t>
      </w:r>
      <w:r w:rsidRPr="00987F03">
        <w:rPr>
          <w:sz w:val="22"/>
        </w:rPr>
        <w:t xml:space="preserve"> </w:t>
      </w:r>
      <w:r w:rsidRPr="00987F03">
        <w:rPr>
          <w:sz w:val="22"/>
          <w:rtl/>
        </w:rPr>
        <w:t>تجارت</w:t>
      </w:r>
      <w:r w:rsidRPr="00987F03">
        <w:rPr>
          <w:sz w:val="22"/>
        </w:rPr>
        <w:t xml:space="preserve"> </w:t>
      </w:r>
      <w:r w:rsidRPr="00987F03">
        <w:rPr>
          <w:sz w:val="22"/>
          <w:rtl/>
        </w:rPr>
        <w:t>و</w:t>
      </w:r>
      <w:r w:rsidRPr="00987F03">
        <w:rPr>
          <w:sz w:val="22"/>
        </w:rPr>
        <w:t xml:space="preserve"> </w:t>
      </w:r>
      <w:r w:rsidRPr="00987F03">
        <w:rPr>
          <w:sz w:val="22"/>
          <w:rtl/>
        </w:rPr>
        <w:t>امنیت</w:t>
      </w:r>
      <w:r w:rsidRPr="00987F03">
        <w:rPr>
          <w:sz w:val="22"/>
        </w:rPr>
        <w:t xml:space="preserve"> </w:t>
      </w:r>
      <w:r w:rsidRPr="00987F03">
        <w:rPr>
          <w:sz w:val="22"/>
          <w:rtl/>
        </w:rPr>
        <w:t>ببینند</w:t>
      </w:r>
      <w:r w:rsidRPr="00987F03">
        <w:rPr>
          <w:sz w:val="22"/>
        </w:rPr>
        <w:t xml:space="preserve"> </w:t>
      </w:r>
      <w:r w:rsidRPr="00987F03">
        <w:rPr>
          <w:sz w:val="22"/>
          <w:rtl/>
        </w:rPr>
        <w:t>و</w:t>
      </w:r>
      <w:r w:rsidRPr="00987F03">
        <w:rPr>
          <w:sz w:val="22"/>
        </w:rPr>
        <w:t xml:space="preserve"> </w:t>
      </w:r>
      <w:r w:rsidRPr="00987F03">
        <w:rPr>
          <w:sz w:val="22"/>
          <w:rtl/>
        </w:rPr>
        <w:t>از</w:t>
      </w:r>
      <w:r w:rsidRPr="00987F03">
        <w:rPr>
          <w:sz w:val="22"/>
        </w:rPr>
        <w:t xml:space="preserve"> </w:t>
      </w:r>
      <w:r w:rsidRPr="00987F03">
        <w:rPr>
          <w:sz w:val="22"/>
          <w:rtl/>
        </w:rPr>
        <w:t>پیمان</w:t>
      </w:r>
      <w:r w:rsidRPr="00987F03">
        <w:rPr>
          <w:sz w:val="22"/>
        </w:rPr>
        <w:t xml:space="preserve"> </w:t>
      </w:r>
      <w:r w:rsidRPr="00987F03">
        <w:rPr>
          <w:sz w:val="22"/>
          <w:rtl/>
        </w:rPr>
        <w:t>پشتیبانی</w:t>
      </w:r>
      <w:r w:rsidRPr="00987F03">
        <w:rPr>
          <w:sz w:val="22"/>
        </w:rPr>
        <w:t xml:space="preserve"> </w:t>
      </w:r>
      <w:r w:rsidRPr="00987F03">
        <w:rPr>
          <w:sz w:val="22"/>
          <w:rtl/>
        </w:rPr>
        <w:t>کنند؛</w:t>
      </w:r>
      <w:r w:rsidRPr="00987F03">
        <w:rPr>
          <w:sz w:val="22"/>
        </w:rPr>
        <w:t xml:space="preserve"> </w:t>
      </w:r>
      <w:r w:rsidRPr="00987F03">
        <w:rPr>
          <w:sz w:val="22"/>
          <w:rtl/>
        </w:rPr>
        <w:t>گروهی</w:t>
      </w:r>
      <w:r w:rsidRPr="00987F03">
        <w:rPr>
          <w:sz w:val="22"/>
        </w:rPr>
        <w:t xml:space="preserve"> </w:t>
      </w:r>
      <w:r w:rsidRPr="00987F03">
        <w:rPr>
          <w:sz w:val="22"/>
          <w:rtl/>
        </w:rPr>
        <w:t>دیگر</w:t>
      </w:r>
      <w:r w:rsidRPr="00987F03">
        <w:rPr>
          <w:sz w:val="22"/>
        </w:rPr>
        <w:t xml:space="preserve"> </w:t>
      </w:r>
      <w:r w:rsidRPr="00987F03">
        <w:rPr>
          <w:sz w:val="22"/>
          <w:rtl/>
        </w:rPr>
        <w:t>مقاومت</w:t>
      </w:r>
      <w:r w:rsidRPr="00987F03">
        <w:rPr>
          <w:sz w:val="22"/>
        </w:rPr>
        <w:t xml:space="preserve"> </w:t>
      </w:r>
      <w:r w:rsidRPr="00987F03">
        <w:rPr>
          <w:sz w:val="22"/>
          <w:rtl/>
        </w:rPr>
        <w:t>را</w:t>
      </w:r>
      <w:r w:rsidRPr="00987F03">
        <w:rPr>
          <w:sz w:val="22"/>
        </w:rPr>
        <w:t xml:space="preserve"> </w:t>
      </w:r>
      <w:r w:rsidRPr="00987F03">
        <w:rPr>
          <w:sz w:val="22"/>
          <w:rtl/>
        </w:rPr>
        <w:t>دفاع</w:t>
      </w:r>
      <w:r w:rsidRPr="00987F03">
        <w:rPr>
          <w:sz w:val="22"/>
        </w:rPr>
        <w:t xml:space="preserve"> </w:t>
      </w:r>
      <w:r w:rsidRPr="00987F03">
        <w:rPr>
          <w:sz w:val="22"/>
          <w:rtl/>
        </w:rPr>
        <w:t>از</w:t>
      </w:r>
      <w:r w:rsidRPr="00987F03">
        <w:rPr>
          <w:sz w:val="22"/>
        </w:rPr>
        <w:t xml:space="preserve"> </w:t>
      </w:r>
      <w:r w:rsidRPr="00987F03">
        <w:rPr>
          <w:sz w:val="22"/>
          <w:rtl/>
        </w:rPr>
        <w:t>دین،</w:t>
      </w:r>
      <w:r w:rsidRPr="00987F03">
        <w:rPr>
          <w:sz w:val="22"/>
        </w:rPr>
        <w:t xml:space="preserve"> </w:t>
      </w:r>
      <w:r w:rsidRPr="00987F03">
        <w:rPr>
          <w:sz w:val="22"/>
          <w:rtl/>
        </w:rPr>
        <w:t>استقلال</w:t>
      </w:r>
      <w:r w:rsidRPr="00987F03">
        <w:rPr>
          <w:sz w:val="22"/>
        </w:rPr>
        <w:t xml:space="preserve"> </w:t>
      </w:r>
      <w:r w:rsidRPr="00987F03">
        <w:rPr>
          <w:sz w:val="22"/>
          <w:rtl/>
        </w:rPr>
        <w:t>یا</w:t>
      </w:r>
      <w:r w:rsidRPr="00987F03">
        <w:rPr>
          <w:sz w:val="22"/>
        </w:rPr>
        <w:t xml:space="preserve"> </w:t>
      </w:r>
      <w:r w:rsidRPr="00987F03">
        <w:rPr>
          <w:sz w:val="22"/>
          <w:rtl/>
        </w:rPr>
        <w:t>منافع</w:t>
      </w:r>
      <w:r w:rsidRPr="00987F03">
        <w:rPr>
          <w:sz w:val="22"/>
        </w:rPr>
        <w:t xml:space="preserve"> </w:t>
      </w:r>
      <w:r w:rsidRPr="00987F03">
        <w:rPr>
          <w:sz w:val="22"/>
          <w:rtl/>
        </w:rPr>
        <w:t>خود</w:t>
      </w:r>
      <w:r w:rsidRPr="00987F03">
        <w:rPr>
          <w:sz w:val="22"/>
        </w:rPr>
        <w:t xml:space="preserve"> </w:t>
      </w:r>
      <w:r w:rsidRPr="00987F03">
        <w:rPr>
          <w:sz w:val="22"/>
          <w:rtl/>
        </w:rPr>
        <w:t>بدانند</w:t>
      </w:r>
      <w:r w:rsidRPr="00987F03">
        <w:rPr>
          <w:sz w:val="22"/>
        </w:rPr>
        <w:t xml:space="preserve">. </w:t>
      </w:r>
      <w:r w:rsidRPr="00987F03">
        <w:rPr>
          <w:sz w:val="22"/>
          <w:rtl/>
        </w:rPr>
        <w:t>به</w:t>
      </w:r>
      <w:r w:rsidRPr="00987F03">
        <w:rPr>
          <w:sz w:val="22"/>
        </w:rPr>
        <w:t xml:space="preserve"> </w:t>
      </w:r>
      <w:r w:rsidRPr="00987F03">
        <w:rPr>
          <w:sz w:val="22"/>
          <w:rtl/>
        </w:rPr>
        <w:t>همین</w:t>
      </w:r>
      <w:r w:rsidRPr="00987F03">
        <w:rPr>
          <w:sz w:val="22"/>
        </w:rPr>
        <w:t xml:space="preserve"> </w:t>
      </w:r>
      <w:r w:rsidRPr="00987F03">
        <w:rPr>
          <w:sz w:val="22"/>
          <w:rtl/>
        </w:rPr>
        <w:t>علت،</w:t>
      </w:r>
      <w:r w:rsidRPr="00987F03">
        <w:rPr>
          <w:sz w:val="22"/>
        </w:rPr>
        <w:t xml:space="preserve"> </w:t>
      </w:r>
      <w:r w:rsidRPr="00987F03">
        <w:rPr>
          <w:sz w:val="22"/>
          <w:rtl/>
        </w:rPr>
        <w:t>واکنش</w:t>
      </w:r>
      <w:r w:rsidRPr="00987F03">
        <w:rPr>
          <w:sz w:val="22"/>
        </w:rPr>
        <w:t xml:space="preserve"> </w:t>
      </w:r>
      <w:r w:rsidRPr="00987F03">
        <w:rPr>
          <w:sz w:val="22"/>
          <w:rtl/>
        </w:rPr>
        <w:t>شهرها</w:t>
      </w:r>
      <w:r w:rsidRPr="00987F03">
        <w:rPr>
          <w:sz w:val="22"/>
        </w:rPr>
        <w:t xml:space="preserve"> </w:t>
      </w:r>
      <w:r w:rsidRPr="00987F03">
        <w:rPr>
          <w:sz w:val="22"/>
          <w:rtl/>
        </w:rPr>
        <w:t>به</w:t>
      </w:r>
      <w:r w:rsidRPr="00987F03">
        <w:rPr>
          <w:sz w:val="22"/>
        </w:rPr>
        <w:t xml:space="preserve"> </w:t>
      </w:r>
      <w:r w:rsidRPr="00987F03">
        <w:rPr>
          <w:sz w:val="22"/>
          <w:rtl/>
        </w:rPr>
        <w:t>فتح</w:t>
      </w:r>
      <w:r w:rsidRPr="00987F03">
        <w:rPr>
          <w:sz w:val="22"/>
        </w:rPr>
        <w:t xml:space="preserve"> </w:t>
      </w:r>
      <w:r w:rsidRPr="00987F03">
        <w:rPr>
          <w:sz w:val="22"/>
          <w:rtl/>
        </w:rPr>
        <w:t>همیشه</w:t>
      </w:r>
      <w:r w:rsidRPr="00987F03">
        <w:rPr>
          <w:sz w:val="22"/>
        </w:rPr>
        <w:t xml:space="preserve"> </w:t>
      </w:r>
      <w:r w:rsidRPr="00987F03">
        <w:rPr>
          <w:sz w:val="22"/>
          <w:rtl/>
        </w:rPr>
        <w:t>یکسان</w:t>
      </w:r>
      <w:r w:rsidRPr="00987F03">
        <w:rPr>
          <w:sz w:val="22"/>
        </w:rPr>
        <w:t xml:space="preserve"> </w:t>
      </w:r>
      <w:r w:rsidRPr="00987F03">
        <w:rPr>
          <w:sz w:val="22"/>
          <w:rtl/>
        </w:rPr>
        <w:t>نبود</w:t>
      </w:r>
      <w:r w:rsidRPr="00987F03">
        <w:rPr>
          <w:sz w:val="22"/>
        </w:rPr>
        <w:t xml:space="preserve"> </w:t>
      </w:r>
      <w:r w:rsidRPr="00987F03">
        <w:rPr>
          <w:sz w:val="22"/>
          <w:rtl/>
        </w:rPr>
        <w:t>و</w:t>
      </w:r>
      <w:r w:rsidRPr="00987F03">
        <w:rPr>
          <w:sz w:val="22"/>
        </w:rPr>
        <w:t xml:space="preserve"> </w:t>
      </w:r>
      <w:r w:rsidRPr="00987F03">
        <w:rPr>
          <w:sz w:val="22"/>
          <w:rtl/>
        </w:rPr>
        <w:t>نمی</w:t>
      </w:r>
      <w:r w:rsidRPr="00987F03">
        <w:rPr>
          <w:sz w:val="22"/>
        </w:rPr>
        <w:t>‌</w:t>
      </w:r>
      <w:r w:rsidRPr="00987F03">
        <w:rPr>
          <w:sz w:val="22"/>
          <w:rtl/>
        </w:rPr>
        <w:t>توان</w:t>
      </w:r>
      <w:r w:rsidRPr="00987F03">
        <w:rPr>
          <w:sz w:val="22"/>
        </w:rPr>
        <w:t xml:space="preserve"> </w:t>
      </w:r>
      <w:r w:rsidRPr="00987F03">
        <w:rPr>
          <w:sz w:val="22"/>
          <w:rtl/>
        </w:rPr>
        <w:t>همهٔ</w:t>
      </w:r>
      <w:r w:rsidRPr="00987F03">
        <w:rPr>
          <w:sz w:val="22"/>
        </w:rPr>
        <w:t xml:space="preserve"> </w:t>
      </w:r>
      <w:r w:rsidRPr="00987F03">
        <w:rPr>
          <w:sz w:val="22"/>
          <w:rtl/>
        </w:rPr>
        <w:t>مردم</w:t>
      </w:r>
      <w:r w:rsidRPr="00987F03">
        <w:rPr>
          <w:sz w:val="22"/>
        </w:rPr>
        <w:t xml:space="preserve"> </w:t>
      </w:r>
      <w:r w:rsidRPr="00987F03">
        <w:rPr>
          <w:sz w:val="22"/>
          <w:rtl/>
        </w:rPr>
        <w:t>ایران</w:t>
      </w:r>
      <w:r w:rsidRPr="00987F03">
        <w:rPr>
          <w:sz w:val="22"/>
        </w:rPr>
        <w:t xml:space="preserve"> </w:t>
      </w:r>
      <w:r w:rsidRPr="00987F03">
        <w:rPr>
          <w:sz w:val="22"/>
          <w:rtl/>
        </w:rPr>
        <w:t>را</w:t>
      </w:r>
      <w:r w:rsidRPr="00987F03">
        <w:rPr>
          <w:sz w:val="22"/>
        </w:rPr>
        <w:t xml:space="preserve"> </w:t>
      </w:r>
      <w:r w:rsidRPr="00987F03">
        <w:rPr>
          <w:sz w:val="22"/>
          <w:rtl/>
        </w:rPr>
        <w:t>در</w:t>
      </w:r>
      <w:r w:rsidRPr="00987F03">
        <w:rPr>
          <w:sz w:val="22"/>
        </w:rPr>
        <w:t xml:space="preserve"> </w:t>
      </w:r>
      <w:r w:rsidRPr="00987F03">
        <w:rPr>
          <w:sz w:val="22"/>
          <w:rtl/>
        </w:rPr>
        <w:t>یکی</w:t>
      </w:r>
      <w:r w:rsidRPr="00987F03">
        <w:rPr>
          <w:sz w:val="22"/>
        </w:rPr>
        <w:t xml:space="preserve"> </w:t>
      </w:r>
      <w:r w:rsidRPr="00987F03">
        <w:rPr>
          <w:sz w:val="22"/>
          <w:rtl/>
        </w:rPr>
        <w:t>از</w:t>
      </w:r>
      <w:r w:rsidRPr="00987F03">
        <w:rPr>
          <w:sz w:val="22"/>
        </w:rPr>
        <w:t xml:space="preserve"> </w:t>
      </w:r>
      <w:r w:rsidRPr="00987F03">
        <w:rPr>
          <w:sz w:val="22"/>
          <w:rtl/>
        </w:rPr>
        <w:t>دو</w:t>
      </w:r>
      <w:r w:rsidRPr="00987F03">
        <w:rPr>
          <w:sz w:val="22"/>
        </w:rPr>
        <w:t xml:space="preserve"> </w:t>
      </w:r>
      <w:r w:rsidRPr="00987F03">
        <w:rPr>
          <w:sz w:val="22"/>
          <w:rtl/>
        </w:rPr>
        <w:t>عنوان</w:t>
      </w:r>
      <w:r w:rsidRPr="00987F03">
        <w:rPr>
          <w:sz w:val="22"/>
        </w:rPr>
        <w:t xml:space="preserve"> «</w:t>
      </w:r>
      <w:r w:rsidRPr="00987F03">
        <w:rPr>
          <w:sz w:val="22"/>
          <w:rtl/>
        </w:rPr>
        <w:t>مقاومت</w:t>
      </w:r>
      <w:r w:rsidRPr="00987F03">
        <w:rPr>
          <w:sz w:val="22"/>
        </w:rPr>
        <w:t>‌</w:t>
      </w:r>
      <w:r w:rsidRPr="00987F03">
        <w:rPr>
          <w:sz w:val="22"/>
          <w:rtl/>
        </w:rPr>
        <w:t>کننده</w:t>
      </w:r>
      <w:r w:rsidRPr="00987F03">
        <w:rPr>
          <w:sz w:val="22"/>
        </w:rPr>
        <w:t xml:space="preserve">» </w:t>
      </w:r>
      <w:r w:rsidRPr="00987F03">
        <w:rPr>
          <w:sz w:val="22"/>
          <w:rtl/>
        </w:rPr>
        <w:t>یا</w:t>
      </w:r>
      <w:r w:rsidRPr="00987F03">
        <w:rPr>
          <w:sz w:val="22"/>
        </w:rPr>
        <w:t xml:space="preserve"> «</w:t>
      </w:r>
      <w:r w:rsidRPr="00987F03">
        <w:rPr>
          <w:sz w:val="22"/>
          <w:rtl/>
        </w:rPr>
        <w:t>پذیرنده</w:t>
      </w:r>
      <w:r w:rsidRPr="00987F03">
        <w:rPr>
          <w:sz w:val="22"/>
        </w:rPr>
        <w:t xml:space="preserve">» </w:t>
      </w:r>
      <w:r w:rsidRPr="00987F03">
        <w:rPr>
          <w:sz w:val="22"/>
          <w:rtl/>
        </w:rPr>
        <w:t>جای</w:t>
      </w:r>
      <w:r w:rsidRPr="00987F03">
        <w:rPr>
          <w:sz w:val="22"/>
        </w:rPr>
        <w:t xml:space="preserve"> </w:t>
      </w:r>
      <w:r w:rsidRPr="00987F03">
        <w:rPr>
          <w:sz w:val="22"/>
          <w:rtl/>
        </w:rPr>
        <w:t>داد</w:t>
      </w:r>
      <w:r w:rsidRPr="00987F03">
        <w:rPr>
          <w:sz w:val="22"/>
        </w:rPr>
        <w:t>.</w:t>
      </w:r>
    </w:p>
    <w:p w:rsidR="009F3B78" w:rsidRPr="00987F03" w:rsidRDefault="00987F03" w:rsidP="00987F03">
      <w:pPr>
        <w:bidi/>
        <w:ind w:firstLine="720"/>
        <w:rPr>
          <w:sz w:val="22"/>
        </w:rPr>
      </w:pP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تسلیم،</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ناچار</w:t>
      </w:r>
      <w:r w:rsidRPr="00987F03">
        <w:rPr>
          <w:sz w:val="22"/>
        </w:rPr>
        <w:t xml:space="preserve"> </w:t>
      </w:r>
      <w:r w:rsidRPr="00987F03">
        <w:rPr>
          <w:sz w:val="22"/>
          <w:rtl/>
        </w:rPr>
        <w:t>بود</w:t>
      </w:r>
      <w:r w:rsidRPr="00987F03">
        <w:rPr>
          <w:sz w:val="22"/>
        </w:rPr>
        <w:t xml:space="preserve"> </w:t>
      </w:r>
      <w:r w:rsidRPr="00987F03">
        <w:rPr>
          <w:sz w:val="22"/>
          <w:rtl/>
        </w:rPr>
        <w:t>میان</w:t>
      </w:r>
      <w:r w:rsidRPr="00987F03">
        <w:rPr>
          <w:sz w:val="22"/>
        </w:rPr>
        <w:t xml:space="preserve"> </w:t>
      </w:r>
      <w:r w:rsidRPr="00987F03">
        <w:rPr>
          <w:sz w:val="22"/>
          <w:rtl/>
        </w:rPr>
        <w:t>گرفتن</w:t>
      </w:r>
      <w:r w:rsidRPr="00987F03">
        <w:rPr>
          <w:sz w:val="22"/>
        </w:rPr>
        <w:t xml:space="preserve"> </w:t>
      </w:r>
      <w:r w:rsidRPr="00987F03">
        <w:rPr>
          <w:sz w:val="22"/>
          <w:rtl/>
        </w:rPr>
        <w:t>درآمد</w:t>
      </w:r>
      <w:r w:rsidRPr="00987F03">
        <w:rPr>
          <w:sz w:val="22"/>
        </w:rPr>
        <w:t xml:space="preserve"> </w:t>
      </w:r>
      <w:r w:rsidRPr="00987F03">
        <w:rPr>
          <w:sz w:val="22"/>
          <w:rtl/>
        </w:rPr>
        <w:t>و</w:t>
      </w:r>
      <w:r w:rsidRPr="00987F03">
        <w:rPr>
          <w:sz w:val="22"/>
        </w:rPr>
        <w:t xml:space="preserve"> </w:t>
      </w:r>
      <w:r w:rsidRPr="00987F03">
        <w:rPr>
          <w:sz w:val="22"/>
          <w:rtl/>
        </w:rPr>
        <w:t>حفظ</w:t>
      </w:r>
      <w:r w:rsidRPr="00987F03">
        <w:rPr>
          <w:sz w:val="22"/>
        </w:rPr>
        <w:t xml:space="preserve"> </w:t>
      </w:r>
      <w:r w:rsidRPr="00987F03">
        <w:rPr>
          <w:sz w:val="22"/>
          <w:rtl/>
        </w:rPr>
        <w:t>شهر</w:t>
      </w:r>
      <w:r w:rsidRPr="00987F03">
        <w:rPr>
          <w:sz w:val="22"/>
        </w:rPr>
        <w:t xml:space="preserve"> </w:t>
      </w:r>
      <w:r w:rsidRPr="00987F03">
        <w:rPr>
          <w:sz w:val="22"/>
          <w:rtl/>
        </w:rPr>
        <w:t>تعادل</w:t>
      </w:r>
      <w:r w:rsidRPr="00987F03">
        <w:rPr>
          <w:sz w:val="22"/>
        </w:rPr>
        <w:t xml:space="preserve"> </w:t>
      </w:r>
      <w:r w:rsidRPr="00987F03">
        <w:rPr>
          <w:sz w:val="22"/>
          <w:rtl/>
        </w:rPr>
        <w:t>برقرار</w:t>
      </w:r>
      <w:r w:rsidRPr="00987F03">
        <w:rPr>
          <w:sz w:val="22"/>
        </w:rPr>
        <w:t xml:space="preserve"> </w:t>
      </w:r>
      <w:r w:rsidRPr="00987F03">
        <w:rPr>
          <w:sz w:val="22"/>
          <w:rtl/>
        </w:rPr>
        <w:t>کند</w:t>
      </w:r>
      <w:r w:rsidRPr="00987F03">
        <w:rPr>
          <w:sz w:val="22"/>
        </w:rPr>
        <w:t xml:space="preserve">. </w:t>
      </w:r>
      <w:r w:rsidRPr="00987F03">
        <w:rPr>
          <w:sz w:val="22"/>
          <w:rtl/>
        </w:rPr>
        <w:t>اگر</w:t>
      </w:r>
      <w:r w:rsidRPr="00987F03">
        <w:rPr>
          <w:sz w:val="22"/>
        </w:rPr>
        <w:t xml:space="preserve"> </w:t>
      </w:r>
      <w:r w:rsidRPr="00987F03">
        <w:rPr>
          <w:sz w:val="22"/>
          <w:rtl/>
        </w:rPr>
        <w:t>مالیات</w:t>
      </w:r>
      <w:r w:rsidRPr="00987F03">
        <w:rPr>
          <w:sz w:val="22"/>
        </w:rPr>
        <w:t xml:space="preserve"> </w:t>
      </w:r>
      <w:r w:rsidRPr="00987F03">
        <w:rPr>
          <w:sz w:val="22"/>
          <w:rtl/>
        </w:rPr>
        <w:t>چنان</w:t>
      </w:r>
      <w:r w:rsidRPr="00987F03">
        <w:rPr>
          <w:sz w:val="22"/>
        </w:rPr>
        <w:t xml:space="preserve"> </w:t>
      </w:r>
      <w:r w:rsidRPr="00987F03">
        <w:rPr>
          <w:sz w:val="22"/>
          <w:rtl/>
        </w:rPr>
        <w:t>سنگین</w:t>
      </w:r>
      <w:r w:rsidRPr="00987F03">
        <w:rPr>
          <w:sz w:val="22"/>
        </w:rPr>
        <w:t xml:space="preserve"> </w:t>
      </w:r>
      <w:r w:rsidRPr="00987F03">
        <w:rPr>
          <w:sz w:val="22"/>
          <w:rtl/>
        </w:rPr>
        <w:t>بود</w:t>
      </w:r>
      <w:r w:rsidRPr="00987F03">
        <w:rPr>
          <w:sz w:val="22"/>
        </w:rPr>
        <w:t xml:space="preserve"> </w:t>
      </w:r>
      <w:r w:rsidRPr="00987F03">
        <w:rPr>
          <w:sz w:val="22"/>
          <w:rtl/>
        </w:rPr>
        <w:t>که</w:t>
      </w:r>
      <w:r w:rsidRPr="00987F03">
        <w:rPr>
          <w:sz w:val="22"/>
        </w:rPr>
        <w:t xml:space="preserve"> </w:t>
      </w:r>
      <w:r w:rsidRPr="00987F03">
        <w:rPr>
          <w:sz w:val="22"/>
          <w:rtl/>
        </w:rPr>
        <w:t>بازار</w:t>
      </w:r>
      <w:r w:rsidRPr="00987F03">
        <w:rPr>
          <w:sz w:val="22"/>
        </w:rPr>
        <w:t xml:space="preserve"> </w:t>
      </w:r>
      <w:r w:rsidRPr="00987F03">
        <w:rPr>
          <w:sz w:val="22"/>
          <w:rtl/>
        </w:rPr>
        <w:t>و</w:t>
      </w:r>
      <w:r w:rsidRPr="00987F03">
        <w:rPr>
          <w:sz w:val="22"/>
        </w:rPr>
        <w:t xml:space="preserve"> </w:t>
      </w:r>
      <w:r w:rsidRPr="00987F03">
        <w:rPr>
          <w:sz w:val="22"/>
          <w:rtl/>
        </w:rPr>
        <w:t>تولید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می</w:t>
      </w:r>
      <w:r w:rsidRPr="00987F03">
        <w:rPr>
          <w:sz w:val="22"/>
        </w:rPr>
        <w:t>‌</w:t>
      </w:r>
      <w:r w:rsidRPr="00987F03">
        <w:rPr>
          <w:sz w:val="22"/>
          <w:rtl/>
        </w:rPr>
        <w:t>برد،</w:t>
      </w:r>
      <w:r w:rsidRPr="00987F03">
        <w:rPr>
          <w:sz w:val="22"/>
        </w:rPr>
        <w:t xml:space="preserve"> </w:t>
      </w:r>
      <w:r w:rsidRPr="00987F03">
        <w:rPr>
          <w:sz w:val="22"/>
          <w:rtl/>
        </w:rPr>
        <w:t>فاتحان</w:t>
      </w:r>
      <w:r w:rsidRPr="00987F03">
        <w:rPr>
          <w:sz w:val="22"/>
        </w:rPr>
        <w:t xml:space="preserve"> </w:t>
      </w:r>
      <w:r w:rsidRPr="00987F03">
        <w:rPr>
          <w:sz w:val="22"/>
          <w:rtl/>
        </w:rPr>
        <w:t>نیز</w:t>
      </w:r>
      <w:r w:rsidRPr="00987F03">
        <w:rPr>
          <w:sz w:val="22"/>
        </w:rPr>
        <w:t xml:space="preserve"> </w:t>
      </w:r>
      <w:r w:rsidRPr="00987F03">
        <w:rPr>
          <w:sz w:val="22"/>
          <w:rtl/>
        </w:rPr>
        <w:t>درآمد</w:t>
      </w:r>
      <w:r w:rsidRPr="00987F03">
        <w:rPr>
          <w:sz w:val="22"/>
        </w:rPr>
        <w:t xml:space="preserve"> </w:t>
      </w:r>
      <w:r w:rsidRPr="00987F03">
        <w:rPr>
          <w:sz w:val="22"/>
          <w:rtl/>
        </w:rPr>
        <w:t>آیندهٔ</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نابود</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اگر</w:t>
      </w:r>
      <w:r w:rsidRPr="00987F03">
        <w:rPr>
          <w:sz w:val="22"/>
        </w:rPr>
        <w:t xml:space="preserve"> </w:t>
      </w:r>
      <w:r w:rsidRPr="00987F03">
        <w:rPr>
          <w:sz w:val="22"/>
          <w:rtl/>
        </w:rPr>
        <w:t>حاکم</w:t>
      </w:r>
      <w:r w:rsidRPr="00987F03">
        <w:rPr>
          <w:sz w:val="22"/>
        </w:rPr>
        <w:t xml:space="preserve"> </w:t>
      </w:r>
      <w:r w:rsidRPr="00987F03">
        <w:rPr>
          <w:sz w:val="22"/>
          <w:rtl/>
        </w:rPr>
        <w:t>از</w:t>
      </w:r>
      <w:r w:rsidRPr="00987F03">
        <w:rPr>
          <w:sz w:val="22"/>
        </w:rPr>
        <w:t xml:space="preserve"> </w:t>
      </w:r>
      <w:r w:rsidRPr="00987F03">
        <w:rPr>
          <w:sz w:val="22"/>
          <w:rtl/>
        </w:rPr>
        <w:t>قدرت</w:t>
      </w:r>
      <w:r w:rsidRPr="00987F03">
        <w:rPr>
          <w:sz w:val="22"/>
        </w:rPr>
        <w:t xml:space="preserve"> </w:t>
      </w:r>
      <w:r w:rsidRPr="00987F03">
        <w:rPr>
          <w:sz w:val="22"/>
          <w:rtl/>
        </w:rPr>
        <w:t>کافی</w:t>
      </w:r>
      <w:r w:rsidRPr="00987F03">
        <w:rPr>
          <w:sz w:val="22"/>
        </w:rPr>
        <w:t xml:space="preserve"> </w:t>
      </w:r>
      <w:r w:rsidRPr="00987F03">
        <w:rPr>
          <w:sz w:val="22"/>
          <w:rtl/>
        </w:rPr>
        <w:t>برخوردار</w:t>
      </w:r>
      <w:r w:rsidRPr="00987F03">
        <w:rPr>
          <w:sz w:val="22"/>
        </w:rPr>
        <w:t xml:space="preserve"> </w:t>
      </w:r>
      <w:r w:rsidRPr="00987F03">
        <w:rPr>
          <w:sz w:val="22"/>
          <w:rtl/>
        </w:rPr>
        <w:t>نبود،</w:t>
      </w:r>
      <w:r w:rsidRPr="00987F03">
        <w:rPr>
          <w:sz w:val="22"/>
        </w:rPr>
        <w:t xml:space="preserve"> </w:t>
      </w:r>
      <w:r w:rsidRPr="00987F03">
        <w:rPr>
          <w:sz w:val="22"/>
          <w:rtl/>
        </w:rPr>
        <w:t>شهر</w:t>
      </w:r>
      <w:r w:rsidRPr="00987F03">
        <w:rPr>
          <w:sz w:val="22"/>
        </w:rPr>
        <w:t xml:space="preserve"> </w:t>
      </w:r>
      <w:r w:rsidRPr="00987F03">
        <w:rPr>
          <w:sz w:val="22"/>
          <w:rtl/>
        </w:rPr>
        <w:t>ممکن</w:t>
      </w:r>
      <w:r w:rsidRPr="00987F03">
        <w:rPr>
          <w:sz w:val="22"/>
        </w:rPr>
        <w:t xml:space="preserve"> </w:t>
      </w:r>
      <w:r w:rsidRPr="00987F03">
        <w:rPr>
          <w:sz w:val="22"/>
          <w:rtl/>
        </w:rPr>
        <w:t>بود</w:t>
      </w:r>
      <w:r w:rsidRPr="00987F03">
        <w:rPr>
          <w:sz w:val="22"/>
        </w:rPr>
        <w:t xml:space="preserve"> </w:t>
      </w:r>
      <w:r w:rsidRPr="00987F03">
        <w:rPr>
          <w:sz w:val="22"/>
          <w:rtl/>
        </w:rPr>
        <w:t>پیمان</w:t>
      </w:r>
      <w:r w:rsidRPr="00987F03">
        <w:rPr>
          <w:sz w:val="22"/>
        </w:rPr>
        <w:t xml:space="preserve"> </w:t>
      </w:r>
      <w:r w:rsidRPr="00987F03">
        <w:rPr>
          <w:sz w:val="22"/>
          <w:rtl/>
        </w:rPr>
        <w:t>را</w:t>
      </w:r>
      <w:r w:rsidRPr="00987F03">
        <w:rPr>
          <w:sz w:val="22"/>
        </w:rPr>
        <w:t xml:space="preserve"> </w:t>
      </w:r>
      <w:r w:rsidRPr="00987F03">
        <w:rPr>
          <w:sz w:val="22"/>
          <w:rtl/>
        </w:rPr>
        <w:t>نادیده</w:t>
      </w:r>
      <w:r w:rsidRPr="00987F03">
        <w:rPr>
          <w:sz w:val="22"/>
        </w:rPr>
        <w:t xml:space="preserve"> </w:t>
      </w:r>
      <w:r w:rsidRPr="00987F03">
        <w:rPr>
          <w:sz w:val="22"/>
          <w:rtl/>
        </w:rPr>
        <w:t>بگیرد</w:t>
      </w:r>
      <w:r w:rsidRPr="00987F03">
        <w:rPr>
          <w:sz w:val="22"/>
        </w:rPr>
        <w:t xml:space="preserve">. </w:t>
      </w:r>
      <w:r w:rsidRPr="00987F03">
        <w:rPr>
          <w:sz w:val="22"/>
          <w:rtl/>
        </w:rPr>
        <w:t>از</w:t>
      </w:r>
      <w:r w:rsidRPr="00987F03">
        <w:rPr>
          <w:sz w:val="22"/>
        </w:rPr>
        <w:t xml:space="preserve"> </w:t>
      </w:r>
      <w:r w:rsidRPr="00987F03">
        <w:rPr>
          <w:sz w:val="22"/>
          <w:rtl/>
        </w:rPr>
        <w:t>این</w:t>
      </w:r>
      <w:r w:rsidRPr="00987F03">
        <w:rPr>
          <w:sz w:val="22"/>
        </w:rPr>
        <w:t xml:space="preserve"> </w:t>
      </w:r>
      <w:r w:rsidRPr="00987F03">
        <w:rPr>
          <w:sz w:val="22"/>
          <w:rtl/>
        </w:rPr>
        <w:t>رو،</w:t>
      </w:r>
      <w:r w:rsidRPr="00987F03">
        <w:rPr>
          <w:sz w:val="22"/>
        </w:rPr>
        <w:t xml:space="preserve"> </w:t>
      </w:r>
      <w:r w:rsidRPr="00987F03">
        <w:rPr>
          <w:sz w:val="22"/>
          <w:rtl/>
        </w:rPr>
        <w:t>نخستین</w:t>
      </w:r>
      <w:r w:rsidRPr="00987F03">
        <w:rPr>
          <w:sz w:val="22"/>
        </w:rPr>
        <w:t xml:space="preserve"> </w:t>
      </w:r>
      <w:r w:rsidRPr="00987F03">
        <w:rPr>
          <w:sz w:val="22"/>
          <w:rtl/>
        </w:rPr>
        <w:t>صورت</w:t>
      </w:r>
      <w:r w:rsidRPr="00987F03">
        <w:rPr>
          <w:sz w:val="22"/>
        </w:rPr>
        <w:t xml:space="preserve"> </w:t>
      </w:r>
      <w:r w:rsidRPr="00987F03">
        <w:rPr>
          <w:sz w:val="22"/>
          <w:rtl/>
        </w:rPr>
        <w:t>کشورداری</w:t>
      </w:r>
      <w:r w:rsidRPr="00987F03">
        <w:rPr>
          <w:sz w:val="22"/>
        </w:rPr>
        <w:t xml:space="preserve"> </w:t>
      </w:r>
      <w:r w:rsidRPr="00987F03">
        <w:rPr>
          <w:sz w:val="22"/>
          <w:rtl/>
        </w:rPr>
        <w:t>اسلامی</w:t>
      </w:r>
      <w:r w:rsidRPr="00987F03">
        <w:rPr>
          <w:sz w:val="22"/>
        </w:rPr>
        <w:t xml:space="preserve"> </w:t>
      </w:r>
      <w:r w:rsidRPr="00987F03">
        <w:rPr>
          <w:sz w:val="22"/>
          <w:rtl/>
        </w:rPr>
        <w:t>در</w:t>
      </w:r>
      <w:r w:rsidRPr="00987F03">
        <w:rPr>
          <w:sz w:val="22"/>
        </w:rPr>
        <w:t xml:space="preserve"> </w:t>
      </w:r>
      <w:r w:rsidRPr="00987F03">
        <w:rPr>
          <w:sz w:val="22"/>
          <w:rtl/>
        </w:rPr>
        <w:t>ایران</w:t>
      </w:r>
      <w:r w:rsidRPr="00987F03">
        <w:rPr>
          <w:sz w:val="22"/>
        </w:rPr>
        <w:t xml:space="preserve"> </w:t>
      </w:r>
      <w:r w:rsidRPr="00987F03">
        <w:rPr>
          <w:sz w:val="22"/>
          <w:rtl/>
        </w:rPr>
        <w:t>از</w:t>
      </w:r>
      <w:r w:rsidRPr="00987F03">
        <w:rPr>
          <w:sz w:val="22"/>
        </w:rPr>
        <w:t xml:space="preserve"> </w:t>
      </w:r>
      <w:r w:rsidRPr="00987F03">
        <w:rPr>
          <w:sz w:val="22"/>
          <w:rtl/>
        </w:rPr>
        <w:t>مذاکره</w:t>
      </w:r>
      <w:r w:rsidRPr="00987F03">
        <w:rPr>
          <w:sz w:val="22"/>
        </w:rPr>
        <w:t>‌</w:t>
      </w:r>
      <w:r w:rsidRPr="00987F03">
        <w:rPr>
          <w:sz w:val="22"/>
          <w:rtl/>
        </w:rPr>
        <w:t>ای</w:t>
      </w:r>
      <w:r w:rsidRPr="00987F03">
        <w:rPr>
          <w:sz w:val="22"/>
        </w:rPr>
        <w:t xml:space="preserve"> </w:t>
      </w:r>
      <w:r w:rsidRPr="00987F03">
        <w:rPr>
          <w:sz w:val="22"/>
          <w:rtl/>
        </w:rPr>
        <w:t>نابرابر</w:t>
      </w:r>
      <w:r w:rsidRPr="00987F03">
        <w:rPr>
          <w:sz w:val="22"/>
        </w:rPr>
        <w:t xml:space="preserve"> </w:t>
      </w:r>
      <w:r w:rsidRPr="00987F03">
        <w:rPr>
          <w:sz w:val="22"/>
          <w:rtl/>
        </w:rPr>
        <w:t>میان</w:t>
      </w:r>
      <w:r w:rsidRPr="00987F03">
        <w:rPr>
          <w:sz w:val="22"/>
        </w:rPr>
        <w:t xml:space="preserve"> </w:t>
      </w:r>
      <w:r w:rsidRPr="00987F03">
        <w:rPr>
          <w:sz w:val="22"/>
          <w:rtl/>
        </w:rPr>
        <w:t>قشون</w:t>
      </w:r>
      <w:r w:rsidRPr="00987F03">
        <w:rPr>
          <w:sz w:val="22"/>
        </w:rPr>
        <w:t xml:space="preserve"> </w:t>
      </w:r>
      <w:r w:rsidRPr="00987F03">
        <w:rPr>
          <w:sz w:val="22"/>
          <w:rtl/>
        </w:rPr>
        <w:t>پیروز</w:t>
      </w:r>
      <w:r w:rsidRPr="00987F03">
        <w:rPr>
          <w:sz w:val="22"/>
        </w:rPr>
        <w:t xml:space="preserve"> </w:t>
      </w:r>
      <w:r w:rsidRPr="00987F03">
        <w:rPr>
          <w:sz w:val="22"/>
          <w:rtl/>
        </w:rPr>
        <w:t>و</w:t>
      </w:r>
      <w:r w:rsidRPr="00987F03">
        <w:rPr>
          <w:sz w:val="22"/>
        </w:rPr>
        <w:t xml:space="preserve"> </w:t>
      </w:r>
      <w:r w:rsidRPr="00987F03">
        <w:rPr>
          <w:sz w:val="22"/>
          <w:rtl/>
        </w:rPr>
        <w:t>جامعه</w:t>
      </w:r>
      <w:r w:rsidRPr="00987F03">
        <w:rPr>
          <w:sz w:val="22"/>
        </w:rPr>
        <w:t>‌</w:t>
      </w:r>
      <w:r w:rsidRPr="00987F03">
        <w:rPr>
          <w:sz w:val="22"/>
          <w:rtl/>
        </w:rPr>
        <w:t>ای</w:t>
      </w:r>
      <w:r w:rsidRPr="00987F03">
        <w:rPr>
          <w:sz w:val="22"/>
        </w:rPr>
        <w:t xml:space="preserve"> </w:t>
      </w:r>
      <w:r w:rsidRPr="00987F03">
        <w:rPr>
          <w:sz w:val="22"/>
          <w:rtl/>
        </w:rPr>
        <w:t>شکست</w:t>
      </w:r>
      <w:r w:rsidRPr="00987F03">
        <w:rPr>
          <w:sz w:val="22"/>
        </w:rPr>
        <w:t>‌</w:t>
      </w:r>
      <w:r w:rsidRPr="00987F03">
        <w:rPr>
          <w:sz w:val="22"/>
          <w:rtl/>
        </w:rPr>
        <w:t>خورده</w:t>
      </w:r>
      <w:r w:rsidRPr="00987F03">
        <w:rPr>
          <w:sz w:val="22"/>
        </w:rPr>
        <w:t xml:space="preserve"> </w:t>
      </w:r>
      <w:r w:rsidRPr="00987F03">
        <w:rPr>
          <w:sz w:val="22"/>
          <w:rtl/>
        </w:rPr>
        <w:t>پدید</w:t>
      </w:r>
      <w:r w:rsidRPr="00987F03">
        <w:rPr>
          <w:sz w:val="22"/>
        </w:rPr>
        <w:t xml:space="preserve"> </w:t>
      </w:r>
      <w:r w:rsidRPr="00987F03">
        <w:rPr>
          <w:sz w:val="22"/>
          <w:rtl/>
        </w:rPr>
        <w:t>آمد؛</w:t>
      </w:r>
      <w:r w:rsidRPr="00987F03">
        <w:rPr>
          <w:sz w:val="22"/>
        </w:rPr>
        <w:t xml:space="preserve"> </w:t>
      </w:r>
      <w:r w:rsidRPr="00987F03">
        <w:rPr>
          <w:sz w:val="22"/>
          <w:rtl/>
        </w:rPr>
        <w:t>مذاکره</w:t>
      </w:r>
      <w:r w:rsidRPr="00987F03">
        <w:rPr>
          <w:sz w:val="22"/>
        </w:rPr>
        <w:t>‌</w:t>
      </w:r>
      <w:r w:rsidRPr="00987F03">
        <w:rPr>
          <w:sz w:val="22"/>
          <w:rtl/>
        </w:rPr>
        <w:t>ای</w:t>
      </w:r>
      <w:r w:rsidRPr="00987F03">
        <w:rPr>
          <w:sz w:val="22"/>
        </w:rPr>
        <w:t xml:space="preserve"> </w:t>
      </w:r>
      <w:r w:rsidRPr="00987F03">
        <w:rPr>
          <w:sz w:val="22"/>
          <w:rtl/>
        </w:rPr>
        <w:t>که</w:t>
      </w:r>
      <w:r w:rsidRPr="00987F03">
        <w:rPr>
          <w:sz w:val="22"/>
        </w:rPr>
        <w:t xml:space="preserve"> </w:t>
      </w:r>
      <w:r w:rsidRPr="00987F03">
        <w:rPr>
          <w:sz w:val="22"/>
          <w:rtl/>
        </w:rPr>
        <w:t>شمشیر</w:t>
      </w:r>
      <w:r w:rsidRPr="00987F03">
        <w:rPr>
          <w:sz w:val="22"/>
        </w:rPr>
        <w:t xml:space="preserve"> </w:t>
      </w:r>
      <w:r w:rsidRPr="00987F03">
        <w:rPr>
          <w:sz w:val="22"/>
          <w:rtl/>
        </w:rPr>
        <w:t>نتیجهٔ</w:t>
      </w:r>
      <w:r w:rsidRPr="00987F03">
        <w:rPr>
          <w:sz w:val="22"/>
        </w:rPr>
        <w:t xml:space="preserve"> </w:t>
      </w:r>
      <w:r w:rsidRPr="00987F03">
        <w:rPr>
          <w:sz w:val="22"/>
          <w:rtl/>
        </w:rPr>
        <w:t>نهایی</w:t>
      </w:r>
      <w:r w:rsidRPr="00987F03">
        <w:rPr>
          <w:sz w:val="22"/>
        </w:rPr>
        <w:t xml:space="preserve"> </w:t>
      </w:r>
      <w:r w:rsidRPr="00987F03">
        <w:rPr>
          <w:sz w:val="22"/>
          <w:rtl/>
        </w:rPr>
        <w:t>آن</w:t>
      </w:r>
      <w:r w:rsidRPr="00987F03">
        <w:rPr>
          <w:sz w:val="22"/>
        </w:rPr>
        <w:t xml:space="preserve"> </w:t>
      </w:r>
      <w:r w:rsidRPr="00987F03">
        <w:rPr>
          <w:sz w:val="22"/>
          <w:rtl/>
        </w:rPr>
        <w:t>را</w:t>
      </w:r>
      <w:r w:rsidRPr="00987F03">
        <w:rPr>
          <w:sz w:val="22"/>
        </w:rPr>
        <w:t xml:space="preserve"> </w:t>
      </w:r>
      <w:r w:rsidRPr="00987F03">
        <w:rPr>
          <w:sz w:val="22"/>
          <w:rtl/>
        </w:rPr>
        <w:t>تضمین</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اما</w:t>
      </w:r>
      <w:r w:rsidRPr="00987F03">
        <w:rPr>
          <w:sz w:val="22"/>
        </w:rPr>
        <w:t xml:space="preserve"> </w:t>
      </w:r>
      <w:r w:rsidRPr="00987F03">
        <w:rPr>
          <w:sz w:val="22"/>
          <w:rtl/>
        </w:rPr>
        <w:t>نیاز</w:t>
      </w:r>
      <w:r w:rsidRPr="00987F03">
        <w:rPr>
          <w:sz w:val="22"/>
        </w:rPr>
        <w:t xml:space="preserve"> </w:t>
      </w:r>
      <w:r w:rsidRPr="00987F03">
        <w:rPr>
          <w:sz w:val="22"/>
          <w:rtl/>
        </w:rPr>
        <w:t>حکومت</w:t>
      </w:r>
      <w:r w:rsidRPr="00987F03">
        <w:rPr>
          <w:sz w:val="22"/>
        </w:rPr>
        <w:t xml:space="preserve"> </w:t>
      </w:r>
      <w:r w:rsidRPr="00987F03">
        <w:rPr>
          <w:sz w:val="22"/>
          <w:rtl/>
        </w:rPr>
        <w:t>به</w:t>
      </w:r>
      <w:r w:rsidRPr="00987F03">
        <w:rPr>
          <w:sz w:val="22"/>
        </w:rPr>
        <w:t xml:space="preserve"> </w:t>
      </w:r>
      <w:r w:rsidRPr="00987F03">
        <w:rPr>
          <w:sz w:val="22"/>
          <w:rtl/>
        </w:rPr>
        <w:t>درآمد</w:t>
      </w:r>
      <w:r w:rsidRPr="00987F03">
        <w:rPr>
          <w:sz w:val="22"/>
        </w:rPr>
        <w:t xml:space="preserve"> </w:t>
      </w:r>
      <w:r w:rsidRPr="00987F03">
        <w:rPr>
          <w:sz w:val="22"/>
          <w:rtl/>
        </w:rPr>
        <w:t>برای</w:t>
      </w:r>
      <w:r w:rsidRPr="00987F03">
        <w:rPr>
          <w:sz w:val="22"/>
        </w:rPr>
        <w:t xml:space="preserve"> </w:t>
      </w:r>
      <w:r w:rsidRPr="00987F03">
        <w:rPr>
          <w:sz w:val="22"/>
          <w:rtl/>
        </w:rPr>
        <w:t>مردم</w:t>
      </w:r>
      <w:r w:rsidRPr="00987F03">
        <w:rPr>
          <w:sz w:val="22"/>
        </w:rPr>
        <w:t xml:space="preserve"> </w:t>
      </w:r>
      <w:r w:rsidRPr="00987F03">
        <w:rPr>
          <w:sz w:val="22"/>
          <w:rtl/>
        </w:rPr>
        <w:t>و</w:t>
      </w:r>
      <w:r w:rsidRPr="00987F03">
        <w:rPr>
          <w:sz w:val="22"/>
        </w:rPr>
        <w:t xml:space="preserve"> </w:t>
      </w:r>
      <w:r w:rsidRPr="00987F03">
        <w:rPr>
          <w:sz w:val="22"/>
          <w:rtl/>
        </w:rPr>
        <w:t>واسطه</w:t>
      </w:r>
      <w:r w:rsidRPr="00987F03">
        <w:rPr>
          <w:sz w:val="22"/>
        </w:rPr>
        <w:t>‌</w:t>
      </w:r>
      <w:r w:rsidRPr="00987F03">
        <w:rPr>
          <w:sz w:val="22"/>
          <w:rtl/>
        </w:rPr>
        <w:t>های</w:t>
      </w:r>
      <w:r w:rsidRPr="00987F03">
        <w:rPr>
          <w:sz w:val="22"/>
        </w:rPr>
        <w:t xml:space="preserve"> </w:t>
      </w:r>
      <w:r w:rsidRPr="00987F03">
        <w:rPr>
          <w:sz w:val="22"/>
          <w:rtl/>
        </w:rPr>
        <w:t>محلی</w:t>
      </w:r>
      <w:r w:rsidRPr="00987F03">
        <w:rPr>
          <w:sz w:val="22"/>
        </w:rPr>
        <w:t xml:space="preserve"> </w:t>
      </w:r>
      <w:r w:rsidRPr="00987F03">
        <w:rPr>
          <w:sz w:val="22"/>
          <w:rtl/>
        </w:rPr>
        <w:t>نیز</w:t>
      </w:r>
      <w:r w:rsidRPr="00987F03">
        <w:rPr>
          <w:sz w:val="22"/>
        </w:rPr>
        <w:t xml:space="preserve"> </w:t>
      </w:r>
      <w:r w:rsidRPr="00987F03">
        <w:rPr>
          <w:sz w:val="22"/>
          <w:rtl/>
        </w:rPr>
        <w:t>فضایی</w:t>
      </w:r>
      <w:r w:rsidRPr="00987F03">
        <w:rPr>
          <w:sz w:val="22"/>
        </w:rPr>
        <w:t xml:space="preserve"> </w:t>
      </w:r>
      <w:r w:rsidRPr="00987F03">
        <w:rPr>
          <w:sz w:val="22"/>
          <w:rtl/>
        </w:rPr>
        <w:t>برای</w:t>
      </w:r>
      <w:r w:rsidRPr="00987F03">
        <w:rPr>
          <w:sz w:val="22"/>
        </w:rPr>
        <w:t xml:space="preserve"> </w:t>
      </w:r>
      <w:r w:rsidRPr="00987F03">
        <w:rPr>
          <w:sz w:val="22"/>
          <w:rtl/>
        </w:rPr>
        <w:t>چانه</w:t>
      </w:r>
      <w:r w:rsidRPr="00987F03">
        <w:rPr>
          <w:sz w:val="22"/>
        </w:rPr>
        <w:t>‌</w:t>
      </w:r>
      <w:r w:rsidRPr="00987F03">
        <w:rPr>
          <w:sz w:val="22"/>
          <w:rtl/>
        </w:rPr>
        <w:t>زنی</w:t>
      </w:r>
      <w:r w:rsidRPr="00987F03">
        <w:rPr>
          <w:sz w:val="22"/>
        </w:rPr>
        <w:t xml:space="preserve"> </w:t>
      </w:r>
      <w:r w:rsidRPr="00987F03">
        <w:rPr>
          <w:sz w:val="22"/>
          <w:rtl/>
        </w:rPr>
        <w:t>باقی</w:t>
      </w:r>
      <w:r w:rsidRPr="00987F03">
        <w:rPr>
          <w:sz w:val="22"/>
        </w:rPr>
        <w:t xml:space="preserve"> </w:t>
      </w:r>
      <w:r w:rsidRPr="00987F03">
        <w:rPr>
          <w:sz w:val="22"/>
          <w:rtl/>
        </w:rPr>
        <w:t>می</w:t>
      </w:r>
      <w:r w:rsidRPr="00987F03">
        <w:rPr>
          <w:sz w:val="22"/>
        </w:rPr>
        <w:t>‌</w:t>
      </w:r>
      <w:r w:rsidRPr="00987F03">
        <w:rPr>
          <w:sz w:val="22"/>
          <w:rtl/>
        </w:rPr>
        <w:t>گذاشت</w:t>
      </w:r>
      <w:r w:rsidRPr="00987F03">
        <w:rPr>
          <w:sz w:val="22"/>
        </w:rPr>
        <w:t>.</w:t>
      </w:r>
    </w:p>
    <w:p w:rsidR="009F3B78" w:rsidRPr="00987F03" w:rsidRDefault="00987F03" w:rsidP="00987F03">
      <w:pPr>
        <w:bidi/>
        <w:ind w:firstLine="720"/>
        <w:rPr>
          <w:sz w:val="22"/>
        </w:rPr>
      </w:pPr>
      <w:r w:rsidRPr="00987F03">
        <w:rPr>
          <w:sz w:val="22"/>
          <w:rtl/>
        </w:rPr>
        <w:t>فاتحان</w:t>
      </w:r>
      <w:r w:rsidRPr="00987F03">
        <w:rPr>
          <w:sz w:val="22"/>
        </w:rPr>
        <w:t xml:space="preserve"> </w:t>
      </w:r>
      <w:r w:rsidRPr="00987F03">
        <w:rPr>
          <w:sz w:val="22"/>
          <w:rtl/>
        </w:rPr>
        <w:t>در</w:t>
      </w:r>
      <w:r w:rsidRPr="00987F03">
        <w:rPr>
          <w:sz w:val="22"/>
        </w:rPr>
        <w:t xml:space="preserve"> </w:t>
      </w:r>
      <w:r w:rsidRPr="00987F03">
        <w:rPr>
          <w:sz w:val="22"/>
          <w:rtl/>
        </w:rPr>
        <w:t>آغاز</w:t>
      </w:r>
      <w:r w:rsidRPr="00987F03">
        <w:rPr>
          <w:sz w:val="22"/>
        </w:rPr>
        <w:t xml:space="preserve"> </w:t>
      </w:r>
      <w:r w:rsidRPr="00987F03">
        <w:rPr>
          <w:sz w:val="22"/>
          <w:rtl/>
        </w:rPr>
        <w:t>با</w:t>
      </w:r>
      <w:r w:rsidRPr="00987F03">
        <w:rPr>
          <w:sz w:val="22"/>
        </w:rPr>
        <w:t xml:space="preserve"> </w:t>
      </w:r>
      <w:r w:rsidRPr="00987F03">
        <w:rPr>
          <w:sz w:val="22"/>
          <w:rtl/>
        </w:rPr>
        <w:t>مسئله</w:t>
      </w:r>
      <w:r w:rsidRPr="00987F03">
        <w:rPr>
          <w:sz w:val="22"/>
        </w:rPr>
        <w:t>‌</w:t>
      </w:r>
      <w:r w:rsidRPr="00987F03">
        <w:rPr>
          <w:sz w:val="22"/>
          <w:rtl/>
        </w:rPr>
        <w:t>ای</w:t>
      </w:r>
      <w:r w:rsidRPr="00987F03">
        <w:rPr>
          <w:sz w:val="22"/>
        </w:rPr>
        <w:t xml:space="preserve"> </w:t>
      </w:r>
      <w:r w:rsidRPr="00987F03">
        <w:rPr>
          <w:sz w:val="22"/>
          <w:rtl/>
        </w:rPr>
        <w:t>دیگر</w:t>
      </w:r>
      <w:r w:rsidRPr="00987F03">
        <w:rPr>
          <w:sz w:val="22"/>
        </w:rPr>
        <w:t xml:space="preserve"> </w:t>
      </w:r>
      <w:r w:rsidRPr="00987F03">
        <w:rPr>
          <w:sz w:val="22"/>
          <w:rtl/>
        </w:rPr>
        <w:t>نیز</w:t>
      </w:r>
      <w:r w:rsidRPr="00987F03">
        <w:rPr>
          <w:sz w:val="22"/>
        </w:rPr>
        <w:t xml:space="preserve"> </w:t>
      </w:r>
      <w:r w:rsidRPr="00987F03">
        <w:rPr>
          <w:sz w:val="22"/>
          <w:rtl/>
        </w:rPr>
        <w:t>روبه</w:t>
      </w:r>
      <w:r w:rsidRPr="00987F03">
        <w:rPr>
          <w:sz w:val="22"/>
        </w:rPr>
        <w:t>‌</w:t>
      </w:r>
      <w:r w:rsidRPr="00987F03">
        <w:rPr>
          <w:sz w:val="22"/>
          <w:rtl/>
        </w:rPr>
        <w:t>رو</w:t>
      </w:r>
      <w:r w:rsidRPr="00987F03">
        <w:rPr>
          <w:sz w:val="22"/>
        </w:rPr>
        <w:t xml:space="preserve"> </w:t>
      </w:r>
      <w:r w:rsidRPr="00987F03">
        <w:rPr>
          <w:sz w:val="22"/>
          <w:rtl/>
        </w:rPr>
        <w:t>بودند</w:t>
      </w:r>
      <w:r w:rsidRPr="00987F03">
        <w:rPr>
          <w:sz w:val="22"/>
        </w:rPr>
        <w:t xml:space="preserve">: </w:t>
      </w:r>
      <w:r w:rsidRPr="00987F03">
        <w:rPr>
          <w:sz w:val="22"/>
          <w:rtl/>
        </w:rPr>
        <w:t>اگر</w:t>
      </w:r>
      <w:r w:rsidRPr="00987F03">
        <w:rPr>
          <w:sz w:val="22"/>
        </w:rPr>
        <w:t xml:space="preserve"> </w:t>
      </w:r>
      <w:r w:rsidRPr="00987F03">
        <w:rPr>
          <w:sz w:val="22"/>
          <w:rtl/>
        </w:rPr>
        <w:t>جنگاوران</w:t>
      </w:r>
      <w:r w:rsidRPr="00987F03">
        <w:rPr>
          <w:sz w:val="22"/>
        </w:rPr>
        <w:t xml:space="preserve"> </w:t>
      </w:r>
      <w:r w:rsidRPr="00987F03">
        <w:rPr>
          <w:sz w:val="22"/>
          <w:rtl/>
        </w:rPr>
        <w:t>عرب</w:t>
      </w:r>
      <w:r w:rsidRPr="00987F03">
        <w:rPr>
          <w:sz w:val="22"/>
        </w:rPr>
        <w:t xml:space="preserve"> </w:t>
      </w:r>
      <w:r w:rsidRPr="00987F03">
        <w:rPr>
          <w:sz w:val="22"/>
          <w:rtl/>
        </w:rPr>
        <w:t>در</w:t>
      </w:r>
      <w:r w:rsidRPr="00987F03">
        <w:rPr>
          <w:sz w:val="22"/>
        </w:rPr>
        <w:t xml:space="preserve"> </w:t>
      </w:r>
      <w:r w:rsidRPr="00987F03">
        <w:rPr>
          <w:sz w:val="22"/>
          <w:rtl/>
        </w:rPr>
        <w:t>میان</w:t>
      </w:r>
      <w:r w:rsidRPr="00987F03">
        <w:rPr>
          <w:sz w:val="22"/>
        </w:rPr>
        <w:t xml:space="preserve"> </w:t>
      </w:r>
      <w:r w:rsidRPr="00987F03">
        <w:rPr>
          <w:sz w:val="22"/>
          <w:rtl/>
        </w:rPr>
        <w:t>مردم</w:t>
      </w:r>
      <w:r w:rsidRPr="00987F03">
        <w:rPr>
          <w:sz w:val="22"/>
        </w:rPr>
        <w:t xml:space="preserve"> </w:t>
      </w:r>
      <w:r w:rsidRPr="00987F03">
        <w:rPr>
          <w:sz w:val="22"/>
          <w:rtl/>
        </w:rPr>
        <w:t>سرزمین</w:t>
      </w:r>
      <w:r w:rsidRPr="00987F03">
        <w:rPr>
          <w:sz w:val="22"/>
        </w:rPr>
        <w:t>‌</w:t>
      </w:r>
      <w:r w:rsidRPr="00987F03">
        <w:rPr>
          <w:sz w:val="22"/>
          <w:rtl/>
        </w:rPr>
        <w:t>های</w:t>
      </w:r>
      <w:r w:rsidRPr="00987F03">
        <w:rPr>
          <w:sz w:val="22"/>
        </w:rPr>
        <w:t xml:space="preserve"> </w:t>
      </w:r>
      <w:r w:rsidRPr="00987F03">
        <w:rPr>
          <w:sz w:val="22"/>
          <w:rtl/>
        </w:rPr>
        <w:t>فتح</w:t>
      </w:r>
      <w:r w:rsidRPr="00987F03">
        <w:rPr>
          <w:sz w:val="22"/>
        </w:rPr>
        <w:t>‌</w:t>
      </w:r>
      <w:r w:rsidRPr="00987F03">
        <w:rPr>
          <w:sz w:val="22"/>
          <w:rtl/>
        </w:rPr>
        <w:t>شده</w:t>
      </w:r>
      <w:r w:rsidRPr="00987F03">
        <w:rPr>
          <w:sz w:val="22"/>
        </w:rPr>
        <w:t xml:space="preserve"> </w:t>
      </w:r>
      <w:r w:rsidRPr="00987F03">
        <w:rPr>
          <w:sz w:val="22"/>
          <w:rtl/>
        </w:rPr>
        <w:t>پراکنده</w:t>
      </w:r>
      <w:r w:rsidRPr="00987F03">
        <w:rPr>
          <w:sz w:val="22"/>
        </w:rPr>
        <w:t xml:space="preserve"> </w:t>
      </w:r>
      <w:r w:rsidRPr="00987F03">
        <w:rPr>
          <w:sz w:val="22"/>
          <w:rtl/>
        </w:rPr>
        <w:t>می</w:t>
      </w:r>
      <w:r w:rsidRPr="00987F03">
        <w:rPr>
          <w:sz w:val="22"/>
        </w:rPr>
        <w:t>‌</w:t>
      </w:r>
      <w:r w:rsidRPr="00987F03">
        <w:rPr>
          <w:sz w:val="22"/>
          <w:rtl/>
        </w:rPr>
        <w:t>شدند</w:t>
      </w:r>
      <w:r w:rsidRPr="00987F03">
        <w:rPr>
          <w:sz w:val="22"/>
        </w:rPr>
        <w:t xml:space="preserve"> </w:t>
      </w:r>
      <w:r w:rsidRPr="00987F03">
        <w:rPr>
          <w:sz w:val="22"/>
          <w:rtl/>
        </w:rPr>
        <w:t>و</w:t>
      </w:r>
      <w:r w:rsidRPr="00987F03">
        <w:rPr>
          <w:sz w:val="22"/>
        </w:rPr>
        <w:t xml:space="preserve"> </w:t>
      </w:r>
      <w:r w:rsidRPr="00987F03">
        <w:rPr>
          <w:sz w:val="22"/>
          <w:rtl/>
        </w:rPr>
        <w:t>به</w:t>
      </w:r>
      <w:r w:rsidRPr="00987F03">
        <w:rPr>
          <w:sz w:val="22"/>
        </w:rPr>
        <w:t xml:space="preserve"> </w:t>
      </w:r>
      <w:r w:rsidRPr="00987F03">
        <w:rPr>
          <w:sz w:val="22"/>
          <w:rtl/>
        </w:rPr>
        <w:t>کشاورزی</w:t>
      </w:r>
      <w:r w:rsidRPr="00987F03">
        <w:rPr>
          <w:sz w:val="22"/>
        </w:rPr>
        <w:t xml:space="preserve"> </w:t>
      </w:r>
      <w:r w:rsidRPr="00987F03">
        <w:rPr>
          <w:sz w:val="22"/>
          <w:rtl/>
        </w:rPr>
        <w:t>و</w:t>
      </w:r>
      <w:r w:rsidRPr="00987F03">
        <w:rPr>
          <w:sz w:val="22"/>
        </w:rPr>
        <w:t xml:space="preserve"> </w:t>
      </w:r>
      <w:r w:rsidRPr="00987F03">
        <w:rPr>
          <w:sz w:val="22"/>
          <w:rtl/>
        </w:rPr>
        <w:t>تجارت</w:t>
      </w:r>
      <w:r w:rsidRPr="00987F03">
        <w:rPr>
          <w:sz w:val="22"/>
        </w:rPr>
        <w:t xml:space="preserve"> </w:t>
      </w:r>
      <w:r w:rsidRPr="00987F03">
        <w:rPr>
          <w:sz w:val="22"/>
          <w:rtl/>
        </w:rPr>
        <w:t>می</w:t>
      </w:r>
      <w:r w:rsidRPr="00987F03">
        <w:rPr>
          <w:sz w:val="22"/>
        </w:rPr>
        <w:t>‌</w:t>
      </w:r>
      <w:r w:rsidRPr="00987F03">
        <w:rPr>
          <w:sz w:val="22"/>
          <w:rtl/>
        </w:rPr>
        <w:t>پرداختند،</w:t>
      </w:r>
      <w:r w:rsidRPr="00987F03">
        <w:rPr>
          <w:sz w:val="22"/>
        </w:rPr>
        <w:t xml:space="preserve"> </w:t>
      </w:r>
      <w:r w:rsidRPr="00987F03">
        <w:rPr>
          <w:sz w:val="22"/>
          <w:rtl/>
        </w:rPr>
        <w:t>قشون</w:t>
      </w:r>
      <w:r w:rsidRPr="00987F03">
        <w:rPr>
          <w:sz w:val="22"/>
        </w:rPr>
        <w:t xml:space="preserve"> </w:t>
      </w:r>
      <w:r w:rsidRPr="00987F03">
        <w:rPr>
          <w:sz w:val="22"/>
          <w:rtl/>
        </w:rPr>
        <w:t>یکپارچگی</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دست</w:t>
      </w:r>
      <w:r w:rsidRPr="00987F03">
        <w:rPr>
          <w:sz w:val="22"/>
        </w:rPr>
        <w:t xml:space="preserve"> </w:t>
      </w:r>
      <w:r w:rsidRPr="00987F03">
        <w:rPr>
          <w:sz w:val="22"/>
          <w:rtl/>
        </w:rPr>
        <w:t>می</w:t>
      </w:r>
      <w:r w:rsidRPr="00987F03">
        <w:rPr>
          <w:sz w:val="22"/>
        </w:rPr>
        <w:t>‌</w:t>
      </w:r>
      <w:r w:rsidRPr="00987F03">
        <w:rPr>
          <w:sz w:val="22"/>
          <w:rtl/>
        </w:rPr>
        <w:t>داد</w:t>
      </w:r>
      <w:r w:rsidRPr="00987F03">
        <w:rPr>
          <w:sz w:val="22"/>
        </w:rPr>
        <w:t xml:space="preserve">. </w:t>
      </w:r>
      <w:r w:rsidRPr="00987F03">
        <w:rPr>
          <w:sz w:val="22"/>
          <w:rtl/>
        </w:rPr>
        <w:t>حکومت</w:t>
      </w:r>
      <w:r w:rsidRPr="00987F03">
        <w:rPr>
          <w:sz w:val="22"/>
        </w:rPr>
        <w:t xml:space="preserve"> </w:t>
      </w:r>
      <w:r w:rsidRPr="00987F03">
        <w:rPr>
          <w:sz w:val="22"/>
          <w:rtl/>
        </w:rPr>
        <w:t>برای</w:t>
      </w:r>
      <w:r w:rsidRPr="00987F03">
        <w:rPr>
          <w:sz w:val="22"/>
        </w:rPr>
        <w:t xml:space="preserve"> </w:t>
      </w:r>
      <w:r w:rsidRPr="00987F03">
        <w:rPr>
          <w:sz w:val="22"/>
          <w:rtl/>
        </w:rPr>
        <w:t>ادامهٔ</w:t>
      </w:r>
      <w:r w:rsidRPr="00987F03">
        <w:rPr>
          <w:sz w:val="22"/>
        </w:rPr>
        <w:t xml:space="preserve"> </w:t>
      </w:r>
      <w:r w:rsidRPr="00987F03">
        <w:rPr>
          <w:sz w:val="22"/>
          <w:rtl/>
        </w:rPr>
        <w:t>فتوحات</w:t>
      </w:r>
      <w:r w:rsidRPr="00987F03">
        <w:rPr>
          <w:sz w:val="22"/>
        </w:rPr>
        <w:t xml:space="preserve"> </w:t>
      </w:r>
      <w:r w:rsidRPr="00987F03">
        <w:rPr>
          <w:sz w:val="22"/>
          <w:rtl/>
        </w:rPr>
        <w:t>به</w:t>
      </w:r>
      <w:r w:rsidRPr="00987F03">
        <w:rPr>
          <w:sz w:val="22"/>
        </w:rPr>
        <w:t xml:space="preserve"> </w:t>
      </w:r>
      <w:r w:rsidRPr="00987F03">
        <w:rPr>
          <w:sz w:val="22"/>
          <w:rtl/>
        </w:rPr>
        <w:t>نیرویی</w:t>
      </w:r>
      <w:r w:rsidRPr="00987F03">
        <w:rPr>
          <w:sz w:val="22"/>
        </w:rPr>
        <w:t xml:space="preserve"> </w:t>
      </w:r>
      <w:r w:rsidRPr="00987F03">
        <w:rPr>
          <w:sz w:val="22"/>
          <w:rtl/>
        </w:rPr>
        <w:t>نیاز</w:t>
      </w:r>
      <w:r w:rsidRPr="00987F03">
        <w:rPr>
          <w:sz w:val="22"/>
        </w:rPr>
        <w:t xml:space="preserve"> </w:t>
      </w:r>
      <w:r w:rsidRPr="00987F03">
        <w:rPr>
          <w:sz w:val="22"/>
          <w:rtl/>
        </w:rPr>
        <w:t>داشت</w:t>
      </w:r>
      <w:r w:rsidRPr="00987F03">
        <w:rPr>
          <w:sz w:val="22"/>
        </w:rPr>
        <w:t xml:space="preserve"> </w:t>
      </w:r>
      <w:r w:rsidRPr="00987F03">
        <w:rPr>
          <w:sz w:val="22"/>
          <w:rtl/>
        </w:rPr>
        <w:t>که</w:t>
      </w:r>
      <w:r w:rsidRPr="00987F03">
        <w:rPr>
          <w:sz w:val="22"/>
        </w:rPr>
        <w:t xml:space="preserve"> </w:t>
      </w:r>
      <w:r w:rsidRPr="00987F03">
        <w:rPr>
          <w:sz w:val="22"/>
          <w:rtl/>
        </w:rPr>
        <w:t>از</w:t>
      </w:r>
      <w:r w:rsidRPr="00987F03">
        <w:rPr>
          <w:sz w:val="22"/>
        </w:rPr>
        <w:t xml:space="preserve"> </w:t>
      </w:r>
      <w:r w:rsidRPr="00987F03">
        <w:rPr>
          <w:sz w:val="22"/>
          <w:rtl/>
        </w:rPr>
        <w:t>زندگی</w:t>
      </w:r>
      <w:r w:rsidRPr="00987F03">
        <w:rPr>
          <w:sz w:val="22"/>
        </w:rPr>
        <w:t xml:space="preserve"> </w:t>
      </w:r>
      <w:r w:rsidRPr="00987F03">
        <w:rPr>
          <w:sz w:val="22"/>
          <w:rtl/>
        </w:rPr>
        <w:t>روزانهٔ</w:t>
      </w:r>
      <w:r w:rsidRPr="00987F03">
        <w:rPr>
          <w:sz w:val="22"/>
        </w:rPr>
        <w:t xml:space="preserve"> </w:t>
      </w:r>
      <w:r w:rsidRPr="00987F03">
        <w:rPr>
          <w:sz w:val="22"/>
          <w:rtl/>
        </w:rPr>
        <w:t>مردم</w:t>
      </w:r>
      <w:r w:rsidRPr="00987F03">
        <w:rPr>
          <w:sz w:val="22"/>
        </w:rPr>
        <w:t xml:space="preserve"> </w:t>
      </w:r>
      <w:r w:rsidRPr="00987F03">
        <w:rPr>
          <w:sz w:val="22"/>
          <w:rtl/>
        </w:rPr>
        <w:t>جدا</w:t>
      </w:r>
      <w:r w:rsidRPr="00987F03">
        <w:rPr>
          <w:sz w:val="22"/>
        </w:rPr>
        <w:t xml:space="preserve"> </w:t>
      </w:r>
      <w:r w:rsidRPr="00987F03">
        <w:rPr>
          <w:sz w:val="22"/>
          <w:rtl/>
        </w:rPr>
        <w:t>بماند،</w:t>
      </w:r>
      <w:r w:rsidRPr="00987F03">
        <w:rPr>
          <w:sz w:val="22"/>
        </w:rPr>
        <w:t xml:space="preserve"> </w:t>
      </w:r>
      <w:r w:rsidRPr="00987F03">
        <w:rPr>
          <w:sz w:val="22"/>
          <w:rtl/>
        </w:rPr>
        <w:t>مواجب</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خزانه</w:t>
      </w:r>
      <w:r w:rsidRPr="00987F03">
        <w:rPr>
          <w:sz w:val="22"/>
        </w:rPr>
        <w:t xml:space="preserve"> </w:t>
      </w:r>
      <w:r w:rsidRPr="00987F03">
        <w:rPr>
          <w:sz w:val="22"/>
          <w:rtl/>
        </w:rPr>
        <w:t>بگیرد</w:t>
      </w:r>
      <w:r w:rsidRPr="00987F03">
        <w:rPr>
          <w:sz w:val="22"/>
        </w:rPr>
        <w:t xml:space="preserve"> </w:t>
      </w:r>
      <w:r w:rsidRPr="00987F03">
        <w:rPr>
          <w:sz w:val="22"/>
          <w:rtl/>
        </w:rPr>
        <w:t>و</w:t>
      </w:r>
      <w:r w:rsidRPr="00987F03">
        <w:rPr>
          <w:sz w:val="22"/>
        </w:rPr>
        <w:t xml:space="preserve"> </w:t>
      </w:r>
      <w:r w:rsidRPr="00987F03">
        <w:rPr>
          <w:sz w:val="22"/>
          <w:rtl/>
        </w:rPr>
        <w:t>هر</w:t>
      </w:r>
      <w:r w:rsidRPr="00987F03">
        <w:rPr>
          <w:sz w:val="22"/>
        </w:rPr>
        <w:t xml:space="preserve"> </w:t>
      </w:r>
      <w:r w:rsidRPr="00987F03">
        <w:rPr>
          <w:sz w:val="22"/>
          <w:rtl/>
        </w:rPr>
        <w:t>زمان</w:t>
      </w:r>
      <w:r w:rsidRPr="00987F03">
        <w:rPr>
          <w:sz w:val="22"/>
        </w:rPr>
        <w:t xml:space="preserve"> </w:t>
      </w:r>
      <w:r w:rsidRPr="00987F03">
        <w:rPr>
          <w:sz w:val="22"/>
          <w:rtl/>
        </w:rPr>
        <w:t>فرمان</w:t>
      </w:r>
      <w:r w:rsidRPr="00987F03">
        <w:rPr>
          <w:sz w:val="22"/>
        </w:rPr>
        <w:t xml:space="preserve"> </w:t>
      </w:r>
      <w:r w:rsidRPr="00987F03">
        <w:rPr>
          <w:sz w:val="22"/>
          <w:rtl/>
        </w:rPr>
        <w:t>رسید</w:t>
      </w:r>
      <w:r w:rsidRPr="00987F03">
        <w:rPr>
          <w:sz w:val="22"/>
        </w:rPr>
        <w:t xml:space="preserve"> </w:t>
      </w:r>
      <w:r w:rsidRPr="00987F03">
        <w:rPr>
          <w:sz w:val="22"/>
          <w:rtl/>
        </w:rPr>
        <w:t>حرکت</w:t>
      </w:r>
      <w:r w:rsidRPr="00987F03">
        <w:rPr>
          <w:sz w:val="22"/>
        </w:rPr>
        <w:t xml:space="preserve"> </w:t>
      </w:r>
      <w:r w:rsidRPr="00987F03">
        <w:rPr>
          <w:sz w:val="22"/>
          <w:rtl/>
        </w:rPr>
        <w:t>کند</w:t>
      </w:r>
      <w:r w:rsidRPr="00987F03">
        <w:rPr>
          <w:sz w:val="22"/>
        </w:rPr>
        <w:t>.</w:t>
      </w:r>
    </w:p>
    <w:p w:rsidR="009F3B78" w:rsidRPr="00987F03" w:rsidRDefault="00987F03" w:rsidP="00987F03">
      <w:pPr>
        <w:bidi/>
        <w:ind w:firstLine="720"/>
        <w:rPr>
          <w:sz w:val="22"/>
        </w:rPr>
      </w:pPr>
      <w:r w:rsidRPr="00987F03">
        <w:rPr>
          <w:sz w:val="22"/>
          <w:rtl/>
        </w:rPr>
        <w:t>از</w:t>
      </w:r>
      <w:r w:rsidRPr="00987F03">
        <w:rPr>
          <w:sz w:val="22"/>
        </w:rPr>
        <w:t xml:space="preserve"> </w:t>
      </w:r>
      <w:r w:rsidRPr="00987F03">
        <w:rPr>
          <w:sz w:val="22"/>
          <w:rtl/>
        </w:rPr>
        <w:t>همین</w:t>
      </w:r>
      <w:r w:rsidRPr="00987F03">
        <w:rPr>
          <w:sz w:val="22"/>
        </w:rPr>
        <w:t xml:space="preserve"> </w:t>
      </w:r>
      <w:r w:rsidRPr="00987F03">
        <w:rPr>
          <w:sz w:val="22"/>
          <w:rtl/>
        </w:rPr>
        <w:t>رو،</w:t>
      </w:r>
      <w:r w:rsidRPr="00987F03">
        <w:rPr>
          <w:sz w:val="22"/>
        </w:rPr>
        <w:t xml:space="preserve"> </w:t>
      </w:r>
      <w:r w:rsidRPr="00987F03">
        <w:rPr>
          <w:sz w:val="22"/>
          <w:rtl/>
        </w:rPr>
        <w:t>شهرهای</w:t>
      </w:r>
      <w:r w:rsidRPr="00987F03">
        <w:rPr>
          <w:sz w:val="22"/>
        </w:rPr>
        <w:t xml:space="preserve"> </w:t>
      </w:r>
      <w:r w:rsidRPr="00987F03">
        <w:rPr>
          <w:sz w:val="22"/>
          <w:rtl/>
        </w:rPr>
        <w:t>اردوگاهی</w:t>
      </w:r>
      <w:r w:rsidRPr="00987F03">
        <w:rPr>
          <w:sz w:val="22"/>
        </w:rPr>
        <w:t xml:space="preserve"> </w:t>
      </w:r>
      <w:r w:rsidRPr="00987F03">
        <w:rPr>
          <w:sz w:val="22"/>
          <w:rtl/>
        </w:rPr>
        <w:t>مانند</w:t>
      </w:r>
      <w:r w:rsidRPr="00987F03">
        <w:rPr>
          <w:sz w:val="22"/>
        </w:rPr>
        <w:t xml:space="preserve"> </w:t>
      </w:r>
      <w:r w:rsidRPr="00987F03">
        <w:rPr>
          <w:sz w:val="22"/>
          <w:rtl/>
        </w:rPr>
        <w:t>کوفه</w:t>
      </w:r>
      <w:r w:rsidRPr="00987F03">
        <w:rPr>
          <w:sz w:val="22"/>
        </w:rPr>
        <w:t xml:space="preserve"> </w:t>
      </w:r>
      <w:r w:rsidRPr="00987F03">
        <w:rPr>
          <w:sz w:val="22"/>
          <w:rtl/>
        </w:rPr>
        <w:t>و</w:t>
      </w:r>
      <w:r w:rsidRPr="00987F03">
        <w:rPr>
          <w:sz w:val="22"/>
        </w:rPr>
        <w:t xml:space="preserve"> </w:t>
      </w:r>
      <w:r w:rsidRPr="00987F03">
        <w:rPr>
          <w:sz w:val="22"/>
          <w:rtl/>
        </w:rPr>
        <w:t>بصره</w:t>
      </w:r>
      <w:r w:rsidRPr="00987F03">
        <w:rPr>
          <w:sz w:val="22"/>
        </w:rPr>
        <w:t xml:space="preserve"> </w:t>
      </w:r>
      <w:r w:rsidRPr="00987F03">
        <w:rPr>
          <w:sz w:val="22"/>
          <w:rtl/>
        </w:rPr>
        <w:t>اهمیت</w:t>
      </w:r>
      <w:r w:rsidRPr="00987F03">
        <w:rPr>
          <w:sz w:val="22"/>
        </w:rPr>
        <w:t xml:space="preserve"> </w:t>
      </w:r>
      <w:r w:rsidRPr="00987F03">
        <w:rPr>
          <w:sz w:val="22"/>
          <w:rtl/>
        </w:rPr>
        <w:t>یافتند</w:t>
      </w:r>
      <w:r w:rsidRPr="00987F03">
        <w:rPr>
          <w:sz w:val="22"/>
        </w:rPr>
        <w:t xml:space="preserve">. </w:t>
      </w:r>
      <w:r w:rsidRPr="00987F03">
        <w:rPr>
          <w:sz w:val="22"/>
          <w:rtl/>
        </w:rPr>
        <w:t>این</w:t>
      </w:r>
      <w:r w:rsidRPr="00987F03">
        <w:rPr>
          <w:sz w:val="22"/>
        </w:rPr>
        <w:t xml:space="preserve"> </w:t>
      </w:r>
      <w:r w:rsidRPr="00987F03">
        <w:rPr>
          <w:sz w:val="22"/>
          <w:rtl/>
        </w:rPr>
        <w:t>شهرها</w:t>
      </w:r>
      <w:r w:rsidRPr="00987F03">
        <w:rPr>
          <w:sz w:val="22"/>
        </w:rPr>
        <w:t xml:space="preserve"> </w:t>
      </w:r>
      <w:r w:rsidRPr="00987F03">
        <w:rPr>
          <w:sz w:val="22"/>
          <w:rtl/>
        </w:rPr>
        <w:t>در</w:t>
      </w:r>
      <w:r w:rsidRPr="00987F03">
        <w:rPr>
          <w:sz w:val="22"/>
        </w:rPr>
        <w:t xml:space="preserve"> </w:t>
      </w:r>
      <w:r w:rsidRPr="00987F03">
        <w:rPr>
          <w:sz w:val="22"/>
          <w:rtl/>
        </w:rPr>
        <w:t>بیرون</w:t>
      </w:r>
      <w:r w:rsidRPr="00987F03">
        <w:rPr>
          <w:sz w:val="22"/>
        </w:rPr>
        <w:t xml:space="preserve"> </w:t>
      </w:r>
      <w:r w:rsidRPr="00987F03">
        <w:rPr>
          <w:sz w:val="22"/>
          <w:rtl/>
        </w:rPr>
        <w:t>از</w:t>
      </w:r>
      <w:r w:rsidRPr="00987F03">
        <w:rPr>
          <w:sz w:val="22"/>
        </w:rPr>
        <w:t xml:space="preserve"> </w:t>
      </w:r>
      <w:r w:rsidRPr="00987F03">
        <w:rPr>
          <w:sz w:val="22"/>
          <w:rtl/>
        </w:rPr>
        <w:t>بافت</w:t>
      </w:r>
      <w:r w:rsidRPr="00987F03">
        <w:rPr>
          <w:sz w:val="22"/>
        </w:rPr>
        <w:t xml:space="preserve"> </w:t>
      </w:r>
      <w:r w:rsidRPr="00987F03">
        <w:rPr>
          <w:sz w:val="22"/>
          <w:rtl/>
        </w:rPr>
        <w:t>اصلی</w:t>
      </w:r>
      <w:r w:rsidRPr="00987F03">
        <w:rPr>
          <w:sz w:val="22"/>
        </w:rPr>
        <w:t xml:space="preserve"> </w:t>
      </w:r>
      <w:r w:rsidRPr="00987F03">
        <w:rPr>
          <w:sz w:val="22"/>
          <w:rtl/>
        </w:rPr>
        <w:t>شهرهای</w:t>
      </w:r>
      <w:r w:rsidRPr="00987F03">
        <w:rPr>
          <w:sz w:val="22"/>
        </w:rPr>
        <w:t xml:space="preserve"> </w:t>
      </w:r>
      <w:r w:rsidRPr="00987F03">
        <w:rPr>
          <w:sz w:val="22"/>
          <w:rtl/>
        </w:rPr>
        <w:t>ایرانی</w:t>
      </w:r>
      <w:r w:rsidRPr="00987F03">
        <w:rPr>
          <w:sz w:val="22"/>
        </w:rPr>
        <w:t xml:space="preserve"> </w:t>
      </w:r>
      <w:r w:rsidRPr="00987F03">
        <w:rPr>
          <w:sz w:val="22"/>
          <w:rtl/>
        </w:rPr>
        <w:t>و</w:t>
      </w:r>
      <w:r w:rsidRPr="00987F03">
        <w:rPr>
          <w:sz w:val="22"/>
        </w:rPr>
        <w:t xml:space="preserve"> </w:t>
      </w:r>
      <w:r w:rsidRPr="00987F03">
        <w:rPr>
          <w:sz w:val="22"/>
          <w:rtl/>
        </w:rPr>
        <w:t>بر</w:t>
      </w:r>
      <w:r w:rsidRPr="00987F03">
        <w:rPr>
          <w:sz w:val="22"/>
        </w:rPr>
        <w:t xml:space="preserve"> </w:t>
      </w:r>
      <w:r w:rsidRPr="00987F03">
        <w:rPr>
          <w:sz w:val="22"/>
          <w:rtl/>
        </w:rPr>
        <w:t>پایهٔ</w:t>
      </w:r>
      <w:r w:rsidRPr="00987F03">
        <w:rPr>
          <w:sz w:val="22"/>
        </w:rPr>
        <w:t xml:space="preserve"> </w:t>
      </w:r>
      <w:r w:rsidRPr="00987F03">
        <w:rPr>
          <w:sz w:val="22"/>
          <w:rtl/>
        </w:rPr>
        <w:t>استقرار</w:t>
      </w:r>
      <w:r w:rsidRPr="00987F03">
        <w:rPr>
          <w:sz w:val="22"/>
        </w:rPr>
        <w:t xml:space="preserve"> </w:t>
      </w:r>
      <w:r w:rsidRPr="00987F03">
        <w:rPr>
          <w:sz w:val="22"/>
          <w:rtl/>
        </w:rPr>
        <w:t>قبایل</w:t>
      </w:r>
      <w:r w:rsidRPr="00987F03">
        <w:rPr>
          <w:sz w:val="22"/>
        </w:rPr>
        <w:t xml:space="preserve"> </w:t>
      </w:r>
      <w:r w:rsidRPr="00987F03">
        <w:rPr>
          <w:sz w:val="22"/>
          <w:rtl/>
        </w:rPr>
        <w:t>عرب</w:t>
      </w:r>
      <w:r w:rsidRPr="00987F03">
        <w:rPr>
          <w:sz w:val="22"/>
        </w:rPr>
        <w:t xml:space="preserve"> </w:t>
      </w:r>
      <w:r w:rsidRPr="00987F03">
        <w:rPr>
          <w:sz w:val="22"/>
          <w:rtl/>
        </w:rPr>
        <w:t>شکل</w:t>
      </w:r>
      <w:r w:rsidRPr="00987F03">
        <w:rPr>
          <w:sz w:val="22"/>
        </w:rPr>
        <w:t xml:space="preserve"> </w:t>
      </w:r>
      <w:r w:rsidRPr="00987F03">
        <w:rPr>
          <w:sz w:val="22"/>
          <w:rtl/>
        </w:rPr>
        <w:t>گرفتند</w:t>
      </w:r>
      <w:r w:rsidRPr="00987F03">
        <w:rPr>
          <w:sz w:val="22"/>
        </w:rPr>
        <w:t xml:space="preserve">. </w:t>
      </w:r>
      <w:r w:rsidRPr="00987F03">
        <w:rPr>
          <w:sz w:val="22"/>
          <w:rtl/>
        </w:rPr>
        <w:t>جنگاوران</w:t>
      </w:r>
      <w:r w:rsidRPr="00987F03">
        <w:rPr>
          <w:sz w:val="22"/>
        </w:rPr>
        <w:t xml:space="preserve"> </w:t>
      </w:r>
      <w:r w:rsidRPr="00987F03">
        <w:rPr>
          <w:sz w:val="22"/>
          <w:rtl/>
        </w:rPr>
        <w:t>در</w:t>
      </w:r>
      <w:r w:rsidRPr="00987F03">
        <w:rPr>
          <w:sz w:val="22"/>
        </w:rPr>
        <w:t xml:space="preserve"> </w:t>
      </w:r>
      <w:r w:rsidRPr="00987F03">
        <w:rPr>
          <w:sz w:val="22"/>
          <w:rtl/>
        </w:rPr>
        <w:t>آنها</w:t>
      </w:r>
      <w:r w:rsidRPr="00987F03">
        <w:rPr>
          <w:sz w:val="22"/>
        </w:rPr>
        <w:t xml:space="preserve"> </w:t>
      </w:r>
      <w:r w:rsidRPr="00987F03">
        <w:rPr>
          <w:sz w:val="22"/>
          <w:rtl/>
        </w:rPr>
        <w:t>بر</w:t>
      </w:r>
      <w:r w:rsidRPr="00987F03">
        <w:rPr>
          <w:sz w:val="22"/>
        </w:rPr>
        <w:t xml:space="preserve"> </w:t>
      </w:r>
      <w:r w:rsidRPr="00987F03">
        <w:rPr>
          <w:sz w:val="22"/>
          <w:rtl/>
        </w:rPr>
        <w:t>اساس</w:t>
      </w:r>
      <w:r w:rsidRPr="00987F03">
        <w:rPr>
          <w:sz w:val="22"/>
        </w:rPr>
        <w:t xml:space="preserve"> </w:t>
      </w:r>
      <w:r w:rsidRPr="00987F03">
        <w:rPr>
          <w:sz w:val="22"/>
          <w:rtl/>
        </w:rPr>
        <w:t>پیوندهای</w:t>
      </w:r>
      <w:r w:rsidRPr="00987F03">
        <w:rPr>
          <w:sz w:val="22"/>
        </w:rPr>
        <w:t xml:space="preserve"> </w:t>
      </w:r>
      <w:r w:rsidRPr="00987F03">
        <w:rPr>
          <w:sz w:val="22"/>
          <w:rtl/>
        </w:rPr>
        <w:t>قبیله</w:t>
      </w:r>
      <w:r w:rsidRPr="00987F03">
        <w:rPr>
          <w:sz w:val="22"/>
        </w:rPr>
        <w:t>‌</w:t>
      </w:r>
      <w:r w:rsidRPr="00987F03">
        <w:rPr>
          <w:sz w:val="22"/>
          <w:rtl/>
        </w:rPr>
        <w:t>ای</w:t>
      </w:r>
      <w:r w:rsidRPr="00987F03">
        <w:rPr>
          <w:sz w:val="22"/>
        </w:rPr>
        <w:t xml:space="preserve"> </w:t>
      </w:r>
      <w:r w:rsidRPr="00987F03">
        <w:rPr>
          <w:sz w:val="22"/>
          <w:rtl/>
        </w:rPr>
        <w:t>سازمان</w:t>
      </w:r>
      <w:r w:rsidRPr="00987F03">
        <w:rPr>
          <w:sz w:val="22"/>
        </w:rPr>
        <w:t xml:space="preserve"> </w:t>
      </w:r>
      <w:r w:rsidRPr="00987F03">
        <w:rPr>
          <w:sz w:val="22"/>
          <w:rtl/>
        </w:rPr>
        <w:t>می</w:t>
      </w:r>
      <w:r w:rsidRPr="00987F03">
        <w:rPr>
          <w:sz w:val="22"/>
        </w:rPr>
        <w:t>‌</w:t>
      </w:r>
      <w:r w:rsidRPr="00987F03">
        <w:rPr>
          <w:sz w:val="22"/>
          <w:rtl/>
        </w:rPr>
        <w:t>یافتند</w:t>
      </w:r>
      <w:r w:rsidRPr="00987F03">
        <w:rPr>
          <w:sz w:val="22"/>
        </w:rPr>
        <w:t xml:space="preserve"> </w:t>
      </w:r>
      <w:r w:rsidRPr="00987F03">
        <w:rPr>
          <w:sz w:val="22"/>
          <w:rtl/>
        </w:rPr>
        <w:t>و</w:t>
      </w:r>
      <w:r w:rsidRPr="00987F03">
        <w:rPr>
          <w:sz w:val="22"/>
        </w:rPr>
        <w:t xml:space="preserve"> </w:t>
      </w:r>
      <w:r w:rsidRPr="00987F03">
        <w:rPr>
          <w:sz w:val="22"/>
          <w:rtl/>
        </w:rPr>
        <w:t>سهم</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درآمد</w:t>
      </w:r>
      <w:r w:rsidRPr="00987F03">
        <w:rPr>
          <w:sz w:val="22"/>
        </w:rPr>
        <w:t xml:space="preserve"> </w:t>
      </w:r>
      <w:r w:rsidRPr="00987F03">
        <w:rPr>
          <w:sz w:val="22"/>
          <w:rtl/>
        </w:rPr>
        <w:t>و</w:t>
      </w:r>
      <w:r w:rsidRPr="00987F03">
        <w:rPr>
          <w:sz w:val="22"/>
        </w:rPr>
        <w:t xml:space="preserve"> </w:t>
      </w:r>
      <w:r w:rsidRPr="00987F03">
        <w:rPr>
          <w:sz w:val="22"/>
          <w:rtl/>
        </w:rPr>
        <w:t>غنیمت</w:t>
      </w:r>
      <w:r w:rsidRPr="00987F03">
        <w:rPr>
          <w:sz w:val="22"/>
        </w:rPr>
        <w:t xml:space="preserve"> </w:t>
      </w:r>
      <w:r w:rsidRPr="00987F03">
        <w:rPr>
          <w:sz w:val="22"/>
          <w:rtl/>
        </w:rPr>
        <w:t>دریافت</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بدین</w:t>
      </w:r>
      <w:r w:rsidRPr="00987F03">
        <w:rPr>
          <w:sz w:val="22"/>
        </w:rPr>
        <w:t>‌</w:t>
      </w:r>
      <w:r w:rsidRPr="00987F03">
        <w:rPr>
          <w:sz w:val="22"/>
          <w:rtl/>
        </w:rPr>
        <w:t>سان،</w:t>
      </w:r>
      <w:r w:rsidRPr="00987F03">
        <w:rPr>
          <w:sz w:val="22"/>
        </w:rPr>
        <w:t xml:space="preserve"> </w:t>
      </w:r>
      <w:r w:rsidRPr="00987F03">
        <w:rPr>
          <w:sz w:val="22"/>
          <w:rtl/>
        </w:rPr>
        <w:t>قشون</w:t>
      </w:r>
      <w:r w:rsidRPr="00987F03">
        <w:rPr>
          <w:sz w:val="22"/>
        </w:rPr>
        <w:t xml:space="preserve"> </w:t>
      </w:r>
      <w:r w:rsidRPr="00987F03">
        <w:rPr>
          <w:sz w:val="22"/>
          <w:rtl/>
        </w:rPr>
        <w:t>فاتح</w:t>
      </w:r>
      <w:r w:rsidRPr="00987F03">
        <w:rPr>
          <w:sz w:val="22"/>
        </w:rPr>
        <w:t xml:space="preserve"> </w:t>
      </w:r>
      <w:r w:rsidRPr="00987F03">
        <w:rPr>
          <w:sz w:val="22"/>
          <w:rtl/>
        </w:rPr>
        <w:t>تا</w:t>
      </w:r>
      <w:r w:rsidRPr="00987F03">
        <w:rPr>
          <w:sz w:val="22"/>
        </w:rPr>
        <w:t xml:space="preserve"> </w:t>
      </w:r>
      <w:r w:rsidRPr="00987F03">
        <w:rPr>
          <w:sz w:val="22"/>
          <w:rtl/>
        </w:rPr>
        <w:t>اندازه</w:t>
      </w:r>
      <w:r w:rsidRPr="00987F03">
        <w:rPr>
          <w:sz w:val="22"/>
        </w:rPr>
        <w:t>‌</w:t>
      </w:r>
      <w:r w:rsidRPr="00987F03">
        <w:rPr>
          <w:sz w:val="22"/>
          <w:rtl/>
        </w:rPr>
        <w:t>ای</w:t>
      </w:r>
      <w:r w:rsidRPr="00987F03">
        <w:rPr>
          <w:sz w:val="22"/>
        </w:rPr>
        <w:t xml:space="preserve"> </w:t>
      </w:r>
      <w:r w:rsidRPr="00987F03">
        <w:rPr>
          <w:sz w:val="22"/>
          <w:rtl/>
        </w:rPr>
        <w:t>از</w:t>
      </w:r>
      <w:r w:rsidRPr="00987F03">
        <w:rPr>
          <w:sz w:val="22"/>
        </w:rPr>
        <w:t xml:space="preserve"> </w:t>
      </w:r>
      <w:r w:rsidRPr="00987F03">
        <w:rPr>
          <w:sz w:val="22"/>
          <w:rtl/>
        </w:rPr>
        <w:t>مردمی</w:t>
      </w:r>
      <w:r w:rsidRPr="00987F03">
        <w:rPr>
          <w:sz w:val="22"/>
        </w:rPr>
        <w:t xml:space="preserve"> </w:t>
      </w:r>
      <w:r w:rsidRPr="00987F03">
        <w:rPr>
          <w:sz w:val="22"/>
          <w:rtl/>
        </w:rPr>
        <w:t>که</w:t>
      </w:r>
      <w:r w:rsidRPr="00987F03">
        <w:rPr>
          <w:sz w:val="22"/>
        </w:rPr>
        <w:t xml:space="preserve"> </w:t>
      </w:r>
      <w:r w:rsidRPr="00987F03">
        <w:rPr>
          <w:sz w:val="22"/>
          <w:rtl/>
        </w:rPr>
        <w:t>مالیات</w:t>
      </w:r>
      <w:r w:rsidRPr="00987F03">
        <w:rPr>
          <w:sz w:val="22"/>
        </w:rPr>
        <w:t xml:space="preserve"> </w:t>
      </w:r>
      <w:r w:rsidRPr="00987F03">
        <w:rPr>
          <w:sz w:val="22"/>
          <w:rtl/>
        </w:rPr>
        <w:t>هزینهٔ</w:t>
      </w:r>
      <w:r w:rsidRPr="00987F03">
        <w:rPr>
          <w:sz w:val="22"/>
        </w:rPr>
        <w:t xml:space="preserve"> </w:t>
      </w:r>
      <w:r w:rsidRPr="00987F03">
        <w:rPr>
          <w:sz w:val="22"/>
          <w:rtl/>
        </w:rPr>
        <w:t>آن</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پرداختند</w:t>
      </w:r>
      <w:r w:rsidRPr="00987F03">
        <w:rPr>
          <w:sz w:val="22"/>
        </w:rPr>
        <w:t xml:space="preserve"> </w:t>
      </w:r>
      <w:r w:rsidRPr="00987F03">
        <w:rPr>
          <w:sz w:val="22"/>
          <w:rtl/>
        </w:rPr>
        <w:t>جدا</w:t>
      </w:r>
      <w:r w:rsidRPr="00987F03">
        <w:rPr>
          <w:sz w:val="22"/>
        </w:rPr>
        <w:t xml:space="preserve"> </w:t>
      </w:r>
      <w:r w:rsidRPr="00987F03">
        <w:rPr>
          <w:sz w:val="22"/>
          <w:rtl/>
        </w:rPr>
        <w:t>ماند</w:t>
      </w:r>
      <w:r w:rsidRPr="00987F03">
        <w:rPr>
          <w:sz w:val="22"/>
        </w:rPr>
        <w:t>.</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جدایی</w:t>
      </w:r>
      <w:r w:rsidRPr="00987F03">
        <w:rPr>
          <w:sz w:val="22"/>
        </w:rPr>
        <w:t xml:space="preserve"> </w:t>
      </w:r>
      <w:r w:rsidRPr="00987F03">
        <w:rPr>
          <w:sz w:val="22"/>
          <w:rtl/>
        </w:rPr>
        <w:t>نخستین</w:t>
      </w:r>
      <w:r w:rsidRPr="00987F03">
        <w:rPr>
          <w:sz w:val="22"/>
        </w:rPr>
        <w:t xml:space="preserve"> </w:t>
      </w:r>
      <w:r w:rsidRPr="00987F03">
        <w:rPr>
          <w:sz w:val="22"/>
          <w:rtl/>
        </w:rPr>
        <w:t>صورت</w:t>
      </w:r>
      <w:r w:rsidRPr="00987F03">
        <w:rPr>
          <w:sz w:val="22"/>
        </w:rPr>
        <w:t xml:space="preserve"> </w:t>
      </w:r>
      <w:r w:rsidRPr="00987F03">
        <w:rPr>
          <w:sz w:val="22"/>
          <w:rtl/>
        </w:rPr>
        <w:t>نابرابری</w:t>
      </w:r>
      <w:r w:rsidRPr="00987F03">
        <w:rPr>
          <w:sz w:val="22"/>
        </w:rPr>
        <w:t xml:space="preserve"> </w:t>
      </w:r>
      <w:r w:rsidRPr="00987F03">
        <w:rPr>
          <w:sz w:val="22"/>
          <w:rtl/>
        </w:rPr>
        <w:t>سیاسی</w:t>
      </w:r>
      <w:r w:rsidRPr="00987F03">
        <w:rPr>
          <w:sz w:val="22"/>
        </w:rPr>
        <w:t xml:space="preserve"> </w:t>
      </w:r>
      <w:r w:rsidRPr="00987F03">
        <w:rPr>
          <w:sz w:val="22"/>
          <w:rtl/>
        </w:rPr>
        <w:t>و</w:t>
      </w:r>
      <w:r w:rsidRPr="00987F03">
        <w:rPr>
          <w:sz w:val="22"/>
        </w:rPr>
        <w:t xml:space="preserve"> </w:t>
      </w:r>
      <w:r w:rsidRPr="00987F03">
        <w:rPr>
          <w:sz w:val="22"/>
          <w:rtl/>
        </w:rPr>
        <w:t>اجتماعی</w:t>
      </w:r>
      <w:r w:rsidRPr="00987F03">
        <w:rPr>
          <w:sz w:val="22"/>
        </w:rPr>
        <w:t xml:space="preserve"> </w:t>
      </w:r>
      <w:r w:rsidRPr="00987F03">
        <w:rPr>
          <w:sz w:val="22"/>
          <w:rtl/>
        </w:rPr>
        <w:t>را</w:t>
      </w:r>
      <w:r w:rsidRPr="00987F03">
        <w:rPr>
          <w:sz w:val="22"/>
        </w:rPr>
        <w:t xml:space="preserve"> </w:t>
      </w:r>
      <w:r w:rsidRPr="00987F03">
        <w:rPr>
          <w:sz w:val="22"/>
          <w:rtl/>
        </w:rPr>
        <w:t>پدید</w:t>
      </w:r>
      <w:r w:rsidRPr="00987F03">
        <w:rPr>
          <w:sz w:val="22"/>
        </w:rPr>
        <w:t xml:space="preserve"> </w:t>
      </w:r>
      <w:r w:rsidRPr="00987F03">
        <w:rPr>
          <w:sz w:val="22"/>
          <w:rtl/>
        </w:rPr>
        <w:t>آورد</w:t>
      </w:r>
      <w:r w:rsidRPr="00987F03">
        <w:rPr>
          <w:sz w:val="22"/>
        </w:rPr>
        <w:t xml:space="preserve">. </w:t>
      </w:r>
      <w:r w:rsidRPr="00987F03">
        <w:rPr>
          <w:sz w:val="22"/>
          <w:rtl/>
        </w:rPr>
        <w:t>مسلمان</w:t>
      </w:r>
      <w:r w:rsidRPr="00987F03">
        <w:rPr>
          <w:sz w:val="22"/>
        </w:rPr>
        <w:t xml:space="preserve"> </w:t>
      </w:r>
      <w:r w:rsidRPr="00987F03">
        <w:rPr>
          <w:sz w:val="22"/>
          <w:rtl/>
        </w:rPr>
        <w:t>عرب</w:t>
      </w:r>
      <w:r w:rsidRPr="00987F03">
        <w:rPr>
          <w:sz w:val="22"/>
        </w:rPr>
        <w:t xml:space="preserve"> </w:t>
      </w:r>
      <w:r w:rsidRPr="00987F03">
        <w:rPr>
          <w:sz w:val="22"/>
          <w:rtl/>
        </w:rPr>
        <w:t>عضو</w:t>
      </w:r>
      <w:r w:rsidRPr="00987F03">
        <w:rPr>
          <w:sz w:val="22"/>
        </w:rPr>
        <w:t xml:space="preserve"> </w:t>
      </w:r>
      <w:r w:rsidRPr="00987F03">
        <w:rPr>
          <w:sz w:val="22"/>
          <w:rtl/>
        </w:rPr>
        <w:t>قشون</w:t>
      </w:r>
      <w:r w:rsidRPr="00987F03">
        <w:rPr>
          <w:sz w:val="22"/>
        </w:rPr>
        <w:t xml:space="preserve"> </w:t>
      </w:r>
      <w:r w:rsidRPr="00987F03">
        <w:rPr>
          <w:sz w:val="22"/>
          <w:rtl/>
        </w:rPr>
        <w:t>و</w:t>
      </w:r>
      <w:r w:rsidRPr="00987F03">
        <w:rPr>
          <w:sz w:val="22"/>
        </w:rPr>
        <w:t xml:space="preserve"> </w:t>
      </w:r>
      <w:r w:rsidRPr="00987F03">
        <w:rPr>
          <w:sz w:val="22"/>
          <w:rtl/>
        </w:rPr>
        <w:t>شریک</w:t>
      </w:r>
      <w:r w:rsidRPr="00987F03">
        <w:rPr>
          <w:sz w:val="22"/>
        </w:rPr>
        <w:t xml:space="preserve"> </w:t>
      </w:r>
      <w:r w:rsidRPr="00987F03">
        <w:rPr>
          <w:sz w:val="22"/>
          <w:rtl/>
        </w:rPr>
        <w:t>فتح</w:t>
      </w:r>
      <w:r w:rsidRPr="00987F03">
        <w:rPr>
          <w:sz w:val="22"/>
        </w:rPr>
        <w:t xml:space="preserve"> </w:t>
      </w:r>
      <w:r w:rsidRPr="00987F03">
        <w:rPr>
          <w:sz w:val="22"/>
          <w:rtl/>
        </w:rPr>
        <w:t>بود؛</w:t>
      </w:r>
      <w:r w:rsidRPr="00987F03">
        <w:rPr>
          <w:sz w:val="22"/>
        </w:rPr>
        <w:t xml:space="preserve"> </w:t>
      </w:r>
      <w:r w:rsidRPr="00987F03">
        <w:rPr>
          <w:sz w:val="22"/>
          <w:rtl/>
        </w:rPr>
        <w:t>مردم</w:t>
      </w:r>
      <w:r w:rsidRPr="00987F03">
        <w:rPr>
          <w:sz w:val="22"/>
        </w:rPr>
        <w:t xml:space="preserve"> </w:t>
      </w:r>
      <w:r w:rsidRPr="00987F03">
        <w:rPr>
          <w:sz w:val="22"/>
          <w:rtl/>
        </w:rPr>
        <w:t>ایران،</w:t>
      </w:r>
      <w:r w:rsidRPr="00987F03">
        <w:rPr>
          <w:sz w:val="22"/>
        </w:rPr>
        <w:t xml:space="preserve"> </w:t>
      </w:r>
      <w:r w:rsidRPr="00987F03">
        <w:rPr>
          <w:sz w:val="22"/>
          <w:rtl/>
        </w:rPr>
        <w:t>چه</w:t>
      </w:r>
      <w:r w:rsidRPr="00987F03">
        <w:rPr>
          <w:sz w:val="22"/>
        </w:rPr>
        <w:t xml:space="preserve"> </w:t>
      </w:r>
      <w:r w:rsidRPr="00987F03">
        <w:rPr>
          <w:sz w:val="22"/>
          <w:rtl/>
        </w:rPr>
        <w:t>بر</w:t>
      </w:r>
      <w:r w:rsidRPr="00987F03">
        <w:rPr>
          <w:sz w:val="22"/>
        </w:rPr>
        <w:t xml:space="preserve"> </w:t>
      </w:r>
      <w:r w:rsidRPr="00987F03">
        <w:rPr>
          <w:sz w:val="22"/>
          <w:rtl/>
        </w:rPr>
        <w:t>دین</w:t>
      </w:r>
      <w:r w:rsidRPr="00987F03">
        <w:rPr>
          <w:sz w:val="22"/>
        </w:rPr>
        <w:t xml:space="preserve"> </w:t>
      </w:r>
      <w:r w:rsidRPr="00987F03">
        <w:rPr>
          <w:sz w:val="22"/>
          <w:rtl/>
        </w:rPr>
        <w:t>پیشین</w:t>
      </w:r>
      <w:r w:rsidRPr="00987F03">
        <w:rPr>
          <w:sz w:val="22"/>
        </w:rPr>
        <w:t xml:space="preserve"> </w:t>
      </w:r>
      <w:r w:rsidRPr="00987F03">
        <w:rPr>
          <w:sz w:val="22"/>
          <w:rtl/>
        </w:rPr>
        <w:t>مانده</w:t>
      </w:r>
      <w:r w:rsidRPr="00987F03">
        <w:rPr>
          <w:sz w:val="22"/>
        </w:rPr>
        <w:t xml:space="preserve"> </w:t>
      </w:r>
      <w:r w:rsidRPr="00987F03">
        <w:rPr>
          <w:sz w:val="22"/>
          <w:rtl/>
        </w:rPr>
        <w:t>باشند</w:t>
      </w:r>
      <w:r w:rsidRPr="00987F03">
        <w:rPr>
          <w:sz w:val="22"/>
        </w:rPr>
        <w:t xml:space="preserve"> </w:t>
      </w:r>
      <w:r w:rsidRPr="00987F03">
        <w:rPr>
          <w:sz w:val="22"/>
          <w:rtl/>
        </w:rPr>
        <w:t>و</w:t>
      </w:r>
      <w:r w:rsidRPr="00987F03">
        <w:rPr>
          <w:sz w:val="22"/>
        </w:rPr>
        <w:t xml:space="preserve"> </w:t>
      </w:r>
      <w:r w:rsidRPr="00987F03">
        <w:rPr>
          <w:sz w:val="22"/>
          <w:rtl/>
        </w:rPr>
        <w:t>چه</w:t>
      </w:r>
      <w:r w:rsidRPr="00987F03">
        <w:rPr>
          <w:sz w:val="22"/>
        </w:rPr>
        <w:t xml:space="preserve"> </w:t>
      </w:r>
      <w:r w:rsidRPr="00987F03">
        <w:rPr>
          <w:sz w:val="22"/>
          <w:rtl/>
        </w:rPr>
        <w:t>بعدتر</w:t>
      </w:r>
      <w:r w:rsidRPr="00987F03">
        <w:rPr>
          <w:sz w:val="22"/>
        </w:rPr>
        <w:t xml:space="preserve"> </w:t>
      </w:r>
      <w:r w:rsidRPr="00987F03">
        <w:rPr>
          <w:sz w:val="22"/>
          <w:rtl/>
        </w:rPr>
        <w:t>اسلام</w:t>
      </w:r>
      <w:r w:rsidRPr="00987F03">
        <w:rPr>
          <w:sz w:val="22"/>
        </w:rPr>
        <w:t xml:space="preserve"> </w:t>
      </w:r>
      <w:r w:rsidRPr="00987F03">
        <w:rPr>
          <w:sz w:val="22"/>
          <w:rtl/>
        </w:rPr>
        <w:t>آورده</w:t>
      </w:r>
      <w:r w:rsidRPr="00987F03">
        <w:rPr>
          <w:sz w:val="22"/>
        </w:rPr>
        <w:t xml:space="preserve"> </w:t>
      </w:r>
      <w:r w:rsidRPr="00987F03">
        <w:rPr>
          <w:sz w:val="22"/>
          <w:rtl/>
        </w:rPr>
        <w:t>باشند،</w:t>
      </w:r>
      <w:r w:rsidRPr="00987F03">
        <w:rPr>
          <w:sz w:val="22"/>
        </w:rPr>
        <w:t xml:space="preserve"> </w:t>
      </w:r>
      <w:r w:rsidRPr="00987F03">
        <w:rPr>
          <w:sz w:val="22"/>
          <w:rtl/>
        </w:rPr>
        <w:t>در</w:t>
      </w:r>
      <w:r w:rsidRPr="00987F03">
        <w:rPr>
          <w:sz w:val="22"/>
        </w:rPr>
        <w:t xml:space="preserve"> </w:t>
      </w:r>
      <w:r w:rsidRPr="00987F03">
        <w:rPr>
          <w:sz w:val="22"/>
          <w:rtl/>
        </w:rPr>
        <w:t>آغاز</w:t>
      </w:r>
      <w:r w:rsidRPr="00987F03">
        <w:rPr>
          <w:sz w:val="22"/>
        </w:rPr>
        <w:t xml:space="preserve"> </w:t>
      </w:r>
      <w:r w:rsidRPr="00987F03">
        <w:rPr>
          <w:sz w:val="22"/>
          <w:rtl/>
        </w:rPr>
        <w:t>در</w:t>
      </w:r>
      <w:r w:rsidRPr="00987F03">
        <w:rPr>
          <w:sz w:val="22"/>
        </w:rPr>
        <w:t xml:space="preserve"> </w:t>
      </w:r>
      <w:r w:rsidRPr="00987F03">
        <w:rPr>
          <w:sz w:val="22"/>
          <w:rtl/>
        </w:rPr>
        <w:t>جایگاه</w:t>
      </w:r>
      <w:r w:rsidRPr="00987F03">
        <w:rPr>
          <w:sz w:val="22"/>
        </w:rPr>
        <w:t xml:space="preserve"> </w:t>
      </w:r>
      <w:r w:rsidRPr="00987F03">
        <w:rPr>
          <w:sz w:val="22"/>
          <w:rtl/>
        </w:rPr>
        <w:t>مردمان</w:t>
      </w:r>
      <w:r w:rsidRPr="00987F03">
        <w:rPr>
          <w:sz w:val="22"/>
        </w:rPr>
        <w:t xml:space="preserve"> </w:t>
      </w:r>
      <w:r w:rsidRPr="00987F03">
        <w:rPr>
          <w:sz w:val="22"/>
          <w:rtl/>
        </w:rPr>
        <w:t>فتح</w:t>
      </w:r>
      <w:r w:rsidRPr="00987F03">
        <w:rPr>
          <w:sz w:val="22"/>
        </w:rPr>
        <w:t>‌</w:t>
      </w:r>
      <w:r w:rsidRPr="00987F03">
        <w:rPr>
          <w:sz w:val="22"/>
          <w:rtl/>
        </w:rPr>
        <w:t>شده</w:t>
      </w:r>
      <w:r w:rsidRPr="00987F03">
        <w:rPr>
          <w:sz w:val="22"/>
        </w:rPr>
        <w:t xml:space="preserve"> </w:t>
      </w:r>
      <w:r w:rsidRPr="00987F03">
        <w:rPr>
          <w:sz w:val="22"/>
          <w:rtl/>
        </w:rPr>
        <w:t>قرار</w:t>
      </w:r>
      <w:r w:rsidRPr="00987F03">
        <w:rPr>
          <w:sz w:val="22"/>
        </w:rPr>
        <w:t xml:space="preserve"> </w:t>
      </w:r>
      <w:r w:rsidRPr="00987F03">
        <w:rPr>
          <w:sz w:val="22"/>
          <w:rtl/>
        </w:rPr>
        <w:t>داشتند</w:t>
      </w:r>
      <w:r w:rsidRPr="00987F03">
        <w:rPr>
          <w:sz w:val="22"/>
        </w:rPr>
        <w:t xml:space="preserve">. </w:t>
      </w:r>
      <w:r w:rsidRPr="00987F03">
        <w:rPr>
          <w:sz w:val="22"/>
          <w:rtl/>
        </w:rPr>
        <w:t>درآمد</w:t>
      </w:r>
      <w:r w:rsidRPr="00987F03">
        <w:rPr>
          <w:sz w:val="22"/>
        </w:rPr>
        <w:t xml:space="preserve"> </w:t>
      </w:r>
      <w:r w:rsidRPr="00987F03">
        <w:rPr>
          <w:sz w:val="22"/>
          <w:rtl/>
        </w:rPr>
        <w:t>زمین</w:t>
      </w:r>
      <w:r w:rsidRPr="00987F03">
        <w:rPr>
          <w:sz w:val="22"/>
        </w:rPr>
        <w:t>‌</w:t>
      </w:r>
      <w:r w:rsidRPr="00987F03">
        <w:rPr>
          <w:sz w:val="22"/>
          <w:rtl/>
        </w:rPr>
        <w:t>های</w:t>
      </w:r>
      <w:r w:rsidRPr="00987F03">
        <w:rPr>
          <w:sz w:val="22"/>
        </w:rPr>
        <w:t xml:space="preserve"> </w:t>
      </w:r>
      <w:r w:rsidRPr="00987F03">
        <w:rPr>
          <w:sz w:val="22"/>
          <w:rtl/>
        </w:rPr>
        <w:t>آنان</w:t>
      </w:r>
      <w:r w:rsidRPr="00987F03">
        <w:rPr>
          <w:sz w:val="22"/>
        </w:rPr>
        <w:t xml:space="preserve"> </w:t>
      </w:r>
      <w:r w:rsidRPr="00987F03">
        <w:rPr>
          <w:sz w:val="22"/>
          <w:rtl/>
        </w:rPr>
        <w:t>هزینهٔ</w:t>
      </w:r>
      <w:r w:rsidRPr="00987F03">
        <w:rPr>
          <w:sz w:val="22"/>
        </w:rPr>
        <w:t xml:space="preserve"> </w:t>
      </w:r>
      <w:r w:rsidRPr="00987F03">
        <w:rPr>
          <w:sz w:val="22"/>
          <w:rtl/>
        </w:rPr>
        <w:t>قشونی</w:t>
      </w:r>
      <w:r w:rsidRPr="00987F03">
        <w:rPr>
          <w:sz w:val="22"/>
        </w:rPr>
        <w:t xml:space="preserve"> </w:t>
      </w:r>
      <w:r w:rsidRPr="00987F03">
        <w:rPr>
          <w:sz w:val="22"/>
          <w:rtl/>
        </w:rPr>
        <w:t>را</w:t>
      </w:r>
      <w:r w:rsidRPr="00987F03">
        <w:rPr>
          <w:sz w:val="22"/>
        </w:rPr>
        <w:t xml:space="preserve"> </w:t>
      </w:r>
      <w:r w:rsidRPr="00987F03">
        <w:rPr>
          <w:sz w:val="22"/>
          <w:rtl/>
        </w:rPr>
        <w:t>تأمین</w:t>
      </w:r>
      <w:r w:rsidRPr="00987F03">
        <w:rPr>
          <w:sz w:val="22"/>
        </w:rPr>
        <w:t xml:space="preserve"> </w:t>
      </w:r>
      <w:r w:rsidRPr="00987F03">
        <w:rPr>
          <w:sz w:val="22"/>
          <w:rtl/>
        </w:rPr>
        <w:t>می</w:t>
      </w:r>
      <w:r w:rsidRPr="00987F03">
        <w:rPr>
          <w:sz w:val="22"/>
        </w:rPr>
        <w:t>‌</w:t>
      </w:r>
      <w:r w:rsidRPr="00987F03">
        <w:rPr>
          <w:sz w:val="22"/>
          <w:rtl/>
        </w:rPr>
        <w:t>کرد</w:t>
      </w:r>
      <w:r w:rsidRPr="00987F03">
        <w:rPr>
          <w:sz w:val="22"/>
        </w:rPr>
        <w:t xml:space="preserve"> </w:t>
      </w:r>
      <w:r w:rsidRPr="00987F03">
        <w:rPr>
          <w:sz w:val="22"/>
          <w:rtl/>
        </w:rPr>
        <w:t>که</w:t>
      </w:r>
      <w:r w:rsidRPr="00987F03">
        <w:rPr>
          <w:sz w:val="22"/>
        </w:rPr>
        <w:t xml:space="preserve"> </w:t>
      </w:r>
      <w:r w:rsidRPr="00987F03">
        <w:rPr>
          <w:sz w:val="22"/>
          <w:rtl/>
        </w:rPr>
        <w:t>بر</w:t>
      </w:r>
      <w:r w:rsidRPr="00987F03">
        <w:rPr>
          <w:sz w:val="22"/>
        </w:rPr>
        <w:t xml:space="preserve"> </w:t>
      </w:r>
      <w:r w:rsidRPr="00987F03">
        <w:rPr>
          <w:sz w:val="22"/>
          <w:rtl/>
        </w:rPr>
        <w:t>ایشان</w:t>
      </w:r>
      <w:r w:rsidRPr="00987F03">
        <w:rPr>
          <w:sz w:val="22"/>
        </w:rPr>
        <w:t xml:space="preserve"> </w:t>
      </w:r>
      <w:r w:rsidRPr="00987F03">
        <w:rPr>
          <w:sz w:val="22"/>
          <w:rtl/>
        </w:rPr>
        <w:t>فرمان</w:t>
      </w:r>
      <w:r w:rsidRPr="00987F03">
        <w:rPr>
          <w:sz w:val="22"/>
        </w:rPr>
        <w:t xml:space="preserve"> </w:t>
      </w:r>
      <w:r w:rsidRPr="00987F03">
        <w:rPr>
          <w:sz w:val="22"/>
          <w:rtl/>
        </w:rPr>
        <w:t>می</w:t>
      </w:r>
      <w:r w:rsidRPr="00987F03">
        <w:rPr>
          <w:sz w:val="22"/>
        </w:rPr>
        <w:t>‌</w:t>
      </w:r>
      <w:r w:rsidRPr="00987F03">
        <w:rPr>
          <w:sz w:val="22"/>
          <w:rtl/>
        </w:rPr>
        <w:t>راند</w:t>
      </w:r>
      <w:r w:rsidRPr="00987F03">
        <w:rPr>
          <w:sz w:val="22"/>
        </w:rPr>
        <w:t xml:space="preserve">. </w:t>
      </w:r>
      <w:r w:rsidRPr="00987F03">
        <w:rPr>
          <w:sz w:val="22"/>
          <w:rtl/>
        </w:rPr>
        <w:t>اسلام</w:t>
      </w:r>
      <w:r w:rsidRPr="00987F03">
        <w:rPr>
          <w:sz w:val="22"/>
        </w:rPr>
        <w:t>‌</w:t>
      </w:r>
      <w:r w:rsidRPr="00987F03">
        <w:rPr>
          <w:sz w:val="22"/>
          <w:rtl/>
        </w:rPr>
        <w:t>آوردن</w:t>
      </w:r>
      <w:r w:rsidRPr="00987F03">
        <w:rPr>
          <w:sz w:val="22"/>
        </w:rPr>
        <w:t xml:space="preserve"> </w:t>
      </w:r>
      <w:r w:rsidRPr="00987F03">
        <w:rPr>
          <w:sz w:val="22"/>
          <w:rtl/>
        </w:rPr>
        <w:t>یک</w:t>
      </w:r>
      <w:r w:rsidRPr="00987F03">
        <w:rPr>
          <w:sz w:val="22"/>
        </w:rPr>
        <w:t xml:space="preserve"> </w:t>
      </w:r>
      <w:r w:rsidRPr="00987F03">
        <w:rPr>
          <w:sz w:val="22"/>
          <w:rtl/>
        </w:rPr>
        <w:t>ایرانی</w:t>
      </w:r>
      <w:r w:rsidRPr="00987F03">
        <w:rPr>
          <w:sz w:val="22"/>
        </w:rPr>
        <w:t xml:space="preserve"> </w:t>
      </w:r>
      <w:r w:rsidRPr="00987F03">
        <w:rPr>
          <w:sz w:val="22"/>
          <w:rtl/>
        </w:rPr>
        <w:t>نیز</w:t>
      </w:r>
      <w:r w:rsidRPr="00987F03">
        <w:rPr>
          <w:sz w:val="22"/>
        </w:rPr>
        <w:t xml:space="preserve"> </w:t>
      </w:r>
      <w:r w:rsidRPr="00987F03">
        <w:rPr>
          <w:sz w:val="22"/>
          <w:rtl/>
        </w:rPr>
        <w:t>لزوماً</w:t>
      </w:r>
      <w:r w:rsidRPr="00987F03">
        <w:rPr>
          <w:sz w:val="22"/>
        </w:rPr>
        <w:t xml:space="preserve"> </w:t>
      </w:r>
      <w:r w:rsidRPr="00987F03">
        <w:rPr>
          <w:sz w:val="22"/>
          <w:rtl/>
        </w:rPr>
        <w:t>او</w:t>
      </w:r>
      <w:r w:rsidRPr="00987F03">
        <w:rPr>
          <w:sz w:val="22"/>
        </w:rPr>
        <w:t xml:space="preserve"> </w:t>
      </w:r>
      <w:r w:rsidRPr="00987F03">
        <w:rPr>
          <w:sz w:val="22"/>
          <w:rtl/>
        </w:rPr>
        <w:t>را</w:t>
      </w:r>
      <w:r w:rsidRPr="00987F03">
        <w:rPr>
          <w:sz w:val="22"/>
        </w:rPr>
        <w:t xml:space="preserve"> </w:t>
      </w:r>
      <w:r w:rsidRPr="00987F03">
        <w:rPr>
          <w:sz w:val="22"/>
          <w:rtl/>
        </w:rPr>
        <w:t>بلافاصله</w:t>
      </w:r>
      <w:r w:rsidRPr="00987F03">
        <w:rPr>
          <w:sz w:val="22"/>
        </w:rPr>
        <w:t xml:space="preserve"> </w:t>
      </w:r>
      <w:r w:rsidRPr="00987F03">
        <w:rPr>
          <w:sz w:val="22"/>
          <w:rtl/>
        </w:rPr>
        <w:t>در</w:t>
      </w:r>
      <w:r w:rsidRPr="00987F03">
        <w:rPr>
          <w:sz w:val="22"/>
        </w:rPr>
        <w:t xml:space="preserve"> </w:t>
      </w:r>
      <w:r w:rsidRPr="00987F03">
        <w:rPr>
          <w:sz w:val="22"/>
          <w:rtl/>
        </w:rPr>
        <w:t>جایگاه</w:t>
      </w:r>
      <w:r w:rsidRPr="00987F03">
        <w:rPr>
          <w:sz w:val="22"/>
        </w:rPr>
        <w:t xml:space="preserve"> </w:t>
      </w:r>
      <w:r w:rsidRPr="00987F03">
        <w:rPr>
          <w:sz w:val="22"/>
          <w:rtl/>
        </w:rPr>
        <w:t>جنگاور</w:t>
      </w:r>
      <w:r w:rsidRPr="00987F03">
        <w:rPr>
          <w:sz w:val="22"/>
        </w:rPr>
        <w:t xml:space="preserve"> </w:t>
      </w:r>
      <w:r w:rsidRPr="00987F03">
        <w:rPr>
          <w:sz w:val="22"/>
          <w:rtl/>
        </w:rPr>
        <w:t>عرب</w:t>
      </w:r>
      <w:r w:rsidRPr="00987F03">
        <w:rPr>
          <w:sz w:val="22"/>
        </w:rPr>
        <w:t xml:space="preserve"> </w:t>
      </w:r>
      <w:r w:rsidRPr="00987F03">
        <w:rPr>
          <w:sz w:val="22"/>
          <w:rtl/>
        </w:rPr>
        <w:t>قرار</w:t>
      </w:r>
      <w:r w:rsidRPr="00987F03">
        <w:rPr>
          <w:sz w:val="22"/>
        </w:rPr>
        <w:t xml:space="preserve"> </w:t>
      </w:r>
      <w:r w:rsidRPr="00987F03">
        <w:rPr>
          <w:sz w:val="22"/>
          <w:rtl/>
        </w:rPr>
        <w:t>نمی</w:t>
      </w:r>
      <w:r w:rsidRPr="00987F03">
        <w:rPr>
          <w:sz w:val="22"/>
        </w:rPr>
        <w:t>‌</w:t>
      </w:r>
      <w:r w:rsidRPr="00987F03">
        <w:rPr>
          <w:sz w:val="22"/>
          <w:rtl/>
        </w:rPr>
        <w:t>داد</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همین</w:t>
      </w:r>
      <w:r w:rsidRPr="00987F03">
        <w:rPr>
          <w:sz w:val="22"/>
        </w:rPr>
        <w:t>‌</w:t>
      </w:r>
      <w:r w:rsidRPr="00987F03">
        <w:rPr>
          <w:sz w:val="22"/>
          <w:rtl/>
        </w:rPr>
        <w:t>جا</w:t>
      </w:r>
      <w:r w:rsidRPr="00987F03">
        <w:rPr>
          <w:sz w:val="22"/>
        </w:rPr>
        <w:t xml:space="preserve"> </w:t>
      </w:r>
      <w:r w:rsidRPr="00987F03">
        <w:rPr>
          <w:sz w:val="22"/>
          <w:rtl/>
        </w:rPr>
        <w:t>بذر</w:t>
      </w:r>
      <w:r w:rsidRPr="00987F03">
        <w:rPr>
          <w:sz w:val="22"/>
        </w:rPr>
        <w:t xml:space="preserve"> </w:t>
      </w:r>
      <w:r w:rsidRPr="00987F03">
        <w:rPr>
          <w:sz w:val="22"/>
          <w:rtl/>
        </w:rPr>
        <w:t>مسئلهٔ</w:t>
      </w:r>
      <w:r w:rsidRPr="00987F03">
        <w:rPr>
          <w:sz w:val="22"/>
        </w:rPr>
        <w:t xml:space="preserve"> </w:t>
      </w:r>
      <w:r w:rsidRPr="00987F03">
        <w:rPr>
          <w:sz w:val="22"/>
          <w:rtl/>
        </w:rPr>
        <w:t>موالی</w:t>
      </w:r>
      <w:r w:rsidRPr="00987F03">
        <w:rPr>
          <w:sz w:val="22"/>
        </w:rPr>
        <w:t xml:space="preserve"> </w:t>
      </w:r>
      <w:r w:rsidRPr="00987F03">
        <w:rPr>
          <w:sz w:val="22"/>
          <w:rtl/>
        </w:rPr>
        <w:t>کاشته</w:t>
      </w:r>
      <w:r w:rsidRPr="00987F03">
        <w:rPr>
          <w:sz w:val="22"/>
        </w:rPr>
        <w:t xml:space="preserve"> </w:t>
      </w:r>
      <w:r w:rsidRPr="00987F03">
        <w:rPr>
          <w:sz w:val="22"/>
          <w:rtl/>
        </w:rPr>
        <w:t>شد</w:t>
      </w:r>
      <w:r w:rsidRPr="00987F03">
        <w:rPr>
          <w:sz w:val="22"/>
        </w:rPr>
        <w:t xml:space="preserve">. </w:t>
      </w:r>
      <w:r w:rsidRPr="00987F03">
        <w:rPr>
          <w:sz w:val="22"/>
          <w:rtl/>
        </w:rPr>
        <w:t>حکومت</w:t>
      </w:r>
      <w:r w:rsidRPr="00987F03">
        <w:rPr>
          <w:sz w:val="22"/>
        </w:rPr>
        <w:t xml:space="preserve"> </w:t>
      </w:r>
      <w:r w:rsidRPr="00987F03">
        <w:rPr>
          <w:sz w:val="22"/>
          <w:rtl/>
        </w:rPr>
        <w:t>اسلامی</w:t>
      </w:r>
      <w:r w:rsidRPr="00987F03">
        <w:rPr>
          <w:sz w:val="22"/>
        </w:rPr>
        <w:t xml:space="preserve"> </w:t>
      </w:r>
      <w:r w:rsidRPr="00987F03">
        <w:rPr>
          <w:sz w:val="22"/>
          <w:rtl/>
        </w:rPr>
        <w:t>در</w:t>
      </w:r>
      <w:r w:rsidRPr="00987F03">
        <w:rPr>
          <w:sz w:val="22"/>
        </w:rPr>
        <w:t xml:space="preserve"> </w:t>
      </w:r>
      <w:r w:rsidRPr="00987F03">
        <w:rPr>
          <w:sz w:val="22"/>
          <w:rtl/>
        </w:rPr>
        <w:t>سطح</w:t>
      </w:r>
      <w:r w:rsidRPr="00987F03">
        <w:rPr>
          <w:sz w:val="22"/>
        </w:rPr>
        <w:t xml:space="preserve"> </w:t>
      </w:r>
      <w:r w:rsidRPr="00987F03">
        <w:rPr>
          <w:sz w:val="22"/>
          <w:rtl/>
        </w:rPr>
        <w:t>اعتقادی</w:t>
      </w:r>
      <w:r w:rsidRPr="00987F03">
        <w:rPr>
          <w:sz w:val="22"/>
        </w:rPr>
        <w:t xml:space="preserve"> </w:t>
      </w:r>
      <w:r w:rsidRPr="00987F03">
        <w:rPr>
          <w:sz w:val="22"/>
          <w:rtl/>
        </w:rPr>
        <w:t>از</w:t>
      </w:r>
      <w:r w:rsidRPr="00987F03">
        <w:rPr>
          <w:sz w:val="22"/>
        </w:rPr>
        <w:t xml:space="preserve"> </w:t>
      </w:r>
      <w:r w:rsidRPr="00987F03">
        <w:rPr>
          <w:sz w:val="22"/>
          <w:rtl/>
        </w:rPr>
        <w:t>جامعه</w:t>
      </w:r>
      <w:r w:rsidRPr="00987F03">
        <w:rPr>
          <w:sz w:val="22"/>
        </w:rPr>
        <w:t>‌</w:t>
      </w:r>
      <w:r w:rsidRPr="00987F03">
        <w:rPr>
          <w:sz w:val="22"/>
          <w:rtl/>
        </w:rPr>
        <w:t>ای</w:t>
      </w:r>
      <w:r w:rsidRPr="00987F03">
        <w:rPr>
          <w:sz w:val="22"/>
        </w:rPr>
        <w:t xml:space="preserve"> </w:t>
      </w:r>
      <w:r w:rsidRPr="00987F03">
        <w:rPr>
          <w:sz w:val="22"/>
          <w:rtl/>
        </w:rPr>
        <w:t>از</w:t>
      </w:r>
      <w:r w:rsidRPr="00987F03">
        <w:rPr>
          <w:sz w:val="22"/>
        </w:rPr>
        <w:t xml:space="preserve"> </w:t>
      </w:r>
      <w:r w:rsidRPr="00987F03">
        <w:rPr>
          <w:sz w:val="22"/>
          <w:rtl/>
        </w:rPr>
        <w:t>مؤمنان</w:t>
      </w:r>
      <w:r w:rsidRPr="00987F03">
        <w:rPr>
          <w:sz w:val="22"/>
        </w:rPr>
        <w:t xml:space="preserve"> </w:t>
      </w:r>
      <w:r w:rsidRPr="00987F03">
        <w:rPr>
          <w:sz w:val="22"/>
          <w:rtl/>
        </w:rPr>
        <w:t>سخن</w:t>
      </w:r>
      <w:r w:rsidRPr="00987F03">
        <w:rPr>
          <w:sz w:val="22"/>
        </w:rPr>
        <w:t xml:space="preserve"> </w:t>
      </w:r>
      <w:r w:rsidRPr="00987F03">
        <w:rPr>
          <w:sz w:val="22"/>
          <w:rtl/>
        </w:rPr>
        <w:t>می</w:t>
      </w:r>
      <w:r w:rsidRPr="00987F03">
        <w:rPr>
          <w:sz w:val="22"/>
        </w:rPr>
        <w:t>‌</w:t>
      </w:r>
      <w:r w:rsidRPr="00987F03">
        <w:rPr>
          <w:sz w:val="22"/>
          <w:rtl/>
        </w:rPr>
        <w:t>گفت،</w:t>
      </w:r>
      <w:r w:rsidRPr="00987F03">
        <w:rPr>
          <w:sz w:val="22"/>
        </w:rPr>
        <w:t xml:space="preserve"> </w:t>
      </w:r>
      <w:r w:rsidRPr="00987F03">
        <w:rPr>
          <w:sz w:val="22"/>
          <w:rtl/>
        </w:rPr>
        <w:t>اما</w:t>
      </w:r>
      <w:r w:rsidRPr="00987F03">
        <w:rPr>
          <w:sz w:val="22"/>
        </w:rPr>
        <w:t xml:space="preserve"> </w:t>
      </w:r>
      <w:r w:rsidRPr="00987F03">
        <w:rPr>
          <w:sz w:val="22"/>
          <w:rtl/>
        </w:rPr>
        <w:t>ساختمان</w:t>
      </w:r>
      <w:r w:rsidRPr="00987F03">
        <w:rPr>
          <w:sz w:val="22"/>
        </w:rPr>
        <w:t xml:space="preserve"> </w:t>
      </w:r>
      <w:r w:rsidRPr="00987F03">
        <w:rPr>
          <w:sz w:val="22"/>
          <w:rtl/>
        </w:rPr>
        <w:t>سیاسی</w:t>
      </w:r>
      <w:r w:rsidRPr="00987F03">
        <w:rPr>
          <w:sz w:val="22"/>
        </w:rPr>
        <w:t xml:space="preserve"> </w:t>
      </w:r>
      <w:r w:rsidRPr="00987F03">
        <w:rPr>
          <w:sz w:val="22"/>
          <w:rtl/>
        </w:rPr>
        <w:t>و</w:t>
      </w:r>
      <w:r w:rsidRPr="00987F03">
        <w:rPr>
          <w:sz w:val="22"/>
        </w:rPr>
        <w:t xml:space="preserve"> </w:t>
      </w:r>
      <w:r w:rsidRPr="00987F03">
        <w:rPr>
          <w:sz w:val="22"/>
          <w:rtl/>
        </w:rPr>
        <w:t>مالی</w:t>
      </w:r>
      <w:r w:rsidRPr="00987F03">
        <w:rPr>
          <w:sz w:val="22"/>
        </w:rPr>
        <w:t xml:space="preserve"> </w:t>
      </w:r>
      <w:r w:rsidRPr="00987F03">
        <w:rPr>
          <w:sz w:val="22"/>
          <w:rtl/>
        </w:rPr>
        <w:t>آن</w:t>
      </w:r>
      <w:r w:rsidRPr="00987F03">
        <w:rPr>
          <w:sz w:val="22"/>
        </w:rPr>
        <w:t xml:space="preserve"> </w:t>
      </w:r>
      <w:r w:rsidRPr="00987F03">
        <w:rPr>
          <w:sz w:val="22"/>
          <w:rtl/>
        </w:rPr>
        <w:t>بر</w:t>
      </w:r>
      <w:r w:rsidRPr="00987F03">
        <w:rPr>
          <w:sz w:val="22"/>
        </w:rPr>
        <w:t xml:space="preserve"> </w:t>
      </w:r>
      <w:r w:rsidRPr="00987F03">
        <w:rPr>
          <w:sz w:val="22"/>
          <w:rtl/>
        </w:rPr>
        <w:t>امتیاز</w:t>
      </w:r>
      <w:r w:rsidRPr="00987F03">
        <w:rPr>
          <w:sz w:val="22"/>
        </w:rPr>
        <w:t xml:space="preserve"> </w:t>
      </w:r>
      <w:r w:rsidRPr="00987F03">
        <w:rPr>
          <w:sz w:val="22"/>
          <w:rtl/>
        </w:rPr>
        <w:t>فاتحان</w:t>
      </w:r>
      <w:r w:rsidRPr="00987F03">
        <w:rPr>
          <w:sz w:val="22"/>
        </w:rPr>
        <w:t xml:space="preserve"> </w:t>
      </w:r>
      <w:r w:rsidRPr="00987F03">
        <w:rPr>
          <w:sz w:val="22"/>
          <w:rtl/>
        </w:rPr>
        <w:t>عرب</w:t>
      </w:r>
      <w:r w:rsidRPr="00987F03">
        <w:rPr>
          <w:sz w:val="22"/>
        </w:rPr>
        <w:t xml:space="preserve"> </w:t>
      </w:r>
      <w:r w:rsidRPr="00987F03">
        <w:rPr>
          <w:sz w:val="22"/>
          <w:rtl/>
        </w:rPr>
        <w:t>استوار</w:t>
      </w:r>
      <w:r w:rsidRPr="00987F03">
        <w:rPr>
          <w:sz w:val="22"/>
        </w:rPr>
        <w:t xml:space="preserve"> </w:t>
      </w:r>
      <w:r w:rsidRPr="00987F03">
        <w:rPr>
          <w:sz w:val="22"/>
          <w:rtl/>
        </w:rPr>
        <w:t>بود</w:t>
      </w:r>
      <w:r w:rsidRPr="00987F03">
        <w:rPr>
          <w:sz w:val="22"/>
        </w:rPr>
        <w:t xml:space="preserve">. </w:t>
      </w:r>
      <w:r w:rsidRPr="00987F03">
        <w:rPr>
          <w:sz w:val="22"/>
          <w:rtl/>
        </w:rPr>
        <w:t>اگر</w:t>
      </w:r>
      <w:r w:rsidRPr="00987F03">
        <w:rPr>
          <w:sz w:val="22"/>
        </w:rPr>
        <w:t xml:space="preserve"> </w:t>
      </w:r>
      <w:r w:rsidRPr="00987F03">
        <w:rPr>
          <w:sz w:val="22"/>
          <w:rtl/>
        </w:rPr>
        <w:t>ایرانیان</w:t>
      </w:r>
      <w:r w:rsidRPr="00987F03">
        <w:rPr>
          <w:sz w:val="22"/>
        </w:rPr>
        <w:t xml:space="preserve"> </w:t>
      </w:r>
      <w:r w:rsidRPr="00987F03">
        <w:rPr>
          <w:sz w:val="22"/>
          <w:rtl/>
        </w:rPr>
        <w:t>مسلمان</w:t>
      </w:r>
      <w:r w:rsidRPr="00987F03">
        <w:rPr>
          <w:sz w:val="22"/>
        </w:rPr>
        <w:t xml:space="preserve"> </w:t>
      </w:r>
      <w:r w:rsidRPr="00987F03">
        <w:rPr>
          <w:sz w:val="22"/>
          <w:rtl/>
        </w:rPr>
        <w:t>می</w:t>
      </w:r>
      <w:r w:rsidRPr="00987F03">
        <w:rPr>
          <w:sz w:val="22"/>
        </w:rPr>
        <w:t>‌</w:t>
      </w:r>
      <w:r w:rsidRPr="00987F03">
        <w:rPr>
          <w:sz w:val="22"/>
          <w:rtl/>
        </w:rPr>
        <w:t>شدند،</w:t>
      </w:r>
      <w:r w:rsidRPr="00987F03">
        <w:rPr>
          <w:sz w:val="22"/>
        </w:rPr>
        <w:t xml:space="preserve"> </w:t>
      </w:r>
      <w:r w:rsidRPr="00987F03">
        <w:rPr>
          <w:sz w:val="22"/>
          <w:rtl/>
        </w:rPr>
        <w:t>آیا</w:t>
      </w:r>
      <w:r w:rsidRPr="00987F03">
        <w:rPr>
          <w:sz w:val="22"/>
        </w:rPr>
        <w:t xml:space="preserve"> </w:t>
      </w:r>
      <w:r w:rsidRPr="00987F03">
        <w:rPr>
          <w:sz w:val="22"/>
          <w:rtl/>
        </w:rPr>
        <w:t>باید</w:t>
      </w:r>
      <w:r w:rsidRPr="00987F03">
        <w:rPr>
          <w:sz w:val="22"/>
        </w:rPr>
        <w:t xml:space="preserve"> </w:t>
      </w:r>
      <w:r w:rsidRPr="00987F03">
        <w:rPr>
          <w:sz w:val="22"/>
          <w:rtl/>
        </w:rPr>
        <w:t>از</w:t>
      </w:r>
      <w:r w:rsidRPr="00987F03">
        <w:rPr>
          <w:sz w:val="22"/>
        </w:rPr>
        <w:t xml:space="preserve"> </w:t>
      </w:r>
      <w:r w:rsidRPr="00987F03">
        <w:rPr>
          <w:sz w:val="22"/>
          <w:rtl/>
        </w:rPr>
        <w:t>همهٔ</w:t>
      </w:r>
      <w:r w:rsidRPr="00987F03">
        <w:rPr>
          <w:sz w:val="22"/>
        </w:rPr>
        <w:t xml:space="preserve"> </w:t>
      </w:r>
      <w:r w:rsidRPr="00987F03">
        <w:rPr>
          <w:sz w:val="22"/>
          <w:rtl/>
        </w:rPr>
        <w:t>امتیازات</w:t>
      </w:r>
      <w:r w:rsidRPr="00987F03">
        <w:rPr>
          <w:sz w:val="22"/>
        </w:rPr>
        <w:t xml:space="preserve"> </w:t>
      </w:r>
      <w:r w:rsidRPr="00987F03">
        <w:rPr>
          <w:sz w:val="22"/>
          <w:rtl/>
        </w:rPr>
        <w:t>مسلمان</w:t>
      </w:r>
      <w:r w:rsidRPr="00987F03">
        <w:rPr>
          <w:sz w:val="22"/>
        </w:rPr>
        <w:t xml:space="preserve"> </w:t>
      </w:r>
      <w:r w:rsidRPr="00987F03">
        <w:rPr>
          <w:sz w:val="22"/>
          <w:rtl/>
        </w:rPr>
        <w:t>عرب</w:t>
      </w:r>
      <w:r w:rsidRPr="00987F03">
        <w:rPr>
          <w:sz w:val="22"/>
        </w:rPr>
        <w:t xml:space="preserve"> </w:t>
      </w:r>
      <w:r w:rsidRPr="00987F03">
        <w:rPr>
          <w:sz w:val="22"/>
          <w:rtl/>
        </w:rPr>
        <w:t>برخوردار</w:t>
      </w:r>
      <w:r w:rsidRPr="00987F03">
        <w:rPr>
          <w:sz w:val="22"/>
        </w:rPr>
        <w:t xml:space="preserve"> </w:t>
      </w:r>
      <w:r w:rsidRPr="00987F03">
        <w:rPr>
          <w:sz w:val="22"/>
          <w:rtl/>
        </w:rPr>
        <w:t>می</w:t>
      </w:r>
      <w:r w:rsidRPr="00987F03">
        <w:rPr>
          <w:sz w:val="22"/>
        </w:rPr>
        <w:t>‌</w:t>
      </w:r>
      <w:r w:rsidRPr="00987F03">
        <w:rPr>
          <w:sz w:val="22"/>
          <w:rtl/>
        </w:rPr>
        <w:t>گردیدند؟</w:t>
      </w:r>
      <w:r w:rsidRPr="00987F03">
        <w:rPr>
          <w:sz w:val="22"/>
        </w:rPr>
        <w:t xml:space="preserve"> </w:t>
      </w:r>
      <w:r w:rsidRPr="00987F03">
        <w:rPr>
          <w:sz w:val="22"/>
          <w:rtl/>
        </w:rPr>
        <w:t>اگر</w:t>
      </w:r>
      <w:r w:rsidRPr="00987F03">
        <w:rPr>
          <w:sz w:val="22"/>
        </w:rPr>
        <w:t xml:space="preserve"> </w:t>
      </w:r>
      <w:r w:rsidRPr="00987F03">
        <w:rPr>
          <w:sz w:val="22"/>
          <w:rtl/>
        </w:rPr>
        <w:t>پاسخ</w:t>
      </w:r>
      <w:r w:rsidRPr="00987F03">
        <w:rPr>
          <w:sz w:val="22"/>
        </w:rPr>
        <w:t xml:space="preserve"> </w:t>
      </w:r>
      <w:r w:rsidRPr="00987F03">
        <w:rPr>
          <w:sz w:val="22"/>
          <w:rtl/>
        </w:rPr>
        <w:t>مثبت</w:t>
      </w:r>
      <w:r w:rsidRPr="00987F03">
        <w:rPr>
          <w:sz w:val="22"/>
        </w:rPr>
        <w:t xml:space="preserve"> </w:t>
      </w:r>
      <w:r w:rsidRPr="00987F03">
        <w:rPr>
          <w:sz w:val="22"/>
          <w:rtl/>
        </w:rPr>
        <w:t>بود،</w:t>
      </w:r>
      <w:r w:rsidRPr="00987F03">
        <w:rPr>
          <w:sz w:val="22"/>
        </w:rPr>
        <w:t xml:space="preserve"> </w:t>
      </w:r>
      <w:r w:rsidRPr="00987F03">
        <w:rPr>
          <w:sz w:val="22"/>
          <w:rtl/>
        </w:rPr>
        <w:t>چه</w:t>
      </w:r>
      <w:r w:rsidRPr="00987F03">
        <w:rPr>
          <w:sz w:val="22"/>
        </w:rPr>
        <w:t xml:space="preserve"> </w:t>
      </w:r>
      <w:r w:rsidRPr="00987F03">
        <w:rPr>
          <w:sz w:val="22"/>
          <w:rtl/>
        </w:rPr>
        <w:t>کسی</w:t>
      </w:r>
      <w:r w:rsidRPr="00987F03">
        <w:rPr>
          <w:sz w:val="22"/>
        </w:rPr>
        <w:t xml:space="preserve"> </w:t>
      </w:r>
      <w:r w:rsidRPr="00987F03">
        <w:rPr>
          <w:sz w:val="22"/>
          <w:rtl/>
        </w:rPr>
        <w:t>مالیات</w:t>
      </w:r>
      <w:r w:rsidRPr="00987F03">
        <w:rPr>
          <w:sz w:val="22"/>
        </w:rPr>
        <w:t>‌</w:t>
      </w:r>
      <w:r w:rsidRPr="00987F03">
        <w:rPr>
          <w:sz w:val="22"/>
          <w:rtl/>
        </w:rPr>
        <w:t>هایی</w:t>
      </w:r>
      <w:r w:rsidRPr="00987F03">
        <w:rPr>
          <w:sz w:val="22"/>
        </w:rPr>
        <w:t xml:space="preserve"> </w:t>
      </w:r>
      <w:r w:rsidRPr="00987F03">
        <w:rPr>
          <w:sz w:val="22"/>
          <w:rtl/>
        </w:rPr>
        <w:t>را</w:t>
      </w:r>
      <w:r w:rsidRPr="00987F03">
        <w:rPr>
          <w:sz w:val="22"/>
        </w:rPr>
        <w:t xml:space="preserve"> </w:t>
      </w:r>
      <w:r w:rsidRPr="00987F03">
        <w:rPr>
          <w:sz w:val="22"/>
          <w:rtl/>
        </w:rPr>
        <w:t>می</w:t>
      </w:r>
      <w:r w:rsidRPr="00987F03">
        <w:rPr>
          <w:sz w:val="22"/>
        </w:rPr>
        <w:t>‌</w:t>
      </w:r>
      <w:r w:rsidRPr="00987F03">
        <w:rPr>
          <w:sz w:val="22"/>
          <w:rtl/>
        </w:rPr>
        <w:t>پرداخت</w:t>
      </w:r>
      <w:r w:rsidRPr="00987F03">
        <w:rPr>
          <w:sz w:val="22"/>
        </w:rPr>
        <w:t xml:space="preserve"> </w:t>
      </w:r>
      <w:r w:rsidRPr="00987F03">
        <w:rPr>
          <w:sz w:val="22"/>
          <w:rtl/>
        </w:rPr>
        <w:t>که</w:t>
      </w:r>
      <w:r w:rsidRPr="00987F03">
        <w:rPr>
          <w:sz w:val="22"/>
        </w:rPr>
        <w:t xml:space="preserve"> </w:t>
      </w:r>
      <w:r w:rsidRPr="00987F03">
        <w:rPr>
          <w:sz w:val="22"/>
          <w:rtl/>
        </w:rPr>
        <w:t>قشون</w:t>
      </w:r>
      <w:r w:rsidRPr="00987F03">
        <w:rPr>
          <w:sz w:val="22"/>
        </w:rPr>
        <w:t xml:space="preserve"> </w:t>
      </w:r>
      <w:r w:rsidRPr="00987F03">
        <w:rPr>
          <w:sz w:val="22"/>
          <w:rtl/>
        </w:rPr>
        <w:t>و</w:t>
      </w:r>
      <w:r w:rsidRPr="00987F03">
        <w:rPr>
          <w:sz w:val="22"/>
        </w:rPr>
        <w:t xml:space="preserve"> </w:t>
      </w:r>
      <w:r w:rsidRPr="00987F03">
        <w:rPr>
          <w:sz w:val="22"/>
          <w:rtl/>
        </w:rPr>
        <w:t>حکومت</w:t>
      </w:r>
      <w:r w:rsidRPr="00987F03">
        <w:rPr>
          <w:sz w:val="22"/>
        </w:rPr>
        <w:t xml:space="preserve"> </w:t>
      </w:r>
      <w:r w:rsidRPr="00987F03">
        <w:rPr>
          <w:sz w:val="22"/>
          <w:rtl/>
        </w:rPr>
        <w:t>به</w:t>
      </w:r>
      <w:r w:rsidRPr="00987F03">
        <w:rPr>
          <w:sz w:val="22"/>
        </w:rPr>
        <w:t xml:space="preserve"> </w:t>
      </w:r>
      <w:r w:rsidRPr="00987F03">
        <w:rPr>
          <w:sz w:val="22"/>
          <w:rtl/>
        </w:rPr>
        <w:t>آن</w:t>
      </w:r>
      <w:r w:rsidRPr="00987F03">
        <w:rPr>
          <w:sz w:val="22"/>
        </w:rPr>
        <w:t xml:space="preserve"> </w:t>
      </w:r>
      <w:r w:rsidRPr="00987F03">
        <w:rPr>
          <w:sz w:val="22"/>
          <w:rtl/>
        </w:rPr>
        <w:t>وابسته</w:t>
      </w:r>
      <w:r w:rsidRPr="00987F03">
        <w:rPr>
          <w:sz w:val="22"/>
        </w:rPr>
        <w:t xml:space="preserve"> </w:t>
      </w:r>
      <w:r w:rsidRPr="00987F03">
        <w:rPr>
          <w:sz w:val="22"/>
          <w:rtl/>
        </w:rPr>
        <w:t>بودند؟</w:t>
      </w:r>
      <w:r w:rsidRPr="00987F03">
        <w:rPr>
          <w:sz w:val="22"/>
        </w:rPr>
        <w:t xml:space="preserve"> </w:t>
      </w:r>
      <w:r w:rsidRPr="00987F03">
        <w:rPr>
          <w:sz w:val="22"/>
          <w:rtl/>
        </w:rPr>
        <w:t>و</w:t>
      </w:r>
      <w:r w:rsidRPr="00987F03">
        <w:rPr>
          <w:sz w:val="22"/>
        </w:rPr>
        <w:t xml:space="preserve"> </w:t>
      </w:r>
      <w:r w:rsidRPr="00987F03">
        <w:rPr>
          <w:sz w:val="22"/>
          <w:rtl/>
        </w:rPr>
        <w:t>اگر</w:t>
      </w:r>
      <w:r w:rsidRPr="00987F03">
        <w:rPr>
          <w:sz w:val="22"/>
        </w:rPr>
        <w:t xml:space="preserve"> </w:t>
      </w:r>
      <w:r w:rsidRPr="00987F03">
        <w:rPr>
          <w:sz w:val="22"/>
          <w:rtl/>
        </w:rPr>
        <w:t>پاسخ</w:t>
      </w:r>
      <w:r w:rsidRPr="00987F03">
        <w:rPr>
          <w:sz w:val="22"/>
        </w:rPr>
        <w:t xml:space="preserve"> </w:t>
      </w:r>
      <w:r w:rsidRPr="00987F03">
        <w:rPr>
          <w:sz w:val="22"/>
          <w:rtl/>
        </w:rPr>
        <w:t>منفی</w:t>
      </w:r>
      <w:r w:rsidRPr="00987F03">
        <w:rPr>
          <w:sz w:val="22"/>
        </w:rPr>
        <w:t xml:space="preserve"> </w:t>
      </w:r>
      <w:r w:rsidRPr="00987F03">
        <w:rPr>
          <w:sz w:val="22"/>
          <w:rtl/>
        </w:rPr>
        <w:t>بود،</w:t>
      </w:r>
      <w:r w:rsidRPr="00987F03">
        <w:rPr>
          <w:sz w:val="22"/>
        </w:rPr>
        <w:t xml:space="preserve"> </w:t>
      </w:r>
      <w:r w:rsidRPr="00987F03">
        <w:rPr>
          <w:sz w:val="22"/>
          <w:rtl/>
        </w:rPr>
        <w:t>برابری</w:t>
      </w:r>
      <w:r w:rsidRPr="00987F03">
        <w:rPr>
          <w:sz w:val="22"/>
        </w:rPr>
        <w:t xml:space="preserve"> </w:t>
      </w:r>
      <w:r w:rsidRPr="00987F03">
        <w:rPr>
          <w:sz w:val="22"/>
          <w:rtl/>
        </w:rPr>
        <w:t>دینی</w:t>
      </w:r>
      <w:r w:rsidRPr="00987F03">
        <w:rPr>
          <w:sz w:val="22"/>
        </w:rPr>
        <w:t xml:space="preserve"> </w:t>
      </w:r>
      <w:r w:rsidRPr="00987F03">
        <w:rPr>
          <w:sz w:val="22"/>
          <w:rtl/>
        </w:rPr>
        <w:t>چه</w:t>
      </w:r>
      <w:r w:rsidRPr="00987F03">
        <w:rPr>
          <w:sz w:val="22"/>
        </w:rPr>
        <w:t xml:space="preserve"> </w:t>
      </w:r>
      <w:r w:rsidRPr="00987F03">
        <w:rPr>
          <w:sz w:val="22"/>
          <w:rtl/>
        </w:rPr>
        <w:t>معنایی</w:t>
      </w:r>
      <w:r w:rsidRPr="00987F03">
        <w:rPr>
          <w:sz w:val="22"/>
        </w:rPr>
        <w:t xml:space="preserve"> </w:t>
      </w:r>
      <w:r w:rsidRPr="00987F03">
        <w:rPr>
          <w:sz w:val="22"/>
          <w:rtl/>
        </w:rPr>
        <w:t>داشت؟</w:t>
      </w:r>
    </w:p>
    <w:p w:rsidR="009F3B78" w:rsidRPr="00987F03" w:rsidRDefault="00987F03" w:rsidP="00987F03">
      <w:pPr>
        <w:bidi/>
        <w:ind w:firstLine="720"/>
        <w:rPr>
          <w:sz w:val="22"/>
        </w:rPr>
      </w:pPr>
      <w:r w:rsidRPr="00987F03">
        <w:rPr>
          <w:sz w:val="22"/>
          <w:rtl/>
        </w:rPr>
        <w:t>این</w:t>
      </w:r>
      <w:r w:rsidRPr="00987F03">
        <w:rPr>
          <w:sz w:val="22"/>
        </w:rPr>
        <w:t xml:space="preserve"> </w:t>
      </w:r>
      <w:r w:rsidRPr="00987F03">
        <w:rPr>
          <w:sz w:val="22"/>
          <w:rtl/>
        </w:rPr>
        <w:t>پرسش</w:t>
      </w:r>
      <w:r w:rsidRPr="00987F03">
        <w:rPr>
          <w:sz w:val="22"/>
        </w:rPr>
        <w:t xml:space="preserve"> </w:t>
      </w:r>
      <w:r w:rsidRPr="00987F03">
        <w:rPr>
          <w:sz w:val="22"/>
          <w:rtl/>
        </w:rPr>
        <w:t>هنوز</w:t>
      </w:r>
      <w:r w:rsidRPr="00987F03">
        <w:rPr>
          <w:sz w:val="22"/>
        </w:rPr>
        <w:t xml:space="preserve"> </w:t>
      </w:r>
      <w:r w:rsidRPr="00987F03">
        <w:rPr>
          <w:sz w:val="22"/>
          <w:rtl/>
        </w:rPr>
        <w:t>در</w:t>
      </w:r>
      <w:r w:rsidRPr="00987F03">
        <w:rPr>
          <w:sz w:val="22"/>
        </w:rPr>
        <w:t xml:space="preserve"> </w:t>
      </w:r>
      <w:r w:rsidRPr="00987F03">
        <w:rPr>
          <w:sz w:val="22"/>
          <w:rtl/>
        </w:rPr>
        <w:t>سال</w:t>
      </w:r>
      <w:r w:rsidRPr="00987F03">
        <w:rPr>
          <w:sz w:val="22"/>
        </w:rPr>
        <w:t>‌</w:t>
      </w:r>
      <w:r w:rsidRPr="00987F03">
        <w:rPr>
          <w:sz w:val="22"/>
          <w:rtl/>
        </w:rPr>
        <w:t>های</w:t>
      </w:r>
      <w:r w:rsidRPr="00987F03">
        <w:rPr>
          <w:sz w:val="22"/>
        </w:rPr>
        <w:t xml:space="preserve"> </w:t>
      </w:r>
      <w:r w:rsidRPr="00987F03">
        <w:rPr>
          <w:sz w:val="22"/>
          <w:rtl/>
        </w:rPr>
        <w:t>نخست</w:t>
      </w:r>
      <w:r w:rsidRPr="00987F03">
        <w:rPr>
          <w:sz w:val="22"/>
        </w:rPr>
        <w:t xml:space="preserve"> </w:t>
      </w:r>
      <w:r w:rsidRPr="00987F03">
        <w:rPr>
          <w:sz w:val="22"/>
          <w:rtl/>
        </w:rPr>
        <w:t>پاسخ</w:t>
      </w:r>
      <w:r w:rsidRPr="00987F03">
        <w:rPr>
          <w:sz w:val="22"/>
        </w:rPr>
        <w:t xml:space="preserve"> </w:t>
      </w:r>
      <w:r w:rsidRPr="00987F03">
        <w:rPr>
          <w:sz w:val="22"/>
          <w:rtl/>
        </w:rPr>
        <w:t>روشنی</w:t>
      </w:r>
      <w:r w:rsidRPr="00987F03">
        <w:rPr>
          <w:sz w:val="22"/>
        </w:rPr>
        <w:t xml:space="preserve"> </w:t>
      </w:r>
      <w:r w:rsidRPr="00987F03">
        <w:rPr>
          <w:sz w:val="22"/>
          <w:rtl/>
        </w:rPr>
        <w:t>نداشت،</w:t>
      </w:r>
      <w:r w:rsidRPr="00987F03">
        <w:rPr>
          <w:sz w:val="22"/>
        </w:rPr>
        <w:t xml:space="preserve"> </w:t>
      </w:r>
      <w:r w:rsidRPr="00987F03">
        <w:rPr>
          <w:sz w:val="22"/>
          <w:rtl/>
        </w:rPr>
        <w:t>اما</w:t>
      </w:r>
      <w:r w:rsidRPr="00987F03">
        <w:rPr>
          <w:sz w:val="22"/>
        </w:rPr>
        <w:t xml:space="preserve"> </w:t>
      </w:r>
      <w:r w:rsidRPr="00987F03">
        <w:rPr>
          <w:sz w:val="22"/>
          <w:rtl/>
        </w:rPr>
        <w:t>به</w:t>
      </w:r>
      <w:r w:rsidRPr="00987F03">
        <w:rPr>
          <w:sz w:val="22"/>
        </w:rPr>
        <w:t>‌</w:t>
      </w:r>
      <w:r w:rsidRPr="00987F03">
        <w:rPr>
          <w:sz w:val="22"/>
          <w:rtl/>
        </w:rPr>
        <w:t>تدریج</w:t>
      </w:r>
      <w:r w:rsidRPr="00987F03">
        <w:rPr>
          <w:sz w:val="22"/>
        </w:rPr>
        <w:t xml:space="preserve"> </w:t>
      </w:r>
      <w:r w:rsidRPr="00987F03">
        <w:rPr>
          <w:sz w:val="22"/>
          <w:rtl/>
        </w:rPr>
        <w:t>به</w:t>
      </w:r>
      <w:r w:rsidRPr="00987F03">
        <w:rPr>
          <w:sz w:val="22"/>
        </w:rPr>
        <w:t xml:space="preserve"> </w:t>
      </w:r>
      <w:r w:rsidRPr="00987F03">
        <w:rPr>
          <w:sz w:val="22"/>
          <w:rtl/>
        </w:rPr>
        <w:t>یکی</w:t>
      </w:r>
      <w:r w:rsidRPr="00987F03">
        <w:rPr>
          <w:sz w:val="22"/>
        </w:rPr>
        <w:t xml:space="preserve"> </w:t>
      </w:r>
      <w:r w:rsidRPr="00987F03">
        <w:rPr>
          <w:sz w:val="22"/>
          <w:rtl/>
        </w:rPr>
        <w:t>از</w:t>
      </w:r>
      <w:r w:rsidRPr="00987F03">
        <w:rPr>
          <w:sz w:val="22"/>
        </w:rPr>
        <w:t xml:space="preserve"> </w:t>
      </w:r>
      <w:r w:rsidRPr="00987F03">
        <w:rPr>
          <w:sz w:val="22"/>
          <w:rtl/>
        </w:rPr>
        <w:t>بزرگ</w:t>
      </w:r>
      <w:r w:rsidRPr="00987F03">
        <w:rPr>
          <w:sz w:val="22"/>
        </w:rPr>
        <w:t>‌</w:t>
      </w:r>
      <w:r w:rsidRPr="00987F03">
        <w:rPr>
          <w:sz w:val="22"/>
          <w:rtl/>
        </w:rPr>
        <w:t>ترین</w:t>
      </w:r>
      <w:r w:rsidRPr="00987F03">
        <w:rPr>
          <w:sz w:val="22"/>
        </w:rPr>
        <w:t xml:space="preserve"> </w:t>
      </w:r>
      <w:r w:rsidRPr="00987F03">
        <w:rPr>
          <w:sz w:val="22"/>
          <w:rtl/>
        </w:rPr>
        <w:t>تناقض</w:t>
      </w:r>
      <w:r w:rsidRPr="00987F03">
        <w:rPr>
          <w:sz w:val="22"/>
        </w:rPr>
        <w:t>‌</w:t>
      </w:r>
      <w:r w:rsidRPr="00987F03">
        <w:rPr>
          <w:sz w:val="22"/>
          <w:rtl/>
        </w:rPr>
        <w:t>های</w:t>
      </w:r>
      <w:r w:rsidRPr="00987F03">
        <w:rPr>
          <w:sz w:val="22"/>
        </w:rPr>
        <w:t xml:space="preserve"> </w:t>
      </w:r>
      <w:r w:rsidRPr="00987F03">
        <w:rPr>
          <w:sz w:val="22"/>
          <w:rtl/>
        </w:rPr>
        <w:t>خلافت</w:t>
      </w:r>
      <w:r w:rsidRPr="00987F03">
        <w:rPr>
          <w:sz w:val="22"/>
        </w:rPr>
        <w:t xml:space="preserve"> </w:t>
      </w:r>
      <w:r w:rsidRPr="00987F03">
        <w:rPr>
          <w:sz w:val="22"/>
          <w:rtl/>
        </w:rPr>
        <w:t>تبدیل</w:t>
      </w:r>
      <w:r w:rsidRPr="00987F03">
        <w:rPr>
          <w:sz w:val="22"/>
        </w:rPr>
        <w:t xml:space="preserve"> </w:t>
      </w:r>
      <w:r w:rsidRPr="00987F03">
        <w:rPr>
          <w:sz w:val="22"/>
          <w:rtl/>
        </w:rPr>
        <w:t>شد</w:t>
      </w:r>
      <w:r w:rsidRPr="00987F03">
        <w:rPr>
          <w:sz w:val="22"/>
        </w:rPr>
        <w:t xml:space="preserve">. </w:t>
      </w:r>
      <w:r w:rsidRPr="00987F03">
        <w:rPr>
          <w:sz w:val="22"/>
          <w:rtl/>
        </w:rPr>
        <w:t>نومسلمان</w:t>
      </w:r>
      <w:r w:rsidRPr="00987F03">
        <w:rPr>
          <w:sz w:val="22"/>
        </w:rPr>
        <w:t xml:space="preserve"> </w:t>
      </w:r>
      <w:r w:rsidRPr="00987F03">
        <w:rPr>
          <w:sz w:val="22"/>
          <w:rtl/>
        </w:rPr>
        <w:t>ایرانی</w:t>
      </w:r>
      <w:r w:rsidRPr="00987F03">
        <w:rPr>
          <w:sz w:val="22"/>
        </w:rPr>
        <w:t xml:space="preserve"> </w:t>
      </w:r>
      <w:r w:rsidRPr="00987F03">
        <w:rPr>
          <w:sz w:val="22"/>
          <w:rtl/>
        </w:rPr>
        <w:t>میان</w:t>
      </w:r>
      <w:r w:rsidRPr="00987F03">
        <w:rPr>
          <w:sz w:val="22"/>
        </w:rPr>
        <w:t xml:space="preserve"> </w:t>
      </w:r>
      <w:r w:rsidRPr="00987F03">
        <w:rPr>
          <w:sz w:val="22"/>
          <w:rtl/>
        </w:rPr>
        <w:t>دو</w:t>
      </w:r>
      <w:r w:rsidRPr="00987F03">
        <w:rPr>
          <w:sz w:val="22"/>
        </w:rPr>
        <w:t xml:space="preserve"> </w:t>
      </w:r>
      <w:r w:rsidRPr="00987F03">
        <w:rPr>
          <w:sz w:val="22"/>
          <w:rtl/>
        </w:rPr>
        <w:t>جایگاه</w:t>
      </w:r>
      <w:r w:rsidRPr="00987F03">
        <w:rPr>
          <w:sz w:val="22"/>
        </w:rPr>
        <w:t xml:space="preserve"> </w:t>
      </w:r>
      <w:r w:rsidRPr="00987F03">
        <w:rPr>
          <w:sz w:val="22"/>
          <w:rtl/>
        </w:rPr>
        <w:t>قرار</w:t>
      </w:r>
      <w:r w:rsidRPr="00987F03">
        <w:rPr>
          <w:sz w:val="22"/>
        </w:rPr>
        <w:t xml:space="preserve"> </w:t>
      </w:r>
      <w:r w:rsidRPr="00987F03">
        <w:rPr>
          <w:sz w:val="22"/>
          <w:rtl/>
        </w:rPr>
        <w:t>گرفت</w:t>
      </w:r>
      <w:r w:rsidRPr="00987F03">
        <w:rPr>
          <w:sz w:val="22"/>
        </w:rPr>
        <w:t xml:space="preserve">: </w:t>
      </w:r>
      <w:r w:rsidRPr="00987F03">
        <w:rPr>
          <w:sz w:val="22"/>
          <w:rtl/>
        </w:rPr>
        <w:t>از</w:t>
      </w:r>
      <w:r w:rsidRPr="00987F03">
        <w:rPr>
          <w:sz w:val="22"/>
        </w:rPr>
        <w:t xml:space="preserve"> </w:t>
      </w:r>
      <w:r w:rsidRPr="00987F03">
        <w:rPr>
          <w:sz w:val="22"/>
          <w:rtl/>
        </w:rPr>
        <w:t>نظر</w:t>
      </w:r>
      <w:r w:rsidRPr="00987F03">
        <w:rPr>
          <w:sz w:val="22"/>
        </w:rPr>
        <w:t xml:space="preserve"> </w:t>
      </w:r>
      <w:r w:rsidRPr="00987F03">
        <w:rPr>
          <w:sz w:val="22"/>
          <w:rtl/>
        </w:rPr>
        <w:t>دین</w:t>
      </w:r>
      <w:r w:rsidRPr="00987F03">
        <w:rPr>
          <w:sz w:val="22"/>
        </w:rPr>
        <w:t xml:space="preserve"> </w:t>
      </w:r>
      <w:r w:rsidRPr="00987F03">
        <w:rPr>
          <w:sz w:val="22"/>
          <w:rtl/>
        </w:rPr>
        <w:t>عضو</w:t>
      </w:r>
      <w:r w:rsidRPr="00987F03">
        <w:rPr>
          <w:sz w:val="22"/>
        </w:rPr>
        <w:t xml:space="preserve"> </w:t>
      </w:r>
      <w:r w:rsidRPr="00987F03">
        <w:rPr>
          <w:sz w:val="22"/>
          <w:rtl/>
        </w:rPr>
        <w:t>جامعهٔ</w:t>
      </w:r>
      <w:r w:rsidRPr="00987F03">
        <w:rPr>
          <w:sz w:val="22"/>
        </w:rPr>
        <w:t xml:space="preserve"> </w:t>
      </w:r>
    </w:p>
    <w:p w:rsidR="009F3B78" w:rsidRPr="00987F03" w:rsidRDefault="00987F03" w:rsidP="00987F03">
      <w:pPr>
        <w:bidi/>
        <w:ind w:firstLine="720"/>
        <w:rPr>
          <w:sz w:val="22"/>
        </w:rPr>
      </w:pPr>
      <w:r w:rsidRPr="00987F03">
        <w:rPr>
          <w:sz w:val="22"/>
          <w:rtl/>
        </w:rPr>
        <w:t>ایران</w:t>
      </w:r>
      <w:r w:rsidRPr="00987F03">
        <w:rPr>
          <w:sz w:val="22"/>
        </w:rPr>
        <w:t xml:space="preserve"> </w:t>
      </w:r>
      <w:r w:rsidRPr="00987F03">
        <w:rPr>
          <w:sz w:val="22"/>
          <w:rtl/>
        </w:rPr>
        <w:t>پس</w:t>
      </w:r>
      <w:r w:rsidRPr="00987F03">
        <w:rPr>
          <w:sz w:val="22"/>
        </w:rPr>
        <w:t xml:space="preserve"> </w:t>
      </w:r>
      <w:r w:rsidRPr="00987F03">
        <w:rPr>
          <w:sz w:val="22"/>
          <w:rtl/>
        </w:rPr>
        <w:t>از</w:t>
      </w:r>
      <w:r w:rsidRPr="00987F03">
        <w:rPr>
          <w:sz w:val="22"/>
        </w:rPr>
        <w:t xml:space="preserve"> </w:t>
      </w:r>
      <w:r w:rsidRPr="00987F03">
        <w:rPr>
          <w:sz w:val="22"/>
          <w:rtl/>
        </w:rPr>
        <w:t>ساسانیان</w:t>
      </w:r>
      <w:r w:rsidRPr="00987F03">
        <w:rPr>
          <w:sz w:val="22"/>
        </w:rPr>
        <w:t xml:space="preserve"> </w:t>
      </w:r>
      <w:r w:rsidRPr="00987F03">
        <w:rPr>
          <w:sz w:val="22"/>
          <w:rtl/>
        </w:rPr>
        <w:t>باقی</w:t>
      </w:r>
      <w:r w:rsidRPr="00987F03">
        <w:rPr>
          <w:sz w:val="22"/>
        </w:rPr>
        <w:t xml:space="preserve"> </w:t>
      </w:r>
      <w:r w:rsidRPr="00987F03">
        <w:rPr>
          <w:sz w:val="22"/>
          <w:rtl/>
        </w:rPr>
        <w:t>ماند،</w:t>
      </w:r>
      <w:r w:rsidRPr="00987F03">
        <w:rPr>
          <w:sz w:val="22"/>
        </w:rPr>
        <w:t xml:space="preserve"> </w:t>
      </w:r>
      <w:r w:rsidRPr="00987F03">
        <w:rPr>
          <w:sz w:val="22"/>
          <w:rtl/>
        </w:rPr>
        <w:t>اما</w:t>
      </w:r>
      <w:r w:rsidRPr="00987F03">
        <w:rPr>
          <w:sz w:val="22"/>
        </w:rPr>
        <w:t xml:space="preserve"> </w:t>
      </w:r>
      <w:r w:rsidRPr="00987F03">
        <w:rPr>
          <w:sz w:val="22"/>
          <w:rtl/>
        </w:rPr>
        <w:t>نیروهای</w:t>
      </w:r>
      <w:r w:rsidRPr="00987F03">
        <w:rPr>
          <w:sz w:val="22"/>
        </w:rPr>
        <w:t xml:space="preserve"> </w:t>
      </w:r>
      <w:r w:rsidRPr="00987F03">
        <w:rPr>
          <w:sz w:val="22"/>
          <w:rtl/>
        </w:rPr>
        <w:t>سازندهٔ</w:t>
      </w:r>
      <w:r w:rsidRPr="00987F03">
        <w:rPr>
          <w:sz w:val="22"/>
        </w:rPr>
        <w:t xml:space="preserve"> </w:t>
      </w:r>
      <w:r w:rsidRPr="00987F03">
        <w:rPr>
          <w:sz w:val="22"/>
          <w:rtl/>
        </w:rPr>
        <w:t>آن</w:t>
      </w:r>
      <w:r w:rsidRPr="00987F03">
        <w:rPr>
          <w:sz w:val="22"/>
        </w:rPr>
        <w:t xml:space="preserve"> </w:t>
      </w:r>
      <w:r w:rsidRPr="00987F03">
        <w:rPr>
          <w:sz w:val="22"/>
          <w:rtl/>
        </w:rPr>
        <w:t>در</w:t>
      </w:r>
      <w:r w:rsidRPr="00987F03">
        <w:rPr>
          <w:sz w:val="22"/>
        </w:rPr>
        <w:t xml:space="preserve"> </w:t>
      </w:r>
      <w:r w:rsidRPr="00987F03">
        <w:rPr>
          <w:sz w:val="22"/>
          <w:rtl/>
        </w:rPr>
        <w:t>آرایشی</w:t>
      </w:r>
      <w:r w:rsidRPr="00987F03">
        <w:rPr>
          <w:sz w:val="22"/>
        </w:rPr>
        <w:t xml:space="preserve"> </w:t>
      </w:r>
      <w:r w:rsidRPr="00987F03">
        <w:rPr>
          <w:sz w:val="22"/>
          <w:rtl/>
        </w:rPr>
        <w:t>تازه</w:t>
      </w:r>
      <w:r w:rsidRPr="00987F03">
        <w:rPr>
          <w:sz w:val="22"/>
        </w:rPr>
        <w:t xml:space="preserve"> </w:t>
      </w:r>
      <w:r w:rsidRPr="00987F03">
        <w:rPr>
          <w:sz w:val="22"/>
          <w:rtl/>
        </w:rPr>
        <w:t>قرار</w:t>
      </w:r>
      <w:r w:rsidRPr="00987F03">
        <w:rPr>
          <w:sz w:val="22"/>
        </w:rPr>
        <w:t xml:space="preserve"> </w:t>
      </w:r>
      <w:r w:rsidRPr="00987F03">
        <w:rPr>
          <w:sz w:val="22"/>
          <w:rtl/>
        </w:rPr>
        <w:t>گرفتند</w:t>
      </w:r>
      <w:r w:rsidRPr="00987F03">
        <w:rPr>
          <w:sz w:val="22"/>
        </w:rPr>
        <w:t xml:space="preserve">. </w:t>
      </w:r>
      <w:r w:rsidRPr="00987F03">
        <w:rPr>
          <w:sz w:val="22"/>
          <w:rtl/>
        </w:rPr>
        <w:t>تاج</w:t>
      </w:r>
      <w:r w:rsidRPr="00987F03">
        <w:rPr>
          <w:sz w:val="22"/>
        </w:rPr>
        <w:t xml:space="preserve"> </w:t>
      </w:r>
      <w:r w:rsidRPr="00987F03">
        <w:rPr>
          <w:sz w:val="22"/>
          <w:rtl/>
        </w:rPr>
        <w:t>از</w:t>
      </w:r>
      <w:r w:rsidRPr="00987F03">
        <w:rPr>
          <w:sz w:val="22"/>
        </w:rPr>
        <w:t xml:space="preserve"> </w:t>
      </w:r>
      <w:r w:rsidRPr="00987F03">
        <w:rPr>
          <w:sz w:val="22"/>
          <w:rtl/>
        </w:rPr>
        <w:t>میان</w:t>
      </w:r>
      <w:r w:rsidRPr="00987F03">
        <w:rPr>
          <w:sz w:val="22"/>
        </w:rPr>
        <w:t xml:space="preserve"> </w:t>
      </w:r>
      <w:r w:rsidRPr="00987F03">
        <w:rPr>
          <w:sz w:val="22"/>
          <w:rtl/>
        </w:rPr>
        <w:t>رفت</w:t>
      </w:r>
      <w:r w:rsidRPr="00987F03">
        <w:rPr>
          <w:sz w:val="22"/>
        </w:rPr>
        <w:t xml:space="preserve"> </w:t>
      </w:r>
      <w:r w:rsidRPr="00987F03">
        <w:rPr>
          <w:sz w:val="22"/>
          <w:rtl/>
        </w:rPr>
        <w:t>و</w:t>
      </w:r>
      <w:r w:rsidRPr="00987F03">
        <w:rPr>
          <w:sz w:val="22"/>
        </w:rPr>
        <w:t xml:space="preserve"> </w:t>
      </w:r>
      <w:r w:rsidRPr="00987F03">
        <w:rPr>
          <w:sz w:val="22"/>
          <w:rtl/>
        </w:rPr>
        <w:t>خلیفه</w:t>
      </w:r>
      <w:r w:rsidRPr="00987F03">
        <w:rPr>
          <w:sz w:val="22"/>
        </w:rPr>
        <w:t xml:space="preserve"> </w:t>
      </w:r>
      <w:r w:rsidRPr="00987F03">
        <w:rPr>
          <w:sz w:val="22"/>
          <w:rtl/>
        </w:rPr>
        <w:t>در</w:t>
      </w:r>
      <w:r w:rsidRPr="00987F03">
        <w:rPr>
          <w:sz w:val="22"/>
        </w:rPr>
        <w:t xml:space="preserve"> </w:t>
      </w:r>
      <w:r w:rsidRPr="00987F03">
        <w:rPr>
          <w:sz w:val="22"/>
          <w:rtl/>
        </w:rPr>
        <w:t>بیرون</w:t>
      </w:r>
      <w:r w:rsidRPr="00987F03">
        <w:rPr>
          <w:sz w:val="22"/>
        </w:rPr>
        <w:t xml:space="preserve"> </w:t>
      </w:r>
      <w:r w:rsidRPr="00987F03">
        <w:rPr>
          <w:sz w:val="22"/>
          <w:rtl/>
        </w:rPr>
        <w:t>از</w:t>
      </w:r>
      <w:r w:rsidRPr="00987F03">
        <w:rPr>
          <w:sz w:val="22"/>
        </w:rPr>
        <w:t xml:space="preserve"> </w:t>
      </w:r>
      <w:r w:rsidRPr="00987F03">
        <w:rPr>
          <w:sz w:val="22"/>
          <w:rtl/>
        </w:rPr>
        <w:t>ایران</w:t>
      </w:r>
      <w:r w:rsidRPr="00987F03">
        <w:rPr>
          <w:sz w:val="22"/>
        </w:rPr>
        <w:t xml:space="preserve"> </w:t>
      </w:r>
      <w:r w:rsidRPr="00987F03">
        <w:rPr>
          <w:sz w:val="22"/>
          <w:rtl/>
        </w:rPr>
        <w:t>سرچشمهٔ</w:t>
      </w:r>
      <w:r w:rsidRPr="00987F03">
        <w:rPr>
          <w:sz w:val="22"/>
        </w:rPr>
        <w:t xml:space="preserve"> </w:t>
      </w:r>
      <w:r w:rsidRPr="00987F03">
        <w:rPr>
          <w:sz w:val="22"/>
          <w:rtl/>
        </w:rPr>
        <w:t>فرمان</w:t>
      </w:r>
      <w:r w:rsidRPr="00987F03">
        <w:rPr>
          <w:sz w:val="22"/>
        </w:rPr>
        <w:t xml:space="preserve"> </w:t>
      </w:r>
      <w:r w:rsidRPr="00987F03">
        <w:rPr>
          <w:sz w:val="22"/>
          <w:rtl/>
        </w:rPr>
        <w:t>شد</w:t>
      </w:r>
      <w:r w:rsidRPr="00987F03">
        <w:rPr>
          <w:sz w:val="22"/>
        </w:rPr>
        <w:t xml:space="preserve">. </w:t>
      </w:r>
      <w:r w:rsidRPr="00987F03">
        <w:rPr>
          <w:sz w:val="22"/>
          <w:rtl/>
        </w:rPr>
        <w:t>قشون</w:t>
      </w:r>
      <w:r w:rsidRPr="00987F03">
        <w:rPr>
          <w:sz w:val="22"/>
        </w:rPr>
        <w:t xml:space="preserve"> </w:t>
      </w:r>
      <w:r w:rsidRPr="00987F03">
        <w:rPr>
          <w:sz w:val="22"/>
          <w:rtl/>
        </w:rPr>
        <w:t>عرب</w:t>
      </w:r>
      <w:r w:rsidRPr="00987F03">
        <w:rPr>
          <w:sz w:val="22"/>
        </w:rPr>
        <w:t xml:space="preserve"> </w:t>
      </w:r>
      <w:r w:rsidRPr="00987F03">
        <w:rPr>
          <w:sz w:val="22"/>
          <w:rtl/>
        </w:rPr>
        <w:t>قدرت</w:t>
      </w:r>
      <w:r w:rsidRPr="00987F03">
        <w:rPr>
          <w:sz w:val="22"/>
        </w:rPr>
        <w:t xml:space="preserve"> </w:t>
      </w:r>
      <w:r w:rsidRPr="00987F03">
        <w:rPr>
          <w:sz w:val="22"/>
          <w:rtl/>
        </w:rPr>
        <w:t>نظامی</w:t>
      </w:r>
      <w:r w:rsidRPr="00987F03">
        <w:rPr>
          <w:sz w:val="22"/>
        </w:rPr>
        <w:t xml:space="preserve"> </w:t>
      </w:r>
      <w:r w:rsidRPr="00987F03">
        <w:rPr>
          <w:sz w:val="22"/>
          <w:rtl/>
        </w:rPr>
        <w:t>و</w:t>
      </w:r>
      <w:r w:rsidRPr="00987F03">
        <w:rPr>
          <w:sz w:val="22"/>
        </w:rPr>
        <w:t xml:space="preserve"> </w:t>
      </w:r>
      <w:r w:rsidRPr="00987F03">
        <w:rPr>
          <w:sz w:val="22"/>
          <w:rtl/>
        </w:rPr>
        <w:t>حق</w:t>
      </w:r>
      <w:r w:rsidRPr="00987F03">
        <w:rPr>
          <w:sz w:val="22"/>
        </w:rPr>
        <w:t xml:space="preserve"> </w:t>
      </w:r>
      <w:r w:rsidRPr="00987F03">
        <w:rPr>
          <w:sz w:val="22"/>
          <w:rtl/>
        </w:rPr>
        <w:t>تعیین</w:t>
      </w:r>
      <w:r w:rsidRPr="00987F03">
        <w:rPr>
          <w:sz w:val="22"/>
        </w:rPr>
        <w:t xml:space="preserve"> </w:t>
      </w:r>
      <w:r w:rsidRPr="00987F03">
        <w:rPr>
          <w:sz w:val="22"/>
          <w:rtl/>
        </w:rPr>
        <w:t>حاکمان</w:t>
      </w:r>
      <w:r w:rsidRPr="00987F03">
        <w:rPr>
          <w:sz w:val="22"/>
        </w:rPr>
        <w:t xml:space="preserve"> </w:t>
      </w:r>
      <w:r w:rsidRPr="00987F03">
        <w:rPr>
          <w:sz w:val="22"/>
          <w:rtl/>
        </w:rPr>
        <w:t>را</w:t>
      </w:r>
      <w:r w:rsidRPr="00987F03">
        <w:rPr>
          <w:sz w:val="22"/>
        </w:rPr>
        <w:t xml:space="preserve"> </w:t>
      </w:r>
      <w:r w:rsidRPr="00987F03">
        <w:rPr>
          <w:sz w:val="22"/>
          <w:rtl/>
        </w:rPr>
        <w:t>در</w:t>
      </w:r>
      <w:r w:rsidRPr="00987F03">
        <w:rPr>
          <w:sz w:val="22"/>
        </w:rPr>
        <w:t xml:space="preserve"> </w:t>
      </w:r>
      <w:r w:rsidRPr="00987F03">
        <w:rPr>
          <w:sz w:val="22"/>
          <w:rtl/>
        </w:rPr>
        <w:t>اختیار</w:t>
      </w:r>
      <w:r w:rsidRPr="00987F03">
        <w:rPr>
          <w:sz w:val="22"/>
        </w:rPr>
        <w:t xml:space="preserve"> </w:t>
      </w:r>
      <w:r w:rsidRPr="00987F03">
        <w:rPr>
          <w:sz w:val="22"/>
          <w:rtl/>
        </w:rPr>
        <w:t>گرفت</w:t>
      </w:r>
      <w:r w:rsidRPr="00987F03">
        <w:rPr>
          <w:sz w:val="22"/>
        </w:rPr>
        <w:t xml:space="preserve">. </w:t>
      </w:r>
      <w:r w:rsidRPr="00987F03">
        <w:rPr>
          <w:sz w:val="22"/>
          <w:rtl/>
        </w:rPr>
        <w:t>دیوان</w:t>
      </w:r>
      <w:r w:rsidRPr="00987F03">
        <w:rPr>
          <w:sz w:val="22"/>
        </w:rPr>
        <w:t xml:space="preserve"> </w:t>
      </w:r>
      <w:r w:rsidRPr="00987F03">
        <w:rPr>
          <w:sz w:val="22"/>
          <w:rtl/>
        </w:rPr>
        <w:t>و</w:t>
      </w:r>
      <w:r w:rsidRPr="00987F03">
        <w:rPr>
          <w:sz w:val="22"/>
        </w:rPr>
        <w:t xml:space="preserve"> </w:t>
      </w:r>
      <w:r w:rsidRPr="00987F03">
        <w:rPr>
          <w:sz w:val="22"/>
          <w:rtl/>
        </w:rPr>
        <w:t>دبیران</w:t>
      </w:r>
      <w:r w:rsidRPr="00987F03">
        <w:rPr>
          <w:sz w:val="22"/>
        </w:rPr>
        <w:t xml:space="preserve"> </w:t>
      </w:r>
      <w:r w:rsidRPr="00987F03">
        <w:rPr>
          <w:sz w:val="22"/>
          <w:rtl/>
        </w:rPr>
        <w:t>ایرانی</w:t>
      </w:r>
      <w:r w:rsidRPr="00987F03">
        <w:rPr>
          <w:sz w:val="22"/>
        </w:rPr>
        <w:t xml:space="preserve"> </w:t>
      </w:r>
      <w:r w:rsidRPr="00987F03">
        <w:rPr>
          <w:sz w:val="22"/>
          <w:rtl/>
        </w:rPr>
        <w:t>کار</w:t>
      </w:r>
      <w:r w:rsidRPr="00987F03">
        <w:rPr>
          <w:sz w:val="22"/>
        </w:rPr>
        <w:t xml:space="preserve"> </w:t>
      </w:r>
      <w:r w:rsidRPr="00987F03">
        <w:rPr>
          <w:sz w:val="22"/>
          <w:rtl/>
        </w:rPr>
        <w:t>اداره</w:t>
      </w:r>
      <w:r w:rsidRPr="00987F03">
        <w:rPr>
          <w:sz w:val="22"/>
        </w:rPr>
        <w:t xml:space="preserve"> </w:t>
      </w:r>
      <w:r w:rsidRPr="00987F03">
        <w:rPr>
          <w:sz w:val="22"/>
          <w:rtl/>
        </w:rPr>
        <w:t>و</w:t>
      </w:r>
      <w:r w:rsidRPr="00987F03">
        <w:rPr>
          <w:sz w:val="22"/>
        </w:rPr>
        <w:t xml:space="preserve"> </w:t>
      </w:r>
      <w:r w:rsidRPr="00987F03">
        <w:rPr>
          <w:sz w:val="22"/>
          <w:rtl/>
        </w:rPr>
        <w:t>مالیات</w:t>
      </w:r>
      <w:r w:rsidRPr="00987F03">
        <w:rPr>
          <w:sz w:val="22"/>
        </w:rPr>
        <w:t xml:space="preserve"> </w:t>
      </w:r>
      <w:r w:rsidRPr="00987F03">
        <w:rPr>
          <w:sz w:val="22"/>
          <w:rtl/>
        </w:rPr>
        <w:t>را</w:t>
      </w:r>
      <w:r w:rsidRPr="00987F03">
        <w:rPr>
          <w:sz w:val="22"/>
        </w:rPr>
        <w:t xml:space="preserve"> </w:t>
      </w:r>
      <w:r w:rsidRPr="00987F03">
        <w:rPr>
          <w:sz w:val="22"/>
          <w:rtl/>
        </w:rPr>
        <w:t>ادامه</w:t>
      </w:r>
      <w:r w:rsidRPr="00987F03">
        <w:rPr>
          <w:sz w:val="22"/>
        </w:rPr>
        <w:t xml:space="preserve"> </w:t>
      </w:r>
      <w:r w:rsidRPr="00987F03">
        <w:rPr>
          <w:sz w:val="22"/>
          <w:rtl/>
        </w:rPr>
        <w:t>دادند</w:t>
      </w:r>
      <w:r w:rsidRPr="00987F03">
        <w:rPr>
          <w:sz w:val="22"/>
        </w:rPr>
        <w:t xml:space="preserve">. </w:t>
      </w:r>
      <w:r w:rsidRPr="00987F03">
        <w:rPr>
          <w:sz w:val="22"/>
          <w:rtl/>
        </w:rPr>
        <w:t>دهقانان</w:t>
      </w:r>
      <w:r w:rsidRPr="00987F03">
        <w:rPr>
          <w:sz w:val="22"/>
        </w:rPr>
        <w:t xml:space="preserve"> </w:t>
      </w:r>
      <w:r w:rsidRPr="00987F03">
        <w:rPr>
          <w:sz w:val="22"/>
          <w:rtl/>
        </w:rPr>
        <w:t>واسطهٔ</w:t>
      </w:r>
      <w:r w:rsidRPr="00987F03">
        <w:rPr>
          <w:sz w:val="22"/>
        </w:rPr>
        <w:t xml:space="preserve"> </w:t>
      </w:r>
      <w:r w:rsidRPr="00987F03">
        <w:rPr>
          <w:sz w:val="22"/>
          <w:rtl/>
        </w:rPr>
        <w:t>حکومت</w:t>
      </w:r>
      <w:r w:rsidRPr="00987F03">
        <w:rPr>
          <w:sz w:val="22"/>
        </w:rPr>
        <w:t xml:space="preserve"> </w:t>
      </w:r>
      <w:r w:rsidRPr="00987F03">
        <w:rPr>
          <w:sz w:val="22"/>
          <w:rtl/>
        </w:rPr>
        <w:t>و</w:t>
      </w:r>
      <w:r w:rsidRPr="00987F03">
        <w:rPr>
          <w:sz w:val="22"/>
        </w:rPr>
        <w:t xml:space="preserve"> </w:t>
      </w:r>
      <w:r w:rsidRPr="00987F03">
        <w:rPr>
          <w:sz w:val="22"/>
          <w:rtl/>
        </w:rPr>
        <w:t>روستاها</w:t>
      </w:r>
      <w:r w:rsidRPr="00987F03">
        <w:rPr>
          <w:sz w:val="22"/>
        </w:rPr>
        <w:t xml:space="preserve"> </w:t>
      </w:r>
      <w:r w:rsidRPr="00987F03">
        <w:rPr>
          <w:sz w:val="22"/>
          <w:rtl/>
        </w:rPr>
        <w:t>شدند</w:t>
      </w:r>
      <w:r w:rsidRPr="00987F03">
        <w:rPr>
          <w:sz w:val="22"/>
        </w:rPr>
        <w:t xml:space="preserve">. </w:t>
      </w:r>
      <w:r w:rsidRPr="00987F03">
        <w:rPr>
          <w:sz w:val="22"/>
          <w:rtl/>
        </w:rPr>
        <w:t>دینکاران</w:t>
      </w:r>
      <w:r w:rsidRPr="00987F03">
        <w:rPr>
          <w:sz w:val="22"/>
        </w:rPr>
        <w:t xml:space="preserve"> </w:t>
      </w:r>
      <w:r w:rsidRPr="00987F03">
        <w:rPr>
          <w:sz w:val="22"/>
          <w:rtl/>
        </w:rPr>
        <w:t>زرتشتی</w:t>
      </w:r>
      <w:r w:rsidRPr="00987F03">
        <w:rPr>
          <w:sz w:val="22"/>
        </w:rPr>
        <w:t xml:space="preserve"> </w:t>
      </w:r>
      <w:r w:rsidRPr="00987F03">
        <w:rPr>
          <w:sz w:val="22"/>
          <w:rtl/>
        </w:rPr>
        <w:t>بدون</w:t>
      </w:r>
      <w:r w:rsidRPr="00987F03">
        <w:rPr>
          <w:sz w:val="22"/>
        </w:rPr>
        <w:t xml:space="preserve"> </w:t>
      </w:r>
      <w:r w:rsidRPr="00987F03">
        <w:rPr>
          <w:sz w:val="22"/>
          <w:rtl/>
        </w:rPr>
        <w:t>پشتیبانی</w:t>
      </w:r>
      <w:r w:rsidRPr="00987F03">
        <w:rPr>
          <w:sz w:val="22"/>
        </w:rPr>
        <w:t xml:space="preserve"> </w:t>
      </w:r>
      <w:r w:rsidRPr="00987F03">
        <w:rPr>
          <w:sz w:val="22"/>
          <w:rtl/>
        </w:rPr>
        <w:t>تاج،</w:t>
      </w:r>
      <w:r w:rsidRPr="00987F03">
        <w:rPr>
          <w:sz w:val="22"/>
        </w:rPr>
        <w:t xml:space="preserve"> </w:t>
      </w:r>
      <w:r w:rsidRPr="00987F03">
        <w:rPr>
          <w:sz w:val="22"/>
          <w:rtl/>
        </w:rPr>
        <w:t>برای</w:t>
      </w:r>
      <w:r w:rsidRPr="00987F03">
        <w:rPr>
          <w:sz w:val="22"/>
        </w:rPr>
        <w:t xml:space="preserve"> </w:t>
      </w:r>
      <w:r w:rsidRPr="00987F03">
        <w:rPr>
          <w:sz w:val="22"/>
          <w:rtl/>
        </w:rPr>
        <w:t>حفظ</w:t>
      </w:r>
      <w:r w:rsidRPr="00987F03">
        <w:rPr>
          <w:sz w:val="22"/>
        </w:rPr>
        <w:t xml:space="preserve"> </w:t>
      </w:r>
      <w:r w:rsidRPr="00987F03">
        <w:rPr>
          <w:sz w:val="22"/>
          <w:rtl/>
        </w:rPr>
        <w:t>جامعهٔ</w:t>
      </w:r>
      <w:r w:rsidRPr="00987F03">
        <w:rPr>
          <w:sz w:val="22"/>
        </w:rPr>
        <w:t xml:space="preserve"> </w:t>
      </w:r>
      <w:r w:rsidRPr="00987F03">
        <w:rPr>
          <w:sz w:val="22"/>
          <w:rtl/>
        </w:rPr>
        <w:t>خود</w:t>
      </w:r>
      <w:r w:rsidRPr="00987F03">
        <w:rPr>
          <w:sz w:val="22"/>
        </w:rPr>
        <w:t xml:space="preserve"> </w:t>
      </w:r>
      <w:r w:rsidRPr="00987F03">
        <w:rPr>
          <w:sz w:val="22"/>
          <w:rtl/>
        </w:rPr>
        <w:t>کوشیدند</w:t>
      </w:r>
      <w:r w:rsidRPr="00987F03">
        <w:rPr>
          <w:sz w:val="22"/>
        </w:rPr>
        <w:t xml:space="preserve"> </w:t>
      </w:r>
      <w:r w:rsidRPr="00987F03">
        <w:rPr>
          <w:sz w:val="22"/>
          <w:rtl/>
        </w:rPr>
        <w:t>و</w:t>
      </w:r>
      <w:r w:rsidRPr="00987F03">
        <w:rPr>
          <w:sz w:val="22"/>
        </w:rPr>
        <w:t xml:space="preserve"> </w:t>
      </w:r>
      <w:r w:rsidRPr="00987F03">
        <w:rPr>
          <w:sz w:val="22"/>
          <w:rtl/>
        </w:rPr>
        <w:t>مردم</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انتخاب</w:t>
      </w:r>
      <w:r w:rsidRPr="00987F03">
        <w:rPr>
          <w:sz w:val="22"/>
        </w:rPr>
        <w:t>‌</w:t>
      </w:r>
      <w:r w:rsidRPr="00987F03">
        <w:rPr>
          <w:sz w:val="22"/>
          <w:rtl/>
        </w:rPr>
        <w:t>هایی</w:t>
      </w:r>
      <w:r w:rsidRPr="00987F03">
        <w:rPr>
          <w:sz w:val="22"/>
        </w:rPr>
        <w:t xml:space="preserve"> </w:t>
      </w:r>
      <w:r w:rsidRPr="00987F03">
        <w:rPr>
          <w:sz w:val="22"/>
          <w:rtl/>
        </w:rPr>
        <w:t>قرار</w:t>
      </w:r>
      <w:r w:rsidRPr="00987F03">
        <w:rPr>
          <w:sz w:val="22"/>
        </w:rPr>
        <w:t xml:space="preserve"> </w:t>
      </w:r>
      <w:r w:rsidRPr="00987F03">
        <w:rPr>
          <w:sz w:val="22"/>
          <w:rtl/>
        </w:rPr>
        <w:t>گرفتند</w:t>
      </w:r>
      <w:r w:rsidRPr="00987F03">
        <w:rPr>
          <w:sz w:val="22"/>
        </w:rPr>
        <w:t xml:space="preserve"> </w:t>
      </w:r>
      <w:r w:rsidRPr="00987F03">
        <w:rPr>
          <w:sz w:val="22"/>
          <w:rtl/>
        </w:rPr>
        <w:t>که</w:t>
      </w:r>
      <w:r w:rsidRPr="00987F03">
        <w:rPr>
          <w:sz w:val="22"/>
        </w:rPr>
        <w:t xml:space="preserve"> </w:t>
      </w:r>
      <w:r w:rsidRPr="00987F03">
        <w:rPr>
          <w:sz w:val="22"/>
          <w:rtl/>
        </w:rPr>
        <w:t>دین،</w:t>
      </w:r>
      <w:r w:rsidRPr="00987F03">
        <w:rPr>
          <w:sz w:val="22"/>
        </w:rPr>
        <w:t xml:space="preserve"> </w:t>
      </w:r>
      <w:r w:rsidRPr="00987F03">
        <w:rPr>
          <w:sz w:val="22"/>
          <w:rtl/>
        </w:rPr>
        <w:t>مالیات،</w:t>
      </w:r>
      <w:r w:rsidRPr="00987F03">
        <w:rPr>
          <w:sz w:val="22"/>
        </w:rPr>
        <w:t xml:space="preserve"> </w:t>
      </w:r>
      <w:r w:rsidRPr="00987F03">
        <w:rPr>
          <w:sz w:val="22"/>
          <w:rtl/>
        </w:rPr>
        <w:t>منزلت</w:t>
      </w:r>
      <w:r w:rsidRPr="00987F03">
        <w:rPr>
          <w:sz w:val="22"/>
        </w:rPr>
        <w:t xml:space="preserve"> </w:t>
      </w:r>
      <w:r w:rsidRPr="00987F03">
        <w:rPr>
          <w:sz w:val="22"/>
          <w:rtl/>
        </w:rPr>
        <w:t>و</w:t>
      </w:r>
      <w:r w:rsidRPr="00987F03">
        <w:rPr>
          <w:sz w:val="22"/>
        </w:rPr>
        <w:t xml:space="preserve"> </w:t>
      </w:r>
      <w:r w:rsidRPr="00987F03">
        <w:rPr>
          <w:sz w:val="22"/>
          <w:rtl/>
        </w:rPr>
        <w:t>امنیت</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یکدیگر</w:t>
      </w:r>
      <w:r w:rsidRPr="00987F03">
        <w:rPr>
          <w:sz w:val="22"/>
        </w:rPr>
        <w:t xml:space="preserve"> </w:t>
      </w:r>
      <w:r w:rsidRPr="00987F03">
        <w:rPr>
          <w:sz w:val="22"/>
          <w:rtl/>
        </w:rPr>
        <w:t>پیوند</w:t>
      </w:r>
      <w:r w:rsidRPr="00987F03">
        <w:rPr>
          <w:sz w:val="22"/>
        </w:rPr>
        <w:t xml:space="preserve"> </w:t>
      </w:r>
      <w:r w:rsidRPr="00987F03">
        <w:rPr>
          <w:sz w:val="22"/>
          <w:rtl/>
        </w:rPr>
        <w:t>می</w:t>
      </w:r>
      <w:r w:rsidRPr="00987F03">
        <w:rPr>
          <w:sz w:val="22"/>
        </w:rPr>
        <w:t>‌</w:t>
      </w:r>
      <w:r w:rsidRPr="00987F03">
        <w:rPr>
          <w:sz w:val="22"/>
          <w:rtl/>
        </w:rPr>
        <w:t>داد</w:t>
      </w:r>
      <w:r w:rsidRPr="00987F03">
        <w:rPr>
          <w:sz w:val="22"/>
        </w:rPr>
        <w:t>.</w:t>
      </w:r>
    </w:p>
    <w:p w:rsidR="009F3B78" w:rsidRPr="00987F03" w:rsidRDefault="00987F03" w:rsidP="00987F03">
      <w:pPr>
        <w:bidi/>
        <w:ind w:firstLine="720"/>
        <w:rPr>
          <w:sz w:val="22"/>
        </w:rPr>
      </w:pPr>
      <w:r w:rsidRPr="00987F03">
        <w:rPr>
          <w:sz w:val="22"/>
          <w:rtl/>
        </w:rPr>
        <w:t>در</w:t>
      </w:r>
      <w:r w:rsidRPr="00987F03">
        <w:rPr>
          <w:sz w:val="22"/>
        </w:rPr>
        <w:t xml:space="preserve"> </w:t>
      </w:r>
      <w:r w:rsidRPr="00987F03">
        <w:rPr>
          <w:sz w:val="22"/>
          <w:rtl/>
        </w:rPr>
        <w:t>این</w:t>
      </w:r>
      <w:r w:rsidRPr="00987F03">
        <w:rPr>
          <w:sz w:val="22"/>
        </w:rPr>
        <w:t xml:space="preserve"> </w:t>
      </w:r>
      <w:r w:rsidRPr="00987F03">
        <w:rPr>
          <w:sz w:val="22"/>
          <w:rtl/>
        </w:rPr>
        <w:t>ساختمان،</w:t>
      </w:r>
      <w:r w:rsidRPr="00987F03">
        <w:rPr>
          <w:sz w:val="22"/>
        </w:rPr>
        <w:t xml:space="preserve"> </w:t>
      </w:r>
      <w:r w:rsidRPr="00987F03">
        <w:rPr>
          <w:sz w:val="22"/>
          <w:rtl/>
        </w:rPr>
        <w:t>هیچ</w:t>
      </w:r>
      <w:r w:rsidRPr="00987F03">
        <w:rPr>
          <w:sz w:val="22"/>
        </w:rPr>
        <w:t>‌</w:t>
      </w:r>
      <w:r w:rsidRPr="00987F03">
        <w:rPr>
          <w:sz w:val="22"/>
          <w:rtl/>
        </w:rPr>
        <w:t>یک</w:t>
      </w:r>
      <w:r w:rsidRPr="00987F03">
        <w:rPr>
          <w:sz w:val="22"/>
        </w:rPr>
        <w:t xml:space="preserve"> </w:t>
      </w:r>
      <w:r w:rsidRPr="00987F03">
        <w:rPr>
          <w:sz w:val="22"/>
          <w:rtl/>
        </w:rPr>
        <w:t>از</w:t>
      </w:r>
      <w:r w:rsidRPr="00987F03">
        <w:rPr>
          <w:sz w:val="22"/>
        </w:rPr>
        <w:t xml:space="preserve"> </w:t>
      </w:r>
      <w:r w:rsidRPr="00987F03">
        <w:rPr>
          <w:sz w:val="22"/>
          <w:rtl/>
        </w:rPr>
        <w:t>نیروها</w:t>
      </w:r>
      <w:r w:rsidRPr="00987F03">
        <w:rPr>
          <w:sz w:val="22"/>
        </w:rPr>
        <w:t xml:space="preserve"> </w:t>
      </w:r>
      <w:r w:rsidRPr="00987F03">
        <w:rPr>
          <w:sz w:val="22"/>
          <w:rtl/>
        </w:rPr>
        <w:t>جایگاه</w:t>
      </w:r>
      <w:r w:rsidRPr="00987F03">
        <w:rPr>
          <w:sz w:val="22"/>
        </w:rPr>
        <w:t xml:space="preserve"> </w:t>
      </w:r>
      <w:r w:rsidRPr="00987F03">
        <w:rPr>
          <w:sz w:val="22"/>
          <w:rtl/>
        </w:rPr>
        <w:t>نهایی</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نیافته</w:t>
      </w:r>
      <w:r w:rsidRPr="00987F03">
        <w:rPr>
          <w:sz w:val="22"/>
        </w:rPr>
        <w:t xml:space="preserve"> </w:t>
      </w:r>
      <w:r w:rsidRPr="00987F03">
        <w:rPr>
          <w:sz w:val="22"/>
          <w:rtl/>
        </w:rPr>
        <w:t>بود</w:t>
      </w:r>
      <w:r w:rsidRPr="00987F03">
        <w:rPr>
          <w:sz w:val="22"/>
        </w:rPr>
        <w:t xml:space="preserve">. </w:t>
      </w:r>
      <w:r w:rsidRPr="00987F03">
        <w:rPr>
          <w:sz w:val="22"/>
          <w:rtl/>
        </w:rPr>
        <w:t>قشون</w:t>
      </w:r>
      <w:r w:rsidRPr="00987F03">
        <w:rPr>
          <w:sz w:val="22"/>
        </w:rPr>
        <w:t xml:space="preserve"> </w:t>
      </w:r>
      <w:r w:rsidRPr="00987F03">
        <w:rPr>
          <w:sz w:val="22"/>
          <w:rtl/>
        </w:rPr>
        <w:t>هنوز</w:t>
      </w:r>
      <w:r w:rsidRPr="00987F03">
        <w:rPr>
          <w:sz w:val="22"/>
        </w:rPr>
        <w:t xml:space="preserve"> </w:t>
      </w:r>
      <w:r w:rsidRPr="00987F03">
        <w:rPr>
          <w:sz w:val="22"/>
          <w:rtl/>
        </w:rPr>
        <w:t>بیشتر</w:t>
      </w:r>
      <w:r w:rsidRPr="00987F03">
        <w:rPr>
          <w:sz w:val="22"/>
        </w:rPr>
        <w:t xml:space="preserve"> </w:t>
      </w:r>
      <w:r w:rsidRPr="00987F03">
        <w:rPr>
          <w:sz w:val="22"/>
          <w:rtl/>
        </w:rPr>
        <w:t>برای</w:t>
      </w:r>
      <w:r w:rsidRPr="00987F03">
        <w:rPr>
          <w:sz w:val="22"/>
        </w:rPr>
        <w:t xml:space="preserve"> </w:t>
      </w:r>
      <w:r w:rsidRPr="00987F03">
        <w:rPr>
          <w:sz w:val="22"/>
          <w:rtl/>
        </w:rPr>
        <w:t>فتح</w:t>
      </w:r>
      <w:r w:rsidRPr="00987F03">
        <w:rPr>
          <w:sz w:val="22"/>
        </w:rPr>
        <w:t xml:space="preserve"> </w:t>
      </w:r>
      <w:r w:rsidRPr="00987F03">
        <w:rPr>
          <w:sz w:val="22"/>
          <w:rtl/>
        </w:rPr>
        <w:t>سازمان</w:t>
      </w:r>
      <w:r w:rsidRPr="00987F03">
        <w:rPr>
          <w:sz w:val="22"/>
        </w:rPr>
        <w:t xml:space="preserve"> </w:t>
      </w:r>
      <w:r w:rsidRPr="00987F03">
        <w:rPr>
          <w:sz w:val="22"/>
          <w:rtl/>
        </w:rPr>
        <w:t>داشت</w:t>
      </w:r>
      <w:r w:rsidRPr="00987F03">
        <w:rPr>
          <w:sz w:val="22"/>
        </w:rPr>
        <w:t xml:space="preserve"> </w:t>
      </w:r>
      <w:r w:rsidRPr="00987F03">
        <w:rPr>
          <w:sz w:val="22"/>
          <w:rtl/>
        </w:rPr>
        <w:t>تا</w:t>
      </w:r>
      <w:r w:rsidRPr="00987F03">
        <w:rPr>
          <w:sz w:val="22"/>
        </w:rPr>
        <w:t xml:space="preserve"> </w:t>
      </w:r>
      <w:r w:rsidRPr="00987F03">
        <w:rPr>
          <w:sz w:val="22"/>
          <w:rtl/>
        </w:rPr>
        <w:t>اداره؛</w:t>
      </w:r>
      <w:r w:rsidRPr="00987F03">
        <w:rPr>
          <w:sz w:val="22"/>
        </w:rPr>
        <w:t xml:space="preserve"> </w:t>
      </w:r>
      <w:r w:rsidRPr="00987F03">
        <w:rPr>
          <w:sz w:val="22"/>
          <w:rtl/>
        </w:rPr>
        <w:t>دیوان</w:t>
      </w:r>
      <w:r w:rsidRPr="00987F03">
        <w:rPr>
          <w:sz w:val="22"/>
        </w:rPr>
        <w:t xml:space="preserve"> </w:t>
      </w:r>
      <w:r w:rsidRPr="00987F03">
        <w:rPr>
          <w:sz w:val="22"/>
          <w:rtl/>
        </w:rPr>
        <w:t>در</w:t>
      </w:r>
      <w:r w:rsidRPr="00987F03">
        <w:rPr>
          <w:sz w:val="22"/>
        </w:rPr>
        <w:t xml:space="preserve"> </w:t>
      </w:r>
      <w:r w:rsidRPr="00987F03">
        <w:rPr>
          <w:sz w:val="22"/>
          <w:rtl/>
        </w:rPr>
        <w:t>خدمت</w:t>
      </w:r>
      <w:r w:rsidRPr="00987F03">
        <w:rPr>
          <w:sz w:val="22"/>
        </w:rPr>
        <w:t xml:space="preserve"> </w:t>
      </w:r>
      <w:r w:rsidRPr="00987F03">
        <w:rPr>
          <w:sz w:val="22"/>
          <w:rtl/>
        </w:rPr>
        <w:t>حاکمانی</w:t>
      </w:r>
      <w:r w:rsidRPr="00987F03">
        <w:rPr>
          <w:sz w:val="22"/>
        </w:rPr>
        <w:t xml:space="preserve"> </w:t>
      </w:r>
      <w:r w:rsidRPr="00987F03">
        <w:rPr>
          <w:sz w:val="22"/>
          <w:rtl/>
        </w:rPr>
        <w:t>بود</w:t>
      </w:r>
      <w:r w:rsidRPr="00987F03">
        <w:rPr>
          <w:sz w:val="22"/>
        </w:rPr>
        <w:t xml:space="preserve"> </w:t>
      </w:r>
      <w:r w:rsidRPr="00987F03">
        <w:rPr>
          <w:sz w:val="22"/>
          <w:rtl/>
        </w:rPr>
        <w:t>که</w:t>
      </w:r>
      <w:r w:rsidRPr="00987F03">
        <w:rPr>
          <w:sz w:val="22"/>
        </w:rPr>
        <w:t xml:space="preserve"> </w:t>
      </w:r>
      <w:r w:rsidRPr="00987F03">
        <w:rPr>
          <w:sz w:val="22"/>
          <w:rtl/>
        </w:rPr>
        <w:t>زبان</w:t>
      </w:r>
      <w:r w:rsidRPr="00987F03">
        <w:rPr>
          <w:sz w:val="22"/>
        </w:rPr>
        <w:t xml:space="preserve"> </w:t>
      </w:r>
      <w:r w:rsidRPr="00987F03">
        <w:rPr>
          <w:sz w:val="22"/>
          <w:rtl/>
        </w:rPr>
        <w:t>و</w:t>
      </w:r>
      <w:r w:rsidRPr="00987F03">
        <w:rPr>
          <w:sz w:val="22"/>
        </w:rPr>
        <w:t xml:space="preserve"> </w:t>
      </w:r>
      <w:r w:rsidRPr="00987F03">
        <w:rPr>
          <w:sz w:val="22"/>
          <w:rtl/>
        </w:rPr>
        <w:t>سنت</w:t>
      </w:r>
      <w:r w:rsidRPr="00987F03">
        <w:rPr>
          <w:sz w:val="22"/>
        </w:rPr>
        <w:t xml:space="preserve"> </w:t>
      </w:r>
      <w:r w:rsidRPr="00987F03">
        <w:rPr>
          <w:sz w:val="22"/>
          <w:rtl/>
        </w:rPr>
        <w:t>آن</w:t>
      </w:r>
      <w:r w:rsidRPr="00987F03">
        <w:rPr>
          <w:sz w:val="22"/>
        </w:rPr>
        <w:t xml:space="preserve"> </w:t>
      </w:r>
      <w:r w:rsidRPr="00987F03">
        <w:rPr>
          <w:sz w:val="22"/>
          <w:rtl/>
        </w:rPr>
        <w:t>را</w:t>
      </w:r>
      <w:r w:rsidRPr="00987F03">
        <w:rPr>
          <w:sz w:val="22"/>
        </w:rPr>
        <w:t xml:space="preserve"> </w:t>
      </w:r>
      <w:r w:rsidRPr="00987F03">
        <w:rPr>
          <w:sz w:val="22"/>
          <w:rtl/>
        </w:rPr>
        <w:t>نمی</w:t>
      </w:r>
      <w:r w:rsidRPr="00987F03">
        <w:rPr>
          <w:sz w:val="22"/>
        </w:rPr>
        <w:t>‌</w:t>
      </w:r>
      <w:r w:rsidRPr="00987F03">
        <w:rPr>
          <w:sz w:val="22"/>
          <w:rtl/>
        </w:rPr>
        <w:t>شناختند؛</w:t>
      </w:r>
      <w:r w:rsidRPr="00987F03">
        <w:rPr>
          <w:sz w:val="22"/>
        </w:rPr>
        <w:t xml:space="preserve"> </w:t>
      </w:r>
      <w:r w:rsidRPr="00987F03">
        <w:rPr>
          <w:sz w:val="22"/>
          <w:rtl/>
        </w:rPr>
        <w:t>دهقانان</w:t>
      </w:r>
      <w:r w:rsidRPr="00987F03">
        <w:rPr>
          <w:sz w:val="22"/>
        </w:rPr>
        <w:t xml:space="preserve"> </w:t>
      </w:r>
      <w:r w:rsidRPr="00987F03">
        <w:rPr>
          <w:sz w:val="22"/>
          <w:rtl/>
        </w:rPr>
        <w:t>میان</w:t>
      </w:r>
      <w:r w:rsidRPr="00987F03">
        <w:rPr>
          <w:sz w:val="22"/>
        </w:rPr>
        <w:t xml:space="preserve"> </w:t>
      </w:r>
      <w:r w:rsidRPr="00987F03">
        <w:rPr>
          <w:sz w:val="22"/>
          <w:rtl/>
        </w:rPr>
        <w:t>حفظ</w:t>
      </w:r>
      <w:r w:rsidRPr="00987F03">
        <w:rPr>
          <w:sz w:val="22"/>
        </w:rPr>
        <w:t xml:space="preserve"> </w:t>
      </w:r>
      <w:r w:rsidRPr="00987F03">
        <w:rPr>
          <w:sz w:val="22"/>
          <w:rtl/>
        </w:rPr>
        <w:t>مردم</w:t>
      </w:r>
      <w:r w:rsidRPr="00987F03">
        <w:rPr>
          <w:sz w:val="22"/>
        </w:rPr>
        <w:t xml:space="preserve"> </w:t>
      </w:r>
      <w:r w:rsidRPr="00987F03">
        <w:rPr>
          <w:sz w:val="22"/>
          <w:rtl/>
        </w:rPr>
        <w:t>و</w:t>
      </w:r>
      <w:r w:rsidRPr="00987F03">
        <w:rPr>
          <w:sz w:val="22"/>
        </w:rPr>
        <w:t xml:space="preserve"> </w:t>
      </w:r>
      <w:r w:rsidRPr="00987F03">
        <w:rPr>
          <w:sz w:val="22"/>
          <w:rtl/>
        </w:rPr>
        <w:t>حفظ</w:t>
      </w:r>
      <w:r w:rsidRPr="00987F03">
        <w:rPr>
          <w:sz w:val="22"/>
        </w:rPr>
        <w:t xml:space="preserve"> </w:t>
      </w:r>
      <w:r w:rsidRPr="00987F03">
        <w:rPr>
          <w:sz w:val="22"/>
          <w:rtl/>
        </w:rPr>
        <w:t>موقعیت</w:t>
      </w:r>
      <w:r w:rsidRPr="00987F03">
        <w:rPr>
          <w:sz w:val="22"/>
        </w:rPr>
        <w:t xml:space="preserve"> </w:t>
      </w:r>
      <w:r w:rsidRPr="00987F03">
        <w:rPr>
          <w:sz w:val="22"/>
          <w:rtl/>
        </w:rPr>
        <w:t>خود</w:t>
      </w:r>
      <w:r w:rsidRPr="00987F03">
        <w:rPr>
          <w:sz w:val="22"/>
        </w:rPr>
        <w:t xml:space="preserve"> </w:t>
      </w:r>
      <w:r w:rsidRPr="00987F03">
        <w:rPr>
          <w:sz w:val="22"/>
          <w:rtl/>
        </w:rPr>
        <w:t>حرکت</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و</w:t>
      </w:r>
      <w:r w:rsidRPr="00987F03">
        <w:rPr>
          <w:sz w:val="22"/>
        </w:rPr>
        <w:t xml:space="preserve"> </w:t>
      </w:r>
      <w:r w:rsidRPr="00987F03">
        <w:rPr>
          <w:sz w:val="22"/>
          <w:rtl/>
        </w:rPr>
        <w:t>دینکاران</w:t>
      </w:r>
      <w:r w:rsidRPr="00987F03">
        <w:rPr>
          <w:sz w:val="22"/>
        </w:rPr>
        <w:t xml:space="preserve"> </w:t>
      </w:r>
      <w:r w:rsidRPr="00987F03">
        <w:rPr>
          <w:sz w:val="22"/>
          <w:rtl/>
        </w:rPr>
        <w:t>زرتشتی</w:t>
      </w:r>
      <w:r w:rsidRPr="00987F03">
        <w:rPr>
          <w:sz w:val="22"/>
        </w:rPr>
        <w:t xml:space="preserve"> </w:t>
      </w:r>
      <w:r w:rsidRPr="00987F03">
        <w:rPr>
          <w:sz w:val="22"/>
          <w:rtl/>
        </w:rPr>
        <w:t>می</w:t>
      </w:r>
      <w:r w:rsidRPr="00987F03">
        <w:rPr>
          <w:sz w:val="22"/>
        </w:rPr>
        <w:t>‌</w:t>
      </w:r>
      <w:r w:rsidRPr="00987F03">
        <w:rPr>
          <w:sz w:val="22"/>
          <w:rtl/>
        </w:rPr>
        <w:t>کوشیدند</w:t>
      </w:r>
      <w:r w:rsidRPr="00987F03">
        <w:rPr>
          <w:sz w:val="22"/>
        </w:rPr>
        <w:t xml:space="preserve"> </w:t>
      </w:r>
      <w:r w:rsidRPr="00987F03">
        <w:rPr>
          <w:sz w:val="22"/>
          <w:rtl/>
        </w:rPr>
        <w:t>در</w:t>
      </w:r>
      <w:r w:rsidRPr="00987F03">
        <w:rPr>
          <w:sz w:val="22"/>
        </w:rPr>
        <w:t xml:space="preserve"> </w:t>
      </w:r>
      <w:r w:rsidRPr="00987F03">
        <w:rPr>
          <w:sz w:val="22"/>
          <w:rtl/>
        </w:rPr>
        <w:t>حکومتی</w:t>
      </w:r>
      <w:r w:rsidRPr="00987F03">
        <w:rPr>
          <w:sz w:val="22"/>
        </w:rPr>
        <w:t xml:space="preserve"> </w:t>
      </w:r>
      <w:r w:rsidRPr="00987F03">
        <w:rPr>
          <w:sz w:val="22"/>
          <w:rtl/>
        </w:rPr>
        <w:t>اسلامی</w:t>
      </w:r>
      <w:r w:rsidRPr="00987F03">
        <w:rPr>
          <w:sz w:val="22"/>
        </w:rPr>
        <w:t xml:space="preserve"> </w:t>
      </w:r>
      <w:r w:rsidRPr="00987F03">
        <w:rPr>
          <w:sz w:val="22"/>
          <w:rtl/>
        </w:rPr>
        <w:t>دوام</w:t>
      </w:r>
      <w:r w:rsidRPr="00987F03">
        <w:rPr>
          <w:sz w:val="22"/>
        </w:rPr>
        <w:t xml:space="preserve"> </w:t>
      </w:r>
      <w:r w:rsidRPr="00987F03">
        <w:rPr>
          <w:sz w:val="22"/>
          <w:rtl/>
        </w:rPr>
        <w:t>آورند</w:t>
      </w:r>
      <w:r w:rsidRPr="00987F03">
        <w:rPr>
          <w:sz w:val="22"/>
        </w:rPr>
        <w:t xml:space="preserve">. </w:t>
      </w:r>
      <w:r w:rsidRPr="00987F03">
        <w:rPr>
          <w:sz w:val="22"/>
          <w:rtl/>
        </w:rPr>
        <w:t>از</w:t>
      </w:r>
      <w:r w:rsidRPr="00987F03">
        <w:rPr>
          <w:sz w:val="22"/>
        </w:rPr>
        <w:t xml:space="preserve"> </w:t>
      </w:r>
      <w:r w:rsidRPr="00987F03">
        <w:rPr>
          <w:sz w:val="22"/>
          <w:rtl/>
        </w:rPr>
        <w:t>دل</w:t>
      </w:r>
      <w:r w:rsidRPr="00987F03">
        <w:rPr>
          <w:sz w:val="22"/>
        </w:rPr>
        <w:t xml:space="preserve"> </w:t>
      </w:r>
      <w:r w:rsidRPr="00987F03">
        <w:rPr>
          <w:sz w:val="22"/>
          <w:rtl/>
        </w:rPr>
        <w:t>همین</w:t>
      </w:r>
      <w:r w:rsidRPr="00987F03">
        <w:rPr>
          <w:sz w:val="22"/>
        </w:rPr>
        <w:t xml:space="preserve"> </w:t>
      </w:r>
      <w:r w:rsidRPr="00987F03">
        <w:rPr>
          <w:sz w:val="22"/>
          <w:rtl/>
        </w:rPr>
        <w:t>ناپایداری،</w:t>
      </w:r>
      <w:r w:rsidRPr="00987F03">
        <w:rPr>
          <w:sz w:val="22"/>
        </w:rPr>
        <w:t xml:space="preserve"> </w:t>
      </w:r>
      <w:r w:rsidRPr="00987F03">
        <w:rPr>
          <w:sz w:val="22"/>
          <w:rtl/>
        </w:rPr>
        <w:t>جامعهٔ</w:t>
      </w:r>
      <w:r w:rsidRPr="00987F03">
        <w:rPr>
          <w:sz w:val="22"/>
        </w:rPr>
        <w:t xml:space="preserve"> </w:t>
      </w:r>
      <w:r w:rsidRPr="00987F03">
        <w:rPr>
          <w:sz w:val="22"/>
          <w:rtl/>
        </w:rPr>
        <w:t>تازه</w:t>
      </w:r>
      <w:r w:rsidRPr="00987F03">
        <w:rPr>
          <w:sz w:val="22"/>
        </w:rPr>
        <w:t>‌</w:t>
      </w:r>
      <w:r w:rsidRPr="00987F03">
        <w:rPr>
          <w:sz w:val="22"/>
          <w:rtl/>
        </w:rPr>
        <w:t>ای</w:t>
      </w:r>
      <w:r w:rsidRPr="00987F03">
        <w:rPr>
          <w:sz w:val="22"/>
        </w:rPr>
        <w:t xml:space="preserve"> </w:t>
      </w:r>
      <w:r w:rsidRPr="00987F03">
        <w:rPr>
          <w:sz w:val="22"/>
          <w:rtl/>
        </w:rPr>
        <w:t>پدید</w:t>
      </w:r>
      <w:r w:rsidRPr="00987F03">
        <w:rPr>
          <w:sz w:val="22"/>
        </w:rPr>
        <w:t xml:space="preserve"> </w:t>
      </w:r>
      <w:r w:rsidRPr="00987F03">
        <w:rPr>
          <w:sz w:val="22"/>
          <w:rtl/>
        </w:rPr>
        <w:t>آمد</w:t>
      </w:r>
      <w:r w:rsidRPr="00987F03">
        <w:rPr>
          <w:sz w:val="22"/>
        </w:rPr>
        <w:t xml:space="preserve"> </w:t>
      </w:r>
      <w:r w:rsidRPr="00987F03">
        <w:rPr>
          <w:sz w:val="22"/>
          <w:rtl/>
        </w:rPr>
        <w:t>که</w:t>
      </w:r>
      <w:r w:rsidRPr="00987F03">
        <w:rPr>
          <w:sz w:val="22"/>
        </w:rPr>
        <w:t xml:space="preserve"> </w:t>
      </w:r>
      <w:r w:rsidRPr="00987F03">
        <w:rPr>
          <w:sz w:val="22"/>
          <w:rtl/>
        </w:rPr>
        <w:t>در</w:t>
      </w:r>
      <w:r w:rsidRPr="00987F03">
        <w:rPr>
          <w:sz w:val="22"/>
        </w:rPr>
        <w:t xml:space="preserve"> </w:t>
      </w:r>
      <w:r w:rsidRPr="00987F03">
        <w:rPr>
          <w:sz w:val="22"/>
          <w:rtl/>
        </w:rPr>
        <w:t>آن</w:t>
      </w:r>
      <w:r w:rsidRPr="00987F03">
        <w:rPr>
          <w:sz w:val="22"/>
        </w:rPr>
        <w:t xml:space="preserve"> </w:t>
      </w:r>
      <w:r w:rsidRPr="00987F03">
        <w:rPr>
          <w:sz w:val="22"/>
          <w:rtl/>
        </w:rPr>
        <w:t>ایرانیان</w:t>
      </w:r>
      <w:r w:rsidRPr="00987F03">
        <w:rPr>
          <w:sz w:val="22"/>
        </w:rPr>
        <w:t xml:space="preserve"> </w:t>
      </w:r>
      <w:r w:rsidRPr="00987F03">
        <w:rPr>
          <w:sz w:val="22"/>
          <w:rtl/>
        </w:rPr>
        <w:t>به</w:t>
      </w:r>
      <w:r w:rsidRPr="00987F03">
        <w:rPr>
          <w:sz w:val="22"/>
        </w:rPr>
        <w:t>‌</w:t>
      </w:r>
      <w:r w:rsidRPr="00987F03">
        <w:rPr>
          <w:sz w:val="22"/>
          <w:rtl/>
        </w:rPr>
        <w:t>تدریج</w:t>
      </w:r>
      <w:r w:rsidRPr="00987F03">
        <w:rPr>
          <w:sz w:val="22"/>
        </w:rPr>
        <w:t xml:space="preserve"> </w:t>
      </w:r>
      <w:r w:rsidRPr="00987F03">
        <w:rPr>
          <w:sz w:val="22"/>
          <w:rtl/>
        </w:rPr>
        <w:t>اسلام</w:t>
      </w:r>
      <w:r w:rsidRPr="00987F03">
        <w:rPr>
          <w:sz w:val="22"/>
        </w:rPr>
        <w:t xml:space="preserve"> </w:t>
      </w:r>
      <w:r w:rsidRPr="00987F03">
        <w:rPr>
          <w:sz w:val="22"/>
          <w:rtl/>
        </w:rPr>
        <w:t>آوردند،</w:t>
      </w:r>
      <w:r w:rsidRPr="00987F03">
        <w:rPr>
          <w:sz w:val="22"/>
        </w:rPr>
        <w:t xml:space="preserve"> </w:t>
      </w:r>
      <w:r w:rsidRPr="00987F03">
        <w:rPr>
          <w:sz w:val="22"/>
          <w:rtl/>
        </w:rPr>
        <w:t>وارد</w:t>
      </w:r>
      <w:r w:rsidRPr="00987F03">
        <w:rPr>
          <w:sz w:val="22"/>
        </w:rPr>
        <w:t xml:space="preserve"> </w:t>
      </w:r>
      <w:r w:rsidRPr="00987F03">
        <w:rPr>
          <w:sz w:val="22"/>
          <w:rtl/>
        </w:rPr>
        <w:t>دیوان</w:t>
      </w:r>
      <w:r w:rsidRPr="00987F03">
        <w:rPr>
          <w:sz w:val="22"/>
        </w:rPr>
        <w:t xml:space="preserve"> </w:t>
      </w:r>
      <w:r w:rsidRPr="00987F03">
        <w:rPr>
          <w:sz w:val="22"/>
          <w:rtl/>
        </w:rPr>
        <w:t>و</w:t>
      </w:r>
      <w:r w:rsidRPr="00987F03">
        <w:rPr>
          <w:sz w:val="22"/>
        </w:rPr>
        <w:t xml:space="preserve"> </w:t>
      </w:r>
      <w:r w:rsidRPr="00987F03">
        <w:rPr>
          <w:sz w:val="22"/>
          <w:rtl/>
        </w:rPr>
        <w:t>قشون</w:t>
      </w:r>
      <w:r w:rsidRPr="00987F03">
        <w:rPr>
          <w:sz w:val="22"/>
        </w:rPr>
        <w:t xml:space="preserve"> </w:t>
      </w:r>
      <w:r w:rsidRPr="00987F03">
        <w:rPr>
          <w:sz w:val="22"/>
          <w:rtl/>
        </w:rPr>
        <w:t>شدند</w:t>
      </w:r>
      <w:r w:rsidRPr="00987F03">
        <w:rPr>
          <w:sz w:val="22"/>
        </w:rPr>
        <w:t xml:space="preserve"> </w:t>
      </w:r>
      <w:r w:rsidRPr="00987F03">
        <w:rPr>
          <w:sz w:val="22"/>
          <w:rtl/>
        </w:rPr>
        <w:t>و</w:t>
      </w:r>
      <w:r w:rsidRPr="00987F03">
        <w:rPr>
          <w:sz w:val="22"/>
        </w:rPr>
        <w:t xml:space="preserve"> </w:t>
      </w:r>
      <w:r w:rsidRPr="00987F03">
        <w:rPr>
          <w:sz w:val="22"/>
          <w:rtl/>
        </w:rPr>
        <w:t>سرانجام</w:t>
      </w:r>
      <w:r w:rsidRPr="00987F03">
        <w:rPr>
          <w:sz w:val="22"/>
        </w:rPr>
        <w:t xml:space="preserve"> </w:t>
      </w:r>
      <w:r w:rsidRPr="00987F03">
        <w:rPr>
          <w:sz w:val="22"/>
          <w:rtl/>
        </w:rPr>
        <w:t>در</w:t>
      </w:r>
      <w:r w:rsidRPr="00987F03">
        <w:rPr>
          <w:sz w:val="22"/>
        </w:rPr>
        <w:t xml:space="preserve"> </w:t>
      </w:r>
      <w:r w:rsidRPr="00987F03">
        <w:rPr>
          <w:sz w:val="22"/>
          <w:rtl/>
        </w:rPr>
        <w:t>دگرگون</w:t>
      </w:r>
      <w:r w:rsidRPr="00987F03">
        <w:rPr>
          <w:sz w:val="22"/>
        </w:rPr>
        <w:t>‌</w:t>
      </w:r>
      <w:r w:rsidRPr="00987F03">
        <w:rPr>
          <w:sz w:val="22"/>
          <w:rtl/>
        </w:rPr>
        <w:t>کردن</w:t>
      </w:r>
      <w:r w:rsidRPr="00987F03">
        <w:rPr>
          <w:sz w:val="22"/>
        </w:rPr>
        <w:t xml:space="preserve"> </w:t>
      </w:r>
      <w:r w:rsidRPr="00987F03">
        <w:rPr>
          <w:sz w:val="22"/>
          <w:rtl/>
        </w:rPr>
        <w:t>خود</w:t>
      </w:r>
      <w:r w:rsidRPr="00987F03">
        <w:rPr>
          <w:sz w:val="22"/>
        </w:rPr>
        <w:t xml:space="preserve"> </w:t>
      </w:r>
      <w:r w:rsidRPr="00987F03">
        <w:rPr>
          <w:sz w:val="22"/>
          <w:rtl/>
        </w:rPr>
        <w:t>خلافت</w:t>
      </w:r>
      <w:r w:rsidRPr="00987F03">
        <w:rPr>
          <w:sz w:val="22"/>
        </w:rPr>
        <w:t xml:space="preserve"> </w:t>
      </w:r>
      <w:r w:rsidRPr="00987F03">
        <w:rPr>
          <w:sz w:val="22"/>
          <w:rtl/>
        </w:rPr>
        <w:t>سهم</w:t>
      </w:r>
      <w:r w:rsidRPr="00987F03">
        <w:rPr>
          <w:sz w:val="22"/>
        </w:rPr>
        <w:t xml:space="preserve"> </w:t>
      </w:r>
      <w:r w:rsidRPr="00987F03">
        <w:rPr>
          <w:sz w:val="22"/>
          <w:rtl/>
        </w:rPr>
        <w:t>گرفتند</w:t>
      </w:r>
      <w:r w:rsidRPr="00987F03">
        <w:rPr>
          <w:sz w:val="22"/>
        </w:rPr>
        <w:t>.</w:t>
      </w:r>
    </w:p>
    <w:p w:rsidR="009F3B78" w:rsidRPr="00987F03" w:rsidRDefault="00987F03" w:rsidP="00987F03">
      <w:pPr>
        <w:bidi/>
        <w:ind w:firstLine="720"/>
        <w:rPr>
          <w:sz w:val="22"/>
        </w:rPr>
      </w:pPr>
      <w:r w:rsidRPr="00987F03">
        <w:rPr>
          <w:sz w:val="22"/>
          <w:rtl/>
        </w:rPr>
        <w:t>پس</w:t>
      </w:r>
      <w:r w:rsidRPr="00987F03">
        <w:rPr>
          <w:sz w:val="22"/>
        </w:rPr>
        <w:t xml:space="preserve"> </w:t>
      </w:r>
      <w:r w:rsidRPr="00987F03">
        <w:rPr>
          <w:sz w:val="22"/>
          <w:rtl/>
        </w:rPr>
        <w:t>عنوان</w:t>
      </w:r>
      <w:r w:rsidRPr="00987F03">
        <w:rPr>
          <w:sz w:val="22"/>
        </w:rPr>
        <w:t xml:space="preserve"> «</w:t>
      </w:r>
      <w:r w:rsidRPr="00987F03">
        <w:rPr>
          <w:sz w:val="22"/>
          <w:rtl/>
        </w:rPr>
        <w:t>کشور</w:t>
      </w:r>
      <w:r w:rsidRPr="00987F03">
        <w:rPr>
          <w:sz w:val="22"/>
        </w:rPr>
        <w:t xml:space="preserve"> </w:t>
      </w:r>
      <w:r w:rsidRPr="00987F03">
        <w:rPr>
          <w:sz w:val="22"/>
          <w:rtl/>
        </w:rPr>
        <w:t>بی</w:t>
      </w:r>
      <w:r w:rsidRPr="00987F03">
        <w:rPr>
          <w:sz w:val="22"/>
        </w:rPr>
        <w:t>‌</w:t>
      </w:r>
      <w:r w:rsidRPr="00987F03">
        <w:rPr>
          <w:sz w:val="22"/>
          <w:rtl/>
        </w:rPr>
        <w:t>پادشاه</w:t>
      </w:r>
      <w:r w:rsidRPr="00987F03">
        <w:rPr>
          <w:sz w:val="22"/>
        </w:rPr>
        <w:t xml:space="preserve">» </w:t>
      </w:r>
      <w:r w:rsidRPr="00987F03">
        <w:rPr>
          <w:sz w:val="22"/>
          <w:rtl/>
        </w:rPr>
        <w:t>به</w:t>
      </w:r>
      <w:r w:rsidRPr="00987F03">
        <w:rPr>
          <w:sz w:val="22"/>
        </w:rPr>
        <w:t xml:space="preserve"> </w:t>
      </w:r>
      <w:r w:rsidRPr="00987F03">
        <w:rPr>
          <w:sz w:val="22"/>
          <w:rtl/>
        </w:rPr>
        <w:t>معنای</w:t>
      </w:r>
      <w:r w:rsidRPr="00987F03">
        <w:rPr>
          <w:sz w:val="22"/>
        </w:rPr>
        <w:t xml:space="preserve"> </w:t>
      </w:r>
      <w:r w:rsidRPr="00987F03">
        <w:rPr>
          <w:sz w:val="22"/>
          <w:rtl/>
        </w:rPr>
        <w:t>سرزمینی</w:t>
      </w:r>
      <w:r w:rsidRPr="00987F03">
        <w:rPr>
          <w:sz w:val="22"/>
        </w:rPr>
        <w:t xml:space="preserve"> </w:t>
      </w:r>
      <w:r w:rsidRPr="00987F03">
        <w:rPr>
          <w:sz w:val="22"/>
          <w:rtl/>
        </w:rPr>
        <w:t>بی</w:t>
      </w:r>
      <w:r w:rsidRPr="00987F03">
        <w:rPr>
          <w:sz w:val="22"/>
        </w:rPr>
        <w:t>‌</w:t>
      </w:r>
      <w:r w:rsidRPr="00987F03">
        <w:rPr>
          <w:sz w:val="22"/>
          <w:rtl/>
        </w:rPr>
        <w:t>نظم</w:t>
      </w:r>
      <w:r w:rsidRPr="00987F03">
        <w:rPr>
          <w:sz w:val="22"/>
        </w:rPr>
        <w:t xml:space="preserve"> </w:t>
      </w:r>
      <w:r w:rsidRPr="00987F03">
        <w:rPr>
          <w:sz w:val="22"/>
          <w:rtl/>
        </w:rPr>
        <w:t>و</w:t>
      </w:r>
      <w:r w:rsidRPr="00987F03">
        <w:rPr>
          <w:sz w:val="22"/>
        </w:rPr>
        <w:t xml:space="preserve"> </w:t>
      </w:r>
      <w:r w:rsidRPr="00987F03">
        <w:rPr>
          <w:sz w:val="22"/>
          <w:rtl/>
        </w:rPr>
        <w:t>خالی</w:t>
      </w:r>
      <w:r w:rsidRPr="00987F03">
        <w:rPr>
          <w:sz w:val="22"/>
        </w:rPr>
        <w:t xml:space="preserve"> </w:t>
      </w:r>
      <w:r w:rsidRPr="00987F03">
        <w:rPr>
          <w:sz w:val="22"/>
          <w:rtl/>
        </w:rPr>
        <w:t>از</w:t>
      </w:r>
      <w:r w:rsidRPr="00987F03">
        <w:rPr>
          <w:sz w:val="22"/>
        </w:rPr>
        <w:t xml:space="preserve"> </w:t>
      </w:r>
      <w:r w:rsidRPr="00987F03">
        <w:rPr>
          <w:sz w:val="22"/>
          <w:rtl/>
        </w:rPr>
        <w:t>هرگونه</w:t>
      </w:r>
      <w:r w:rsidRPr="00987F03">
        <w:rPr>
          <w:sz w:val="22"/>
        </w:rPr>
        <w:t xml:space="preserve"> </w:t>
      </w:r>
      <w:r w:rsidRPr="00987F03">
        <w:rPr>
          <w:sz w:val="22"/>
          <w:rtl/>
        </w:rPr>
        <w:t>اداره</w:t>
      </w:r>
      <w:r w:rsidRPr="00987F03">
        <w:rPr>
          <w:sz w:val="22"/>
        </w:rPr>
        <w:t xml:space="preserve"> </w:t>
      </w:r>
      <w:r w:rsidRPr="00987F03">
        <w:rPr>
          <w:sz w:val="22"/>
          <w:rtl/>
        </w:rPr>
        <w:t>نیست</w:t>
      </w:r>
      <w:r w:rsidRPr="00987F03">
        <w:rPr>
          <w:sz w:val="22"/>
        </w:rPr>
        <w:t xml:space="preserve">. </w:t>
      </w:r>
      <w:r w:rsidRPr="00987F03">
        <w:rPr>
          <w:sz w:val="22"/>
          <w:rtl/>
        </w:rPr>
        <w:t>ایران</w:t>
      </w:r>
      <w:r w:rsidRPr="00987F03">
        <w:rPr>
          <w:sz w:val="22"/>
        </w:rPr>
        <w:t xml:space="preserve"> </w:t>
      </w:r>
      <w:r w:rsidRPr="00987F03">
        <w:rPr>
          <w:sz w:val="22"/>
          <w:rtl/>
        </w:rPr>
        <w:t>پادشاه</w:t>
      </w:r>
      <w:r w:rsidRPr="00987F03">
        <w:rPr>
          <w:sz w:val="22"/>
        </w:rPr>
        <w:t xml:space="preserve"> </w:t>
      </w:r>
      <w:r w:rsidRPr="00987F03">
        <w:rPr>
          <w:sz w:val="22"/>
          <w:rtl/>
        </w:rPr>
        <w:t>خود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دست</w:t>
      </w:r>
      <w:r w:rsidRPr="00987F03">
        <w:rPr>
          <w:sz w:val="22"/>
        </w:rPr>
        <w:t xml:space="preserve"> </w:t>
      </w:r>
      <w:r w:rsidRPr="00987F03">
        <w:rPr>
          <w:sz w:val="22"/>
          <w:rtl/>
        </w:rPr>
        <w:t>داده</w:t>
      </w:r>
      <w:r w:rsidRPr="00987F03">
        <w:rPr>
          <w:sz w:val="22"/>
        </w:rPr>
        <w:t xml:space="preserve"> </w:t>
      </w:r>
      <w:r w:rsidRPr="00987F03">
        <w:rPr>
          <w:sz w:val="22"/>
          <w:rtl/>
        </w:rPr>
        <w:t>بود،</w:t>
      </w:r>
      <w:r w:rsidRPr="00987F03">
        <w:rPr>
          <w:sz w:val="22"/>
        </w:rPr>
        <w:t xml:space="preserve"> </w:t>
      </w:r>
      <w:r w:rsidRPr="00987F03">
        <w:rPr>
          <w:sz w:val="22"/>
          <w:rtl/>
        </w:rPr>
        <w:t>اما</w:t>
      </w:r>
      <w:r w:rsidRPr="00987F03">
        <w:rPr>
          <w:sz w:val="22"/>
        </w:rPr>
        <w:t xml:space="preserve"> </w:t>
      </w:r>
      <w:r w:rsidRPr="00987F03">
        <w:rPr>
          <w:sz w:val="22"/>
          <w:rtl/>
        </w:rPr>
        <w:t>کسانی</w:t>
      </w:r>
      <w:r w:rsidRPr="00987F03">
        <w:rPr>
          <w:sz w:val="22"/>
        </w:rPr>
        <w:t xml:space="preserve"> </w:t>
      </w:r>
      <w:r w:rsidRPr="00987F03">
        <w:rPr>
          <w:sz w:val="22"/>
          <w:rtl/>
        </w:rPr>
        <w:t>که</w:t>
      </w:r>
      <w:r w:rsidRPr="00987F03">
        <w:rPr>
          <w:sz w:val="22"/>
        </w:rPr>
        <w:t xml:space="preserve"> </w:t>
      </w:r>
      <w:r w:rsidRPr="00987F03">
        <w:rPr>
          <w:sz w:val="22"/>
          <w:rtl/>
        </w:rPr>
        <w:t>زمین،</w:t>
      </w:r>
      <w:r w:rsidRPr="00987F03">
        <w:rPr>
          <w:sz w:val="22"/>
        </w:rPr>
        <w:t xml:space="preserve"> </w:t>
      </w:r>
      <w:r w:rsidRPr="00987F03">
        <w:rPr>
          <w:sz w:val="22"/>
          <w:rtl/>
        </w:rPr>
        <w:t>مالیات،</w:t>
      </w:r>
      <w:r w:rsidRPr="00987F03">
        <w:rPr>
          <w:sz w:val="22"/>
        </w:rPr>
        <w:t xml:space="preserve"> </w:t>
      </w:r>
      <w:r w:rsidRPr="00987F03">
        <w:rPr>
          <w:sz w:val="22"/>
          <w:rtl/>
        </w:rPr>
        <w:t>شهر،</w:t>
      </w:r>
      <w:r w:rsidRPr="00987F03">
        <w:rPr>
          <w:sz w:val="22"/>
        </w:rPr>
        <w:t xml:space="preserve"> </w:t>
      </w:r>
      <w:r w:rsidRPr="00987F03">
        <w:rPr>
          <w:sz w:val="22"/>
          <w:rtl/>
        </w:rPr>
        <w:t>دین</w:t>
      </w:r>
      <w:r w:rsidRPr="00987F03">
        <w:rPr>
          <w:sz w:val="22"/>
        </w:rPr>
        <w:t xml:space="preserve"> </w:t>
      </w:r>
      <w:r w:rsidRPr="00987F03">
        <w:rPr>
          <w:sz w:val="22"/>
          <w:rtl/>
        </w:rPr>
        <w:t>و</w:t>
      </w:r>
      <w:r w:rsidRPr="00987F03">
        <w:rPr>
          <w:sz w:val="22"/>
        </w:rPr>
        <w:t xml:space="preserve"> </w:t>
      </w:r>
      <w:r w:rsidRPr="00987F03">
        <w:rPr>
          <w:sz w:val="22"/>
          <w:rtl/>
        </w:rPr>
        <w:t>حافظهٔ</w:t>
      </w:r>
      <w:r w:rsidRPr="00987F03">
        <w:rPr>
          <w:sz w:val="22"/>
        </w:rPr>
        <w:t xml:space="preserve"> </w:t>
      </w:r>
      <w:r w:rsidRPr="00987F03">
        <w:rPr>
          <w:sz w:val="22"/>
          <w:rtl/>
        </w:rPr>
        <w:t>آن</w:t>
      </w:r>
      <w:r w:rsidRPr="00987F03">
        <w:rPr>
          <w:sz w:val="22"/>
        </w:rPr>
        <w:t xml:space="preserve"> </w:t>
      </w:r>
      <w:r w:rsidRPr="00987F03">
        <w:rPr>
          <w:sz w:val="22"/>
          <w:rtl/>
        </w:rPr>
        <w:t>را</w:t>
      </w:r>
      <w:r w:rsidRPr="00987F03">
        <w:rPr>
          <w:sz w:val="22"/>
        </w:rPr>
        <w:t xml:space="preserve"> </w:t>
      </w:r>
      <w:r w:rsidRPr="00987F03">
        <w:rPr>
          <w:sz w:val="22"/>
          <w:rtl/>
        </w:rPr>
        <w:t>اداره</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باقی</w:t>
      </w:r>
      <w:r w:rsidRPr="00987F03">
        <w:rPr>
          <w:sz w:val="22"/>
        </w:rPr>
        <w:t xml:space="preserve"> </w:t>
      </w:r>
      <w:r w:rsidRPr="00987F03">
        <w:rPr>
          <w:sz w:val="22"/>
          <w:rtl/>
        </w:rPr>
        <w:t>مانده</w:t>
      </w:r>
      <w:r w:rsidRPr="00987F03">
        <w:rPr>
          <w:sz w:val="22"/>
        </w:rPr>
        <w:t xml:space="preserve"> </w:t>
      </w:r>
      <w:r w:rsidRPr="00987F03">
        <w:rPr>
          <w:sz w:val="22"/>
          <w:rtl/>
        </w:rPr>
        <w:t>بودند</w:t>
      </w:r>
      <w:r w:rsidRPr="00987F03">
        <w:rPr>
          <w:sz w:val="22"/>
        </w:rPr>
        <w:t xml:space="preserve">. </w:t>
      </w:r>
      <w:r w:rsidRPr="00987F03">
        <w:rPr>
          <w:sz w:val="22"/>
          <w:rtl/>
        </w:rPr>
        <w:t>حکومت</w:t>
      </w:r>
      <w:r w:rsidRPr="00987F03">
        <w:rPr>
          <w:sz w:val="22"/>
        </w:rPr>
        <w:t xml:space="preserve"> </w:t>
      </w:r>
      <w:r w:rsidRPr="00987F03">
        <w:rPr>
          <w:sz w:val="22"/>
          <w:rtl/>
        </w:rPr>
        <w:t>فاتح</w:t>
      </w:r>
      <w:r w:rsidRPr="00987F03">
        <w:rPr>
          <w:sz w:val="22"/>
        </w:rPr>
        <w:t xml:space="preserve"> </w:t>
      </w:r>
      <w:r w:rsidRPr="00987F03">
        <w:rPr>
          <w:sz w:val="22"/>
          <w:rtl/>
        </w:rPr>
        <w:t>برای</w:t>
      </w:r>
      <w:r w:rsidRPr="00987F03">
        <w:rPr>
          <w:sz w:val="22"/>
        </w:rPr>
        <w:t xml:space="preserve"> </w:t>
      </w:r>
      <w:r w:rsidRPr="00987F03">
        <w:rPr>
          <w:sz w:val="22"/>
          <w:rtl/>
        </w:rPr>
        <w:t>ماندن</w:t>
      </w:r>
      <w:r w:rsidRPr="00987F03">
        <w:rPr>
          <w:sz w:val="22"/>
        </w:rPr>
        <w:t xml:space="preserve"> </w:t>
      </w:r>
      <w:r w:rsidRPr="00987F03">
        <w:rPr>
          <w:sz w:val="22"/>
          <w:rtl/>
        </w:rPr>
        <w:t>ناچار</w:t>
      </w:r>
      <w:r w:rsidRPr="00987F03">
        <w:rPr>
          <w:sz w:val="22"/>
        </w:rPr>
        <w:t xml:space="preserve"> </w:t>
      </w:r>
      <w:r w:rsidRPr="00987F03">
        <w:rPr>
          <w:sz w:val="22"/>
          <w:rtl/>
        </w:rPr>
        <w:t>شد</w:t>
      </w:r>
      <w:r w:rsidRPr="00987F03">
        <w:rPr>
          <w:sz w:val="22"/>
        </w:rPr>
        <w:t xml:space="preserve"> </w:t>
      </w:r>
      <w:r w:rsidRPr="00987F03">
        <w:rPr>
          <w:sz w:val="22"/>
          <w:rtl/>
        </w:rPr>
        <w:t>آنان</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کار</w:t>
      </w:r>
      <w:r w:rsidRPr="00987F03">
        <w:rPr>
          <w:sz w:val="22"/>
        </w:rPr>
        <w:t xml:space="preserve"> </w:t>
      </w:r>
      <w:r w:rsidRPr="00987F03">
        <w:rPr>
          <w:sz w:val="22"/>
          <w:rtl/>
        </w:rPr>
        <w:t>گیرد</w:t>
      </w:r>
      <w:r w:rsidRPr="00987F03">
        <w:rPr>
          <w:sz w:val="22"/>
        </w:rPr>
        <w:t xml:space="preserve"> </w:t>
      </w:r>
      <w:r w:rsidRPr="00987F03">
        <w:rPr>
          <w:sz w:val="22"/>
          <w:rtl/>
        </w:rPr>
        <w:t>و</w:t>
      </w:r>
      <w:r w:rsidRPr="00987F03">
        <w:rPr>
          <w:sz w:val="22"/>
        </w:rPr>
        <w:t xml:space="preserve"> </w:t>
      </w:r>
      <w:r w:rsidRPr="00987F03">
        <w:rPr>
          <w:sz w:val="22"/>
          <w:rtl/>
        </w:rPr>
        <w:t>همین</w:t>
      </w:r>
      <w:r w:rsidRPr="00987F03">
        <w:rPr>
          <w:sz w:val="22"/>
        </w:rPr>
        <w:t xml:space="preserve"> </w:t>
      </w:r>
      <w:r w:rsidRPr="00987F03">
        <w:rPr>
          <w:sz w:val="22"/>
          <w:rtl/>
        </w:rPr>
        <w:t>نیاز،</w:t>
      </w:r>
      <w:r w:rsidRPr="00987F03">
        <w:rPr>
          <w:sz w:val="22"/>
        </w:rPr>
        <w:t xml:space="preserve"> </w:t>
      </w:r>
      <w:r w:rsidRPr="00987F03">
        <w:rPr>
          <w:sz w:val="22"/>
          <w:rtl/>
        </w:rPr>
        <w:t>راه</w:t>
      </w:r>
      <w:r w:rsidRPr="00987F03">
        <w:rPr>
          <w:sz w:val="22"/>
        </w:rPr>
        <w:t xml:space="preserve"> </w:t>
      </w:r>
      <w:r w:rsidRPr="00987F03">
        <w:rPr>
          <w:sz w:val="22"/>
          <w:rtl/>
        </w:rPr>
        <w:t>ورود</w:t>
      </w:r>
      <w:r w:rsidRPr="00987F03">
        <w:rPr>
          <w:sz w:val="22"/>
        </w:rPr>
        <w:t xml:space="preserve"> </w:t>
      </w:r>
      <w:r w:rsidRPr="00987F03">
        <w:rPr>
          <w:sz w:val="22"/>
          <w:rtl/>
        </w:rPr>
        <w:t>شکست</w:t>
      </w:r>
      <w:r w:rsidRPr="00987F03">
        <w:rPr>
          <w:sz w:val="22"/>
        </w:rPr>
        <w:t>‌</w:t>
      </w:r>
      <w:r w:rsidRPr="00987F03">
        <w:rPr>
          <w:sz w:val="22"/>
          <w:rtl/>
        </w:rPr>
        <w:t>خوردگان</w:t>
      </w:r>
      <w:r w:rsidRPr="00987F03">
        <w:rPr>
          <w:sz w:val="22"/>
        </w:rPr>
        <w:t xml:space="preserve"> </w:t>
      </w:r>
      <w:r w:rsidRPr="00987F03">
        <w:rPr>
          <w:sz w:val="22"/>
          <w:rtl/>
        </w:rPr>
        <w:t>را</w:t>
      </w:r>
      <w:r w:rsidRPr="00987F03">
        <w:rPr>
          <w:sz w:val="22"/>
        </w:rPr>
        <w:t xml:space="preserve"> </w:t>
      </w:r>
      <w:r w:rsidRPr="00987F03">
        <w:rPr>
          <w:sz w:val="22"/>
          <w:rtl/>
        </w:rPr>
        <w:t>به</w:t>
      </w:r>
      <w:r w:rsidRPr="00987F03">
        <w:rPr>
          <w:sz w:val="22"/>
        </w:rPr>
        <w:t xml:space="preserve"> </w:t>
      </w:r>
      <w:r w:rsidRPr="00987F03">
        <w:rPr>
          <w:sz w:val="22"/>
          <w:rtl/>
        </w:rPr>
        <w:t>ساختمان</w:t>
      </w:r>
      <w:r w:rsidRPr="00987F03">
        <w:rPr>
          <w:sz w:val="22"/>
        </w:rPr>
        <w:t xml:space="preserve"> </w:t>
      </w:r>
      <w:r w:rsidRPr="00987F03">
        <w:rPr>
          <w:sz w:val="22"/>
          <w:rtl/>
        </w:rPr>
        <w:t>قدرت</w:t>
      </w:r>
      <w:r w:rsidRPr="00987F03">
        <w:rPr>
          <w:sz w:val="22"/>
        </w:rPr>
        <w:t xml:space="preserve"> </w:t>
      </w:r>
      <w:r w:rsidRPr="00987F03">
        <w:rPr>
          <w:sz w:val="22"/>
          <w:rtl/>
        </w:rPr>
        <w:t>گشود</w:t>
      </w:r>
      <w:r w:rsidRPr="00987F03">
        <w:rPr>
          <w:sz w:val="22"/>
        </w:rPr>
        <w:t>.</w:t>
      </w:r>
    </w:p>
    <w:p w:rsidR="009F3B78" w:rsidRPr="00987F03" w:rsidRDefault="00987F03" w:rsidP="00987F03">
      <w:pPr>
        <w:bidi/>
        <w:ind w:firstLine="720"/>
        <w:rPr>
          <w:sz w:val="22"/>
        </w:rPr>
      </w:pPr>
      <w:r w:rsidRPr="00987F03">
        <w:rPr>
          <w:sz w:val="22"/>
          <w:rtl/>
        </w:rPr>
        <w:t>اما</w:t>
      </w:r>
      <w:r w:rsidRPr="00987F03">
        <w:rPr>
          <w:sz w:val="22"/>
        </w:rPr>
        <w:t xml:space="preserve"> </w:t>
      </w:r>
      <w:r w:rsidRPr="00987F03">
        <w:rPr>
          <w:sz w:val="22"/>
          <w:rtl/>
        </w:rPr>
        <w:t>پیش</w:t>
      </w:r>
      <w:r w:rsidRPr="00987F03">
        <w:rPr>
          <w:sz w:val="22"/>
        </w:rPr>
        <w:t xml:space="preserve"> </w:t>
      </w:r>
      <w:r w:rsidRPr="00987F03">
        <w:rPr>
          <w:sz w:val="22"/>
          <w:rtl/>
        </w:rPr>
        <w:t>از</w:t>
      </w:r>
      <w:r w:rsidRPr="00987F03">
        <w:rPr>
          <w:sz w:val="22"/>
        </w:rPr>
        <w:t xml:space="preserve"> </w:t>
      </w:r>
      <w:r w:rsidRPr="00987F03">
        <w:rPr>
          <w:sz w:val="22"/>
          <w:rtl/>
        </w:rPr>
        <w:t>آنکه</w:t>
      </w:r>
      <w:r w:rsidRPr="00987F03">
        <w:rPr>
          <w:sz w:val="22"/>
        </w:rPr>
        <w:t xml:space="preserve"> </w:t>
      </w:r>
      <w:r w:rsidRPr="00987F03">
        <w:rPr>
          <w:sz w:val="22"/>
          <w:rtl/>
        </w:rPr>
        <w:t>نومسلمانان</w:t>
      </w:r>
      <w:r w:rsidRPr="00987F03">
        <w:rPr>
          <w:sz w:val="22"/>
        </w:rPr>
        <w:t xml:space="preserve"> </w:t>
      </w:r>
      <w:r w:rsidRPr="00987F03">
        <w:rPr>
          <w:sz w:val="22"/>
          <w:rtl/>
        </w:rPr>
        <w:t>بتوانند</w:t>
      </w:r>
      <w:r w:rsidRPr="00987F03">
        <w:rPr>
          <w:sz w:val="22"/>
        </w:rPr>
        <w:t xml:space="preserve"> </w:t>
      </w:r>
      <w:r w:rsidRPr="00987F03">
        <w:rPr>
          <w:sz w:val="22"/>
          <w:rtl/>
        </w:rPr>
        <w:t>در</w:t>
      </w:r>
      <w:r w:rsidRPr="00987F03">
        <w:rPr>
          <w:sz w:val="22"/>
        </w:rPr>
        <w:t xml:space="preserve"> </w:t>
      </w:r>
      <w:r w:rsidRPr="00987F03">
        <w:rPr>
          <w:sz w:val="22"/>
          <w:rtl/>
        </w:rPr>
        <w:t>حکومت</w:t>
      </w:r>
      <w:r w:rsidRPr="00987F03">
        <w:rPr>
          <w:sz w:val="22"/>
        </w:rPr>
        <w:t xml:space="preserve"> </w:t>
      </w:r>
      <w:r w:rsidRPr="00987F03">
        <w:rPr>
          <w:sz w:val="22"/>
          <w:rtl/>
        </w:rPr>
        <w:t>تازه</w:t>
      </w:r>
      <w:r w:rsidRPr="00987F03">
        <w:rPr>
          <w:sz w:val="22"/>
        </w:rPr>
        <w:t xml:space="preserve"> </w:t>
      </w:r>
      <w:r w:rsidRPr="00987F03">
        <w:rPr>
          <w:sz w:val="22"/>
          <w:rtl/>
        </w:rPr>
        <w:t>جایگاهی</w:t>
      </w:r>
      <w:r w:rsidRPr="00987F03">
        <w:rPr>
          <w:sz w:val="22"/>
        </w:rPr>
        <w:t xml:space="preserve"> </w:t>
      </w:r>
      <w:r w:rsidRPr="00987F03">
        <w:rPr>
          <w:sz w:val="22"/>
          <w:rtl/>
        </w:rPr>
        <w:t>پیدا</w:t>
      </w:r>
      <w:r w:rsidRPr="00987F03">
        <w:rPr>
          <w:sz w:val="22"/>
        </w:rPr>
        <w:t xml:space="preserve"> </w:t>
      </w:r>
      <w:r w:rsidRPr="00987F03">
        <w:rPr>
          <w:sz w:val="22"/>
          <w:rtl/>
        </w:rPr>
        <w:t>کنند،</w:t>
      </w:r>
      <w:r w:rsidRPr="00987F03">
        <w:rPr>
          <w:sz w:val="22"/>
        </w:rPr>
        <w:t xml:space="preserve"> </w:t>
      </w:r>
      <w:r w:rsidRPr="00987F03">
        <w:rPr>
          <w:sz w:val="22"/>
          <w:rtl/>
        </w:rPr>
        <w:t>خود</w:t>
      </w:r>
      <w:r w:rsidRPr="00987F03">
        <w:rPr>
          <w:sz w:val="22"/>
        </w:rPr>
        <w:t xml:space="preserve"> </w:t>
      </w:r>
      <w:r w:rsidRPr="00987F03">
        <w:rPr>
          <w:sz w:val="22"/>
          <w:rtl/>
        </w:rPr>
        <w:t>فتح</w:t>
      </w:r>
      <w:r w:rsidRPr="00987F03">
        <w:rPr>
          <w:sz w:val="22"/>
        </w:rPr>
        <w:t xml:space="preserve"> </w:t>
      </w:r>
      <w:r w:rsidRPr="00987F03">
        <w:rPr>
          <w:sz w:val="22"/>
          <w:rtl/>
        </w:rPr>
        <w:t>باید</w:t>
      </w:r>
      <w:r w:rsidRPr="00987F03">
        <w:rPr>
          <w:sz w:val="22"/>
        </w:rPr>
        <w:t xml:space="preserve"> </w:t>
      </w:r>
      <w:r w:rsidRPr="00987F03">
        <w:rPr>
          <w:sz w:val="22"/>
          <w:rtl/>
        </w:rPr>
        <w:t>کامل</w:t>
      </w:r>
      <w:r w:rsidRPr="00987F03">
        <w:rPr>
          <w:sz w:val="22"/>
        </w:rPr>
        <w:t xml:space="preserve"> </w:t>
      </w:r>
      <w:r w:rsidRPr="00987F03">
        <w:rPr>
          <w:sz w:val="22"/>
          <w:rtl/>
        </w:rPr>
        <w:t>می</w:t>
      </w:r>
      <w:r w:rsidRPr="00987F03">
        <w:rPr>
          <w:sz w:val="22"/>
        </w:rPr>
        <w:t>‌</w:t>
      </w:r>
      <w:r w:rsidRPr="00987F03">
        <w:rPr>
          <w:sz w:val="22"/>
          <w:rtl/>
        </w:rPr>
        <w:t>شد</w:t>
      </w:r>
      <w:r w:rsidRPr="00987F03">
        <w:rPr>
          <w:sz w:val="22"/>
        </w:rPr>
        <w:t xml:space="preserve">. </w:t>
      </w:r>
      <w:r w:rsidRPr="00987F03">
        <w:rPr>
          <w:sz w:val="22"/>
          <w:rtl/>
        </w:rPr>
        <w:t>تیسفون</w:t>
      </w:r>
      <w:r w:rsidRPr="00987F03">
        <w:rPr>
          <w:sz w:val="22"/>
        </w:rPr>
        <w:t xml:space="preserve"> </w:t>
      </w:r>
      <w:r w:rsidRPr="00987F03">
        <w:rPr>
          <w:sz w:val="22"/>
          <w:rtl/>
        </w:rPr>
        <w:t>سقوط</w:t>
      </w:r>
      <w:r w:rsidRPr="00987F03">
        <w:rPr>
          <w:sz w:val="22"/>
        </w:rPr>
        <w:t xml:space="preserve"> </w:t>
      </w:r>
      <w:r w:rsidRPr="00987F03">
        <w:rPr>
          <w:sz w:val="22"/>
          <w:rtl/>
        </w:rPr>
        <w:t>کرده</w:t>
      </w:r>
      <w:r w:rsidRPr="00987F03">
        <w:rPr>
          <w:sz w:val="22"/>
        </w:rPr>
        <w:t xml:space="preserve"> </w:t>
      </w:r>
      <w:r w:rsidRPr="00987F03">
        <w:rPr>
          <w:sz w:val="22"/>
          <w:rtl/>
        </w:rPr>
        <w:t>بود،</w:t>
      </w:r>
      <w:r w:rsidRPr="00987F03">
        <w:rPr>
          <w:sz w:val="22"/>
        </w:rPr>
        <w:t xml:space="preserve"> </w:t>
      </w:r>
      <w:r w:rsidRPr="00987F03">
        <w:rPr>
          <w:sz w:val="22"/>
          <w:rtl/>
        </w:rPr>
        <w:t>ولی</w:t>
      </w:r>
      <w:r w:rsidRPr="00987F03">
        <w:rPr>
          <w:sz w:val="22"/>
        </w:rPr>
        <w:t xml:space="preserve"> </w:t>
      </w:r>
      <w:r w:rsidRPr="00987F03">
        <w:rPr>
          <w:sz w:val="22"/>
          <w:rtl/>
        </w:rPr>
        <w:t>بسیاری</w:t>
      </w:r>
      <w:r w:rsidRPr="00987F03">
        <w:rPr>
          <w:sz w:val="22"/>
        </w:rPr>
        <w:t xml:space="preserve"> </w:t>
      </w:r>
      <w:r w:rsidRPr="00987F03">
        <w:rPr>
          <w:sz w:val="22"/>
          <w:rtl/>
        </w:rPr>
        <w:t>از</w:t>
      </w:r>
      <w:r w:rsidRPr="00987F03">
        <w:rPr>
          <w:sz w:val="22"/>
        </w:rPr>
        <w:t xml:space="preserve"> </w:t>
      </w:r>
      <w:r w:rsidRPr="00987F03">
        <w:rPr>
          <w:sz w:val="22"/>
          <w:rtl/>
        </w:rPr>
        <w:t>شهرها</w:t>
      </w:r>
      <w:r w:rsidRPr="00987F03">
        <w:rPr>
          <w:sz w:val="22"/>
        </w:rPr>
        <w:t xml:space="preserve"> </w:t>
      </w:r>
      <w:r w:rsidRPr="00987F03">
        <w:rPr>
          <w:sz w:val="22"/>
          <w:rtl/>
        </w:rPr>
        <w:t>و</w:t>
      </w:r>
      <w:r w:rsidRPr="00987F03">
        <w:rPr>
          <w:sz w:val="22"/>
        </w:rPr>
        <w:t xml:space="preserve"> </w:t>
      </w:r>
      <w:r w:rsidRPr="00987F03">
        <w:rPr>
          <w:sz w:val="22"/>
          <w:rtl/>
        </w:rPr>
        <w:t>استان</w:t>
      </w:r>
      <w:r w:rsidRPr="00987F03">
        <w:rPr>
          <w:sz w:val="22"/>
        </w:rPr>
        <w:t>‌</w:t>
      </w:r>
      <w:r w:rsidRPr="00987F03">
        <w:rPr>
          <w:sz w:val="22"/>
          <w:rtl/>
        </w:rPr>
        <w:t>ها</w:t>
      </w:r>
      <w:r w:rsidRPr="00987F03">
        <w:rPr>
          <w:sz w:val="22"/>
        </w:rPr>
        <w:t xml:space="preserve"> </w:t>
      </w:r>
      <w:r w:rsidRPr="00987F03">
        <w:rPr>
          <w:sz w:val="22"/>
          <w:rtl/>
        </w:rPr>
        <w:t>هنوز</w:t>
      </w:r>
      <w:r w:rsidRPr="00987F03">
        <w:rPr>
          <w:sz w:val="22"/>
        </w:rPr>
        <w:t xml:space="preserve"> </w:t>
      </w:r>
      <w:r w:rsidRPr="00987F03">
        <w:rPr>
          <w:sz w:val="22"/>
          <w:rtl/>
        </w:rPr>
        <w:t>در</w:t>
      </w:r>
      <w:r w:rsidRPr="00987F03">
        <w:rPr>
          <w:sz w:val="22"/>
        </w:rPr>
        <w:t xml:space="preserve"> </w:t>
      </w:r>
      <w:r w:rsidRPr="00987F03">
        <w:rPr>
          <w:sz w:val="22"/>
          <w:rtl/>
        </w:rPr>
        <w:t>برابر</w:t>
      </w:r>
      <w:r w:rsidRPr="00987F03">
        <w:rPr>
          <w:sz w:val="22"/>
        </w:rPr>
        <w:t xml:space="preserve"> </w:t>
      </w:r>
      <w:r w:rsidRPr="00987F03">
        <w:rPr>
          <w:sz w:val="22"/>
          <w:rtl/>
        </w:rPr>
        <w:t>قشون</w:t>
      </w:r>
      <w:r w:rsidRPr="00987F03">
        <w:rPr>
          <w:sz w:val="22"/>
        </w:rPr>
        <w:t xml:space="preserve"> </w:t>
      </w:r>
      <w:r w:rsidRPr="00987F03">
        <w:rPr>
          <w:sz w:val="22"/>
          <w:rtl/>
        </w:rPr>
        <w:t>عرب</w:t>
      </w:r>
      <w:r w:rsidRPr="00987F03">
        <w:rPr>
          <w:sz w:val="22"/>
        </w:rPr>
        <w:t xml:space="preserve"> </w:t>
      </w:r>
      <w:r w:rsidRPr="00987F03">
        <w:rPr>
          <w:sz w:val="22"/>
          <w:rtl/>
        </w:rPr>
        <w:t>ایستادگی</w:t>
      </w:r>
      <w:r w:rsidRPr="00987F03">
        <w:rPr>
          <w:sz w:val="22"/>
        </w:rPr>
        <w:t xml:space="preserve"> </w:t>
      </w:r>
      <w:r w:rsidRPr="00987F03">
        <w:rPr>
          <w:sz w:val="22"/>
          <w:rtl/>
        </w:rPr>
        <w:t>می</w:t>
      </w:r>
      <w:r w:rsidRPr="00987F03">
        <w:rPr>
          <w:sz w:val="22"/>
        </w:rPr>
        <w:t>‌</w:t>
      </w:r>
      <w:r w:rsidRPr="00987F03">
        <w:rPr>
          <w:sz w:val="22"/>
          <w:rtl/>
        </w:rPr>
        <w:t>کردند</w:t>
      </w:r>
      <w:r w:rsidRPr="00987F03">
        <w:rPr>
          <w:sz w:val="22"/>
        </w:rPr>
        <w:t xml:space="preserve"> </w:t>
      </w:r>
      <w:r w:rsidRPr="00987F03">
        <w:rPr>
          <w:sz w:val="22"/>
          <w:rtl/>
        </w:rPr>
        <w:t>یا</w:t>
      </w:r>
      <w:r w:rsidRPr="00987F03">
        <w:rPr>
          <w:sz w:val="22"/>
        </w:rPr>
        <w:t xml:space="preserve"> </w:t>
      </w:r>
      <w:r w:rsidRPr="00987F03">
        <w:rPr>
          <w:sz w:val="22"/>
          <w:rtl/>
        </w:rPr>
        <w:t>تنها</w:t>
      </w:r>
      <w:r w:rsidRPr="00987F03">
        <w:rPr>
          <w:sz w:val="22"/>
        </w:rPr>
        <w:t xml:space="preserve"> </w:t>
      </w:r>
      <w:r w:rsidRPr="00987F03">
        <w:rPr>
          <w:sz w:val="22"/>
          <w:rtl/>
        </w:rPr>
        <w:t>پیمانی</w:t>
      </w:r>
      <w:r w:rsidRPr="00987F03">
        <w:rPr>
          <w:sz w:val="22"/>
        </w:rPr>
        <w:t xml:space="preserve"> </w:t>
      </w:r>
      <w:r w:rsidRPr="00987F03">
        <w:rPr>
          <w:sz w:val="22"/>
          <w:rtl/>
        </w:rPr>
        <w:t>ناپایدار</w:t>
      </w:r>
      <w:r w:rsidRPr="00987F03">
        <w:rPr>
          <w:sz w:val="22"/>
        </w:rPr>
        <w:t xml:space="preserve"> </w:t>
      </w:r>
      <w:r w:rsidRPr="00987F03">
        <w:rPr>
          <w:sz w:val="22"/>
          <w:rtl/>
        </w:rPr>
        <w:t>بسته</w:t>
      </w:r>
      <w:r w:rsidRPr="00987F03">
        <w:rPr>
          <w:sz w:val="22"/>
        </w:rPr>
        <w:t xml:space="preserve"> </w:t>
      </w:r>
      <w:r w:rsidRPr="00987F03">
        <w:rPr>
          <w:sz w:val="22"/>
          <w:rtl/>
        </w:rPr>
        <w:t>بودند</w:t>
      </w:r>
      <w:r w:rsidRPr="00987F03">
        <w:rPr>
          <w:sz w:val="22"/>
        </w:rPr>
        <w:t xml:space="preserve">. </w:t>
      </w:r>
      <w:r w:rsidRPr="00987F03">
        <w:rPr>
          <w:sz w:val="22"/>
          <w:rtl/>
        </w:rPr>
        <w:t>برای</w:t>
      </w:r>
      <w:r w:rsidRPr="00987F03">
        <w:rPr>
          <w:sz w:val="22"/>
        </w:rPr>
        <w:t xml:space="preserve"> </w:t>
      </w:r>
      <w:r w:rsidRPr="00987F03">
        <w:rPr>
          <w:sz w:val="22"/>
          <w:rtl/>
        </w:rPr>
        <w:t>فهم</w:t>
      </w:r>
      <w:r w:rsidRPr="00987F03">
        <w:rPr>
          <w:sz w:val="22"/>
        </w:rPr>
        <w:t xml:space="preserve"> </w:t>
      </w:r>
      <w:r w:rsidRPr="00987F03">
        <w:rPr>
          <w:sz w:val="22"/>
          <w:rtl/>
        </w:rPr>
        <w:t>اینکه</w:t>
      </w:r>
      <w:r w:rsidRPr="00987F03">
        <w:rPr>
          <w:sz w:val="22"/>
        </w:rPr>
        <w:t xml:space="preserve"> </w:t>
      </w:r>
      <w:r w:rsidRPr="00987F03">
        <w:rPr>
          <w:sz w:val="22"/>
          <w:rtl/>
        </w:rPr>
        <w:t>حکومت</w:t>
      </w:r>
      <w:r w:rsidRPr="00987F03">
        <w:rPr>
          <w:sz w:val="22"/>
        </w:rPr>
        <w:t xml:space="preserve"> </w:t>
      </w:r>
      <w:r w:rsidRPr="00987F03">
        <w:rPr>
          <w:sz w:val="22"/>
          <w:rtl/>
        </w:rPr>
        <w:t>اسلامی</w:t>
      </w:r>
      <w:r w:rsidRPr="00987F03">
        <w:rPr>
          <w:sz w:val="22"/>
        </w:rPr>
        <w:t xml:space="preserve"> </w:t>
      </w:r>
      <w:r w:rsidRPr="00987F03">
        <w:rPr>
          <w:sz w:val="22"/>
          <w:rtl/>
        </w:rPr>
        <w:t>چگونه</w:t>
      </w:r>
      <w:r w:rsidRPr="00987F03">
        <w:rPr>
          <w:sz w:val="22"/>
        </w:rPr>
        <w:t xml:space="preserve"> </w:t>
      </w:r>
      <w:r w:rsidRPr="00987F03">
        <w:rPr>
          <w:sz w:val="22"/>
          <w:rtl/>
        </w:rPr>
        <w:t>از</w:t>
      </w:r>
      <w:r w:rsidRPr="00987F03">
        <w:rPr>
          <w:sz w:val="22"/>
        </w:rPr>
        <w:t xml:space="preserve"> </w:t>
      </w:r>
      <w:r w:rsidRPr="00987F03">
        <w:rPr>
          <w:sz w:val="22"/>
          <w:rtl/>
        </w:rPr>
        <w:t>مرزهای</w:t>
      </w:r>
      <w:r w:rsidRPr="00987F03">
        <w:rPr>
          <w:sz w:val="22"/>
        </w:rPr>
        <w:t xml:space="preserve"> </w:t>
      </w:r>
      <w:r w:rsidRPr="00987F03">
        <w:rPr>
          <w:sz w:val="22"/>
          <w:rtl/>
        </w:rPr>
        <w:t>عراق</w:t>
      </w:r>
      <w:r w:rsidRPr="00987F03">
        <w:rPr>
          <w:sz w:val="22"/>
        </w:rPr>
        <w:t xml:space="preserve"> </w:t>
      </w:r>
      <w:r w:rsidRPr="00987F03">
        <w:rPr>
          <w:sz w:val="22"/>
          <w:rtl/>
        </w:rPr>
        <w:t>گذشت</w:t>
      </w:r>
      <w:r w:rsidRPr="00987F03">
        <w:rPr>
          <w:sz w:val="22"/>
        </w:rPr>
        <w:t xml:space="preserve"> </w:t>
      </w:r>
      <w:r w:rsidRPr="00987F03">
        <w:rPr>
          <w:sz w:val="22"/>
          <w:rtl/>
        </w:rPr>
        <w:t>و</w:t>
      </w:r>
      <w:r w:rsidRPr="00987F03">
        <w:rPr>
          <w:sz w:val="22"/>
        </w:rPr>
        <w:t xml:space="preserve"> </w:t>
      </w:r>
      <w:r w:rsidRPr="00987F03">
        <w:rPr>
          <w:sz w:val="22"/>
          <w:rtl/>
        </w:rPr>
        <w:t>بر</w:t>
      </w:r>
      <w:r w:rsidRPr="00987F03">
        <w:rPr>
          <w:sz w:val="22"/>
        </w:rPr>
        <w:t xml:space="preserve"> </w:t>
      </w:r>
      <w:r w:rsidRPr="00987F03">
        <w:rPr>
          <w:sz w:val="22"/>
          <w:rtl/>
        </w:rPr>
        <w:t>سراسر</w:t>
      </w:r>
      <w:r w:rsidRPr="00987F03">
        <w:rPr>
          <w:sz w:val="22"/>
        </w:rPr>
        <w:t xml:space="preserve"> </w:t>
      </w:r>
      <w:r w:rsidRPr="00987F03">
        <w:rPr>
          <w:sz w:val="22"/>
          <w:rtl/>
        </w:rPr>
        <w:t>ایران</w:t>
      </w:r>
      <w:r w:rsidRPr="00987F03">
        <w:rPr>
          <w:sz w:val="22"/>
        </w:rPr>
        <w:t xml:space="preserve"> </w:t>
      </w:r>
      <w:r w:rsidRPr="00987F03">
        <w:rPr>
          <w:sz w:val="22"/>
          <w:rtl/>
        </w:rPr>
        <w:t>فرمان</w:t>
      </w:r>
      <w:r w:rsidRPr="00987F03">
        <w:rPr>
          <w:sz w:val="22"/>
        </w:rPr>
        <w:t xml:space="preserve"> </w:t>
      </w:r>
      <w:r w:rsidRPr="00987F03">
        <w:rPr>
          <w:sz w:val="22"/>
          <w:rtl/>
        </w:rPr>
        <w:t>راند،</w:t>
      </w:r>
      <w:r w:rsidRPr="00987F03">
        <w:rPr>
          <w:sz w:val="22"/>
        </w:rPr>
        <w:t xml:space="preserve"> </w:t>
      </w:r>
      <w:r w:rsidRPr="00987F03">
        <w:rPr>
          <w:sz w:val="22"/>
          <w:rtl/>
        </w:rPr>
        <w:t>باید</w:t>
      </w:r>
      <w:r w:rsidRPr="00987F03">
        <w:rPr>
          <w:sz w:val="22"/>
        </w:rPr>
        <w:t xml:space="preserve"> </w:t>
      </w:r>
      <w:r w:rsidRPr="00987F03">
        <w:rPr>
          <w:sz w:val="22"/>
          <w:rtl/>
        </w:rPr>
        <w:t>مسیر</w:t>
      </w:r>
      <w:r w:rsidRPr="00987F03">
        <w:rPr>
          <w:sz w:val="22"/>
        </w:rPr>
        <w:t xml:space="preserve"> </w:t>
      </w:r>
      <w:r w:rsidRPr="00987F03">
        <w:rPr>
          <w:sz w:val="22"/>
          <w:rtl/>
        </w:rPr>
        <w:t>جنگ</w:t>
      </w:r>
      <w:r w:rsidRPr="00987F03">
        <w:rPr>
          <w:sz w:val="22"/>
        </w:rPr>
        <w:t xml:space="preserve"> </w:t>
      </w:r>
      <w:r w:rsidRPr="00987F03">
        <w:rPr>
          <w:sz w:val="22"/>
          <w:rtl/>
        </w:rPr>
        <w:t>را</w:t>
      </w:r>
      <w:r w:rsidRPr="00987F03">
        <w:rPr>
          <w:sz w:val="22"/>
        </w:rPr>
        <w:t xml:space="preserve"> </w:t>
      </w:r>
      <w:r w:rsidRPr="00987F03">
        <w:rPr>
          <w:sz w:val="22"/>
          <w:rtl/>
        </w:rPr>
        <w:t>از</w:t>
      </w:r>
      <w:r w:rsidRPr="00987F03">
        <w:rPr>
          <w:sz w:val="22"/>
        </w:rPr>
        <w:t xml:space="preserve"> </w:t>
      </w:r>
      <w:r w:rsidRPr="00987F03">
        <w:rPr>
          <w:sz w:val="22"/>
          <w:rtl/>
        </w:rPr>
        <w:t>مدائن</w:t>
      </w:r>
      <w:r w:rsidRPr="00987F03">
        <w:rPr>
          <w:sz w:val="22"/>
        </w:rPr>
        <w:t xml:space="preserve"> </w:t>
      </w:r>
      <w:r w:rsidRPr="00987F03">
        <w:rPr>
          <w:sz w:val="22"/>
          <w:rtl/>
        </w:rPr>
        <w:t>تا</w:t>
      </w:r>
      <w:r w:rsidRPr="00987F03">
        <w:rPr>
          <w:sz w:val="22"/>
        </w:rPr>
        <w:t xml:space="preserve"> </w:t>
      </w:r>
      <w:r w:rsidRPr="00987F03">
        <w:rPr>
          <w:sz w:val="22"/>
          <w:rtl/>
        </w:rPr>
        <w:t>نهاوند</w:t>
      </w:r>
      <w:r w:rsidRPr="00987F03">
        <w:rPr>
          <w:sz w:val="22"/>
        </w:rPr>
        <w:t xml:space="preserve"> </w:t>
      </w:r>
      <w:r w:rsidRPr="00987F03">
        <w:rPr>
          <w:sz w:val="22"/>
          <w:rtl/>
        </w:rPr>
        <w:t>و</w:t>
      </w:r>
      <w:r w:rsidRPr="00987F03">
        <w:rPr>
          <w:sz w:val="22"/>
        </w:rPr>
        <w:t xml:space="preserve"> </w:t>
      </w:r>
      <w:r w:rsidRPr="00987F03">
        <w:rPr>
          <w:sz w:val="22"/>
          <w:rtl/>
        </w:rPr>
        <w:t>از</w:t>
      </w:r>
      <w:r w:rsidRPr="00987F03">
        <w:rPr>
          <w:sz w:val="22"/>
        </w:rPr>
        <w:t xml:space="preserve"> </w:t>
      </w:r>
      <w:r w:rsidRPr="00987F03">
        <w:rPr>
          <w:sz w:val="22"/>
          <w:rtl/>
        </w:rPr>
        <w:t>آنجا</w:t>
      </w:r>
      <w:r w:rsidRPr="00987F03">
        <w:rPr>
          <w:sz w:val="22"/>
        </w:rPr>
        <w:t xml:space="preserve"> </w:t>
      </w:r>
      <w:r w:rsidRPr="00987F03">
        <w:rPr>
          <w:sz w:val="22"/>
          <w:rtl/>
        </w:rPr>
        <w:t>تا</w:t>
      </w:r>
      <w:r w:rsidRPr="00987F03">
        <w:rPr>
          <w:sz w:val="22"/>
        </w:rPr>
        <w:t xml:space="preserve"> </w:t>
      </w:r>
      <w:r w:rsidRPr="00987F03">
        <w:rPr>
          <w:sz w:val="22"/>
          <w:rtl/>
        </w:rPr>
        <w:t>استان</w:t>
      </w:r>
      <w:r w:rsidRPr="00987F03">
        <w:rPr>
          <w:sz w:val="22"/>
        </w:rPr>
        <w:t>‌</w:t>
      </w:r>
      <w:r w:rsidRPr="00987F03">
        <w:rPr>
          <w:sz w:val="22"/>
          <w:rtl/>
        </w:rPr>
        <w:t>های</w:t>
      </w:r>
      <w:r w:rsidRPr="00987F03">
        <w:rPr>
          <w:sz w:val="22"/>
        </w:rPr>
        <w:t xml:space="preserve"> </w:t>
      </w:r>
      <w:r w:rsidRPr="00987F03">
        <w:rPr>
          <w:sz w:val="22"/>
          <w:rtl/>
        </w:rPr>
        <w:t>دوردست</w:t>
      </w:r>
      <w:r w:rsidRPr="00987F03">
        <w:rPr>
          <w:sz w:val="22"/>
        </w:rPr>
        <w:t xml:space="preserve"> </w:t>
      </w:r>
      <w:r w:rsidRPr="00987F03">
        <w:rPr>
          <w:sz w:val="22"/>
          <w:rtl/>
        </w:rPr>
        <w:t>دنبال</w:t>
      </w:r>
      <w:r w:rsidRPr="00987F03">
        <w:rPr>
          <w:sz w:val="22"/>
        </w:rPr>
        <w:t xml:space="preserve"> </w:t>
      </w:r>
      <w:r w:rsidRPr="00987F03">
        <w:rPr>
          <w:sz w:val="22"/>
          <w:rtl/>
        </w:rPr>
        <w:t>کرد</w:t>
      </w:r>
      <w:r w:rsidRPr="00987F03">
        <w:rPr>
          <w:sz w:val="22"/>
        </w:rPr>
        <w:t>.</w:t>
      </w:r>
    </w:p>
    <w:p w:rsidR="009F3B78" w:rsidRPr="00987F03" w:rsidRDefault="00987F03" w:rsidP="00987F03">
      <w:pPr>
        <w:pageBreakBefore/>
        <w:bidi/>
        <w:jc w:val="center"/>
        <w:rPr>
          <w:rFonts w:asciiTheme="majorBidi" w:hAnsiTheme="majorBidi" w:cstheme="majorBidi"/>
          <w:bCs/>
          <w:sz w:val="36"/>
          <w:szCs w:val="36"/>
        </w:rPr>
      </w:pPr>
      <w:bookmarkStart w:id="4" w:name="Vol7Chapter02"/>
      <w:bookmarkEnd w:id="4"/>
      <w:r w:rsidRPr="00987F03">
        <w:rPr>
          <w:rFonts w:asciiTheme="majorBidi" w:eastAsia="Tahoma" w:hAnsiTheme="majorBidi" w:cstheme="majorBidi"/>
          <w:bCs/>
          <w:sz w:val="36"/>
          <w:szCs w:val="36"/>
          <w:rtl/>
        </w:rPr>
        <w:t>فصل دوم</w:t>
      </w:r>
    </w:p>
    <w:p w:rsidR="009F3B78" w:rsidRPr="00987F03" w:rsidRDefault="00987F03" w:rsidP="00987F03">
      <w:pPr>
        <w:bidi/>
        <w:jc w:val="center"/>
        <w:rPr>
          <w:rFonts w:asciiTheme="majorBidi" w:hAnsiTheme="majorBidi" w:cstheme="majorBidi"/>
          <w:bCs/>
          <w:sz w:val="36"/>
          <w:szCs w:val="36"/>
        </w:rPr>
      </w:pPr>
      <w:r w:rsidRPr="00987F03">
        <w:rPr>
          <w:rFonts w:asciiTheme="majorBidi" w:eastAsia="Tahoma" w:hAnsiTheme="majorBidi" w:cstheme="majorBidi"/>
          <w:bCs/>
          <w:sz w:val="36"/>
          <w:szCs w:val="36"/>
          <w:rtl/>
        </w:rPr>
        <w:t>از مدائن تا نهاوند؛ فتح قشونی و مسئلهٔ ادارهٔ کشور</w:t>
      </w:r>
    </w:p>
    <w:p w:rsidR="009F3B78" w:rsidRDefault="00987F03" w:rsidP="00157D55">
      <w:pPr>
        <w:bidi/>
        <w:ind w:firstLine="720"/>
      </w:pPr>
      <w:r>
        <w:rPr>
          <w:rFonts w:eastAsia="Tahoma"/>
          <w:rtl/>
        </w:rPr>
        <w:t>سقوط مدائن یکی از بزرگ‌ترین پیروزی‌های قشون عرب بود، اما هنوز به معنای فتح ایران نبود. پایتخت از دست رفته بود، خزانه و کاخ‌های شاهی به تصرف درآمده بودند و دستگاه فرماندهی ساسانی امکان هدایت یکپارچهٔ جنگ را از دست داده بود، ولی کشور فقط پایتخت نبود. در پشت مدائن، رشته‌ای از شهرها، روستاها، راه‌ها، دژها، خاندان‌های بزرگ، حاکمان محلی، دهقانان و دبیران باقی مانده بودند که زندگی و ادارهٔ سرزمین بدون آنها ممکن نبود. قشونی می‌توانست وارد پایتخت شود و آن را غارت کند، اما برای حکومت‌کردن ناچار بود از محدودهٔ میدان جنگ بیرون آید و با همین نیروهای باقی‌مانده رابطه‌ای پایدار برقرار سازد.</w:t>
      </w:r>
    </w:p>
    <w:p w:rsidR="009F3B78" w:rsidRDefault="00987F03" w:rsidP="00157D55">
      <w:pPr>
        <w:bidi/>
        <w:ind w:firstLine="720"/>
      </w:pPr>
      <w:r>
        <w:rPr>
          <w:rFonts w:eastAsia="Tahoma"/>
          <w:rtl/>
        </w:rPr>
        <w:t>در اینجا تفاوت فتح و کشورداری آشکار می‌شود. فتح با شکست‌دادن نیروی مسلح و گشودن دروازهٔ شهر به دست می‌آید؛ کشورداری زمانی آغاز می‌شود که فرمان تازه بتواند پس از دورشدن قشون نیز اجرا شود، مالیات به‌طور منظم گرد آید، راه‌ها امن بمانند، اختلاف‌ها حل شوند و مردم بدانند در برابر چه کسی مسئول‌اند. هرچه سرزمین گسترده‌تر باشد، فاصلهٔ میان این دو مرحله بیشتر می‌شود. فاتح ممکن است در یک روز بر میدان جنگ پیروز شود، اما برای تبدیل پیروزی به حکومت به سال‌ها جنگ، پیمان، بازگشت، مصالحه و استفاده از دستگاه‌های پیشین نیاز دارد.</w:t>
      </w:r>
    </w:p>
    <w:p w:rsidR="009F3B78" w:rsidRDefault="00987F03" w:rsidP="00157D55">
      <w:pPr>
        <w:bidi/>
        <w:ind w:firstLine="720"/>
      </w:pPr>
      <w:r>
        <w:rPr>
          <w:rFonts w:eastAsia="Tahoma"/>
          <w:rtl/>
        </w:rPr>
        <w:t>مدائن برای ساسانیان فقط محل اقامت شاه نبود. مجموعه‌ای از شهرها در دو سوی دجله بود که عرب‌ها آن را «شهرها» می‌خواندند و تیسفون مهم‌ترین بخش آن به شمار می‌رفت. دیوان مرکزی، خزانه، کاخ، کارگاه‌ها و شبکهٔ فرماندهی از آنجا با بخش‌های دیگر شاهنشاهی ارتباط داشتند. عراق نیز حاشیهٔ ایران نبود؛ یکی از ثروتمندترین نواحی حکومت و سرچشمهٔ بخش بزرگی از مالیات ارضی آن بود. زمین حاصلخیز سواد، شبکهٔ آبیاری و جمعیت فراوانش هم خزانه را تغذیه می‌کرد و هم توان نگاهداری قشون را فراهم می‌آورد. از دست‌رفتن مدائن، در نتیجه، هم ضربه‌ای سیاسی بود و هم مالی و نظامی.</w:t>
      </w:r>
    </w:p>
    <w:p w:rsidR="009F3B78" w:rsidRDefault="00987F03" w:rsidP="00157D55">
      <w:pPr>
        <w:bidi/>
        <w:ind w:firstLine="720"/>
      </w:pPr>
      <w:r>
        <w:rPr>
          <w:rFonts w:eastAsia="Tahoma"/>
          <w:rtl/>
        </w:rPr>
        <w:t>یزدگرد سوم پیش از رسیدن قشون عرب از پایتخت بیرون رفت. رفتن او را نباید فقط گریزی شخصی دانست. تا هنگامی که شاه زنده بود و می‌توانست در جایی دیگر قشون فراهم آورد، تاج ساسانی به‌کلی از میان نرفته بود. در ساختمان شاهنشاهی، شخص شاه نقطهٔ پیوند خاندان‌های بزرگ، فرماندهان و حاکمان استان‌ها بود. آنان ممکن بود با یکدیگر رقابت کنند یا از فرمان مرکز سرپیچی نشان دهند، اما گردآمدن دوباره زیر نام شاه هنوز ممکن بود. از این رو، خروج یزدگرد هم نشانهٔ فروپاشی مرکز بود و هم کوششی برای انتقال مرکز مقاومت به درون فلات ایران.</w:t>
      </w:r>
    </w:p>
    <w:p w:rsidR="009F3B78" w:rsidRDefault="00987F03" w:rsidP="00157D55">
      <w:pPr>
        <w:bidi/>
        <w:ind w:firstLine="720"/>
      </w:pPr>
      <w:r>
        <w:rPr>
          <w:rFonts w:eastAsia="Tahoma"/>
          <w:rtl/>
        </w:rPr>
        <w:t>قشون عرب نیز نمی‌توانست با گرفتن مدائن بی‌درنگ خود را حاکم سراسر ایران بداند. پیشروی از جلگهٔ عراق به فلات ایران به معنای عبور از راه‌های دشوار زاگرس، دورشدن از پایگاه‌های تدارکاتی و رویارویی با شهرهایی بود که هر یک می‌توانستند جداگانه مقاومت کنند. قادسیه راه پایتخت را گشوده بود، اما کوه‌ها و فاصله‌ها به مدافعان امکان می‌دادند نیروهای پراکنده را دوباره گرد آورند. افزون بر آن، جنگاور عرب برای ماندن در سرزمین تازه به خوراک، علوفه، راهنما، پل، محل استقرار و آگاهی از راه‌ها نیاز داشت؛ چیزهایی که تنها با شمشیر تولید نمی‌شدند.</w:t>
      </w:r>
    </w:p>
    <w:p w:rsidR="009F3B78" w:rsidRDefault="00987F03" w:rsidP="00157D55">
      <w:pPr>
        <w:bidi/>
        <w:ind w:firstLine="720"/>
      </w:pPr>
      <w:r>
        <w:rPr>
          <w:rFonts w:eastAsia="Tahoma"/>
          <w:rtl/>
        </w:rPr>
        <w:t>پس از سقوط مدائن، جلولا به یکی از نخستین مراکز مقاومت تبدیل شد. نیروهای ساسانی و گروه‌هایی از مردم نواحی غربی در آنجا گرد آمدند و کوشیدند راه پیشروی فاتحان به سوی حلوان و فلات ایران را ببندند. اهمیت جلولا تنها در شمار سپاهیان یا نتیجهٔ نبرد نبود. این گردآمدن نشان می‌داد که شکست پایتخت هنوز ارادهٔ مقاومت را از میان نبرده است. فرماندهان و خاندان‌هایی که از مدائن بیرون آمده بودند می‌توانستند در نقطه‌ای دیگر نیروی تازه‌ای بسازند؛ همان‌گونه که خود حکومت ساسانی در دوره‌های پیشین بارها پس از شکست از روم دوباره قشون فراهم آورده بود.</w:t>
      </w:r>
    </w:p>
    <w:p w:rsidR="009F3B78" w:rsidRDefault="00987F03" w:rsidP="00157D55">
      <w:pPr>
        <w:bidi/>
        <w:ind w:firstLine="720"/>
      </w:pPr>
      <w:r>
        <w:rPr>
          <w:rFonts w:eastAsia="Tahoma"/>
          <w:rtl/>
        </w:rPr>
        <w:t>پیروزی عرب‌ها در جلولا راه را تا حلوان گشود، اما این پیشروی نیز حکومت پایدار به وجود نیاورد. هر منطقه‌ای که فتح می‌شد مسئله‌ای تازه پیش می‌آورد: آیا قشون باید در آنجا بماند؟ چه کسی از مردم مالیات بگیرد؟ با زمین‌های شاهی، املاک خاندان‌های کشته‌شده یا گریخته و دارایی آتشکده‌ها چه باید کرد؟ آیا غنیمت باید میان جنگاوران تقسیم شود یا برای درآمد آینده محفوظ بماند؟ چه کسی می‌توانست اندازهٔ زمین، مقدار محصول و سابقهٔ پرداخت هر ناحیه را تشخیص دهد؟ پاسخ این پرسش‌ها در دست جنگاورانی نبود که با هدف جنگیدن آمده بودند.</w:t>
      </w:r>
    </w:p>
    <w:p w:rsidR="009F3B78" w:rsidRDefault="00987F03" w:rsidP="00157D55">
      <w:pPr>
        <w:bidi/>
        <w:ind w:firstLine="720"/>
      </w:pPr>
      <w:r>
        <w:rPr>
          <w:rFonts w:eastAsia="Tahoma"/>
          <w:rtl/>
        </w:rPr>
        <w:t>در آغاز، منطق قشون بر رفتار فاتحان غلبه داشت. جنگاوران سهم خود را از غنیمت می‌خواستند و فرماندهان باید آنان را خشنود نگاه می‌داشتند. اگر زمین‌های سواد همانند اموال منقول میان فاتحان تقسیم می‌شد، هر جنگاور به مالک بخشی از زمین و مردم آن تبدیل می‌گردید. چنین کاری می‌توانست قشون را از میان ببرد، زیرا جنگاوران به‌تدریج بر زمین می‌نشستند و به جای حرکت با سپاه، به ادارهٔ دارایی خود می‌پرداختند. در عین حال، تقسیم زمین سرچشمهٔ درآمد منظم حکومت را نیز نابود می‌کرد. حکومتی که می‌خواست فتوحات را ادامه دهد، ناچار بود قشون را نگاه دارد و برای نگاهداری آن به مالیات سالانه نیاز داشت.</w:t>
      </w:r>
    </w:p>
    <w:p w:rsidR="009F3B78" w:rsidRDefault="00987F03" w:rsidP="00157D55">
      <w:pPr>
        <w:bidi/>
        <w:ind w:firstLine="720"/>
      </w:pPr>
      <w:r>
        <w:rPr>
          <w:rFonts w:eastAsia="Tahoma"/>
          <w:rtl/>
        </w:rPr>
        <w:t>از همین رو، بخش بزرگی از زمین‌های کشاورزی در دست کشاورزان و صاحبان پیشین باقی ماند و حکومت تازه دریافت خراج را بر عهده گرفت. این تصمیم، هرچند بعدها در روایت‌های حقوقی و دینی صورت‌بندی شد، در بنیاد خود پاسخی به نیاز کشورداری بود. قشون فاتح نمی‌توانست همهٔ زمین‌ها را خود بکارد، شبکه‌های آبیاری را نگاه دارد یا محصول را اندازه بگیرد. اگر کشاورزی متوقف می‌شد، پیروزی نظامی به قحطی و بی‌درآمدی می‌انجامید. بنابراین، فاتحان برای بهره‌بردن از سرزمین ناچار بودند بخش مهمی از نظم اقتصادی آن را حفظ کنند.</w:t>
      </w:r>
    </w:p>
    <w:p w:rsidR="009F3B78" w:rsidRDefault="00987F03" w:rsidP="00157D55">
      <w:pPr>
        <w:bidi/>
        <w:ind w:firstLine="720"/>
      </w:pPr>
      <w:r>
        <w:rPr>
          <w:rFonts w:eastAsia="Tahoma"/>
          <w:rtl/>
        </w:rPr>
        <w:t>حفظ زمین بدون حفظ کسانی که آن را می‌شناختند ممکن نبود. دهقانان، کدخدایان، دبیران و مأموران مالیاتی ساسانی می‌دانستند هر روستا چه مقدار زمین، آب و محصول دارد و پیش از آن چه می‌پرداخته است. آنان همچنین زبان مردم، مرز آبادی‌ها و روابط خاندان‌های محلی را می‌شناختند. فرمانده عرب می‌توانست مقدار کلی خراج را تعیین کند، اما تبدیل این فرمان به عددهایی که از روستاها گرد آید به دانشی نیاز داشت که بازماندگان دستگاه شکست‌خورده در اختیار داشتند. بدین ترتیب، از همان آغاز، قشون پیروز برای گرفتن حاصل پیروزی خود به همکاری مغلوبان محتاج شد.</w:t>
      </w:r>
    </w:p>
    <w:p w:rsidR="009F3B78" w:rsidRDefault="00987F03" w:rsidP="00157D55">
      <w:pPr>
        <w:bidi/>
        <w:ind w:firstLine="720"/>
      </w:pPr>
      <w:r>
        <w:rPr>
          <w:rFonts w:eastAsia="Tahoma"/>
          <w:rtl/>
        </w:rPr>
        <w:t>این وابستگی به معنای برابری نبود. پیمان‌ها پس از شکست و زیر سایهٔ قدرت قشون بسته می‌شدند. شهری که مقاومت می‌کرد ممکن بود با شرایطی سخت‌تر روبه‌رو شود و شهری که زودتر تسلیم می‌شد می‌توانست جان، مال، آتشکده یا بخشی از خودگردانی محلی خود را حفظ کند. اما حتی در این رابطهٔ نابرابر، حکومت تازه نمی‌توانست هرچه می‌خواست انجام دهد. اگر همهٔ صاحبان دانش و اداره را کنار می‌گذاشت، خود از ادارهٔ کشور بازمی‌ماند. نیاز فاتح به مالیات و آرامش، برای نیروهای محلی امکان چانه‌زنی و ادامهٔ حضور فراهم می‌کرد.</w:t>
      </w:r>
    </w:p>
    <w:p w:rsidR="009F3B78" w:rsidRDefault="00987F03" w:rsidP="00157D55">
      <w:pPr>
        <w:bidi/>
        <w:ind w:firstLine="720"/>
      </w:pPr>
      <w:r>
        <w:rPr>
          <w:rFonts w:eastAsia="Tahoma"/>
          <w:rtl/>
        </w:rPr>
        <w:t>پیمان در این دوره فقط سند پایان جنگ نبود؛ نخستین صورت رابطهٔ حکومت تازه با جامعهٔ مغلوب بود. در بسیاری از شهرها، حاکم یا بزرگان محلی تعهد می‌کردند مبلغی معین بپردازند و در برابر، جان و مال مردم و گاه دین و عبادتگاه‌های آنان محفوظ بماند. اما پیمان‌ها یکسان نبودند و شرایط آنها با توان مقاومت، زمان تسلیم، نیاز قشون و تصمیم فرمانده تفاوت می‌کرد. آنچه بعدها به صورت قواعد منظم خراج و جزیه درآمد، در این مرحله هنوز از دل تجربه‌های پراکندهٔ فتح شکل می‌گرفت.</w:t>
      </w:r>
    </w:p>
    <w:p w:rsidR="009F3B78" w:rsidRDefault="00987F03" w:rsidP="00157D55">
      <w:pPr>
        <w:bidi/>
        <w:ind w:firstLine="720"/>
      </w:pPr>
      <w:r>
        <w:rPr>
          <w:rFonts w:eastAsia="Tahoma"/>
          <w:rtl/>
        </w:rPr>
        <w:t>همین پراکندگی نشان می‌دهد که نباید فتح ایران را حرکتی یکدست و برنامه‌ریزی‌شده از یک مرکز تصور کرد. قشون‌های کوفه و بصره در مسیرهای متفاوت پیش می‌رفتند و هر یک حوزه‌ای از عملیات و درآمد پیدا می‌کردند. نیروهای برخاسته از کوفه بیشتر به سوی جبال، همدان، ری، قزوین و آذربایجان رفتند؛ نیروهای بصره به خوزستان، فارس، کرمان، سیستان و خراسان راه یافتند. این تقسیم فقط نظامی نبود. درآمد نواحی فتح‌شده نیز به پایگاهی می‌رفت که قشون مربوط به آن را نگاه می‌داشت. از همین‌جا پیوندی میان جغرافیای فتح، سازمان قشون و ساختمان مالی حکومت اسلامی پدید آمد.</w:t>
      </w:r>
    </w:p>
    <w:p w:rsidR="009F3B78" w:rsidRDefault="00987F03" w:rsidP="00157D55">
      <w:pPr>
        <w:bidi/>
        <w:ind w:firstLine="720"/>
      </w:pPr>
      <w:r>
        <w:rPr>
          <w:rFonts w:eastAsia="Tahoma"/>
          <w:rtl/>
        </w:rPr>
        <w:t>کوفه و بصره خود پاسخی به مسئلهٔ ماندن قشون بودند. فاتحان اگر در شهرها و روستاهای مغلوب پراکنده می‌شدند، هم توان گردآمدن سریع را از دست می‌دادند و هم ممکن بود در زندگی اقتصادی و خانوادگی مردم محل جذب شوند. شهر اردوگاهی قشون را جدا و آماده نگاه می‌داشت. قبایل در محله‌های خود می‌نشستند، نام جنگاوران در فهرست‌ها ثبت می‌شد و مواجب و سهم آنان از درآمد سرزمین‌های فتح‌شده پرداخت می‌گردید. به این ترتیب، میان کسانی که جنگیده بودند و کسانی که هزینهٔ قشون را می‌پرداختند جدایی پایداری شکل گرفت.</w:t>
      </w:r>
    </w:p>
    <w:p w:rsidR="009F3B78" w:rsidRDefault="00987F03" w:rsidP="00157D55">
      <w:pPr>
        <w:bidi/>
        <w:ind w:firstLine="720"/>
      </w:pPr>
      <w:r>
        <w:rPr>
          <w:rFonts w:eastAsia="Tahoma"/>
          <w:rtl/>
        </w:rPr>
        <w:t>این جدایی در سال‌های بعد به یکی از پایه‌های نابرابری میان عرب و ایرانی تبدیل شد. عرب عضو قشون، نامش در دیوان عطا ثبت و معاشش از درآمد فتح تأمین می‌شد؛ ایرانیِ مغلوب در جایگاه مالیات‌دهنده قرار می‌گرفت. هنوز مسلمان‌شدن گستردهٔ ایرانیان آغاز نشده بود، اما ساختمان مالی و نظامی‌ای که بعدها مسئلهٔ نومسلمانان را پدید آورد در همین دوره ساخته شد. اگر درآمد حکومت از مردمان غیرعرب و غیرمسلمان تأمین می‌شد، ورود آنان به جامعهٔ مسلمانان می‌توانست مرز میان دریافت‌کننده و پرداخت‌کننده را به‌هم بزند.</w:t>
      </w:r>
    </w:p>
    <w:p w:rsidR="009F3B78" w:rsidRDefault="00987F03" w:rsidP="00157D55">
      <w:pPr>
        <w:bidi/>
        <w:ind w:firstLine="720"/>
      </w:pPr>
      <w:r>
        <w:rPr>
          <w:rFonts w:eastAsia="Tahoma"/>
          <w:rtl/>
        </w:rPr>
        <w:t>بااین‌همه، پیش از آنکه این تناقض آشکار شود، یزدگرد و نیروهای باقی‌ماندهٔ ساسانی می‌کوشیدند شکست عراق را جبران کنند. شاه از شهری به شهر دیگر رفت و از خاندان‌های بزرگ و حاکمان نواحی یاری خواست. حرکت او نشان می‌داد که حاکمیت ساسانی پس از مدائن دیگر مرکز ثابتی نداشت. هرجا شاه می‌رفت می‌کوشید همانجا را به محل گردآوری قشون و صدور فرمان تبدیل کند، اما توان او به همکاری بزرگان محلی وابسته شده بود. آنان نیز پس از سال‌ها کشمکش داخلی، تغییرهای پی‌درپی شاهان و کاهش اقتدار مرکز، همیشه آماده نبودند همهٔ نیروی خود را در اختیار تاج بگذارند.</w:t>
      </w:r>
    </w:p>
    <w:p w:rsidR="009F3B78" w:rsidRDefault="00987F03" w:rsidP="00157D55">
      <w:pPr>
        <w:bidi/>
        <w:ind w:firstLine="720"/>
      </w:pPr>
      <w:r>
        <w:rPr>
          <w:rFonts w:eastAsia="Tahoma"/>
          <w:rtl/>
        </w:rPr>
        <w:t>این وضعیت یکی از ضعف‌های بنیادی مقاومت ساسانی بود. قشون عرب با فرماندهی‌ای حرکت می‌کرد که هدف مشترک و امکان جایگزینی فرماندهان را داشت. مرگ یک فرمانده می‌توانست زیان‌بار باشد، اما لزوماً حرکت قشون را پایان نمی‌داد. در سوی دیگر، نیروهای ایرانی از واحدهای گوناگون و وابسته به خاندان‌ها و نواحی تشکیل می‌شدند. شاه هنوز نشان حق فرمانروایی بود، ولی دیگر دستگاهی نیرومند برای تبدیل این حق به فرمان مؤثر در اختیار نداشت. فرمان او تا جایی اجرا می‌شد که صاحب‌قدرت محلی آن را بپذیرد و نیروی خود را به میدان بیاورد.</w:t>
      </w:r>
    </w:p>
    <w:p w:rsidR="009F3B78" w:rsidRDefault="00987F03" w:rsidP="00157D55">
      <w:pPr>
        <w:bidi/>
        <w:ind w:firstLine="720"/>
      </w:pPr>
      <w:r>
        <w:rPr>
          <w:rFonts w:eastAsia="Tahoma"/>
          <w:rtl/>
        </w:rPr>
        <w:t>نباید از این سخن نتیجه گرفت که ایرانیان پس از قادسیه ارادهٔ جنگیدن نداشتند یا فتح بدون مقاومت پیش رفت. برعکس، تکرار شورش‌ها، تجدید پیمان‌ها و ضرورت بازگشت قشون به شهرهای گشوده‌شده نشان می‌دهد که حاکمیت تازه بارها به چالش کشیده شد. اما مقاومت‌های محلی، حتی اگر سخت و طولانی بودند، نمی‌توانستند همیشه به قشونی سراسری تبدیل شوند. آنچه از میان رفته بود فقط شمار سربازان نبود؛ مرکز توانایی که بتواند منابع کشور را گرد آورد و نبردهای جداگانه را به جنگی واحد تبدیل کند از کار افتاده بود.</w:t>
      </w:r>
    </w:p>
    <w:p w:rsidR="009F3B78" w:rsidRDefault="00987F03" w:rsidP="00157D55">
      <w:pPr>
        <w:bidi/>
        <w:ind w:firstLine="720"/>
      </w:pPr>
      <w:r>
        <w:rPr>
          <w:rFonts w:eastAsia="Tahoma"/>
          <w:rtl/>
        </w:rPr>
        <w:t>نهاوند آخرین کوشش بزرگ برای جبران همین کمبود بود. در آنجا نیروهایی از بخش‌های مختلف گرد آمدند تا راه پیشروی عرب‌ها را ببندند و شاید زمینهٔ بازپس‌گیری عراق را فراهم کنند. شمار سپاهیان و جزئیات نبرد در روایت‌های بعدی بسیار متفاوت است و ارقام بزرگ را نمی‌توان بی‌احتیاط پذیرفت. اما اهمیت نبرد به عدد کشته‌شدگان وابسته نیست. نهاوند از آن رو تعیین‌کننده بود که برای آخرین بار نیرویی نسبتاً بزرگ به نام حکومت ساسانی در برابر قشون عرب قرار گرفت.</w:t>
      </w:r>
    </w:p>
    <w:p w:rsidR="009F3B78" w:rsidRDefault="00987F03" w:rsidP="00157D55">
      <w:pPr>
        <w:bidi/>
        <w:ind w:firstLine="720"/>
      </w:pPr>
      <w:r>
        <w:rPr>
          <w:rFonts w:eastAsia="Tahoma"/>
          <w:rtl/>
        </w:rPr>
        <w:t>نبرد در سال ۶۴۲ میلادی روی داد. فرماندهی نیروی عرب را نعمان بن مقرن بر عهده داشت و در روایت‌های اسلامی از فیروزان به عنوان فرماندهٔ ایرانیان یاد شده است. دربارهٔ چگونگی بیرون‌کشیدن سپاه ایران از موضع دفاعی و کشاندن آن به میدان باز داستان‌های گوناگونی نقل شده است. آنچه با اطمینان بیشتری می‌توان گفت این است که قشون ساسانی شکست خورد، فرماندهی آن از هم گسیخت و دیگر نتوانست سپاهی هم‌سنگ برای رویارویی سراسری فراهم آورد.</w:t>
      </w:r>
    </w:p>
    <w:p w:rsidR="009F3B78" w:rsidRDefault="00987F03" w:rsidP="00157D55">
      <w:pPr>
        <w:bidi/>
        <w:ind w:firstLine="720"/>
      </w:pPr>
      <w:r>
        <w:rPr>
          <w:rFonts w:eastAsia="Tahoma"/>
          <w:rtl/>
        </w:rPr>
        <w:t>فاتحان بعدها نهاوند را «فتح‌الفتوح» نامیدند. این عنوان از دید قشون پیروز قابل فهم بود، زیرا پس از آن راه‌های بیشتری به سوی مرکز و شرق ایران گشوده شد. اما اگر آن را به معنای پایان فوری فتح و تسلیم کامل ایران بگیریم، تاریخ را ساده کرده‌ایم. پس از نهاوند نیز همدان، ری، آذربایجان، فارس، کرمان، سیستان، خراسان، طبرستان و نواحی دیگر هر یک مسیر جداگانه‌ای از جنگ و پیمان را پیمودند. برخی مناطق چند بار فتح شدند، شوریدند و دوباره به فرمان درآمدند. در بخش‌هایی از کنارهٔ خزر، مقاومت برای مدتی بسیار طولانی‌تر ادامه یافت.</w:t>
      </w:r>
    </w:p>
    <w:p w:rsidR="009F3B78" w:rsidRDefault="00987F03" w:rsidP="00157D55">
      <w:pPr>
        <w:bidi/>
        <w:ind w:firstLine="720"/>
      </w:pPr>
      <w:r>
        <w:rPr>
          <w:rFonts w:eastAsia="Tahoma"/>
          <w:rtl/>
        </w:rPr>
        <w:t>آنچه در نهاوند پایان یافت، بیش از هر چیز امکان بازسازی یک قشون مرکزی ساسانی بود. پیش از آن، یک حاکم محلی می‌توانست امید داشته باشد که ایستادگی‌اش بخشی از بازگشت شاه و احیای حکومت پیشین است. پس از شکست، این امید ضعیف‌تر شد. مقاومت همچنان ممکن بود، اما بیشتر برای حفظ استقلال محلی، گرفتن شرایط بهتر یا دورنگاه‌داشتن مأموران مالیاتی انجام می‌شد. تاج هنوز بر سر یزدگرد بود، ولی دیگر نمی‌توانست نیروهای پراکنده را زیر فرمانی مؤثر گرد آورد.</w:t>
      </w:r>
    </w:p>
    <w:p w:rsidR="009F3B78" w:rsidRDefault="00987F03" w:rsidP="00157D55">
      <w:pPr>
        <w:bidi/>
        <w:ind w:firstLine="720"/>
      </w:pPr>
      <w:r>
        <w:rPr>
          <w:rFonts w:eastAsia="Tahoma"/>
          <w:rtl/>
        </w:rPr>
        <w:t>یزدگرد پس از نهاوند به سوی شرق رفت. حرکت او از ری و اصفهان و کرمان تا فارس، سیستان و خراسان، بیش از آنکه انتقال منظم دربار باشد، عقب‌نشینی شاهی بود که هر بار می‌کوشید در جایی تازه پشتیبانی به دست آورد. حضور شاه برای حاکمان محلی هم فرصت بود و هم خطر. حمایت از او می‌توانست حقانیت مقاومت در برابر فاتحان را تقویت کند، اما هزینهٔ نگاهداری دربار و قشون باقی‌مانده را نیز بر دوش آنان می‌گذاشت و در صورت پیروزی عرب‌ها مجازات به دنبال داشت. به همین سبب، رابطهٔ یزدگرد با صاحبان قدرت محلی همیشه استوار نبود.</w:t>
      </w:r>
    </w:p>
    <w:p w:rsidR="009F3B78" w:rsidRDefault="00987F03" w:rsidP="00157D55">
      <w:pPr>
        <w:bidi/>
        <w:ind w:firstLine="720"/>
      </w:pPr>
      <w:r>
        <w:rPr>
          <w:rFonts w:eastAsia="Tahoma"/>
          <w:rtl/>
        </w:rPr>
        <w:t>مرگ یزدگرد در سال ۶۵۱ میلادی پایان نمادین دودمان ساسانی بود، اما حتی این رویداد نیز به معنای پایان یکبارهٔ همهٔ ساختارهای پیشین نبود. شاه مرد، اما دبیران، دهقانان، خاندان‌ها، زمین‌ها و راه‌ها باقی ماندند. آنچه دیگر وجود نداشت مرکزی بود که این عناصر را زیر نام شاهنشاهی ساسانی به هم پیوند دهد. حکومت تازه باید همین عناصر را در رابطه‌ای دیگر سازمان می‌داد و فرمان خلیفه را جایگزین فرمان شاه می‌کرد.</w:t>
      </w:r>
    </w:p>
    <w:p w:rsidR="009F3B78" w:rsidRDefault="00987F03" w:rsidP="00157D55">
      <w:pPr>
        <w:bidi/>
        <w:ind w:firstLine="720"/>
      </w:pPr>
      <w:r>
        <w:rPr>
          <w:rFonts w:eastAsia="Tahoma"/>
          <w:rtl/>
        </w:rPr>
        <w:t>در این مرحله، مسئلهٔ اصلی فاتحان از پیروزی به نگاهداری پیروزی تغییر کرد. هرچه قشون دورتر می‌رفت، خطر گسستن راه ارتباطی بیشتر می‌شد. اگر شهری در پشت سر شورش می‌کرد، انتقال نیرو و درآمد مختل می‌شد. بنابراین، فتح خطی مستقیم از غرب به شرق نبود. قشون گاه پیش می‌رفت، گاه بازمی‌گشت و گاه برای گرفتن دوبارهٔ شهری که پیش‌تر پیمان بسته بود ناچار به جنگ می‌شد. این رفت‌وبرگشت‌ها نشانهٔ بی‌اهمیتی پیمان‌ها نبود؛ نشان می‌داد که فرمان تازه هنوز برای دوام به حضور یا امکان بازگشت قشون وابسته است.</w:t>
      </w:r>
    </w:p>
    <w:p w:rsidR="009F3B78" w:rsidRDefault="00987F03" w:rsidP="00157D55">
      <w:pPr>
        <w:bidi/>
        <w:ind w:firstLine="720"/>
      </w:pPr>
      <w:r>
        <w:rPr>
          <w:rFonts w:eastAsia="Tahoma"/>
          <w:rtl/>
        </w:rPr>
        <w:t>حکومت پایدار زمانی پدید می‌آمد که شهر بدون دیدن هرروزهٔ جنگاوران نیز مالیات مقرر را بپردازد. برای رسیدن به این مرحله، حاکم عرب به واسطه‌های محلی نیاز داشت. بزرگان شهر و دهقانان می‌توانستند مبلغ را میان مردم تقسیم و گردآوری کنند، اختلاف‌ها را حل کنند و از شورش جلوگیری نمایند. در برابر، حفظ جایگاه آنان به سود حکومت بود، زیرا برکناری همهٔ صاحبان نفوذ، فاتحان را ناچار می‌کرد برای هر روستا مأمور و نیروی جداگانه بفرستند. بدین‌سان، قدرت تازه بر ویرانهٔ کامل نظم پیشین ساخته نشد؛ بر تصرف رأس آن و به‌خدمت‌گرفتن بخش‌های میانی و پایینی آن استوار گردید.</w:t>
      </w:r>
    </w:p>
    <w:p w:rsidR="009F3B78" w:rsidRDefault="00987F03" w:rsidP="00157D55">
      <w:pPr>
        <w:bidi/>
        <w:ind w:firstLine="720"/>
      </w:pPr>
      <w:r>
        <w:rPr>
          <w:rFonts w:eastAsia="Tahoma"/>
          <w:rtl/>
        </w:rPr>
        <w:t>این سازش پیامد مهمی داشت. مردم بسیاری از نواحی در زندگی روزانهٔ خود بیش از آنکه با خلیفه یا فرمانده قشون روبه‌رو شوند، همان دهقان، کدخدا یا دبیر پیشین را می‌دیدند. نام فرمانروای نهایی تغییر کرده بود، بخشی از درآمد به جای مدائن به کوفه، بصره یا مدینه می‌رفت و قشونی تازه قدرت نهایی را در اختیار داشت، اما ادارهٔ روزانه نمی‌توانست یکباره زبان، شیوه و حافظهٔ خود را عوض کند. همین پیوستگی امکان داد که تجربهٔ کشورداری ایرانی در درون خلافت باقی بماند.</w:t>
      </w:r>
    </w:p>
    <w:p w:rsidR="009F3B78" w:rsidRDefault="00987F03" w:rsidP="00157D55">
      <w:pPr>
        <w:bidi/>
        <w:ind w:firstLine="720"/>
      </w:pPr>
      <w:r>
        <w:rPr>
          <w:rFonts w:eastAsia="Tahoma"/>
          <w:rtl/>
        </w:rPr>
        <w:t>از سوی دیگر، این پیوستگی نباید ما را به تصور آرامش و بی‌تغییری بیندازد. جنگ، کشتار، اسارت، گرفتن غنیمت، جابه‌جایی جمعیت و فشار مالی واقعیت‌های فتح بودند. برخی خاندان‌ها نابود یا آواره شدند و برخی دیگر با پذیرفتن حکومت تازه موقعیت خود را حفظ کردند. شهرهایی که مقاومت کردند ممکن بود با شرایط سخت‌تری روبه‌رو شوند. زمین‌های شاهی و املاک کسانی که گریخته بودند به اختیار حکومت درآمدند و در توزیع تازهٔ قدرت و ثروت به کار رفتند. حفظ بخشی از دستگاه پیشین به معنای حفظ جامعهٔ پیشین نبود؛ همان دستگاه اکنون در خدمت سرچشمه‌ای دیگر از فرمان و درآمد قرار می‌گرفت.</w:t>
      </w:r>
    </w:p>
    <w:p w:rsidR="009F3B78" w:rsidRDefault="00987F03" w:rsidP="00157D55">
      <w:pPr>
        <w:bidi/>
        <w:ind w:firstLine="720"/>
      </w:pPr>
      <w:r>
        <w:rPr>
          <w:rFonts w:eastAsia="Tahoma"/>
          <w:rtl/>
        </w:rPr>
        <w:t>دین نیز وارد رابطه‌ای تازه با حکومت شد. در دولت ساسانی، دین زرتشتی با تاج پیوند داشت و دینکاران از پشتیبانی فرمانروایی برخوردار بودند که خود را نگهبان دین می‌دانست. پس از شکست، آتشکده‌ها و جامعه‌های زرتشتی در بسیاری از پیمان‌ها امکان ادامه یافتند، اما دین رسمی پشتیبان خود را از دست داده بود. حکومت اسلامی از مردم مغلوب اطاعت و مالیات می‌خواست و برای مسلمانان جایگاهی برتر قائل بود. هنوز فشار یکسانی برای تغییر دین در همه‌جا وجود نداشت و فاتحان نیز از باقی‌ماندن مالیات‌دهندگان غیرمسلمان سود می‌بردند، اما پیوند میان دین و موقعیت سیاسی دگرگون شده بود.</w:t>
      </w:r>
    </w:p>
    <w:p w:rsidR="009F3B78" w:rsidRDefault="00987F03" w:rsidP="00157D55">
      <w:pPr>
        <w:bidi/>
        <w:ind w:firstLine="720"/>
      </w:pPr>
      <w:r>
        <w:rPr>
          <w:rFonts w:eastAsia="Tahoma"/>
          <w:rtl/>
        </w:rPr>
        <w:t>در همین دگرگونی، تناقض آینده شکل گرفت. حکومت برای نگاهداری قشون به خراج و جزیه نیاز داشت، اما دین حکومت راه مسلمان‌شدن را به روی مغلوبان نمی‌بست. اگر ایرانی اسلام می‌آورد، آیا باید همچنان مالیات مخصوص مردم مغلوب را بپردازد؟ آیا عضویت او در جامعهٔ دینی می‌توانست جایگاه سیاسی و مالی‌اش را تغییر دهد؟ در سال‌های فتح، پاسخ‌ها هنوز یکدست نبودند؛ فرماندهان و مأموران با توجه به نیاز درآمد و شرایط محلی عمل می‌کردند. اما هر ایرانی که مسلمان می‌شد این پرسش را از سطح نظری به مسئله‌ای واقعی برای خزانه و قشون تبدیل می‌کرد.</w:t>
      </w:r>
    </w:p>
    <w:p w:rsidR="009F3B78" w:rsidRDefault="00987F03" w:rsidP="00157D55">
      <w:pPr>
        <w:bidi/>
        <w:ind w:firstLine="720"/>
      </w:pPr>
      <w:r>
        <w:rPr>
          <w:rFonts w:eastAsia="Tahoma"/>
          <w:rtl/>
        </w:rPr>
        <w:t>بنابراین، مسیر مدائن تا نهاوند فقط دنباله‌ای از نبردها نبود. در این فاصله، قشون عرب با مسئله‌ای روبه‌رو شد که همهٔ فاتحان بزرگ پیش از آن نیز شناخته بودند: چگونه می‌توان پیروزی نظامی را به فرمانروایی پایدار تبدیل کرد؟ پاسخ نخست، حفظ جدایی قشون از مردم، نگاهداشتن زمین در دست تولیدکنندگان، دریافت مالیات از راه واسطه‌های محلی و استفاده از دیوان و دبیران پیشین بود. این پاسخ هنوز کامل و منظم نبود، اما پایه‌های حکومتی را گذاشت که می‌توانست از میدان جنگ فراتر رود.</w:t>
      </w:r>
    </w:p>
    <w:p w:rsidR="009F3B78" w:rsidRDefault="00987F03" w:rsidP="00157D55">
      <w:pPr>
        <w:bidi/>
        <w:ind w:firstLine="720"/>
      </w:pPr>
      <w:r>
        <w:rPr>
          <w:rFonts w:eastAsia="Tahoma"/>
          <w:rtl/>
        </w:rPr>
        <w:t>نهاوند راه گسترش فتح را باز کرد، ولی در همان حال محدودیت شمشیر را نیز آشکار ساخت. شمشیر می‌توانست قشون مرکزی ساسانی را بشکند؛ نمی‌توانست به تنهایی آب را در نهرها جاری نگه دارد، محصول را اندازه بگیرد، زبان فرمان را به مردم برساند یا مالیات روستاها را ثبت کند. برای این کارها، فاتحان به کسانی نیاز داشتند که تا دیروز کارگزار حکومت شکست‌خورده بودند. همین نیاز سبب شد که ایران، در حالی که تاج خود را از دست داده بود، بخشی از تجربهٔ کشورداری خویش را به حکومت تازه منتقل کند.</w:t>
      </w:r>
    </w:p>
    <w:p w:rsidR="009F3B78" w:rsidRDefault="00987F03" w:rsidP="00157D55">
      <w:pPr>
        <w:bidi/>
        <w:ind w:firstLine="720"/>
      </w:pPr>
      <w:r>
        <w:rPr>
          <w:rFonts w:eastAsia="Tahoma"/>
          <w:rtl/>
        </w:rPr>
        <w:t>اما نگاهداری دستگاه پیشین در کنار برتری قشون عرب جامعه‌ای برابر به وجود نیاورد. برعکس، مرزی تازه میان فاتح و مغلوب، مسلمان عرب و ایرانی، دریافت‌کنندهٔ عطا و پرداخت‌کنندهٔ مالیات ساخته شد. درون این مرز، کسانی پدیدار شدند که اسلام را پذیرفتند اما امتیاز فاتحان را به دست نیاوردند. آنان نه دیگر به تمامی در جایگاه دینی پیشین خود بودند و نه در ساختمان قدرت با عرب مسلمان برابر شمرده می‌شدند. برای شناخت این جامعهٔ تازه باید از میدان‌های مدائن، جلولا و نهاوند بیرون بیاییم و به زندگی فاتح، ذمی و موالی بنگریم؛ سه جایگاهی که نابرابری نخستین جامعهٔ اسلامی ایران را شکل دادند.</w:t>
      </w:r>
    </w:p>
    <w:p w:rsidR="009F3B78" w:rsidRPr="00157D55" w:rsidRDefault="00987F03" w:rsidP="00987F03">
      <w:pPr>
        <w:pageBreakBefore/>
        <w:bidi/>
        <w:jc w:val="center"/>
        <w:rPr>
          <w:rFonts w:asciiTheme="majorBidi" w:hAnsiTheme="majorBidi" w:cstheme="majorBidi"/>
          <w:bCs/>
          <w:sz w:val="36"/>
          <w:szCs w:val="36"/>
        </w:rPr>
      </w:pPr>
      <w:bookmarkStart w:id="5" w:name="Vol7Chapter03"/>
      <w:bookmarkEnd w:id="5"/>
      <w:r w:rsidRPr="00157D55">
        <w:rPr>
          <w:rFonts w:asciiTheme="majorBidi" w:eastAsia="Tahoma" w:hAnsiTheme="majorBidi" w:cstheme="majorBidi"/>
          <w:bCs/>
          <w:sz w:val="36"/>
          <w:szCs w:val="36"/>
          <w:rtl/>
        </w:rPr>
        <w:t>فصل سوم</w:t>
      </w:r>
    </w:p>
    <w:p w:rsidR="009F3B78" w:rsidRPr="00157D55" w:rsidRDefault="00987F03" w:rsidP="00987F03">
      <w:pPr>
        <w:bidi/>
        <w:jc w:val="center"/>
        <w:rPr>
          <w:rFonts w:asciiTheme="majorBidi" w:hAnsiTheme="majorBidi" w:cstheme="majorBidi"/>
          <w:bCs/>
          <w:sz w:val="36"/>
          <w:szCs w:val="36"/>
        </w:rPr>
      </w:pPr>
      <w:r w:rsidRPr="00157D55">
        <w:rPr>
          <w:rFonts w:asciiTheme="majorBidi" w:eastAsia="Tahoma" w:hAnsiTheme="majorBidi" w:cstheme="majorBidi"/>
          <w:bCs/>
          <w:sz w:val="36"/>
          <w:szCs w:val="36"/>
          <w:rtl/>
        </w:rPr>
        <w:t>فاتح، ذمی و موالی؛ پیدایش جامعه‌ای نابرابر</w:t>
      </w:r>
    </w:p>
    <w:p w:rsidR="009F3B78" w:rsidRDefault="00987F03" w:rsidP="00157D55">
      <w:pPr>
        <w:bidi/>
        <w:ind w:firstLine="720"/>
      </w:pPr>
      <w:r>
        <w:rPr>
          <w:rFonts w:eastAsia="Tahoma"/>
          <w:rtl/>
        </w:rPr>
        <w:t>شکست قشون ساسانی و پراکنده‌شدن آخرین نیروهایی که می‌توانستند به نام شاه بجنگند، همهٔ مردم ایران را در جایگاهی یکسان قرار نداد. حکومت تازه از آغاز جامعه را بر اساس رابطهٔ هر گروه با فتح، قشون، دین و مالیات می‌دید. کسانی که با قشون عرب آمده و در جنگ شرکت کرده بودند فاتح به شمار می‌رفتند؛ مردمی که بر دین پیشین خود می‌ماندند و با حکومت پیمان می‌بستند در جایگاه ذمی قرار می‌گرفتند؛ و ایرانیانی که اسلام می‌آوردند، اما برای ورود به جامعهٔ عرب ناچار به پیوند با قبیله‌ای می‌شدند، موالی خوانده می‌شدند. این سه عنوان فقط نام‌هایی برای تمایز دینی یا قومی نبودند. هر یک جایگاه فرد را در برابر حکومت، خزانه و قشون تعیین می‌کرد.</w:t>
      </w:r>
    </w:p>
    <w:p w:rsidR="009F3B78" w:rsidRDefault="00987F03" w:rsidP="00157D55">
      <w:pPr>
        <w:bidi/>
        <w:ind w:firstLine="720"/>
      </w:pPr>
      <w:r>
        <w:rPr>
          <w:rFonts w:eastAsia="Tahoma"/>
          <w:rtl/>
        </w:rPr>
        <w:t>در بنیاد اعتقادی اسلام، مؤمنان عضو جامعه‌ای واحد بودند و برتری نهایی آنان با ایمان و پرهیزگاری سنجیده می‌شد. اما حکومتی که پس از فتح پدید آمد فقط از عقیده ساخته نشده بود. قشونی وجود داشت که جنگیده و پیروز شده بود، غنیمت و زمین گرفته بود و انتظار داشت از درآمد سرزمین‌های فتح‌شده سهم ببرد. در برابر آن، مردمی قرار داشتند که شکست خورده و ناچار به پرداخت مالیات شده بودند. اگر همهٔ مسلمانان بی‌درنگ از جایگاه برابر برخوردار می‌شدند، هر ایرانی با اسلام‌آوردن می‌توانست از گروه مالیات‌دهندگان خارج و وارد گروه برخوردار از عطا شود. خزانه‌ای که هزینهٔ قشون را می‌پرداخت توان پذیرش چنین تغییری را نداشت.</w:t>
      </w:r>
    </w:p>
    <w:p w:rsidR="009F3B78" w:rsidRDefault="00987F03" w:rsidP="00157D55">
      <w:pPr>
        <w:bidi/>
        <w:ind w:firstLine="720"/>
      </w:pPr>
      <w:r>
        <w:rPr>
          <w:rFonts w:eastAsia="Tahoma"/>
          <w:rtl/>
        </w:rPr>
        <w:t>بنابراین، میان پیام دینی و ساختمان سیاسی فاصله افتاد. اسلام می‌توانست ایرانی را از نظر اعتقاد عضو جامعهٔ مسلمانان کند، اما دستگاه فتح او را همچنان از تبار مردمان مغلوب می‌شناخت. عرب مسلمان نه فقط مؤمن، بلکه عضو قبیله، جنگاور و شریک فتح بود. ایرانی مسلمان می‌توانست ایمان همانند داشته باشد، ولی در فهرست قشون همان جایگاه را نداشت و از همان سهم درآمد برخوردار نمی‌شد. مسئلهٔ موالی از همین جدایی میان عضویت دینی و عضویت در ساختمان قدرت پدید آمد.</w:t>
      </w:r>
    </w:p>
    <w:p w:rsidR="009F3B78" w:rsidRDefault="00987F03" w:rsidP="00157D55">
      <w:pPr>
        <w:bidi/>
        <w:ind w:firstLine="720"/>
      </w:pPr>
      <w:r>
        <w:rPr>
          <w:rFonts w:eastAsia="Tahoma"/>
          <w:rtl/>
        </w:rPr>
        <w:t>فاتح پیش از هر چیز عضو قشون بود. پیوند او با حکومت از راه جنگ و قبیله برقرار می‌شد. نامش در دیوان ثبت می‌گردید، سهمی از عطا می‌گرفت و در هنگام فرمان باید به میدان می‌رفت. منزلت او فقط حاصل عرب‌بودن نبود؛ از شرکت خود یا خاندانش در گسترش اسلام و فتح سرزمین‌ها نیز سرچشمه می‌گرفت. هرچه سابقهٔ قبیله یا فرد در همراهی با پیامبر، جنگ‌های نخستین و فتوحات بیشتر بود، انتظار سهم و احترام بیشتری داشت. بدین‌سان، حتی در میان عرب‌ها نیز برابری کامل وجود نداشت و تقدم در ایمان، خویشاوندی، قبیله و شرکت در جنگ جایگاه‌ها را از یکدیگر جدا می‌کرد.</w:t>
      </w:r>
    </w:p>
    <w:p w:rsidR="009F3B78" w:rsidRDefault="00987F03" w:rsidP="00157D55">
      <w:pPr>
        <w:bidi/>
        <w:ind w:firstLine="720"/>
      </w:pPr>
      <w:r>
        <w:rPr>
          <w:rFonts w:eastAsia="Tahoma"/>
          <w:rtl/>
        </w:rPr>
        <w:t>شهرهای اردوگاهی کوفه و بصره این برتری را به نهادی پایدار تبدیل کردند. جنگاوران عرب در محله‌های قبیله‌ای مستقر شدند و از مردم سرزمین‌های فتح‌شده جدا ماندند. درآمد جبال و بخش‌هایی از غرب و شمال ایران به کوفه می‌رسید و درآمد خوزستان، فارس، کرمان، سیستان و خراسان به بصره پیوند می‌خورد. در نتیجه، مالیاتی که کشاورز و پیشه‌ور ایرانی می‌پرداخت فقط به خزانه‌ای دور نمی‌رفت؛ معاش قشونی را فراهم می‌کرد که در شهر اردوگاهی زندگی می‌کرد و هر زمان می‌توانست برای سرکوب شورش یا ادامهٔ فتح حرکت کند.</w:t>
      </w:r>
    </w:p>
    <w:p w:rsidR="009F3B78" w:rsidRDefault="00987F03" w:rsidP="00157D55">
      <w:pPr>
        <w:bidi/>
        <w:ind w:firstLine="720"/>
      </w:pPr>
      <w:r>
        <w:rPr>
          <w:rFonts w:eastAsia="Tahoma"/>
          <w:rtl/>
        </w:rPr>
        <w:t>این سازمان، فاتح را از کار مستقیم بر زمین بی‌نیاز می‌کرد. او لازم نبود مانند کشاورز محصول تولید کند یا مانند پیشه‌ور کالا بسازد. سهمش از درآمد حکومت در برابر آمادگی نظامی و عضویت در قشون پرداخت می‌شد. این جدایی به قشون توان حرکت می‌داد، اما در همان حال میان جامعهٔ تولیدکننده و جامعهٔ مسلح فاصله می‌انداخت. مردمی که درآمد را می‌ساختند با کسانی که آن را دریافت و از حکومت دفاع می‌کردند یکی نبودند.</w:t>
      </w:r>
    </w:p>
    <w:p w:rsidR="009F3B78" w:rsidRDefault="00987F03" w:rsidP="00157D55">
      <w:pPr>
        <w:bidi/>
        <w:ind w:firstLine="720"/>
      </w:pPr>
      <w:r>
        <w:rPr>
          <w:rFonts w:eastAsia="Tahoma"/>
          <w:rtl/>
        </w:rPr>
        <w:t>جایگاه ذمی از پیمان میان حکومت مسلمان و مردمی پدید آمد که بر دین خود می‌ماندند. واژهٔ ذمه به تعهد و پناه اشاره داشت. حکومت در برابر پرداخت مالیات و اطاعت، جان، مال و امکان ادامهٔ زندگی دینی جامعهٔ مغلوب را به رسمیت می‌شناخت. این رابطه را نمی‌توان با آزادی دینی به معنای امروز یکی دانست، زیرا بر برابری شهروندان استوار نبود. ذمی عضو برابر حکومت نبود؛ مردمی مغلوب بود که با پذیرفتن فرمان و پرداخت مبلغ مقرر از حمایت برخوردار می‌شد.</w:t>
      </w:r>
    </w:p>
    <w:p w:rsidR="009F3B78" w:rsidRDefault="00987F03" w:rsidP="00157D55">
      <w:pPr>
        <w:bidi/>
        <w:ind w:firstLine="720"/>
      </w:pPr>
      <w:r>
        <w:rPr>
          <w:rFonts w:eastAsia="Tahoma"/>
          <w:rtl/>
        </w:rPr>
        <w:t>بااین‌همه، ذمه فقط پوششی برای زور نبود. برای مردمی که قشون و تاج خود را از دست داده بودند، پیمان امکان می‌داد شهر، زمین، خانواده، آتشکده و بخشی از نظم اجتماعی خویش را حفظ کنند. حکومت تازه نیز از این راه درآمد منظم به دست می‌آورد و مجبور نبود برای ادارهٔ هر آبادی نیروی مستقیم بگمارد. در این رابطه هر دو طرف چیزی به دست می‌آوردند، اما توان تعیین شرایط برابر نبود. شمشیر فاتح پشت پیمان ایستاده بود و در صورت شورش یا خودداری از پرداخت، شرایط می‌توانست دگرگون شود.</w:t>
      </w:r>
    </w:p>
    <w:p w:rsidR="009F3B78" w:rsidRDefault="00987F03" w:rsidP="00157D55">
      <w:pPr>
        <w:bidi/>
        <w:ind w:firstLine="720"/>
      </w:pPr>
      <w:r>
        <w:rPr>
          <w:rFonts w:eastAsia="Tahoma"/>
          <w:rtl/>
        </w:rPr>
        <w:t>در سال‌های نخست، مرز میان خراج و جزیه همیشه به روشنی دوره‌های بعد نبود. خراج بیشتر با زمین و محصول پیوند یافت و جزیه به مالیاتی گفته شد که از فرد غیرمسلمان گرفته می‌شد، اما شیوهٔ دریافت در همهٔ شهرها و زمان‌ها یکسان نبود. فرماندهان گاه مبلغی کلی بر یک شهر یا ناحیه می‌گذاشتند و بزرگان محلی آن را میان مردم تقسیم می‌کردند. در جایی دیگر، زمین، خانوار یا مردان بالغ جداگانه سنجیده می‌شدند. قواعد حقوقی منظم بعدی از دل همین تجربه‌های گوناگون بیرون آمدند و نباید آنها را بی‌کم‌وکاست به نخستین دهه‌های فتح بازگرداند.</w:t>
      </w:r>
    </w:p>
    <w:p w:rsidR="009F3B78" w:rsidRDefault="00987F03" w:rsidP="00157D55">
      <w:pPr>
        <w:bidi/>
        <w:ind w:firstLine="720"/>
      </w:pPr>
      <w:r>
        <w:rPr>
          <w:rFonts w:eastAsia="Tahoma"/>
          <w:rtl/>
        </w:rPr>
        <w:t>آنچه از همان آغاز اهمیت داشت پیوند مالیات با جایگاه سیاسی بود. ذمی مالیات می‌پرداخت زیرا عضو قشون فاتح نبود و در حکومت اسلامی جایگاهی فروتر داشت. پرداخت او نشانهٔ پذیرفتن حاکمیت تازه شمرده می‌شد و در برابر، حکومت تعهد می‌کرد امنیتش را حفظ کند. اگر قشون نمی‌توانست از شهری دفاع کند یا فرمان خود را در آن برقرار سازد، حق دریافت مالیات نیز با پرسش روبه‌رو می‌شد. بنابراین، مالیات تنها درآمد نبود؛ نشانهٔ رابطهٔ فرمانبری و حمایت بود.</w:t>
      </w:r>
    </w:p>
    <w:p w:rsidR="009F3B78" w:rsidRDefault="00987F03" w:rsidP="00157D55">
      <w:pPr>
        <w:bidi/>
        <w:ind w:firstLine="720"/>
      </w:pPr>
      <w:r>
        <w:rPr>
          <w:rFonts w:eastAsia="Tahoma"/>
          <w:rtl/>
        </w:rPr>
        <w:t>برای دینکاران زرتشتی، ذمه هم امکان بقا فراهم می‌کرد و هم جایگاهشان را دگرگون می‌ساخت. آنان در حکومت ساسانی بخشی از ساختمان رسمی تاج بودند، در تأیید حقانیت حکمرانی شاه نقش داشتند و از پشتیبانی حکومت برای نگهداری آتشکده‌ها و اجرای آیین‌ها برخوردار بودند. پس از فتح، می‌توانستند در بسیاری از نواحی به کار دینی خود ادامه دهند، اما دیگر شریک تاج نبودند. از این پس، نگهداری جامعهٔ زرتشتی به توان خود مردم، دارایی‌های باقی‌مانده و شرایط پیمان با حاکم مسلمان وابسته بود.</w:t>
      </w:r>
    </w:p>
    <w:p w:rsidR="009F3B78" w:rsidRDefault="00987F03" w:rsidP="00157D55">
      <w:pPr>
        <w:bidi/>
        <w:ind w:firstLine="720"/>
      </w:pPr>
      <w:r>
        <w:rPr>
          <w:rFonts w:eastAsia="Tahoma"/>
          <w:rtl/>
        </w:rPr>
        <w:t>این تغییر، دین را از سیاست جدا نکرد؛ رابطهٔ آن دو را وارونه ساخت. دین زرتشتی از دین حکومت به دین جامعه‌ای زیر فرمان تبدیل شد و اسلام از دین قشون فاتح به سرچشمهٔ حقانیت حکومت تازه بدل گردید. مسلمان‌شدن، در نتیجه، فقط تغییر باور نبود. می‌توانست راه فرد را به شبکهٔ حاکمان، قشون، دیوان و دادگاه اسلامی باز کند و نوع مالیات یا منزلت اجتماعی او را تغییر دهد. همین پیوند میان دین و موقعیت دنیوی، تصمیم مردم را پیچیده‌تر می‌کرد.</w:t>
      </w:r>
    </w:p>
    <w:p w:rsidR="009F3B78" w:rsidRDefault="00987F03" w:rsidP="00157D55">
      <w:pPr>
        <w:bidi/>
        <w:ind w:firstLine="720"/>
      </w:pPr>
      <w:r>
        <w:rPr>
          <w:rFonts w:eastAsia="Tahoma"/>
          <w:rtl/>
        </w:rPr>
        <w:t>نباید تصور کرد که ایرانیان بلافاصله پس از فتح به‌طور گسترده اسلام آوردند. تغییر دین در سرزمینی بزرگ، با زبان‌ها، آیین‌ها و سازمان‌های محلی متفاوت، روندی طولانی بود. در بسیاری از خانواده‌ها و روستاها دین پیشین نسل‌ها دوام آورد. حکومت نیز در آغاز همیشه از مسلمان‌شدن سریع مردم سود نمی‌برد، زیرا بخش مهمی از درآمدش از مالیات مردمان غیرمسلمان به دست می‌آمد. قشون برای پرداخت عطا و ادامهٔ فتوحات به همین درآمد وابسته بود.</w:t>
      </w:r>
    </w:p>
    <w:p w:rsidR="009F3B78" w:rsidRDefault="00987F03" w:rsidP="00157D55">
      <w:pPr>
        <w:bidi/>
        <w:ind w:firstLine="720"/>
      </w:pPr>
      <w:r>
        <w:rPr>
          <w:rFonts w:eastAsia="Tahoma"/>
          <w:rtl/>
        </w:rPr>
        <w:t>اما راه اسلام‌آوردن بسته نبود. فرد ایرانی ممکن بود از روی اعتقاد، برای رهایی از محدودیت‌های دینی و اجتماعی، برای دستیابی به فرصت‌های تازه یا در اثر پیوند با عرب‌ها اسلام بیاورد. انگیزه‌ها را نمی‌توان در یک علت خلاصه کرد. ایمان واقعی و مصلحت اجتماعی می‌توانستند در کنار یکدیگر قرار گیرند و حتی خود فرد همیشه قادر نبود مرز روشنی میان آنها بکشد. در جامعه‌ای که دین حکومت جایگاه مالی و سیاسی را نیز تعیین می‌کرد، انتخاب دینی ناگزیر پیامدهای دنیوی داشت.</w:t>
      </w:r>
    </w:p>
    <w:p w:rsidR="009F3B78" w:rsidRDefault="00987F03" w:rsidP="00157D55">
      <w:pPr>
        <w:bidi/>
        <w:ind w:firstLine="720"/>
      </w:pPr>
      <w:r>
        <w:rPr>
          <w:rFonts w:eastAsia="Tahoma"/>
          <w:rtl/>
        </w:rPr>
        <w:t>ایرانی مسلمان‌شده با مشکلی روبه‌رو می‌شد که عرب مسلمان نداشت: چگونه می‌توانست وارد جامعه‌ای شود که بر اساس قبایل سازمان یافته بود؟ عضویت سیاسی و اجتماعی عرب‌ها از راه تبار و قبیله تعریف می‌شد. فردی که بیرون از این ساختمان بود، برای یافتن حمایت و جایگاه ناچار می‌شد خود را به قبیله یا شخصی عرب پیوند دهد. این پیوند «ولا» نامیده می‌شد و فرد وابسته «مولی» خوانده می‌شد؛ جمع آن موالی بود.</w:t>
      </w:r>
    </w:p>
    <w:p w:rsidR="009F3B78" w:rsidRDefault="00987F03" w:rsidP="00157D55">
      <w:pPr>
        <w:bidi/>
        <w:ind w:firstLine="720"/>
      </w:pPr>
      <w:r>
        <w:rPr>
          <w:rFonts w:eastAsia="Tahoma"/>
          <w:rtl/>
        </w:rPr>
        <w:t>ولا صورت‌های گوناگون داشت و همیشه از یک راه پدید نمی‌آمد. برده‌ای که آزاد می‌شد مولای آزادکنندهٔ خود به شمار می‌رفت. اسیر یا غیرعربی که مسلمان می‌شد می‌توانست با قبیله‌ای پیوند برقرار کند و از حمایت آن برخوردار شود. در هر صورت، مولی به جامعهٔ عرب وارد می‌شد، اما ورودش از راه وابستگی بود نه برابری تبار. نام قبیله را همراه خود می‌کرد، ولی نسب آن را نداشت. همین تفاوت در بسیاری از روابط اجتماعی و سیاسی باقی می‌ماند.</w:t>
      </w:r>
    </w:p>
    <w:p w:rsidR="009F3B78" w:rsidRDefault="00987F03" w:rsidP="00157D55">
      <w:pPr>
        <w:bidi/>
        <w:ind w:firstLine="720"/>
      </w:pPr>
      <w:r>
        <w:rPr>
          <w:rFonts w:eastAsia="Tahoma"/>
          <w:rtl/>
        </w:rPr>
        <w:t>برای مولی، پیوند با قبیله وسیلهٔ حفاظت بود. در جامعه‌ای که دادخواهی، مسئولیت، پرداخت خون‌بها، حضور در قشون و دسترسی به حاکم از راه شبکه‌های قبیله‌ای می‌گذشت، فرد بی‌پیوند در معرض بی‌پناهی قرار داشت. قبیله می‌توانست از او دفاع کند، او را به کار گیرد و راه ورودش به جمع مسلمانان را هموار سازد. در برابر، مولی به قدرت و شمار قبیله می‌افزود و خدمات نظامی، اداری یا اقتصادی خود را در اختیار آن می‌گذاشت.</w:t>
      </w:r>
    </w:p>
    <w:p w:rsidR="009F3B78" w:rsidRDefault="00987F03" w:rsidP="00157D55">
      <w:pPr>
        <w:bidi/>
        <w:ind w:firstLine="720"/>
      </w:pPr>
      <w:r>
        <w:rPr>
          <w:rFonts w:eastAsia="Tahoma"/>
          <w:rtl/>
        </w:rPr>
        <w:t>اما همین نیاز به حمایت نشان می‌داد که مسلمان‌شدن هنوز برای برابری کافی نیست. مولی از نظر دین مسلمان بود، نماز و آیین‌های مشترک داشت و می‌توانست با عرب مسلمان در یک صف بایستد، ولی در ازدواج، عطا، فرماندهی، قضاوت اجتماعی و افتخار قبیله‌ای همیشه برابر شمرده نمی‌شد. میزان این نابرابری در زمان‌ها و مناطق مختلف یکسان نبود، اما اصل تمایز باقی بود: عرب فاتح خود را صاحب پیشینه و امتیازی می‌دانست که نومسلمان غیرعرب با گفتن شهادتین بی‌درنگ به دست نمی‌آورد.</w:t>
      </w:r>
    </w:p>
    <w:p w:rsidR="009F3B78" w:rsidRDefault="00987F03" w:rsidP="00157D55">
      <w:pPr>
        <w:bidi/>
        <w:ind w:firstLine="720"/>
      </w:pPr>
      <w:r>
        <w:rPr>
          <w:rFonts w:eastAsia="Tahoma"/>
          <w:rtl/>
        </w:rPr>
        <w:t>این تمایز به زبان نیز راه یافت. واژهٔ مولی می‌توانست محترمانه یا حقوقی باشد، اما در عمل گاه یادآور وابستگی و فروتری بود. ایرانی دانشمند، دبیر یا جنگاور ممکن بود توانایی‌ای بیش از بسیاری از عرب‌ها داشته باشد، ولی برای حضور در ساختمان قدرت همچنان به نام قبیله‌ای نیاز پیدا کند. در اینجا، حکومت اسلامی از یک سو مهارت مغلوبان را جذب می‌کرد و از سوی دیگر آنان را در جایگاهی پایین‌تر نگاه می‌داشت.</w:t>
      </w:r>
    </w:p>
    <w:p w:rsidR="009F3B78" w:rsidRDefault="00987F03" w:rsidP="00157D55">
      <w:pPr>
        <w:bidi/>
        <w:ind w:firstLine="720"/>
      </w:pPr>
      <w:r>
        <w:rPr>
          <w:rFonts w:eastAsia="Tahoma"/>
          <w:rtl/>
        </w:rPr>
        <w:t>دیوان یکی از نخستین جاهایی بود که این تناقض در آن آشکار شد. حکومت برای ثبت مالیات، زمین، عطا و مکاتبات به دبیرانی نیاز داشت که زبان و روش ادارهٔ ساسانی را می‌شناختند. بسیاری از این کارگزاران در آغاز بر دین پیشین خود ماندند و برخی به‌تدریج مسلمان شدند. اسلام‌آوردن می‌توانست رابطهٔ آنان با حاکم را آسان‌تر کند، اما دانششان از مسلمان‌شدنشان مهم‌تر بود. حکومت نمی‌توانست تنها به سبب غیرعرب‌بودن آنان را کنار بگذارد، زیرا جایگزینی برای مهارتشان نداشت.</w:t>
      </w:r>
    </w:p>
    <w:p w:rsidR="009F3B78" w:rsidRDefault="00987F03" w:rsidP="00157D55">
      <w:pPr>
        <w:bidi/>
        <w:ind w:firstLine="720"/>
      </w:pPr>
      <w:r>
        <w:rPr>
          <w:rFonts w:eastAsia="Tahoma"/>
          <w:rtl/>
        </w:rPr>
        <w:t>بدین‌سان، مولی در دیوان می‌توانست قدرتی به دست آورد که جایگاه قبیله‌ای‌اش به او نمی‌داد. دبیر به فرمانده نشان می‌داد چه مقدار درآمد قابل گردآوری است، نامه‌ها را می‌نوشت، حساب‌ها را نگه می‌داشت و فرمان را به زبان قابل فهم برای مردم منتقل می‌کرد. هنوز تصمیم نهایی با حاکم و قشون بود، اما بدون کار دبیر تصمیم به اجرا نمی‌رسید. از همین راه، ایرانیان نومسلمان آرام‌آرام از جایگاه خدمتگزاران وابسته به صاحبان دانش ضروری حکومت تبدیل شدند.</w:t>
      </w:r>
    </w:p>
    <w:p w:rsidR="009F3B78" w:rsidRDefault="00987F03" w:rsidP="00157D55">
      <w:pPr>
        <w:bidi/>
        <w:ind w:firstLine="720"/>
      </w:pPr>
      <w:r>
        <w:rPr>
          <w:rFonts w:eastAsia="Tahoma"/>
          <w:rtl/>
        </w:rPr>
        <w:t>قشون نیز راه دیگری برای بالا آمدن موالی بود. ادامهٔ فتح، جنگ‌های داخلی عرب‌ها و نگاهداری مرزهای گسترده به نیروی انسانی نیاز داشت. ایرانیانی که اسلام آورده بودند می‌توانستند در سپاه خدمت کنند و مهارت و وفاداری خود را نشان دهند. بااین‌حال، ورود آنان همیشه به معنای دریافت همان عطا و منزلت جنگاور عرب نبود. در بسیاری از موارد، موالی به عنوان نیروهای وابسته یا پیاده در کنار قبایل قرار می‌گرفتند و فرماندهی در دست عرب‌ها باقی می‌ماند.</w:t>
      </w:r>
    </w:p>
    <w:p w:rsidR="009F3B78" w:rsidRDefault="00987F03" w:rsidP="00157D55">
      <w:pPr>
        <w:bidi/>
        <w:ind w:firstLine="720"/>
      </w:pPr>
      <w:r>
        <w:rPr>
          <w:rFonts w:eastAsia="Tahoma"/>
          <w:rtl/>
        </w:rPr>
        <w:t>هرچه شمار موالی بیشتر شد، نگاهداشتن آنان در جایگاهی فروتر دشوارتر گردید. آنان مالیات می‌پرداختند، در دیوان کار می‌کردند، می‌جنگیدند و در زندگی دینی مسلمانان شرکت داشتند، اما امتیازهای قشون و قبیله همچنان به عرب‌ها تعلق داشت. این نابرابری فقط رنجش فردی نمی‌آفرید؛ نیرویی سیاسی می‌ساخت. هر جنبشی که وعدهٔ برابری بیشتر یا سهمی از حکومت می‌داد می‌توانست پشتیبانی نومسلمانان را جلب کند.</w:t>
      </w:r>
    </w:p>
    <w:p w:rsidR="009F3B78" w:rsidRDefault="00987F03" w:rsidP="00157D55">
      <w:pPr>
        <w:bidi/>
        <w:ind w:firstLine="720"/>
      </w:pPr>
      <w:r>
        <w:rPr>
          <w:rFonts w:eastAsia="Tahoma"/>
          <w:rtl/>
        </w:rPr>
        <w:t>در این میان، جایگاه دهقانان ایرانی پیچیده بود. دهقان به معنای کشاورز ساده نبود؛ بسیاری از دهقانان صاحبان زمین و بزرگان محلی بودند که میان حکومت و روستاها واسطه می‌شدند. آنان مالیات را تقسیم و گردآوری می‌کردند، حدود زمین‌ها را می‌شناختند و نفوذ اجتماعی داشتند. برخی برای حفظ مقام خود با حاکمان عرب همکاری کردند و برخی اسلام آوردند. پیوستن آنان به حکومت تازه سبب شد که بخشی از برتری اجتماعی دورهٔ ساسانی در جامه‌ای تازه ادامه یابد.</w:t>
      </w:r>
    </w:p>
    <w:p w:rsidR="009F3B78" w:rsidRDefault="00987F03" w:rsidP="00157D55">
      <w:pPr>
        <w:bidi/>
        <w:ind w:firstLine="720"/>
      </w:pPr>
      <w:r>
        <w:rPr>
          <w:rFonts w:eastAsia="Tahoma"/>
          <w:rtl/>
        </w:rPr>
        <w:t>پس جامعهٔ پس از فتح فقط به دو گروه عرب و ایرانی تقسیم نمی‌شد. در میان ایرانیان نیز ذمی ثروتمند و ذمی فقیر، دهقان صاحب‌نفوذ و روستایی مالیات‌دهنده، دبیر در خدمت حکومت و دینکارِ پشتیبان جامعهٔ زرتشتی وجود داشت. در میان مسلمانان نیز عرب صاحب سابقه، عرب قبیله‌ای کم‌نفوذ، مولای آزادشده، نومسلمان دبیر و نومسلمان جنگاور جایگاه‌های متفاوت داشتند. بااین‌همه، تمایز بزرگ همچنان میان قشون فاتحی بود که سهم درآمد را می‌گرفت و مردمی که باید آن درآمد را فراهم می‌کردند.</w:t>
      </w:r>
    </w:p>
    <w:p w:rsidR="009F3B78" w:rsidRDefault="00987F03" w:rsidP="00157D55">
      <w:pPr>
        <w:bidi/>
        <w:ind w:firstLine="720"/>
      </w:pPr>
      <w:r>
        <w:rPr>
          <w:rFonts w:eastAsia="Tahoma"/>
          <w:rtl/>
        </w:rPr>
        <w:t>بردگان و اسیران نیز بخشی از این ساختمان بودند. جنگ می‌توانست کسانی را از خانواده و سرزمین خود جدا و به دارایی فاتح تبدیل کند. آزادی برده غالباً رابطهٔ او را با آزادکننده پایان نمی‌داد و از راه ولا ادامه می‌یافت. بنابراین، برخی از موالی از پایین‌ترین جایگاه جامعه بالا می‌آمدند: نخست اسیر یا برده، سپس آزادشده و مسلمان، اما همچنان وابسته به خاندان یا قبیله‌ای که آزادی و پناه او را در اختیار داشت. تجربهٔ آنان با ایرانی آزادی که داوطلبانه اسلام می‌آورد یکسان نبود، هرچند هر دو ممکن بود مولی نامیده شوند.</w:t>
      </w:r>
    </w:p>
    <w:p w:rsidR="009F3B78" w:rsidRDefault="00987F03" w:rsidP="00157D55">
      <w:pPr>
        <w:bidi/>
        <w:ind w:firstLine="720"/>
      </w:pPr>
      <w:r>
        <w:rPr>
          <w:rFonts w:eastAsia="Tahoma"/>
          <w:rtl/>
        </w:rPr>
        <w:t>زنان نیز در این دگرگونی بی‌اثر نبودند، هرچند گزارش‌های تاریخی بیشتر از مردان قشون، دیوان و مالیات سخن می‌گویند. جنگ و اسارت زندگی زنان را دگرگون می‌کرد؛ ازدواج میان عرب و ایرانی پیوندهای تازه می‌ساخت و فرزندانی پدید می‌آورد که مرزهای تبار را پیچیده‌تر می‌کردند. قبیله می‌توانست نسب پدری را معیار عضویت بداند، اما خانه و خانواده جایی بود که زبان، خوراک، آیین و حافظهٔ ایرانی وارد زندگی فاتحان می‌شد. همزیستی‌ای که در سیاست با نابرابری آغاز شده بود، در نسل‌های بعد ترکیبی تازه به وجود آورد.</w:t>
      </w:r>
    </w:p>
    <w:p w:rsidR="009F3B78" w:rsidRDefault="00987F03" w:rsidP="00157D55">
      <w:pPr>
        <w:bidi/>
        <w:ind w:firstLine="720"/>
      </w:pPr>
      <w:r>
        <w:rPr>
          <w:rFonts w:eastAsia="Tahoma"/>
          <w:rtl/>
        </w:rPr>
        <w:t>از همین رو، عرب‌بودن نیز پس از استقرار در ایران و عراق معنایی ثابت نماند. جنگاوران در شهرهای اردوگاهی جدا زندگی می‌کردند، اما نمی‌توانستند برای همیشه از مردم سرزمین بی‌نیاز باشند. آنان با ایرانیان معامله می‌کردند، از دبیران و صنعتگرانشان استفاده می‌کردند، با خانواده‌های محلی پیوند می‌بستند و از راه همان مردم با شیوه‌های اداره و زندگی شهری آشنا می‌شدند. فاتح می‌خواست امتیاز خود را حفظ کند، اما هر روز به جامعه‌ای وابسته‌تر می‌شد که آن را مغلوب کرده بود.</w:t>
      </w:r>
    </w:p>
    <w:p w:rsidR="009F3B78" w:rsidRDefault="00987F03" w:rsidP="00157D55">
      <w:pPr>
        <w:bidi/>
        <w:ind w:firstLine="720"/>
      </w:pPr>
      <w:r>
        <w:rPr>
          <w:rFonts w:eastAsia="Tahoma"/>
          <w:rtl/>
        </w:rPr>
        <w:t>این وابستگی دو نتیجهٔ متضاد داشت. از یک سو، امکان ورود ایرانیان به حکومت را فراهم کرد. هرچه حاکمان به دانش دیوانی، مالی، پزشکی، ترجمه و ادارهٔ شهر نیاز بیشتری پیدا می‌کردند، نقش موالی گسترش می‌یافت. از سوی دیگر، صاحبان امتیاز را به حفظ مرزها واداشت. اگر مهارت و شمار نومسلمانان افزایش می‌یافت، برتری عرب دیگر نمی‌توانست فقط با ادعای فاتح‌بودن توجیه شود. به همین دلیل، کشمکش میان نیاز به استفاده از موالی و ترس از برابری آنان در سراسر دورهٔ اموی ادامه یافت.</w:t>
      </w:r>
    </w:p>
    <w:p w:rsidR="009F3B78" w:rsidRDefault="00987F03" w:rsidP="00157D55">
      <w:pPr>
        <w:bidi/>
        <w:ind w:firstLine="720"/>
      </w:pPr>
      <w:r>
        <w:rPr>
          <w:rFonts w:eastAsia="Tahoma"/>
          <w:rtl/>
        </w:rPr>
        <w:t>حقانیت حکمرانی خلافت بر اسلامی‌بودن آن استوار بود. خلیفه فرمانروای جامعهٔ مسلمانان شمرده می‌شد و قشون فتوحات را گسترش همان جامعه معرفی می‌کرد. اما اگر مسلمان غیرعرب در عمل فروتر از عرب باقی می‌ماند، حکومت با پرسشی دشوار روبه‌رو می‌شد: آیا خلافت حکومت همهٔ مسلمانان است یا حکومت قشون و قبایل فاتح؟ تا زمانی که شمار موالی اندک بود، این تناقض را می‌شد در روابط وابستگی پنهان کرد. با گسترش اسلام در ایران، پرسش دیگر قابل چشم‌پوشی نبود.</w:t>
      </w:r>
    </w:p>
    <w:p w:rsidR="009F3B78" w:rsidRDefault="00987F03" w:rsidP="00157D55">
      <w:pPr>
        <w:bidi/>
        <w:ind w:firstLine="720"/>
      </w:pPr>
      <w:r>
        <w:rPr>
          <w:rFonts w:eastAsia="Tahoma"/>
          <w:rtl/>
        </w:rPr>
        <w:t>خزانه نیز مانع حل سادهٔ مسئله می‌شد. اگر نومسلمان از جزیه معاف می‌شد و هم‌زمان خواهان سهمی از عطا بود، درآمد کاهش و هزینه افزایش می‌یافت. مأمور مالیاتی ممکن بود برای حفظ درآمد همچنان از او مالیات پیشین را بخواهد، حتی اگر از نظر دینی مسلمان شناخته می‌شد. اعتراض نومسلمان در این صورت فقط اعتراض به مبلغی پول نبود؛ او می‌گفت حکومت ایمانش را می‌پذیرد اما پیامد حقوقی و سیاسی آن را به رسمیت نمی‌شناسد.</w:t>
      </w:r>
    </w:p>
    <w:p w:rsidR="009F3B78" w:rsidRDefault="00987F03" w:rsidP="00157D55">
      <w:pPr>
        <w:bidi/>
        <w:ind w:firstLine="720"/>
      </w:pPr>
      <w:r>
        <w:rPr>
          <w:rFonts w:eastAsia="Tahoma"/>
          <w:rtl/>
        </w:rPr>
        <w:t>از سوی دیگر، اگر حکومت برای حفظ مالیات راه اسلام‌آوردن را دشوار می‌کرد، با ادعای دینی خود تعارض پیدا می‌کرد. فتح به نام اسلام انجام شده بود و گسترش جامعهٔ مؤمنان باید موفقیت به شمار می‌آمد؛ اما موفقیت دینی می‌توانست پایهٔ مالی حکومت را تضعیف کند. این تناقض در فصل بعد، هنگامی که خراج و جزیه را جداگانه بررسی می‌کنیم، روشن‌تر خواهد شد. در اینجا کافی است ببینیم که مسئلهٔ مالیات از همان آغاز به هویت و منزلت انسان‌ها پیوند خورد.</w:t>
      </w:r>
    </w:p>
    <w:p w:rsidR="009F3B78" w:rsidRDefault="00987F03" w:rsidP="00157D55">
      <w:pPr>
        <w:bidi/>
        <w:ind w:firstLine="720"/>
      </w:pPr>
      <w:r>
        <w:rPr>
          <w:rFonts w:eastAsia="Tahoma"/>
          <w:rtl/>
        </w:rPr>
        <w:t>جامعهٔ فاتح، ذمی و موالی جامعه‌ای نابرابر بود، اما این نابرابری ساکن نماند. ذمی می‌توانست مسلمان شود، مولی می‌توانست در دیوان یا قشون قدرت بگیرد و خاندان عرب می‌توانست به مهارت و ثروت ایرانی وابسته شود. مرزها وجود داشتند، اما رفت‌وآمد از آنها نیز ممکن بود. همین امکان حرکت، هم امید می‌ساخت و هم اعتراض؛ زیرا کسی که به جامعهٔ مسلمانان وارد شده بود بهتر از ذمی می‌توانست فاصلهٔ میان وعدهٔ برابری و واقعیت فروتری را ببیند.</w:t>
      </w:r>
    </w:p>
    <w:p w:rsidR="009F3B78" w:rsidRDefault="00987F03" w:rsidP="00157D55">
      <w:pPr>
        <w:bidi/>
        <w:ind w:firstLine="720"/>
      </w:pPr>
      <w:r>
        <w:rPr>
          <w:rFonts w:eastAsia="Tahoma"/>
          <w:rtl/>
        </w:rPr>
        <w:t>در نتیجه، موالی فقط گروهی حاشیه‌ای در جامعهٔ تازه نبودند. آنان محل برخورد دو منطق بودند: منطق دینی که مسلمانان را در جامعه‌ای مشترک گرد می‌آورد و منطق فتح که امتیاز را در دست عرب‌های جنگاور نگاه می‌داشت. تا زمانی که این دو منطق با هم سازگار نشدند، هر گسترش اسلام شمار کسانی را افزایش می‌داد که از حکومت انتظار برابری داشتند و پاسخ کامل نمی‌گرفتند.</w:t>
      </w:r>
    </w:p>
    <w:p w:rsidR="009F3B78" w:rsidRDefault="00987F03" w:rsidP="00157D55">
      <w:pPr>
        <w:bidi/>
        <w:ind w:firstLine="720"/>
      </w:pPr>
      <w:r>
        <w:rPr>
          <w:rFonts w:eastAsia="Tahoma"/>
          <w:rtl/>
        </w:rPr>
        <w:t>نخستین جامعهٔ اسلامی ایران از پیروزی سادهٔ یک قوم و ناپدیدشدن قوم دیگر ساخته نشد. عرب‌ها قدرت نظامی و فرمان نهایی را در اختیار گرفتند، اما برای اداره به ایرانیان نیازمند شدند. ایرانیان تاج خود را از دست دادند، اما از راه زمین، مالیات، دیوان، مهارت و سرانجام پذیرش اسلام دوباره وارد ساختمان قدرت شدند. این ورود از پایین و در قالب وابستگی آغاز شد، ولی در همان نقطه نماند.</w:t>
      </w:r>
    </w:p>
    <w:p w:rsidR="009F3B78" w:rsidRDefault="00987F03" w:rsidP="00157D55">
      <w:pPr>
        <w:bidi/>
        <w:ind w:firstLine="720"/>
      </w:pPr>
      <w:r>
        <w:rPr>
          <w:rFonts w:eastAsia="Tahoma"/>
          <w:rtl/>
        </w:rPr>
        <w:t>این روند معنای «نومسلمان» را نیز روشن می‌کند. نومسلمان فقط کسی نبود که دیروز زرتشتی و امروز مسلمان شده باشد. او انسانی بود که با تغییر دین وارد شبکه‌ای تازه از حقوق، تکالیف و وابستگی‌ها می‌شد، بی‌آنکه گذشتهٔ قومی، زبانی و اجتماعی‌اش یکباره محو شود. حکومت می‌خواست ایمان او را بپذیرد، از توانایی‌اش استفاده کند و در صورت نیاز او را به قشون بفرستد، اما همیشه آماده نبود سهم برابرش را در قدرت و درآمد به رسمیت بشناسد. از سوی دیگر، جامعهٔ پیشین نیز ممکن بود او را کسی بداند که از دین و پیوندهای خود فاصله گرفته است. بدین‌سان، نومسلمان میان دو ساختمان قرار می‌گرفت: از یکی بیرون آمده بود، بی‌آنکه همهٔ آثارش را از دست بدهد، و به دیگری وارد شده بود، بی‌آنکه هنوز عضو برابر آن باشد. همین جایگاه میانی بعدها به او امکان داد تجربه و زبان ایرانی را به درون جامعهٔ اسلامی ببرد و در همان حال به یکی از نیروهای معترض به انحصار عرب تبدیل شود.</w:t>
      </w:r>
    </w:p>
    <w:p w:rsidR="009F3B78" w:rsidRDefault="00987F03" w:rsidP="00157D55">
      <w:pPr>
        <w:bidi/>
        <w:ind w:firstLine="720"/>
      </w:pPr>
      <w:r>
        <w:rPr>
          <w:rFonts w:eastAsia="Tahoma"/>
          <w:rtl/>
        </w:rPr>
        <w:t>برای فهمیدن اینکه چرا این نابرابری دوام آورد و چگونه به بحران سیاسی تبدیل شد، باید سرچشمهٔ مالی آن را دقیق‌تر دید. قشون بدون درآمد نمی‌توانست بماند، خلافت بدون قشون نمی‌توانست فرمان براند و درآمد از زمین و مردمی می‌آمد که جایگاهشان با دین و تبار تعیین می‌شد. از این رو، فصل بعد به خراج و جزیه می‌پردازد؛ دو مالیاتی که فقط ابزار پرکردن خزانه نبودند، بلکه مرز میان فاتح، ذمی و مولی را حفظ یا دگرگون می‌کردند.</w:t>
      </w:r>
    </w:p>
    <w:p w:rsidR="009F3B78" w:rsidRPr="0027311C" w:rsidRDefault="00987F03" w:rsidP="00987F03">
      <w:pPr>
        <w:pageBreakBefore/>
        <w:bidi/>
        <w:jc w:val="center"/>
        <w:rPr>
          <w:rFonts w:asciiTheme="majorBidi" w:hAnsiTheme="majorBidi" w:cstheme="majorBidi"/>
          <w:bCs/>
          <w:sz w:val="36"/>
          <w:szCs w:val="36"/>
        </w:rPr>
      </w:pPr>
      <w:bookmarkStart w:id="6" w:name="Vol7Chapter04"/>
      <w:bookmarkEnd w:id="6"/>
      <w:r w:rsidRPr="0027311C">
        <w:rPr>
          <w:rFonts w:asciiTheme="majorBidi" w:eastAsia="Tahoma" w:hAnsiTheme="majorBidi" w:cstheme="majorBidi"/>
          <w:bCs/>
          <w:sz w:val="36"/>
          <w:szCs w:val="36"/>
          <w:rtl/>
        </w:rPr>
        <w:t>فصل چهارم</w:t>
      </w:r>
    </w:p>
    <w:p w:rsidR="009F3B78" w:rsidRPr="0027311C" w:rsidRDefault="00987F03" w:rsidP="00987F03">
      <w:pPr>
        <w:bidi/>
        <w:jc w:val="center"/>
        <w:rPr>
          <w:rFonts w:asciiTheme="majorBidi" w:hAnsiTheme="majorBidi" w:cstheme="majorBidi"/>
          <w:bCs/>
          <w:sz w:val="36"/>
          <w:szCs w:val="36"/>
        </w:rPr>
      </w:pPr>
      <w:r w:rsidRPr="0027311C">
        <w:rPr>
          <w:rFonts w:asciiTheme="majorBidi" w:eastAsia="Tahoma" w:hAnsiTheme="majorBidi" w:cstheme="majorBidi"/>
          <w:bCs/>
          <w:sz w:val="36"/>
          <w:szCs w:val="36"/>
          <w:rtl/>
        </w:rPr>
        <w:t>خراج و جزیه؛ هنگامی که مسلمان‌شدن درآمد حکومت را کاهش داد</w:t>
      </w:r>
    </w:p>
    <w:p w:rsidR="009F3B78" w:rsidRDefault="00987F03" w:rsidP="0027311C">
      <w:pPr>
        <w:bidi/>
        <w:ind w:firstLine="720"/>
      </w:pPr>
      <w:r>
        <w:rPr>
          <w:rFonts w:eastAsia="Tahoma"/>
          <w:rtl/>
        </w:rPr>
        <w:t>حکومت تازه برای ماندن به قشون نیاز داشت و قشون بدون درآمد نمی‌توانست بماند. جنگاوران عرب باید عطا می‌گرفتند، اسب و سلاح فراهم می‌کردند و هنگام فرمان از شهرهای اردوگاهی به میدان می‌رفتند. حاکمان، مأموران و دبیران نیز هزینه داشتند و راه‌ها، چاپارها و مراکز نظامی باید نگاهداری می‌شدند. همهٔ این هزینه‌ها از سرزمینی به دست می‌آمد که مردمش شکست خورده بودند و اکنون باید بخشی از محصول، دارایی یا درآمد خود را به حکومت فاتح می‌پرداختند. بدین‌سان، مالیات از نخستین روز فقط مسئله‌ای اقتصادی نبود؛ پایهٔ قدرت قشون و نشانهٔ فرمانبری مردم مغلوب بود.</w:t>
      </w:r>
    </w:p>
    <w:p w:rsidR="009F3B78" w:rsidRDefault="00987F03" w:rsidP="0027311C">
      <w:pPr>
        <w:bidi/>
        <w:ind w:firstLine="720"/>
      </w:pPr>
      <w:r>
        <w:rPr>
          <w:rFonts w:eastAsia="Tahoma"/>
          <w:rtl/>
        </w:rPr>
        <w:t>در فصل پیش دیدیم که جامعهٔ پس از فتح میان فاتح، ذمی و مولی تقسیم شد. این تقسیم بدون خزانه دوام نمی‌آورد. فاتح دریافت‌کنندهٔ سهم و عطا بود، ذمی در برابر حمایت و ادامهٔ زندگی بر دین خود مالیات می‌پرداخت و مولی می‌کوشید با اسلام‌آوردن از جایگاه مغلوب خارج شود، بی‌آنکه همیشه به امتیاز عرب فاتح دست یابد. خراج و جزیه دو ابزار اصلی بودند که این مرزها را در زندگی روزانه به واقعیتی قابل لمس تبدیل می‌کردند.</w:t>
      </w:r>
    </w:p>
    <w:p w:rsidR="009F3B78" w:rsidRDefault="00987F03" w:rsidP="0027311C">
      <w:pPr>
        <w:bidi/>
        <w:ind w:firstLine="720"/>
      </w:pPr>
      <w:r>
        <w:rPr>
          <w:rFonts w:eastAsia="Tahoma"/>
          <w:rtl/>
        </w:rPr>
        <w:t>اما نباید نظم حقوقی دوره‌های بعد را بی‌کم‌وکاست به سال‌های نخست فتح بازگرداند. در آغاز، واژه‌های خراج و جزیه همیشه معنای جدا و ثابتی نداشتند. گاه هر دو به مبلغ کلی پیمان یا مالیاتی گفته می‌شدند که یک شهر یا ناحیه باید بپردازد. مأموران نیز در همه‌جا از روشی واحد پیروی نمی‌کردند. نوع زمین، شیوهٔ فتح، پیمان شهر، توان مردم و نیاز قشون بر مقدار و صورت پرداخت اثر می‌گذاشت. تفکیک روشن‌تر میان مالیات زمین و مالیات شخصی به‌تدریج و هم‌زمان با منظم‌شدن دیوان پدید آمد.</w:t>
      </w:r>
    </w:p>
    <w:p w:rsidR="009F3B78" w:rsidRDefault="00987F03" w:rsidP="0027311C">
      <w:pPr>
        <w:bidi/>
        <w:ind w:firstLine="720"/>
      </w:pPr>
      <w:r>
        <w:rPr>
          <w:rFonts w:eastAsia="Tahoma"/>
          <w:rtl/>
        </w:rPr>
        <w:t>در صورت نهایی‌تر این تمایز، خراج مالیاتی بود که بر زمین و حاصل آن تعلق می‌گرفت و جزیه مالیاتی شخصی بود که از مردان بالغ و توانای غیرمسلمان دریافت می‌شد. زن، کودک، پیر ناتوان، برده و کسی که امکان پرداخت نداشت در نظریه از جزیه معاف بود، هرچند عمل مأموران همیشه با قاعده یکسان نبود. مسلمان نیز به جای جزیه با تکالیف مالی دیگری مانند زکات روبه‌رو می‌شد. بنابراین، مسلمان‌شدن به معنای رهایی از هرگونه پرداخت نبود؛ معنای اصلی آن خروج از جایگاه شخصی ذمی و ورود به جامعهٔ مسلمانان بود.</w:t>
      </w:r>
    </w:p>
    <w:p w:rsidR="009F3B78" w:rsidRDefault="00987F03" w:rsidP="0027311C">
      <w:pPr>
        <w:bidi/>
        <w:ind w:firstLine="720"/>
      </w:pPr>
      <w:r>
        <w:rPr>
          <w:rFonts w:eastAsia="Tahoma"/>
          <w:rtl/>
        </w:rPr>
        <w:t>خراج وضع پیچیده‌تری داشت، زیرا زمین با تغییر دین صاحبش ناپدید نمی‌شد. اگر زمینی در شمار اراضی خراجی قرار گرفته بود، محصول آن همچنان بخشی از درآمد حکومت را فراهم می‌کرد. صاحب یا بهره‌بردار زمین ممکن بود مسلمان یا غیرمسلمان باشد، اما حکومت نمی‌توانست تنها با تغییر دین او از درآمد زمین چشم بپوشد. همین تفاوت بعدها امکان داد میان اسلام‌آوردن فرد و ادامهٔ مالیات زمین جدایی برقرار شود. بااین‌همه، رسیدن به این تفکیک ساده نبود و در نخستین دهه‌ها اختلاف و سوءاستفاده بسیار پدید آورد.</w:t>
      </w:r>
    </w:p>
    <w:p w:rsidR="009F3B78" w:rsidRDefault="00987F03" w:rsidP="0027311C">
      <w:pPr>
        <w:bidi/>
        <w:ind w:firstLine="720"/>
      </w:pPr>
      <w:r>
        <w:rPr>
          <w:rFonts w:eastAsia="Tahoma"/>
          <w:rtl/>
        </w:rPr>
        <w:t>فاتحان نظام مالیاتی را از هیچ نساختند. حکومت ساسانی پیش از آنان زمین‌ها، خانوارها و گروه‌های اجتماعی را برای گرفتن مالیات می‌شناخت. دبیران دفترهایی داشتند، دهقانان مقدار زمین و محصول روستاها را می‌دانستند و مأموران بر اساس تقسیمات پیشین درآمد گرد می‌آوردند. حتی واژه‌ها و شیوه‌های تازه نیز از تجربهٔ حکومت‌های شکست‌خورده اثر پذیرفتند. حکومت اسلامی تاج ساسانی را برانداخت، اما برای پرکردن خزانه به همان دانشی نیاز پیدا کرد که مالیات شاهنشاهی را گرد می‌آورد.</w:t>
      </w:r>
    </w:p>
    <w:p w:rsidR="009F3B78" w:rsidRDefault="00987F03" w:rsidP="0027311C">
      <w:pPr>
        <w:bidi/>
        <w:ind w:firstLine="720"/>
      </w:pPr>
      <w:r>
        <w:rPr>
          <w:rFonts w:eastAsia="Tahoma"/>
          <w:rtl/>
        </w:rPr>
        <w:t>در دولت ساسانی نیز همهٔ مردم به یک صورت مالیات نمی‌پرداختند. بزرگان، دینکاران، دبیران و برخی صاحبان زمین از امتیازها یا معافیت‌هایی برخوردار بودند و بار اصلی بر دوش تولیدکنندگان و طبقات پایین‌تر قرار می‌گرفت. از این رو، مالیات شخصی‌ای که حکومت اسلامی از مردم مغلوب گرفت برای جامعهٔ ایران کاملاً ناشناخته نبود. آنچه تغییر کرد سرچشمهٔ فرمان، نام مالیات و رابطهٔ آن با دین بود. اکنون مسلمان‌بودن می‌توانست فرد را از مالیات مخصوص غیرمسلمانان بیرون آورد، درحالی‌که در نظام پیشین امتیاز بیشتر به طبقه و مقام وابسته بود.</w:t>
      </w:r>
    </w:p>
    <w:p w:rsidR="009F3B78" w:rsidRDefault="00987F03" w:rsidP="0027311C">
      <w:pPr>
        <w:bidi/>
        <w:ind w:firstLine="720"/>
      </w:pPr>
      <w:r>
        <w:rPr>
          <w:rFonts w:eastAsia="Tahoma"/>
          <w:rtl/>
        </w:rPr>
        <w:t>در آغاز فتح، فرمانده عرب معمولاً نمی‌توانست تک‌تک زمین‌ها و مردم را بشناسد. او با حاکم، دهقانان یا بزرگان شهر پیمان می‌بست و مبلغی کلی تعیین می‌کرد. واسطه‌های محلی سپس آن مبلغ را میان آبادی‌ها و مردم تقسیم می‌کردند. این روش برای قشون آسان بود، زیرا بدون ساختن دستگاهی تازه درآمد می‌گرفت؛ اما برای مردم همیشه عادلانه نبود. صاحب‌قدرت محلی می‌توانست سهم خود را کاهش دهد و بار بیشتری بر دوش روستاییان و گروه‌های بی‌پناه بگذارد.</w:t>
      </w:r>
    </w:p>
    <w:p w:rsidR="009F3B78" w:rsidRDefault="00987F03" w:rsidP="0027311C">
      <w:pPr>
        <w:bidi/>
        <w:ind w:firstLine="720"/>
      </w:pPr>
      <w:r>
        <w:rPr>
          <w:rFonts w:eastAsia="Tahoma"/>
          <w:rtl/>
        </w:rPr>
        <w:t>مبلغ ثابت نیز در سال‌های خشکسالی، جنگ یا ویرانی سنگین‌تر می‌شد. حکومت رقم پیمان را می‌خواست، حتی اگر محصول کاهش یافته یا بخشی از مردم گریخته بودند. در این حالت، کسانی که باقی مانده بودند باید سهم غایبان را نیز می‌پرداختند. از سوی دیگر، اگر منطقه رونق می‌گرفت و محصول افزایش می‌یافت، حکومت ممکن بود در پی بالا بردن درآمد برآید. نبود اندازه‌گیری منظم و نظارت یکسان، هم برای مأمور و هم برای واسطهٔ محلی امکان سوءاستفاده فراهم می‌کرد.</w:t>
      </w:r>
    </w:p>
    <w:p w:rsidR="009F3B78" w:rsidRDefault="00987F03" w:rsidP="0027311C">
      <w:pPr>
        <w:bidi/>
        <w:ind w:firstLine="720"/>
      </w:pPr>
      <w:r>
        <w:rPr>
          <w:rFonts w:eastAsia="Tahoma"/>
          <w:rtl/>
        </w:rPr>
        <w:t>خزانه فقط پول نمی‌گرفت. در بسیاری از نواحی پرداخت می‌توانست با غله، دام، پارچه یا فرآورده‌های دیگر انجام شود. قشون به خوراک و علوفه نیاز داشت و انتقال سکه از مناطق دور همیشه آسان نبود. بنابراین، شکل مالیات با اقتصاد هر ناحیه پیوند داشت. روستایی محصول می‌داد، صنعتگر کالایی فراهم می‌کرد و شهر ممکن بود مبلغی ترکیبی از پول و جنس بپردازد. این گوناگونی نشان می‌دهد که خراج را نباید تنها رقمی در دفتر دید؛ بخشی از حاصل کار مردم بود که از محل تولید به دستگاه حکومت منتقل می‌شد.</w:t>
      </w:r>
    </w:p>
    <w:p w:rsidR="009F3B78" w:rsidRDefault="00987F03" w:rsidP="0027311C">
      <w:pPr>
        <w:bidi/>
        <w:ind w:firstLine="720"/>
      </w:pPr>
      <w:r>
        <w:rPr>
          <w:rFonts w:eastAsia="Tahoma"/>
          <w:rtl/>
        </w:rPr>
        <w:t>درآمد ایران به مراکز قشون در عراق پیوند خورد. آنچه از جبال، آذربایجان و بخش‌های غربی گرفته می‌شد به نگاهداری سپاه کوفه کمک می‌کرد و درآمد خوزستان، فارس، کرمان، سیستان و خراسان با بصره ارتباط می‌یافت. مردم ایران هزینهٔ قشونی را می‌پرداختند که هم مرزهای فتح را گسترش می‌داد و هم در صورت شورش به سرزمین آنان بازمی‌گشت. بدین‌سان، مالیات وسیله‌ای بود که پیروزی نظامی را بازتولید می‌کرد: قشون سرزمین را می‌گرفت، درآمد آن قشون را نگاه می‌داشت و قشون با همان درآمد فرمان حکومت را تثبیت می‌کرد.</w:t>
      </w:r>
    </w:p>
    <w:p w:rsidR="009F3B78" w:rsidRDefault="00987F03" w:rsidP="0027311C">
      <w:pPr>
        <w:bidi/>
        <w:ind w:firstLine="720"/>
      </w:pPr>
      <w:r>
        <w:rPr>
          <w:rFonts w:eastAsia="Tahoma"/>
          <w:rtl/>
        </w:rPr>
        <w:t>جزیه در این ساختمان فقط منبع درآمد نبود. پرداخت آن نشانهٔ پذیرفتن موقعیت ذمی به شمار می‌رفت. حکومت مسلمان حمایت از جان و مال و امکان ادامهٔ دین را در برابر فرمانبری و پرداخت مقرر می‌پذیرفت. در نظریه، ذمی چون عضو قشون نبود جزیه می‌پرداخت و از خدمت نظامی معاف می‌شد. اما نابرابری رابطه روشن بود: مسلمان عرب در جایگاه فاتح و مدافع قرار داشت و غیرمسلمان در جایگاه کسی که برای برخورداری از حمایت حکومت پول می‌داد.</w:t>
      </w:r>
    </w:p>
    <w:p w:rsidR="009F3B78" w:rsidRDefault="00987F03" w:rsidP="0027311C">
      <w:pPr>
        <w:bidi/>
        <w:ind w:firstLine="720"/>
      </w:pPr>
      <w:r>
        <w:rPr>
          <w:rFonts w:eastAsia="Tahoma"/>
          <w:rtl/>
        </w:rPr>
        <w:t>شیوهٔ گرفتن جزیه می‌توانست همین نابرابری را آشکارتر کند. در برخی دوره‌ها و مناطق، پرداخت فقط معامله‌ای مالی بود؛ در برخی دیگر، مأموران آن را با رفتار تحقیرآمیز همراه می‌کردند تا فروتری ذمی را نشان دهند. نمی‌توان یک شیوه را به همهٔ زمان‌ها و شهرها نسبت داد، اما امکان چنین رفتاری در خود رابطه وجود داشت. هنگامی که مالیات به نشانهٔ تسلیم تبدیل می‌شود، مأمور می‌تواند گرفتن آن را به نمایش قدرت بدل کند.</w:t>
      </w:r>
    </w:p>
    <w:p w:rsidR="009F3B78" w:rsidRDefault="00987F03" w:rsidP="0027311C">
      <w:pPr>
        <w:bidi/>
        <w:ind w:firstLine="720"/>
      </w:pPr>
      <w:r>
        <w:rPr>
          <w:rFonts w:eastAsia="Tahoma"/>
          <w:rtl/>
        </w:rPr>
        <w:t>برای ایرانی زرتشتی، یهودی یا مسیحی، جزیه هزینهٔ ماندن بر دین پیشین بود. این سخن به معنای آن نیست که همه فقط برای گریز از مالیات مسلمان شدند. باور، پیوند اجتماعی، ازدواج، دستیابی به منصب، رهایی از محدودیت و تجربهٔ شخصی هر یک می‌توانست در تغییر دین نقش داشته باشد. اما جزیه تفاوت دینی را به تفاوتی اقتصادی تبدیل می‌کرد. کسی که میان ماندن و اسلام‌آوردن تصمیم می‌گرفت می‌دانست که انتخاب او بر رابطه‌اش با مأمور مالیاتی نیز اثر خواهد گذاشت.</w:t>
      </w:r>
    </w:p>
    <w:p w:rsidR="009F3B78" w:rsidRDefault="00987F03" w:rsidP="0027311C">
      <w:pPr>
        <w:bidi/>
        <w:ind w:firstLine="720"/>
      </w:pPr>
      <w:r>
        <w:rPr>
          <w:rFonts w:eastAsia="Tahoma"/>
          <w:rtl/>
        </w:rPr>
        <w:t>در اینجا تناقض حکومت آغاز شد. گسترش اسلام از نظر دینی باید پیروزی به شمار می‌آمد. هر ایرانی که مسلمان می‌شد بر شمار مؤمنان می‌افزود و حقانیت حکمرانی خلافت را تقویت می‌کرد. اما اگر اسلام‌آوردن او جزیه را از میان می‌برد، خزانه بخشی از درآمد خود را از دست می‌داد. هرچه شمار نومسلمانان بیشتر می‌شد، این مسئله از یک مورد فردی به خطری برای سازمان مالی حکومت تبدیل می‌گردید.</w:t>
      </w:r>
    </w:p>
    <w:p w:rsidR="009F3B78" w:rsidRDefault="00987F03" w:rsidP="0027311C">
      <w:pPr>
        <w:bidi/>
        <w:ind w:firstLine="720"/>
      </w:pPr>
      <w:r>
        <w:rPr>
          <w:rFonts w:eastAsia="Tahoma"/>
          <w:rtl/>
        </w:rPr>
        <w:t>در سال‌های نخست که تغییر دین محدود بود، خزانه می‌توانست کاهش درآمد را تحمل کند. اما با گسترش شهرها، تماس روزانهٔ عرب و ایرانی و ورود ایرانیان به قشون و دیوان، اسلام‌آوردن افزایش یافت. نومسلمان انتظار داشت دیگر مانند ذمی با او رفتار نشود. اگر مأمور همچنان جزیه می‌گرفت، حکومت عضویت دینی او را ناقص می‌شمرد؛ اگر از گرفتن آن دست می‌کشید، باید راه دیگری برای تأمین هزینه‌ها پیدا می‌کرد.</w:t>
      </w:r>
    </w:p>
    <w:p w:rsidR="009F3B78" w:rsidRDefault="00987F03" w:rsidP="0027311C">
      <w:pPr>
        <w:bidi/>
        <w:ind w:firstLine="720"/>
      </w:pPr>
      <w:r>
        <w:rPr>
          <w:rFonts w:eastAsia="Tahoma"/>
          <w:rtl/>
        </w:rPr>
        <w:t>ساده‌ترین راه مأموران این بود که نومسلمان را همچنان در دفتر مالیات‌دهندگان پیشین نگاه دارند. آنان می‌توانستند بگویند تغییر دین، تعهد مالی شهر یا روستا را از میان نمی‌برد، یا اسلام‌آوردن فرد را واقعی ندانند. گاه از تازه‌مسلمان خواسته می‌شد نشانه‌های عملی ایمان خود را ثابت کند: نماز بخواند، احکام را بداند، ختنه شده باشد یا توان خواندن قرآن را نشان دهد. این آزمون‌ها فقط برای سنجیدن ایمان نبودند؛ مرز خروج از فهرست جزیه را نیز تعیین می‌کردند.</w:t>
      </w:r>
    </w:p>
    <w:p w:rsidR="009F3B78" w:rsidRDefault="00987F03" w:rsidP="0027311C">
      <w:pPr>
        <w:bidi/>
        <w:ind w:firstLine="720"/>
      </w:pPr>
      <w:r>
        <w:rPr>
          <w:rFonts w:eastAsia="Tahoma"/>
          <w:rtl/>
        </w:rPr>
        <w:t>بدین‌سان، مأمور مالیاتی به داور مسلمانی تبدیل می‌شد. او که باید درآمد حکومت را حفظ می‌کرد دربارهٔ صدق ایمان فرد تصمیم می‌گرفت. این وضع تضادی بنیادی داشت: هرچه معیار سخت‌تر می‌شد، خزانه درآمد بیشتری نگاه می‌داشت، اما حکومت ادعای گشودن راه اسلام را ضعیف‌تر می‌کرد. کسی که شهادتین می‌گفت و خود را مسلمان می‌دانست، ممکن بود ببیند حکومت به سبب نیاز مالی هنوز او را ذمی می‌شمارد.</w:t>
      </w:r>
    </w:p>
    <w:p w:rsidR="009F3B78" w:rsidRDefault="00987F03" w:rsidP="0027311C">
      <w:pPr>
        <w:bidi/>
        <w:ind w:firstLine="720"/>
      </w:pPr>
      <w:r>
        <w:rPr>
          <w:rFonts w:eastAsia="Tahoma"/>
          <w:rtl/>
        </w:rPr>
        <w:t>برخی نومسلمانان برای رهایی از مالیات زمین خود را ترک و به شهرهای اردوگاهی یا مراکز مسلمان‌نشین مهاجرت می‌کردند. این حرکت می‌توانست ثابت کند که آنان دیگر بخشی از جامعهٔ مالیاتی روستا نیستند، اما پیامد دیگری داشت: زمین بی‌کشت می‌ماند، تولید کاهش می‌یافت و بار مالی بر کسانی می‌افتاد که باقی مانده بودند. حاکمان محلی گاه می‌کوشیدند آنان را به روستا بازگردانند تا هم کشاورزی ادامه یابد و هم خراج از میان نرود.</w:t>
      </w:r>
    </w:p>
    <w:p w:rsidR="009F3B78" w:rsidRDefault="00987F03" w:rsidP="0027311C">
      <w:pPr>
        <w:bidi/>
        <w:ind w:firstLine="720"/>
      </w:pPr>
      <w:r>
        <w:rPr>
          <w:rFonts w:eastAsia="Tahoma"/>
          <w:rtl/>
        </w:rPr>
        <w:t>این مسئله نشان می‌داد که تفاوت خراج و جزیه برای کشورداری حیاتی است. اگر جزیه با اسلام‌آوردن برداشته می‌شد، خراج زمین می‌توانست باقی بماند. نومسلمان از مالیات شخصی غیرمسلمان رها می‌شد، اما زمین همچنان سهم خود را به حکومت می‌پرداخت. چنین تفکیکی هم ادعای دینی خلافت را حفظ می‌کرد و هم خزانه را از فروپاشی نجات می‌داد. بااین‌همه، اجرای آن به دیوانی نیاز داشت که فرد، زمین و نوع مالیات را جداگانه ثبت کند.</w:t>
      </w:r>
    </w:p>
    <w:p w:rsidR="009F3B78" w:rsidRDefault="00987F03" w:rsidP="0027311C">
      <w:pPr>
        <w:bidi/>
        <w:ind w:firstLine="720"/>
      </w:pPr>
      <w:r>
        <w:rPr>
          <w:rFonts w:eastAsia="Tahoma"/>
          <w:rtl/>
        </w:rPr>
        <w:t>در همین‌جا نقش دیوان از نو برجسته شد. قشون می‌توانست مبلغ بیشتری مطالبه کند، اما نمی‌توانست تشخیص دهد کدام پرداخت به شخص و کدام به زمین تعلق دارد. دبیر باید نام مردم، مساحت زمین، نوع محصول، پیشینهٔ پیمان و تغییرهای دینی را ثبت می‌کرد. بدون چنین دانشی، هر اصلاح مالیاتی به آشفتگی می‌انجامید. حکومت برای حل تناقضی که خود فتح پدید آورده بود ناچار شد دستگاه دقیق‌تری برای ثبت جامعه بسازد.</w:t>
      </w:r>
    </w:p>
    <w:p w:rsidR="009F3B78" w:rsidRDefault="00987F03" w:rsidP="0027311C">
      <w:pPr>
        <w:bidi/>
        <w:ind w:firstLine="720"/>
      </w:pPr>
      <w:r>
        <w:rPr>
          <w:rFonts w:eastAsia="Tahoma"/>
          <w:rtl/>
        </w:rPr>
        <w:t>این ثبت نیز بی‌طرف نبود. هر دسته‌بندی دیوانی پیامدی سیاسی داشت. نوشتن نام فرد در فهرست جزیه او را ذمی نگه می‌داشت؛ انتقال نامش به فهرست مسلمانان جایگاه تازه‌ای به او می‌داد؛ ثبت زمین به عنوان خراجی سبب می‌شد مالیات آن با تغییر مالک ادامه یابد. دیوان نه فقط واقعیت جامعه را ثبت می‌کرد، بلکه با دفترهایش همان واقعیت را می‌ساخت و مرز میان گروه‌ها را پابرجا نگاه می‌داشت.</w:t>
      </w:r>
    </w:p>
    <w:p w:rsidR="009F3B78" w:rsidRDefault="00987F03" w:rsidP="0027311C">
      <w:pPr>
        <w:bidi/>
        <w:ind w:firstLine="720"/>
      </w:pPr>
      <w:r>
        <w:rPr>
          <w:rFonts w:eastAsia="Tahoma"/>
          <w:rtl/>
        </w:rPr>
        <w:t>دهقانان و واسطه‌های محلی در این روند قدرت فراوان یافتند. آنان می‌دانستند چه کسی مالک یا بهره‌بردار زمین است، چه خانواده‌ای کوچ کرده و چه کسی اسلام آورده است. حاکم عرب بدون اطلاعات آنان نمی‌توانست درآمد را برآورد کند. این دانش به دهقان امکان می‌داد از منافع خود دفاع کند، رقیب را زیر فشار بگذارد یا بار مالی را میان روستاها به سود خود تقسیم کند. همکاری او با حکومت تازه هم بقای دیوان ایرانی را ممکن می‌ساخت و هم نابرابری‌های پیشین را به دورهٔ اسلامی منتقل می‌کرد.</w:t>
      </w:r>
    </w:p>
    <w:p w:rsidR="009F3B78" w:rsidRDefault="00987F03" w:rsidP="0027311C">
      <w:pPr>
        <w:bidi/>
        <w:ind w:firstLine="720"/>
      </w:pPr>
      <w:r>
        <w:rPr>
          <w:rFonts w:eastAsia="Tahoma"/>
          <w:rtl/>
        </w:rPr>
        <w:t>اسلام‌آوردن بزرگان محلی وضع را پیچیده‌تر می‌کرد. دهقانی که مسلمان می‌شد انتظار داشت از جزیه رها شود و موقعیت خود را حفظ کند. حکومت نیز به همکاری او نیاز داشت و ممکن بود امتیازش را بپذیرد. اما اگر مالیات کلی ناحیه تغییر نمی‌کرد، سهمی که از او برداشته می‌شد بر دوش مردم کم‌قدرت‌تر می‌افتاد. بدین ترتیب، تغییر دینِ صاحب‌نفوذ می‌توانست به افزایش فشار بر روستاییان زرتشتی بینجامد.</w:t>
      </w:r>
    </w:p>
    <w:p w:rsidR="009F3B78" w:rsidRDefault="00987F03" w:rsidP="0027311C">
      <w:pPr>
        <w:bidi/>
        <w:ind w:firstLine="720"/>
      </w:pPr>
      <w:r>
        <w:rPr>
          <w:rFonts w:eastAsia="Tahoma"/>
          <w:rtl/>
        </w:rPr>
        <w:t>پس انگیزهٔ اقتصادی تغییر دین برای همه یکسان نبود. ثروتمند و صاحب‌منصب می‌توانست با اسلام‌آوردن هم مالیات شخصی را کاهش دهد و هم راه ورود به حکومت را باز کند. کشاورز فقیر ممکن بود پس از اسلام‌آوردن همچنان خراج زمین، سهم مالک و هزینه‌های دیگر را بپردازد و تفاوت فوری اندکی در زندگی خود ببیند. اگر مأمور جزیه را نیز از او می‌گرفت، سود اقتصادی تغییر دین تقریباً از میان می‌رفت. از این رو، نمی‌توان اسلام‌آوردن ایرانیان را تنها گریزی حساب‌شده از مالیات دانست.</w:t>
      </w:r>
    </w:p>
    <w:p w:rsidR="009F3B78" w:rsidRDefault="00987F03" w:rsidP="0027311C">
      <w:pPr>
        <w:bidi/>
        <w:ind w:firstLine="720"/>
      </w:pPr>
      <w:r>
        <w:rPr>
          <w:rFonts w:eastAsia="Tahoma"/>
          <w:rtl/>
        </w:rPr>
        <w:t>در برابر، نباید اثر مالیات را نیز ناچیز شمرد. جزیه هر سال به فرد یادآوری می‌کرد که بیرون از جامعهٔ حاکم قرار دارد. حتی اگر مبلغ آن نسبت به دیگر پرداخت‌ها بزرگ نبود، معنای سیاسی و اجتماعی‌اش اهمیت داشت. مسلمان‌شدن می‌توانست این نشانهٔ فروتری را بردارد، امکان ازدواج و معاشرت گسترده‌تر فراهم کند و راه خدمت در حکومت را باز نماید. فشار اقتصادی و میل به منزلت در اینجا از یکدیگر جدا نبودند.</w:t>
      </w:r>
    </w:p>
    <w:p w:rsidR="009F3B78" w:rsidRDefault="00987F03" w:rsidP="0027311C">
      <w:pPr>
        <w:bidi/>
        <w:ind w:firstLine="720"/>
      </w:pPr>
      <w:r>
        <w:rPr>
          <w:rFonts w:eastAsia="Tahoma"/>
          <w:rtl/>
        </w:rPr>
        <w:t>در دورهٔ اموی، مسئله با گسترش فتوحات به خراسان و ماوراءالنهر آشکارتر شد. حکومت به قشون‌های بیشتر و درآمدهای تازه نیاز داشت و در همان حال با مردمی روبه‌رو بود که می‌توانستند اسلام بیاورند. برخی حاکمان برای جذب مردم به اسلام وعدهٔ برداشتن جزیه دادند، اما هنگامی که شمار نومسلمانان افزایش یافت، مأموران از کاهش درآمد هراسیدند. دعوت دینی که قرار بود حاکمیت را استوار کند به بحرانی مالی تبدیل شد.</w:t>
      </w:r>
    </w:p>
    <w:p w:rsidR="009F3B78" w:rsidRDefault="00987F03" w:rsidP="0027311C">
      <w:pPr>
        <w:bidi/>
        <w:ind w:firstLine="720"/>
      </w:pPr>
      <w:r>
        <w:rPr>
          <w:rFonts w:eastAsia="Tahoma"/>
          <w:rtl/>
        </w:rPr>
        <w:t>عمر بن عبدالعزیز، خلیفهٔ اموی در سال‌های ۷۱۷ تا ۷۲۰ میلادی، کوشید اصل دینی را بر منفعت کوتاه‌مدت خزانه مقدم بدارد. سیاست منسوب به او آن بود که از نومسلمان جزیه گرفته نشود. این تصمیم می‌توانست اعتماد ایرانیان و دیگر غیرعرب‌ها را به اسلامی‌بودن حکومت افزایش دهد، اما مأموران و حاکمانی که با کاهش درآمد روبه‌رو می‌شدند همیشه از آن استقبال نمی‌کردند. پاسخ مشهور به نگرانی آنان این معنا را داشت که پیامبر برای هدایت فرستاده شده بود، نه برای جمع‌کردن مالیات.</w:t>
      </w:r>
    </w:p>
    <w:p w:rsidR="009F3B78" w:rsidRDefault="00987F03" w:rsidP="0027311C">
      <w:pPr>
        <w:bidi/>
        <w:ind w:firstLine="720"/>
      </w:pPr>
      <w:r>
        <w:rPr>
          <w:rFonts w:eastAsia="Tahoma"/>
          <w:rtl/>
        </w:rPr>
        <w:t>اهمیت این پاسخ در تقابل دو برداشت از حکومت بود. در برداشت نخست، خلافت پیش از هر چیز ادامهٔ رسالت دینی بود و باید ورود مردم به اسلام را آسان می‌کرد، حتی اگر درآمد کاهش یابد. در برداشت دوم، خلافت دستگاهی برای نگاهداری قشون و ادارهٔ سرزمین بود و بدون مالیات از میان می‌رفت. هیچ‌یک از این دو نیاز را نمی‌شد حذف کرد. حکومتی که تنها به درآمد می‌اندیشید حقانیت دینی خود را تضعیف می‌کرد و حکومتی که بدون جایگزین از درآمد چشم می‌پوشید توان اجرای فرمانش را از دست می‌داد.</w:t>
      </w:r>
    </w:p>
    <w:p w:rsidR="009F3B78" w:rsidRDefault="00987F03" w:rsidP="0027311C">
      <w:pPr>
        <w:bidi/>
        <w:ind w:firstLine="720"/>
      </w:pPr>
      <w:r>
        <w:rPr>
          <w:rFonts w:eastAsia="Tahoma"/>
          <w:rtl/>
        </w:rPr>
        <w:t>پس از عمر بن عبدالعزیز، مشکل پایان نیافت. مأموران در برخی نواحی گرفتن جزیه از موالی را ادامه دادند یا برای پذیرش مسلمانی آنان شرط‌های سخت گذاشتند. در ماوراءالنهر، مأمورانی وعدهٔ معافیت دادند، اما پس از افزایش اسلام‌آوردن از اجرای کامل آن عقب نشستند. مردم دریافتند که حکومت هنگامی ایمانشان را می‌پذیرد که خزانه زیان نبیند. این تجربه نارضایتی دینی را با اعتراض مالی و قومی به هم پیوند داد.</w:t>
      </w:r>
    </w:p>
    <w:p w:rsidR="009F3B78" w:rsidRDefault="00987F03" w:rsidP="0027311C">
      <w:pPr>
        <w:bidi/>
        <w:ind w:firstLine="720"/>
      </w:pPr>
      <w:r>
        <w:rPr>
          <w:rFonts w:eastAsia="Tahoma"/>
          <w:rtl/>
        </w:rPr>
        <w:t>موالی اکنون دلیل روشنی برای اعتراض داشتند. آنان مسلمان بودند، در قشون خدمت می‌کردند و گاه در دیوان نقش داشتند، اما نه از عطای برابر برخوردار بودند و نه همیشه از مالیات ذمی رها می‌شدند. حکومت از آنان تکلیف مسلمان را می‌خواست و در همان حال درآمد غیرمسلمان را از ایشان می‌گرفت. این دوگانگی به یکی از سرچشمه‌های مخالفت با امویان تبدیل شد و بعدها دعوت عباسی توانست از آن بهره بگیرد.</w:t>
      </w:r>
    </w:p>
    <w:p w:rsidR="009F3B78" w:rsidRDefault="00987F03" w:rsidP="0027311C">
      <w:pPr>
        <w:bidi/>
        <w:ind w:firstLine="720"/>
      </w:pPr>
      <w:r>
        <w:rPr>
          <w:rFonts w:eastAsia="Tahoma"/>
          <w:rtl/>
        </w:rPr>
        <w:t>خراج نیز می‌توانست محل اعتراض باشد. مقدار سنگین مالیات، روش خشن مأموران، گرفتن افزوده‌های خارج از پیمان و بی‌توجهی به خشکسالی یا ویرانی مردم را به شورش یا کوچ وامی‌داشت. حاکم ممکن بود برای جبران کاهش جزیه، فشار بر زمین را افزایش دهد. در این صورت، برداشتن یک مالیات لزوماً از بار کلی مردم نمی‌کاست؛ فقط شکل انتقال درآمد را تغییر می‌داد.</w:t>
      </w:r>
    </w:p>
    <w:p w:rsidR="009F3B78" w:rsidRDefault="00987F03" w:rsidP="0027311C">
      <w:pPr>
        <w:bidi/>
        <w:ind w:firstLine="720"/>
      </w:pPr>
      <w:r>
        <w:rPr>
          <w:rFonts w:eastAsia="Tahoma"/>
          <w:rtl/>
        </w:rPr>
        <w:t>این واقعیت مرز اصلاح دینی را نشان می‌داد. اعلام اینکه نومسلمان جزیه نمی‌پردازد گامی مهم به سوی برابری بود، اما تا هنگامی که هزینهٔ قشون و شیوهٔ گردآوری درآمد تغییر نمی‌کرد، حکومت ناچار بود پول ازدست‌رفته را از جایی دیگر به دست آورد. تفکیک خراج از جزیه راه‌حلی اداری فراهم کرد، اما نابرابری زمین‌دار و کشاورز، عرب صاحب عطا و ایرانی پرداخت‌کنندهٔ خراج را از میان نبرد.</w:t>
      </w:r>
    </w:p>
    <w:p w:rsidR="009F3B78" w:rsidRDefault="00987F03" w:rsidP="0027311C">
      <w:pPr>
        <w:bidi/>
        <w:ind w:firstLine="720"/>
      </w:pPr>
      <w:r>
        <w:rPr>
          <w:rFonts w:eastAsia="Tahoma"/>
          <w:rtl/>
        </w:rPr>
        <w:t>در عین حال، همین اصلاح به ادغام ایرانیان در جامعهٔ اسلامی کمک کرد. وقتی اسلام‌آوردن از نظر مالی و حقوقی به رسمیت شناخته می‌شد، مولی می‌توانست با اطمینان بیشتری خود را عضو جامعهٔ مسلمانان بداند. فرزندان او دیگر همان رابطهٔ نسل نخست با دین و قبیله را نداشتند و به‌تدریج شبکه‌ای از مسلمانان ایرانی در شهرها، بازارها، قشون و دیوان شکل گرفت. خزانه بخشی از جزیه را از دست می‌داد، اما حکومت در برابر نیروی انسانی و اداری تازه‌ای به دست می‌آورد.</w:t>
      </w:r>
    </w:p>
    <w:p w:rsidR="009F3B78" w:rsidRDefault="00987F03" w:rsidP="0027311C">
      <w:pPr>
        <w:bidi/>
        <w:ind w:firstLine="720"/>
      </w:pPr>
      <w:r>
        <w:rPr>
          <w:rFonts w:eastAsia="Tahoma"/>
          <w:rtl/>
        </w:rPr>
        <w:t>این جابه‌جایی را نمی‌توان تنها با حساب دخل‌وخرج سنجید. حکومت اسلامی در آغاز بر قشون عرب و مالیات مغلوبان استوار بود؛ با افزایش نومسلمانان ناچار شد پایهٔ اجتماعی خود را گسترده‌تر کند. اگر ایرانی مسلمان همچنان فقط منبع درآمد باقی می‌ماند، حقانیت حکمرانی خلافت برای او معنایی نداشت. پذیرش تدریجی جایگاهش، هرچند ناقص و همراه با مقاومت، خلافت را از حکومت یک قشون فاتح به حکومتی پهناورتر تبدیل کرد.</w:t>
      </w:r>
    </w:p>
    <w:p w:rsidR="009F3B78" w:rsidRDefault="00987F03" w:rsidP="0027311C">
      <w:pPr>
        <w:bidi/>
        <w:ind w:firstLine="720"/>
      </w:pPr>
      <w:r>
        <w:rPr>
          <w:rFonts w:eastAsia="Tahoma"/>
          <w:rtl/>
        </w:rPr>
        <w:t>اما این گسترش هزینه‌ای سیاسی برای انحصار عرب داشت. موالی که مالیات می‌دادند و کار حکومت را انجام می‌دادند، دربارهٔ سهم خود در قدرت نیز پرسش می‌کردند. آنان می‌دیدند دیوان بدون دبیران ایرانی نمی‌چرخد، زمین بدون کشاورزان خراج نمی‌دهد و قشون بدون درآمد ایران نمی‌ماند. اگر همهٔ این پایه‌ها در دست مردمان مغلوب و نومسلمان بود، چرا فرمان و امتیاز باید تنها در اختیار قبایل عرب باقی بماند؟</w:t>
      </w:r>
    </w:p>
    <w:p w:rsidR="009F3B78" w:rsidRDefault="00987F03" w:rsidP="0027311C">
      <w:pPr>
        <w:bidi/>
        <w:ind w:firstLine="720"/>
      </w:pPr>
      <w:r>
        <w:rPr>
          <w:rFonts w:eastAsia="Tahoma"/>
          <w:rtl/>
        </w:rPr>
        <w:t>از این رو، خراج و جزیه بیش از دو عنوان مالیاتی بودند. این دو مرز میان زمین و شخص، مسلمان و غیرمسلمان، فاتح و مغلوب، عضو قشون و تولیدکنندهٔ درآمد را تعیین می‌کردند. هر تغییر در آنها تعادل نیروهای حکومت را دگرگون می‌ساخت. برداشتن جزیه از نومسلمان فقط کاهش یک رقم نبود؛ پذیرفتن این اصل بود که ایمان می‌تواند جایگاه سیاسی و اجتماعی فرد را تغییر دهد.</w:t>
      </w:r>
    </w:p>
    <w:p w:rsidR="009F3B78" w:rsidRDefault="00987F03" w:rsidP="0027311C">
      <w:pPr>
        <w:bidi/>
        <w:ind w:firstLine="720"/>
      </w:pPr>
      <w:r>
        <w:rPr>
          <w:rFonts w:eastAsia="Tahoma"/>
          <w:rtl/>
        </w:rPr>
        <w:t>در پایان، حکومت راهی جز حفظ خراج زمین و جداکردن تدریجی آن از جزیهٔ شخصی پیدا نکرد. این راه خزانه را از نابودی نجات داد، اما برای اجرای آن به دیوانی دقیق‌تر، دبیرانی آگاه و واسطه‌هایی نیاز داشت که زمین و مردم را می‌شناختند. بدین‌سان، بحرانی که از مسلمان‌شدن ایرانیان پدید آمد حکومت فاتح را بیش از پیش به دستگاه اداری ایران وابسته کرد.</w:t>
      </w:r>
    </w:p>
    <w:p w:rsidR="009F3B78" w:rsidRDefault="00987F03" w:rsidP="0027311C">
      <w:pPr>
        <w:bidi/>
        <w:ind w:firstLine="720"/>
      </w:pPr>
      <w:r>
        <w:rPr>
          <w:rFonts w:eastAsia="Tahoma"/>
          <w:rtl/>
        </w:rPr>
        <w:t>پرسش فصل بعد از همین‌جا آغاز می‌شود. اگر قشون عرب فرمان نهایی را در اختیار داشت، اما برای تشخیص زمین، ثبت مالیات، گردآوری درآمد و ادارهٔ شهرها به دبیران و دفترهای ایرانی نیازمند بود، چه کسی در عمل کشور را اداره می‌کرد؟ پاسخ ما را به دیوان ساسانی می‌رساند؛ دستگاهی که تاجش را از دست داد، اما در خدمت خلافت باقی ماند و آرام‌آرام شیوهٔ کشورداری فاتحان را دگرگون کرد.</w:t>
      </w:r>
    </w:p>
    <w:p w:rsidR="009F3B78" w:rsidRPr="00DE2611" w:rsidRDefault="00987F03" w:rsidP="00987F03">
      <w:pPr>
        <w:pageBreakBefore/>
        <w:bidi/>
        <w:jc w:val="center"/>
        <w:rPr>
          <w:rFonts w:asciiTheme="majorBidi" w:hAnsiTheme="majorBidi" w:cstheme="majorBidi"/>
          <w:bCs/>
          <w:sz w:val="36"/>
          <w:szCs w:val="36"/>
        </w:rPr>
      </w:pPr>
      <w:bookmarkStart w:id="7" w:name="Vol7Chapter05"/>
      <w:bookmarkEnd w:id="7"/>
      <w:r w:rsidRPr="00DE2611">
        <w:rPr>
          <w:rFonts w:asciiTheme="majorBidi" w:eastAsia="Tahoma" w:hAnsiTheme="majorBidi" w:cstheme="majorBidi"/>
          <w:bCs/>
          <w:sz w:val="36"/>
          <w:szCs w:val="36"/>
          <w:rtl/>
        </w:rPr>
        <w:t>فصل پنجم</w:t>
      </w:r>
    </w:p>
    <w:p w:rsidR="009F3B78" w:rsidRPr="00DE2611" w:rsidRDefault="00987F03" w:rsidP="00987F03">
      <w:pPr>
        <w:bidi/>
        <w:jc w:val="center"/>
        <w:rPr>
          <w:rFonts w:asciiTheme="majorBidi" w:hAnsiTheme="majorBidi" w:cstheme="majorBidi"/>
          <w:bCs/>
          <w:sz w:val="36"/>
          <w:szCs w:val="36"/>
        </w:rPr>
      </w:pPr>
      <w:r w:rsidRPr="00DE2611">
        <w:rPr>
          <w:rFonts w:asciiTheme="majorBidi" w:eastAsia="Tahoma" w:hAnsiTheme="majorBidi" w:cstheme="majorBidi"/>
          <w:bCs/>
          <w:sz w:val="36"/>
          <w:szCs w:val="36"/>
          <w:rtl/>
        </w:rPr>
        <w:t>دیوان ساسانی در خدمت خلافت</w:t>
      </w:r>
    </w:p>
    <w:p w:rsidR="009F3B78" w:rsidRDefault="00987F03" w:rsidP="00DE2611">
      <w:pPr>
        <w:bidi/>
        <w:ind w:firstLine="720"/>
      </w:pPr>
      <w:r>
        <w:rPr>
          <w:rFonts w:eastAsia="Tahoma"/>
          <w:rtl/>
        </w:rPr>
        <w:t>تاج ساسانی با مرگ یزدگرد سوم پایان یافت، اما کارهایی که حکومت ساسانی انجام می‌داد با مرگ شاه پایان نگرفت. زمین همچنان باید شناخته می‌شد، محصول باید اندازه گرفته می‌شد، مالیات باید گرد می‌آمد، فرمان باید نوشته و به شهرهای دور فرستاده می‌شد و حساب درآمد و هزینه باید در جایی ثبت می‌گردید. قشون عرب توانسته بود دستگاه فرماندهی ساسانی را بشکند، اما برای انجام این کارها نه نیروی کافی داشت و نه دانش لازم. فاتحان برای نگاهداری پیروزی خود ناچار شدند کسانی را به کار گیرند که تا دیروز در خدمت حکومت شکست‌خورده بودند.</w:t>
      </w:r>
    </w:p>
    <w:p w:rsidR="009F3B78" w:rsidRDefault="00987F03" w:rsidP="00DE2611">
      <w:pPr>
        <w:bidi/>
        <w:ind w:firstLine="720"/>
      </w:pPr>
      <w:r>
        <w:rPr>
          <w:rFonts w:eastAsia="Tahoma"/>
          <w:rtl/>
        </w:rPr>
        <w:t>این ناگزیری پایهٔ ادامهٔ دیوان ایرانی شد. مقصود از ادامهٔ دیوان آن نیست که همهٔ اداره‌ها، عنوان‌ها و رابطه‌های دورهٔ ساسانی بدون تغییر باقی ماندند. فرمانروای نهایی عوض شده بود، قشون تازه‌ای قدرت را در اختیار داشت و سرچشمهٔ حقانیت حکمرانی دیگر تاج زرتشتی نبود. اما کارکردهای اصلی اداره، دانش دبیران، دفترهای مالی، شیوه‌های سنجش زمین و حضور واسطه‌های محلی ادامه یافتند. دستگاه پیشین سر خود را از دست داد، ولی اندام‌هایش در خدمت فرمانروایی تازه به کار افتادند.</w:t>
      </w:r>
    </w:p>
    <w:p w:rsidR="009F3B78" w:rsidRDefault="00987F03" w:rsidP="00DE2611">
      <w:pPr>
        <w:bidi/>
        <w:ind w:firstLine="720"/>
      </w:pPr>
      <w:r>
        <w:rPr>
          <w:rFonts w:eastAsia="Tahoma"/>
          <w:rtl/>
        </w:rPr>
        <w:t>قشون فاتح می‌توانست از شهری مبلغی بخواهد، اما بدون دفتر نمی‌دانست این مبلغ بر چه پایه‌ای تعیین شده است. فرمانده عرب معمولاً زبان مردم، مرز روستاها، کیفیت زمین، میزان آب و سابقهٔ پرداخت را نمی‌شناخت. اگر تنها بر زور تکیه می‌کرد، ممکن بود در یک سال درآمد زیادی بگیرد و در سال بعد زمین ویران و مردم پراکنده شوند. کشورداری به درآمدی نیاز داشت که تکرار شود، نه غنیمتی که یک بار به دست آید. همین تفاوت، دبیر را در کنار جنگاور ضروری ساخت.</w:t>
      </w:r>
    </w:p>
    <w:p w:rsidR="009F3B78" w:rsidRDefault="00987F03" w:rsidP="00DE2611">
      <w:pPr>
        <w:bidi/>
        <w:ind w:firstLine="720"/>
      </w:pPr>
      <w:r>
        <w:rPr>
          <w:rFonts w:eastAsia="Tahoma"/>
          <w:rtl/>
        </w:rPr>
        <w:t>دبیر ساسانی فقط نویسنده‌ای خوش‌خط نبود. او عضوی از دستگاهی بود که فرمان را به سند تبدیل می‌کرد، اطلاعات را نگه می‌داشت و میان مرکز و نواحی پیوند برقرار می‌ساخت. فرمان شفاهی حاکم تا زمانی که نوشته، نسخه‌برداری و به مأمور مربوط رسانده نمی‌شد در محدودهٔ مجلس او باقی می‌ماند. ثبت سبب می‌شد فرمان از حضور شخص حاکم جدا شود و در فاصله‌ای دور و زمانی دیگر نیز اجرا گردد. همین توانایی، دیوان را به حافظهٔ حکومت تبدیل می‌کرد.</w:t>
      </w:r>
    </w:p>
    <w:p w:rsidR="009F3B78" w:rsidRDefault="00987F03" w:rsidP="00DE2611">
      <w:pPr>
        <w:bidi/>
        <w:ind w:firstLine="720"/>
      </w:pPr>
      <w:r>
        <w:rPr>
          <w:rFonts w:eastAsia="Tahoma"/>
          <w:rtl/>
        </w:rPr>
        <w:t>حکومت ساسانی در طول چند سده دستگاه پیچیده‌ای برای مالیات، قشون، زمین‌های شاهی، مکاتبات و دربار ساخته بود. اصلاحات مالی دورهٔ قباد و خسرو انوشیروان شناخت دقیق‌تر زمین و محصول را افزایش داده و رابطهٔ مالیات و قشون را استوارتر کرده بود. این دستگاه در سال‌های پایانی شاهنشاهی از آشفتگی سیاسی آسیب دید، اما دانش آن نابود نشد. دبیران و دهقانانی که دفترها و روش‌ها را می‌شناختند در شهرها و نواحی باقی ماندند و حکومت تازه آنان را یافت.</w:t>
      </w:r>
    </w:p>
    <w:p w:rsidR="009F3B78" w:rsidRDefault="00987F03" w:rsidP="00DE2611">
      <w:pPr>
        <w:bidi/>
        <w:ind w:firstLine="720"/>
      </w:pPr>
      <w:r>
        <w:rPr>
          <w:rFonts w:eastAsia="Tahoma"/>
          <w:rtl/>
        </w:rPr>
        <w:t>در سال‌های نخست فتح، حتی زبان اداره در بسیاری از سرزمین‌های پیشین ساسانی فارسی میانه بود. نامه‌ها و حساب‌ها به شیوه‌ای نوشته می‌شدند که کارگزاران قدیم می‌فهمیدند و فرماندهان عرب برای خواندن آنها به مترجم و دبیر نیاز داشتند. عربی زبان دین، قشون و فرمانروایان تازه بود، اما هنوز زبان همهٔ دفترها نشده بود. جایگزینی آن در اداره روندی تدریجی بود که از اواخر سدهٔ هفتم آغاز شد و در برخی نواحی تا میانهٔ سدهٔ هشتم ادامه یافت.</w:t>
      </w:r>
    </w:p>
    <w:p w:rsidR="009F3B78" w:rsidRDefault="00987F03" w:rsidP="00DE2611">
      <w:pPr>
        <w:bidi/>
        <w:ind w:firstLine="720"/>
      </w:pPr>
      <w:r>
        <w:rPr>
          <w:rFonts w:eastAsia="Tahoma"/>
          <w:rtl/>
        </w:rPr>
        <w:t>این فاصلهٔ زبانی نشانهٔ فاصلهٔ میان فتح و اداره بود. فرمانده می‌توانست به عربی دستور دهد، اما دفتر مالیاتی اطلاعاتی داشت که به فارسی ثبت شده بود. دبیر ایرانی باید فرمان را به زبان دیوان منتقل و پاسخ دفتر را برای حاکم ترجمه می‌کرد. در این جایگاه، دبیر فقط واسطهٔ واژه‌ها نبود؛ او مفاهیم، روش‌ها و محدودیت‌های دستگاه پیشین را نیز به حکومت تازه منتقل می‌ساخت.</w:t>
      </w:r>
    </w:p>
    <w:p w:rsidR="009F3B78" w:rsidRDefault="00987F03" w:rsidP="00DE2611">
      <w:pPr>
        <w:bidi/>
        <w:ind w:firstLine="720"/>
      </w:pPr>
      <w:r>
        <w:rPr>
          <w:rFonts w:eastAsia="Tahoma"/>
          <w:rtl/>
        </w:rPr>
        <w:t>اگر حاکم می‌پرسید یک ناحیه چه مقدار خراج می‌تواند بپردازد، پاسخ به دانستن تعداد آبادی‌ها، مساحت زمین، نوع کشت، سهم آب، ویرانی‌های جنگ و معافیت‌های پیشین نیاز داشت. دبیر و دهقان این اطلاعات را فراهم می‌کردند. آنان همچنین می‌توانستند توضیح دهند چرا گرفتن مبلغی بیش از توان منطقه درآمد آینده را از میان می‌برد. بدین‌سان، دیوان میان خواست نامحدود قشون و ظرفیت محدود جامعه قرار می‌گرفت.</w:t>
      </w:r>
    </w:p>
    <w:p w:rsidR="009F3B78" w:rsidRDefault="00987F03" w:rsidP="00DE2611">
      <w:pPr>
        <w:bidi/>
        <w:ind w:firstLine="720"/>
      </w:pPr>
      <w:r>
        <w:rPr>
          <w:rFonts w:eastAsia="Tahoma"/>
          <w:rtl/>
        </w:rPr>
        <w:t>این میانجی‌گری همیشه به سود مردم نبود. دبیر ممکن بود برای حفظ مقام خود خواست حاکم را اجرا کند و دهقان می‌توانست بار مالی را بر روستاییان بی‌قدرت بیفکند. دیوان دستگاه عدالت خودکار نبود؛ ابزار اداره بود و در خدمت کسی قرار می‌گرفت که فرمان نهایی را داشت. اما حتی حاکم سختگیر نیز برای گرفتن بیشتر به اطلاعات درست نیاز داشت. از همین رو، دیوان می‌توانست بدون داشتن قدرت نظامی بر تصمیم حکومت اثر بگذارد.</w:t>
      </w:r>
    </w:p>
    <w:p w:rsidR="009F3B78" w:rsidRDefault="00987F03" w:rsidP="00DE2611">
      <w:pPr>
        <w:bidi/>
        <w:ind w:firstLine="720"/>
      </w:pPr>
      <w:r>
        <w:rPr>
          <w:rFonts w:eastAsia="Tahoma"/>
          <w:rtl/>
        </w:rPr>
        <w:t>بقای دیوان همچنین به این علت ممکن شد که فاتحان در آغاز قصد جایگزین‌کردن همهٔ کارگزاران را نداشتند. قشون عرب برای جنگ سازمان یافته بود و شمار کسانی که توانایی ادارهٔ سرزمینی بزرگ را داشتند محدود بود. کنارگذاشتن یکبارهٔ دبیران ساسانی به معنای از دست‌دادن مالیات و ناتوانی در اجرای فرمان بود. حکومت تازه ناچار شد میان بی‌اعتمادی به کارگزاران مغلوب و نیاز به مهارت آنان تعادل برقرار کند.</w:t>
      </w:r>
    </w:p>
    <w:p w:rsidR="009F3B78" w:rsidRDefault="00987F03" w:rsidP="00DE2611">
      <w:pPr>
        <w:bidi/>
        <w:ind w:firstLine="720"/>
      </w:pPr>
      <w:r>
        <w:rPr>
          <w:rFonts w:eastAsia="Tahoma"/>
          <w:rtl/>
        </w:rPr>
        <w:t>برای دبیران نیز همکاری با حاکمان عرب راهی برای ادامهٔ زندگی و حفظ جایگاه بود. آنان تاجی را که به آن خدمت می‌کردند از دست داده بودند و امکان بازگشت حکومت ساسانی هر روز کمتر می‌شد. اگر از کار کنار می‌کشیدند، هم درآمد و مقام خود را از دست می‌دادند و هم ممکن بود دستگاهی که حافظ دانش آنان بود نابود شود. خدمت به خلافت به آنان امکان داد حرفه، خانواده و نفوذ خود را حفظ کنند، هرچند وفاداری‌شان از شاهی ایرانی به حاکمی عرب منتقل می‌شد.</w:t>
      </w:r>
    </w:p>
    <w:p w:rsidR="009F3B78" w:rsidRDefault="00987F03" w:rsidP="00DE2611">
      <w:pPr>
        <w:bidi/>
        <w:ind w:firstLine="720"/>
      </w:pPr>
      <w:r>
        <w:rPr>
          <w:rFonts w:eastAsia="Tahoma"/>
          <w:rtl/>
        </w:rPr>
        <w:t>این انتقال وفاداری را نباید همیشه انتخابی آزاد یا خیانتی ساده دانست. دیوانسالار با واقعیتی روبه‌رو بود که فرمانروای پیشین از میان رفته و مردم همچنان به اداره نیاز داشتند. آب باید تقسیم می‌شد، مالیات باید برآورد می‌گردید و اختلاف‌ها باید حل می‌شدند. ترک همهٔ این کارها فقط حکومت فاتح را گرفتار نمی‌کرد؛ زندگی مردم را نیز به آشفتگی می‌کشاند. بنابراین، ادامهٔ خدمت می‌توانست هم حفظ موقعیت شخصی باشد و هم نگاهداشتن نظمی که جامعه بدون آن آسیب می‌دید.</w:t>
      </w:r>
    </w:p>
    <w:p w:rsidR="009F3B78" w:rsidRDefault="00987F03" w:rsidP="00DE2611">
      <w:pPr>
        <w:bidi/>
        <w:ind w:firstLine="720"/>
      </w:pPr>
      <w:r>
        <w:rPr>
          <w:rFonts w:eastAsia="Tahoma"/>
          <w:rtl/>
        </w:rPr>
        <w:t>دهقانان در این پیوند نقشی اساسی داشتند. آنان مرز میان دیوان و روستا بودند. حاکم و دبیر مرکزی نمی‌توانستند تک‌تک کشاورزان را بشناسند، اما دهقان از زمین، خاندان‌ها و توان پرداخت هر آبادی آگاه بود. حکومت مبلغ یا سهمی را بر ناحیه می‌گذاشت و دهقان آن را میان مردم تقسیم و گردآوری می‌کرد. در برابر، بخشی از اقتدار و دارایی او حفظ می‌شد. این همکاری سبب شد بسیاری از صاحبان قدرت محلی پس از تغییر تاج نیز باقی بمانند.</w:t>
      </w:r>
    </w:p>
    <w:p w:rsidR="009F3B78" w:rsidRDefault="00987F03" w:rsidP="00DE2611">
      <w:pPr>
        <w:bidi/>
        <w:ind w:firstLine="720"/>
      </w:pPr>
      <w:r>
        <w:rPr>
          <w:rFonts w:eastAsia="Tahoma"/>
          <w:rtl/>
        </w:rPr>
        <w:t>در نتیجه، فتح همهٔ ساختمان طبقاتی ساسانی را از میان نبرد. بخشی از بزرگان کشته یا آواره شدند، اما گروهی دیگر با حکومت تازه سازگار شدند. دینکاران زرتشتی پشتیبانی رسمی تاج را از دست دادند، درحالی‌که دبیران و دهقانان به سبب کارکرد ضروری خود امکان بیشتری برای ادامه یافتند. این تفاوت نشان می‌دهد که حکومت تازه آنچه را برای بقای خود لازم داشت حفظ کرد و آنچه را رقیب حقانیت دینی و سیاسی‌اش بود به حاشیه راند.</w:t>
      </w:r>
    </w:p>
    <w:p w:rsidR="009F3B78" w:rsidRDefault="00987F03" w:rsidP="00DE2611">
      <w:pPr>
        <w:bidi/>
        <w:ind w:firstLine="720"/>
      </w:pPr>
      <w:r>
        <w:rPr>
          <w:rFonts w:eastAsia="Tahoma"/>
          <w:rtl/>
        </w:rPr>
        <w:t>دیوان پیشین تنها مالیات گرد نمی‌آورد. مکاتبه با حاکمان نواحی، ثبت فرمان‌ها، نگاهداری اسناد، حساب خزانه و گاه سازمان‌دادن تدارک قشون نیز به آن وابسته بود. قشونی که به منطقه‌ای دور می‌رفت باید بداند خوراک و علوفه‌اش از کجا تأمین می‌شود و چه راهی امن‌تر است. دبیران می‌توانستند نیاز نظامی را به دستورهای مالی و تدارکاتی تبدیل کنند. بدین‌سان، قشون فاتح خود به دانشی وابسته شد که از دستگاه مغلوب آمده بود.</w:t>
      </w:r>
    </w:p>
    <w:p w:rsidR="009F3B78" w:rsidRDefault="00987F03" w:rsidP="00DE2611">
      <w:pPr>
        <w:bidi/>
        <w:ind w:firstLine="720"/>
      </w:pPr>
      <w:r>
        <w:rPr>
          <w:rFonts w:eastAsia="Tahoma"/>
          <w:rtl/>
        </w:rPr>
        <w:t>این وابستگی رابطه‌ای یک‌طرفه نبود. دیوان نیز برای اجرای تصمیم‌هایش به قشون نیاز داشت. دفتر می‌توانست مقدار خراج را بنویسد، اما اگر شهر یا دهقان از پرداخت سر باز می‌زد، نیروی مسلح باید فرمان را اجرا می‌کرد. دیوان بدون قشون قدرت نهایی نداشت و قشون بدون دیوان درآمد پایدار به دست نمی‌آورد. از پیوند این دو، ساختمان تازه‌ای شکل گرفت که در آن عرب‌ها قدرت نظامی و ایرانیان بخش بزرگی از دانش اداری را در اختیار داشتند.</w:t>
      </w:r>
    </w:p>
    <w:p w:rsidR="009F3B78" w:rsidRDefault="00987F03" w:rsidP="00DE2611">
      <w:pPr>
        <w:bidi/>
        <w:ind w:firstLine="720"/>
      </w:pPr>
      <w:r>
        <w:rPr>
          <w:rFonts w:eastAsia="Tahoma"/>
          <w:rtl/>
        </w:rPr>
        <w:t>حاکم عرب میان این دو نیرو قرار می‌گرفت. او از سوی خلیفه یا فرمانده بالاتر منصوب می‌شد و وظیفه داشت امنیت، خراج و قشون را نگاه دارد. اگر بیش از حد به دبیر ایرانی وابسته می‌شد، ممکن بود متهم شود که اداره را به مغلوبان سپرده است؛ اگر دبیران را کنار می‌گذاشت، درآمد کاهش می‌یافت و در برابر مرکز مسئول شناخته می‌شد. بنابراین، بسیاری از حاکمان ناچار شدند کارگزاران پیشین را حفظ کنند و هم‌زمان بر آنان نظارت بگذارند.</w:t>
      </w:r>
    </w:p>
    <w:p w:rsidR="009F3B78" w:rsidRDefault="00987F03" w:rsidP="00DE2611">
      <w:pPr>
        <w:bidi/>
        <w:ind w:firstLine="720"/>
      </w:pPr>
      <w:r>
        <w:rPr>
          <w:rFonts w:eastAsia="Tahoma"/>
          <w:rtl/>
        </w:rPr>
        <w:t>نظارت نیز بدون دیوان ممکن نبود. برای تشخیص خیانت یا کم‌گزارش‌کردن درآمد، حاکم باید دفتر را با دفتر دیگری مقابله می‌کرد، مأمور می‌فرستاد یا از رقیبان اطلاعات می‌گرفت. هرچه حکومت گسترده‌تر شد، اداره‌های بیشتری برای حسابرسی، نامه‌رسانی و دریافت مالیات پدید آمدند. دیوان به جای آنکه با انتقال به خلافت کوچک شود، در صورت‌هایی تازه گسترش یافت.</w:t>
      </w:r>
    </w:p>
    <w:p w:rsidR="009F3B78" w:rsidRDefault="00987F03" w:rsidP="00DE2611">
      <w:pPr>
        <w:bidi/>
        <w:ind w:firstLine="720"/>
      </w:pPr>
      <w:r>
        <w:rPr>
          <w:rFonts w:eastAsia="Tahoma"/>
          <w:rtl/>
        </w:rPr>
        <w:t>واژهٔ «دیوان» در حکومت اسلامی دامنه‌ای پیدا کرد که هم دفتر ثبت و هم ادارهٔ مربوط به آن را دربرمی‌گرفت. دیوان عطا نام جنگاوران و سهم آنان را نگه می‌داشت؛ دیوان خراج درآمد زمین را ثبت می‌کرد؛ و اداره‌های دیگر به نامه‌ها، خاتم و تدارک می‌پرداختند. همهٔ این سازمان‌ها نسخهٔ بی‌تغییر ساسانی نبودند، اما در ساختن آنها تجربهٔ ایران و دیگر سرزمین‌های فتح‌شده حضور داشت. خلافت از ترکیب نیازهای قشون عرب با دانش اداری حکومت‌های پیشین، دستگاه خود را ساخت.</w:t>
      </w:r>
    </w:p>
    <w:p w:rsidR="009F3B78" w:rsidRDefault="00987F03" w:rsidP="00DE2611">
      <w:pPr>
        <w:bidi/>
        <w:ind w:firstLine="720"/>
      </w:pPr>
      <w:r>
        <w:rPr>
          <w:rFonts w:eastAsia="Tahoma"/>
          <w:rtl/>
        </w:rPr>
        <w:t>ثبت نام جنگاوران خود نمونه‌ای از این ترکیب بود. قشون عرب بر پایهٔ قبایل سازمان داشت، اما پرداخت منظم عطا به فهرستی نیازمند بود که نام، سابقه و سهم هر فرد را نگه دارد. سنت شفاهی قبیله برای حکومتی کوچک کافی بود؛ امپراتوری پهناور به دفتر نیاز داشت. همین دفتر قدرتی تازه می‌ساخت، زیرا نام ثبت‌شده حق دریافت ایجاد می‌کرد و نبودن نام فرد را از سهم محروم می‌ساخت.</w:t>
      </w:r>
    </w:p>
    <w:p w:rsidR="009F3B78" w:rsidRDefault="00987F03" w:rsidP="00DE2611">
      <w:pPr>
        <w:bidi/>
        <w:ind w:firstLine="720"/>
      </w:pPr>
      <w:r>
        <w:rPr>
          <w:rFonts w:eastAsia="Tahoma"/>
          <w:rtl/>
        </w:rPr>
        <w:t>بدین‌سان، دیوان فقط فرمان حکومت را اجرا نمی‌کرد؛ جایگاه مردم را نیز تعیین می‌کرد. ثبت نام در دیوان عطا فرد را عضو قشون و دریافت‌کنندهٔ درآمد می‌ساخت. ثبت زمین در دیوان خراج تعهد مالی آن را پایدار می‌کرد. باقی‌ماندن نام نومسلمان در فهرست جزیه او را همچنان در جایگاه ذمی نگاه می‌داشت. دفتر با چند سطر می‌توانست نتیجهٔ ایمان، تبار و مالکیت را به حق یا تکلیف تبدیل کند.</w:t>
      </w:r>
    </w:p>
    <w:p w:rsidR="009F3B78" w:rsidRDefault="00987F03" w:rsidP="00DE2611">
      <w:pPr>
        <w:bidi/>
        <w:ind w:firstLine="720"/>
      </w:pPr>
      <w:r>
        <w:rPr>
          <w:rFonts w:eastAsia="Tahoma"/>
          <w:rtl/>
        </w:rPr>
        <w:t>این قدرت نوشتن سبب شد دبیر در ساختمان حکومت آرام‌آرام جایگاهی فراتر از خدمتگزاری ساده پیدا کند. او می‌دانست فرمان چگونه صورت قانونی و اجرایی می‌یابد، چه عبارتی تعهد ایجاد می‌کند و کدام سند می‌تواند در آینده مورد استناد قرار گیرد. حاکم ممکن بود عوض شود، اما دفتر باقی می‌ماند و دبیر تازه یا قدیم به آن مراجعه می‌کرد. از این رو، دیوان نوعی تداوم در دل تغییرهای سیاسی می‌ساخت.</w:t>
      </w:r>
    </w:p>
    <w:p w:rsidR="009F3B78" w:rsidRDefault="00987F03" w:rsidP="00DE2611">
      <w:pPr>
        <w:bidi/>
        <w:ind w:firstLine="720"/>
      </w:pPr>
      <w:r>
        <w:rPr>
          <w:rFonts w:eastAsia="Tahoma"/>
          <w:rtl/>
        </w:rPr>
        <w:t>تداوم برای خلافتی که حاکمانش مرتب جابه‌جا می‌شدند ارزش بسیار داشت. یک والی ممکن بود چند سال یا حتی چند ماه در ناحیه‌ای بماند، اما مالیات و اداره نمی‌توانست با هر تغییر از نو آغاز شود. دبیران محلی حافظه‌ای فراهم می‌کردند که حاکم تازه از طریق آن می‌فهمید پیشینیان چه پیمانی بسته، چه مقدار گرفته و چه کسانی را منصوب کرده‌اند. هرچه فرمانروایی از جامعه دورتر بود، وابستگی‌اش به این حافظه بیشتر می‌شد.</w:t>
      </w:r>
    </w:p>
    <w:p w:rsidR="009F3B78" w:rsidRDefault="00987F03" w:rsidP="00DE2611">
      <w:pPr>
        <w:bidi/>
        <w:ind w:firstLine="720"/>
      </w:pPr>
      <w:r>
        <w:rPr>
          <w:rFonts w:eastAsia="Tahoma"/>
          <w:rtl/>
        </w:rPr>
        <w:t>در همین حال، زبان فارسی اداری نیز بخشی از این حافظه بود. اصطلاح‌ها، شکل دفترها و روش محاسبه با زبانی پیوند داشتند که نسل‌های دبیران آن را آموخته بودند. انتقال یکبارهٔ همهٔ حساب‌ها به عربی خطر خطا و گسست داشت. به همین علت، حکومت اموی تا چند دهه ادارهٔ بخش‌های پیشین ساسانی را با زبان و کارگزاران فارسی ادامه داد. عربی‌شدن دیوان هنگامی ممکن شد که گروهی از دبیران هر دو زبان و هر دو سنت را می‌شناختند.</w:t>
      </w:r>
    </w:p>
    <w:p w:rsidR="009F3B78" w:rsidRDefault="00987F03" w:rsidP="00DE2611">
      <w:pPr>
        <w:bidi/>
        <w:ind w:firstLine="720"/>
      </w:pPr>
      <w:r>
        <w:rPr>
          <w:rFonts w:eastAsia="Tahoma"/>
          <w:rtl/>
        </w:rPr>
        <w:t>در عراق، تبدیل زبان دیوان از فارسی به عربی در روزگار عبدالملک بن مروان و با سیاست‌های حجاج بن یوسف پیش رفت. در روایت‌های تاریخی، صالح بن عبدالرحمان نقشی برجسته در این انتقال دارد. او با شیوهٔ فارسی دیوان آشنا بود و توانست حساب‌ها را به عربی برگرداند. اهمیت این رویداد در کنارگذاشتن صرف یک زبان نبود؛ حکومت می‌خواست اطلاعات و ابزار اداره را مستقیماً در اختیار کارگزاران عرب‌زبان قرار دهد و وابستگی خود را به دبیران فارسی کاهش دهد.</w:t>
      </w:r>
    </w:p>
    <w:p w:rsidR="009F3B78" w:rsidRDefault="00987F03" w:rsidP="00DE2611">
      <w:pPr>
        <w:bidi/>
        <w:ind w:firstLine="720"/>
      </w:pPr>
      <w:r>
        <w:rPr>
          <w:rFonts w:eastAsia="Tahoma"/>
          <w:rtl/>
        </w:rPr>
        <w:t>اما عربی‌شدن زبان به معنای نابودی تجربهٔ ایرانی نبود. همان دفتر، همان نیاز به ثبت و بخش بزرگی از روش‌های محاسبه ادامه یافتند، هرچند واژه‌ها و خط تغییر کردند. مترجمان و دبیران دو‌زبانه مفاهیم را از یک دستگاه به دستگاه دیگر بردند. اگر حکومت می‌توانست دیوان را عربی کند، به این علت بود که نخست ساختار موجود را آموخته و سپس آن را در زبان خود بازسازی کرده بود.</w:t>
      </w:r>
    </w:p>
    <w:p w:rsidR="009F3B78" w:rsidRDefault="00987F03" w:rsidP="00DE2611">
      <w:pPr>
        <w:bidi/>
        <w:ind w:firstLine="720"/>
      </w:pPr>
      <w:r>
        <w:rPr>
          <w:rFonts w:eastAsia="Tahoma"/>
          <w:rtl/>
        </w:rPr>
        <w:t>این دگرگونی بر جایگاه دبیران ایرانی نیز اثر گذاشت. کسانی که فقط فارسی اداری می‌دانستند ممکن بود بخشی از قدرت خود را از دست بدهند، اما دبیرانی که عربی آموختند راه گسترده‌تری یافتند. آنان دیگر فقط کارگزاران محلی نبودند؛ می‌توانستند در دستگاه خلافت حرکت کنند، برای حاکمان نامه بنویسند و دانش ایرانی را به زبان حکومت تازه منتقل سازند. نسل بعدی دیوانسالاران ایرانی مسلمان و عربی‌نویس از همین گذار پدید آمد.</w:t>
      </w:r>
    </w:p>
    <w:p w:rsidR="009F3B78" w:rsidRDefault="00987F03" w:rsidP="00DE2611">
      <w:pPr>
        <w:bidi/>
        <w:ind w:firstLine="720"/>
      </w:pPr>
      <w:r>
        <w:rPr>
          <w:rFonts w:eastAsia="Tahoma"/>
          <w:rtl/>
        </w:rPr>
        <w:t>اسلام‌آوردن برای دبیران فقط تغییر دین نبود؛ امکان ورود کامل‌تر به دستگاه فرمانروایی را فراهم می‌کرد. دبیر زرتشتی می‌توانست به سبب مهارت خود حفظ شود، اما به بالاترین حلقه‌های اعتماد حاکم راهی دشوارتر داشت. نومسلمان ایرانی هم زبان و روش پیشین را می‌دانست و هم از نظر دینی عضو جامعهٔ حکومت بود. این ترکیب او را به واسطه‌ای مناسب میان مردم ایران و خلافت تبدیل می‌کرد.</w:t>
      </w:r>
    </w:p>
    <w:p w:rsidR="009F3B78" w:rsidRDefault="00987F03" w:rsidP="00DE2611">
      <w:pPr>
        <w:bidi/>
        <w:ind w:firstLine="720"/>
      </w:pPr>
      <w:r>
        <w:rPr>
          <w:rFonts w:eastAsia="Tahoma"/>
          <w:rtl/>
        </w:rPr>
        <w:t>از دل همین گروه، خاندان‌هایی پدید آمدند که چند نسل در اداره ماندند. دانش دیوانی اغلب در خانواده انتقال می‌یافت؛ پدر خط، حساب، اصطلاح و آداب خدمت را به پسر می‌آموخت. حکومت‌ها تغییر می‌کردند، اما خاندان دبیر می‌توانست با تاج یا خلیفهٔ تازه سازگار شود. این ماندگاری بعدها در قدرت برمکیان و دیگر خاندان‌های ایرانی آشکارتر شد، ولی ریشهٔ آن در همین توانایی انتقال تجربه قرار داشت.</w:t>
      </w:r>
    </w:p>
    <w:p w:rsidR="009F3B78" w:rsidRDefault="00987F03" w:rsidP="00DE2611">
      <w:pPr>
        <w:bidi/>
        <w:ind w:firstLine="720"/>
      </w:pPr>
      <w:r>
        <w:rPr>
          <w:rFonts w:eastAsia="Tahoma"/>
          <w:rtl/>
        </w:rPr>
        <w:t>دیوان همچنین راه ورود اندیشه‌های کشورداری ایران به جهان اسلامی شد. دبیران فقط عدد و نامه منتقل نکردند؛ تصوری از شاه، عدالت، نظم طبقاتی، وظیفهٔ وزیر و رابطهٔ خزانه و قشون را نیز با خود بردند. بخشی از این اندیشه‌ها بعدها در کتاب‌های ادب، اندرزنامه‌ها و آثار سیاسی به عربی نوشته شد. حکومت اسلامی، در حالی که از نظر دینی با ساسانیان تفاوت بنیادی داشت، در عمل بسیاری از پرسش‌ها و پاسخ‌های کشورداری آنان را دوباره کشف کرد.</w:t>
      </w:r>
    </w:p>
    <w:p w:rsidR="009F3B78" w:rsidRDefault="00987F03" w:rsidP="00DE2611">
      <w:pPr>
        <w:bidi/>
        <w:ind w:firstLine="720"/>
      </w:pPr>
      <w:r>
        <w:rPr>
          <w:rFonts w:eastAsia="Tahoma"/>
          <w:rtl/>
        </w:rPr>
        <w:t>مفهوم عدالت مالی یکی از این موارد بود. حکومت می‌آموخت اگر مالیات بیش از توان مردم باشد، تولید و در نتیجه درآمد آینده کاهش می‌یابد. این اندیشه نه از مهربانی صرف، بلکه از تجربهٔ طولانی اداره سرچشمه می‌گرفت. دبیر می‌توانست به حاکم نشان دهد که حفظ کشاورز و آبادی برای خزانه سودمندتر از غارت کوتاه‌مدت است. بعدها این رابطه در اندرزنامه‌ها به صورت وظیفهٔ فرمانروا در آبادانی کشور بیان شد.</w:t>
      </w:r>
    </w:p>
    <w:p w:rsidR="009F3B78" w:rsidRDefault="00987F03" w:rsidP="00DE2611">
      <w:pPr>
        <w:bidi/>
        <w:ind w:firstLine="720"/>
      </w:pPr>
      <w:r>
        <w:rPr>
          <w:rFonts w:eastAsia="Tahoma"/>
          <w:rtl/>
        </w:rPr>
        <w:t>بااین‌همه، نباید دیوان را نیرویی مستقل و همیشه مدافع جامعه دانست. دبیر معاش و امنیت خود را از حکومت می‌گرفت و ممکن بود برای خشنودی حاکم فشار مالی را افزایش دهد، حساب‌ها را دستکاری کند یا رقیبان را حذف نماید. نزدیک‌بودن به اطلاعات و فرمان امکان ثروت‌اندوزی و فساد نیز فراهم می‌کرد. همان دستگاهی که می‌توانست خواست قشون را محدود کند، می‌توانست ابزار دقیق‌تر بهره‌کشی از مردم شود.</w:t>
      </w:r>
    </w:p>
    <w:p w:rsidR="009F3B78" w:rsidRDefault="00987F03" w:rsidP="00DE2611">
      <w:pPr>
        <w:bidi/>
        <w:ind w:firstLine="720"/>
      </w:pPr>
      <w:r>
        <w:rPr>
          <w:rFonts w:eastAsia="Tahoma"/>
          <w:rtl/>
        </w:rPr>
        <w:t>به همین دلیل، میان قشون و دیوان هم همکاری و هم بدگمانی وجود داشت. جنگاور دبیر را کسی می‌دید که بدون جنگیدن به خزانه نزدیک است و با قلم بر سهم مردم و قشون اثر می‌گذارد. دبیر نیز قشون را نیرویی می‌دید که خواست فوری‌اش می‌تواند حساب و آبادانی را نابود کند. حاکم برای ماندن به هر دو نیاز داشت و می‌کوشید هیچ‌یک چنان نیرومند نشود که فرمان او را به چالش بکشد.</w:t>
      </w:r>
    </w:p>
    <w:p w:rsidR="009F3B78" w:rsidRDefault="00987F03" w:rsidP="00DE2611">
      <w:pPr>
        <w:bidi/>
        <w:ind w:firstLine="720"/>
      </w:pPr>
      <w:r>
        <w:rPr>
          <w:rFonts w:eastAsia="Tahoma"/>
          <w:rtl/>
        </w:rPr>
        <w:t>این مثلث نخستین صورت یکی از رابطه‌های ماندگار کشورداری ایران اسلامی شد: حاکم فرمان می‌داد، قشون قدرت اجرای نهایی را داشت و دیوان فرمان را به اداره و درآمد تبدیل می‌کرد. در کنار آنان، دینکاران اسلامی حقانیت دینی حکومت را توضیح می‌دادند و دربارهٔ مالیات، ذمه و اطاعت حکم می‌ساختند. چهار نیروی تاج یا خلافت، قشون، دینکاران و دیوان در صورت تازه‌ای کنار یکدیگر قرار گرفتند.</w:t>
      </w:r>
    </w:p>
    <w:p w:rsidR="009F3B78" w:rsidRDefault="00987F03" w:rsidP="00DE2611">
      <w:pPr>
        <w:bidi/>
        <w:ind w:firstLine="720"/>
      </w:pPr>
      <w:r>
        <w:rPr>
          <w:rFonts w:eastAsia="Tahoma"/>
          <w:rtl/>
        </w:rPr>
        <w:t>در این آرایش، دیوان ساسانی دیگر به شاه ساسانی وفادار نبود، اما دانشی که ساخته بود در خلافت ادامه یافت. حکومت فاتح توانست از راه همین دانش بر سرزمینی فرمان براند که زبان و سنتش را نمی‌شناخت. در برابر، ایرانیان از طریق دیوان راهی به درون حکومت یافتند. آنان ابتدا فرمان دیگران را ثبت و اجرا کردند، اما به‌تدریج بر شیوهٔ تصمیم‌گیری، زبان سیاسی و تصور فرمانروایی اثر گذاشتند.</w:t>
      </w:r>
    </w:p>
    <w:p w:rsidR="009F3B78" w:rsidRDefault="00987F03" w:rsidP="00DE2611">
      <w:pPr>
        <w:bidi/>
        <w:ind w:firstLine="720"/>
      </w:pPr>
      <w:r>
        <w:rPr>
          <w:rFonts w:eastAsia="Tahoma"/>
          <w:rtl/>
        </w:rPr>
        <w:t>پس بقای دیوان فقط نجات گروهی از دبیران نبود. دیوان پلی شد که کشور شکست‌خورده از روی آن بخشی از تجربهٔ خود را به حکومت فاتح منتقل کرد. تاج افتاد، اما حافظهٔ اداره باقی ماند؛ خط و زبان تغییر کرد، اما نیاز به دفتر و دانش ثبت از میان نرفت؛ فرمانروا عرب بود، اما برای گردآوری درآمد ایران ناچار شد با منطق دستگاه ایرانی حکومت کند.</w:t>
      </w:r>
    </w:p>
    <w:p w:rsidR="009F3B78" w:rsidRDefault="00987F03" w:rsidP="00DE2611">
      <w:pPr>
        <w:bidi/>
        <w:ind w:firstLine="720"/>
      </w:pPr>
      <w:r>
        <w:rPr>
          <w:rFonts w:eastAsia="Tahoma"/>
          <w:rtl/>
        </w:rPr>
        <w:t>این انتقال بر معنای خود خلافت نیز اثر گذاشت. خلافت در آغاز می‌توانست خود را فرماندهی جامعه‌ای از مؤمنان و قشونی در حال گسترش بداند، اما ادارهٔ سرزمین‌های پهناور آن را به حکومتی با خزانه، مراتب اداری، نامه‌نگاری منظم و کارگزاران حرفه‌ای تبدیل کرد. هر اداره‌ای که ساخته می‌شد فاصلهٔ حکومت را از سادگی نخستین بیشتر می‌کرد و آن را به شاهنشاهی‌های پیشین نزدیک‌تر می‌ساخت. این نزدیکی به معنای همانندی کامل نبود؛ خلیفه همچنان حق فرمانروایی خود را از اسلام می‌گرفت و عنوان شاهنشاه نداشت. بااین‌همه، نیازهای کشورداری پاسخ‌هایی می‌طلبیدند که پیش‌تر نیز در ایران آزموده شده بودند. هنگامی که خلیفه برای دیدن مردم پرده و حاجب به کار گرفت، برای اداره وزیر و دبیر برگزید و درآمد ولایت‌ها را در دفترهای جدا ثبت کرد، حکومت اسلامی دیگر تنها گردهمایی قبایل فاتح نبود. دیوان ایرانی بدون بازگرداندن تاج ساسانی، بخشی از صورت و منطق فرمانروایی آن را به خلافت منتقل می‌کرد.</w:t>
      </w:r>
    </w:p>
    <w:p w:rsidR="009F3B78" w:rsidRDefault="00987F03" w:rsidP="00DE2611">
      <w:pPr>
        <w:bidi/>
        <w:ind w:firstLine="720"/>
      </w:pPr>
      <w:r>
        <w:rPr>
          <w:rFonts w:eastAsia="Tahoma"/>
          <w:rtl/>
        </w:rPr>
        <w:t>این تحول جایگاه قلم را نیز دگرگون ساخت. در میدان جنگ، شمشیر نتیجه را تعیین می‌کرد؛ پس از جنگ، نوشته بود که نتیجه را پایدار می‌ساخت. پیمان، فرمان انتصاب، سند مالیات و فهرست عطا همه با قلم ساخته می‌شدند. دیوانسالار نمی‌توانست بدون قشون حکومت کند، اما قشون نیز بدون آنچه او می‌نوشت نمی‌دانست چه کسی باید بپردازد، چه کسی باید بگیرد و فرمان تا کجا اعتبار دارد. از همین‌جا قلم به نیرویی در کنار شمشیر تبدیل شد؛ نیرویی که بعدها می‌توانست نه تنها خدمتگزار حاکم، بلکه محدودکننده، راهنما و گاه سازندهٔ او باشد.</w:t>
      </w:r>
    </w:p>
    <w:p w:rsidR="009F3B78" w:rsidRDefault="00987F03" w:rsidP="00DE2611">
      <w:pPr>
        <w:bidi/>
        <w:ind w:firstLine="720"/>
      </w:pPr>
      <w:r>
        <w:rPr>
          <w:rFonts w:eastAsia="Tahoma"/>
          <w:rtl/>
        </w:rPr>
        <w:t>این پیوند در دورهٔ اموی هنوز نابرابر و پرتنش بود. قشون و حاکمان عرب می‌خواستند امتیاز فتح را حفظ کنند، درحالی‌که موالی و دبیران ایرانی هر روز برای حکومت ضروری‌تر می‌شدند. هرچه دیوان به ایرانیان امکان ورود به قدرت می‌داد، فاصلهٔ میان نقش واقعی آنان و جایگاه فروترشان آشکارتر می‌شد. نارضایتی‌ای که از مالیات و تبعیض آغاز شده بود اکنون در میان کسانی رشد می‌کرد که خود دستگاه حکومت را می‌گرداندند.</w:t>
      </w:r>
    </w:p>
    <w:p w:rsidR="009F3B78" w:rsidRDefault="00987F03" w:rsidP="00DE2611">
      <w:pPr>
        <w:bidi/>
        <w:ind w:firstLine="720"/>
      </w:pPr>
      <w:r>
        <w:rPr>
          <w:rFonts w:eastAsia="Tahoma"/>
          <w:rtl/>
        </w:rPr>
        <w:t>فصل بعد از همین تضاد آغاز می‌شود. امویان بر برتری قشون و قبایل عرب تکیه داشتند، اما خلافتشان برای اداره و درآمد به نومسلمانان و دیوانسالاران ایرانی وابسته شده بود. ایرانیان مسلمان مالیات می‌دادند، در قشون می‌جنگیدند و دفترها را می‌گرداندند، ولی سهم برابر در قدرت نداشتند. این ناسازگاری، نارضایتی موالی را از شکایتی اجتماعی به نیرویی سیاسی تبدیل کرد که سرانجام بنیان حکومت اموی را لرزاند.</w:t>
      </w:r>
    </w:p>
    <w:p w:rsidR="009F3B78" w:rsidRPr="00DE2611" w:rsidRDefault="00987F03" w:rsidP="00987F03">
      <w:pPr>
        <w:pageBreakBefore/>
        <w:bidi/>
        <w:jc w:val="center"/>
        <w:rPr>
          <w:rFonts w:asciiTheme="majorBidi" w:hAnsiTheme="majorBidi" w:cstheme="majorBidi"/>
          <w:bCs/>
          <w:sz w:val="36"/>
          <w:szCs w:val="36"/>
        </w:rPr>
      </w:pPr>
      <w:bookmarkStart w:id="8" w:name="Vol7Chapter06"/>
      <w:bookmarkEnd w:id="8"/>
      <w:r w:rsidRPr="00DE2611">
        <w:rPr>
          <w:rFonts w:asciiTheme="majorBidi" w:eastAsia="Tahoma" w:hAnsiTheme="majorBidi" w:cstheme="majorBidi"/>
          <w:bCs/>
          <w:sz w:val="36"/>
          <w:szCs w:val="36"/>
          <w:rtl/>
        </w:rPr>
        <w:t>فصل ششم</w:t>
      </w:r>
    </w:p>
    <w:p w:rsidR="009F3B78" w:rsidRPr="00DE2611" w:rsidRDefault="00987F03" w:rsidP="00987F03">
      <w:pPr>
        <w:bidi/>
        <w:jc w:val="center"/>
        <w:rPr>
          <w:rFonts w:asciiTheme="majorBidi" w:hAnsiTheme="majorBidi" w:cstheme="majorBidi"/>
          <w:bCs/>
          <w:sz w:val="36"/>
          <w:szCs w:val="36"/>
        </w:rPr>
      </w:pPr>
      <w:r w:rsidRPr="00DE2611">
        <w:rPr>
          <w:rFonts w:asciiTheme="majorBidi" w:eastAsia="Tahoma" w:hAnsiTheme="majorBidi" w:cstheme="majorBidi"/>
          <w:bCs/>
          <w:sz w:val="36"/>
          <w:szCs w:val="36"/>
          <w:rtl/>
        </w:rPr>
        <w:t>امویان و نارضایتی نومسلمانان</w:t>
      </w:r>
    </w:p>
    <w:p w:rsidR="009F3B78" w:rsidRDefault="00987F03" w:rsidP="00DE2611">
      <w:pPr>
        <w:bidi/>
        <w:ind w:firstLine="720"/>
      </w:pPr>
      <w:r>
        <w:rPr>
          <w:rFonts w:eastAsia="Tahoma"/>
          <w:rtl/>
        </w:rPr>
        <w:t>حکومت اموی در سال ۶۶۱ میلادی، پس از جنگ‌های داخلی نخستین جامعهٔ اسلامی، بر پایه‌ای متفاوت از خلافت پیش از خود استوار شد. معاویه توانست قشون شام، دستگاه اداری و شبکهٔ حاکمان را زیر فرمانی نسبتاً پایدار گرد آورد و مرکز قدرت را در دمشق قرار دهد. خلافت از شورایی محدود میان بزرگان نخستین مسلمانان به حکومتی موروثی نزدیک شد که برای نگاهداری سرزمین‌های پهناور به خاندان فرمانروا، قشون منظم و درآمد ولایت‌ها تکیه داشت. این دگرگونی برای ایران اهمیت مستقیم داشت، زیرا فرمان نهایی از مرکزی دور صادر می‌شد و حاکمان عرب باید مالیات و نیروی انسانی ایران را در خدمت آن مرکز قرار می‌دادند.</w:t>
      </w:r>
    </w:p>
    <w:p w:rsidR="009F3B78" w:rsidRDefault="00987F03" w:rsidP="00DE2611">
      <w:pPr>
        <w:bidi/>
        <w:ind w:firstLine="720"/>
      </w:pPr>
      <w:r>
        <w:rPr>
          <w:rFonts w:eastAsia="Tahoma"/>
          <w:rtl/>
        </w:rPr>
        <w:t>امویان وارث فتوحات گسترده‌ای بودند که هنوز در بسیاری از مناطق استوار نشده بود. شورش شهرها، ناپایداری پیمان‌ها، کشمکش قبایل و مقاومت مرزهای شرقی ادامه داشت. حکومت برای حفظ آنچه گرفته شده بود به قشونی وفادار نیاز داشت و وفاداری قشون با عطا، غنیمت و امتیاز پیوند می‌خورد. عرب‌هایی که خود یا پدرانشان در فتح شرکت کرده بودند حکومت را حاصل کوشش و خون خویش می‌دانستند و انتظار نداشتند مردمان مغلوب، حتی پس از اسلام‌آوردن، بی‌درنگ با آنان برابر شوند.</w:t>
      </w:r>
    </w:p>
    <w:p w:rsidR="009F3B78" w:rsidRDefault="00987F03" w:rsidP="00DE2611">
      <w:pPr>
        <w:bidi/>
        <w:ind w:firstLine="720"/>
      </w:pPr>
      <w:r>
        <w:rPr>
          <w:rFonts w:eastAsia="Tahoma"/>
          <w:rtl/>
        </w:rPr>
        <w:t>در همین‌جا پایهٔ تضاد با نومسلمانان ساخته شد. خلافت خود را حکومت اسلام می‌دانست و حقانیت حکمرانی‌اش را از دین می‌گرفت، اما ساختمان سیاسی آن بر برتری عرب فاتح استوار بود. ایرانی می‌توانست مسلمان شود، نماز بخواند، در مسجد حضور یابد و در قشون خدمت کند، ولی هنوز برای ورود به جامعهٔ عرب به پیوند ولا نیاز داشت و در عطا، فرماندهی و منزلت اجتماعی از عرب پایین‌تر می‌ماند. حکومت ایمان او را می‌پذیرفت، اما همهٔ پیامدهای برابری دینی را نمی‌پذیرفت.</w:t>
      </w:r>
    </w:p>
    <w:p w:rsidR="009F3B78" w:rsidRDefault="00987F03" w:rsidP="00DE2611">
      <w:pPr>
        <w:bidi/>
        <w:ind w:firstLine="720"/>
      </w:pPr>
      <w:r>
        <w:rPr>
          <w:rFonts w:eastAsia="Tahoma"/>
          <w:rtl/>
        </w:rPr>
        <w:t>این نابرابری فقط در رفتار روزانه دیده نمی‌شد؛ دیوان و خزانه آن را ثبت می‌کردند. نام جنگاور عرب در فهرست عطا قرار داشت و درآمد سرزمین‌های فتح‌شده معاش او را فراهم می‌کرد. نومسلمان ایرانی ممکن بود در همان قشون بجنگد، اما سهمی کمتر بگیرد یا اصلاً در ردیف دریافت‌کنندگان اصلی ثبت نشود. در برخی نواحی حتی جزیه یا پرداختی همانند آن از او ادامه می‌یافت، زیرا مأموران نمی‌خواستند با پذیرش مسلمانی‌اش درآمد حکومت کاهش پیدا کند.</w:t>
      </w:r>
    </w:p>
    <w:p w:rsidR="009F3B78" w:rsidRDefault="00987F03" w:rsidP="00DE2611">
      <w:pPr>
        <w:bidi/>
        <w:ind w:firstLine="720"/>
      </w:pPr>
      <w:r>
        <w:rPr>
          <w:rFonts w:eastAsia="Tahoma"/>
          <w:rtl/>
        </w:rPr>
        <w:t>بدین‌سان، نومسلمان با تناقضی آشکار روبه‌رو بود. اگر اسلام او حقیقی بود، چرا باید مالیات مخصوص غیرمسلمان را بپردازد؟ اگر در راه حکومت می‌جنگید، چرا سهمش با عرب برابر نبود؟ اگر دفتر و خزانه را می‌گرداند، چرا فرمان و مقام‌های اصلی در انحصار قبایل فاتح باقی می‌ماند؟ این پرسش‌ها در آغاز شکایت‌هایی پراکنده بودند، اما با افزایش شمار موالی و نقش آنان در قشون و دیوان به مسئله‌ای سیاسی تبدیل شدند.</w:t>
      </w:r>
    </w:p>
    <w:p w:rsidR="009F3B78" w:rsidRDefault="00987F03" w:rsidP="00DE2611">
      <w:pPr>
        <w:bidi/>
        <w:ind w:firstLine="720"/>
      </w:pPr>
      <w:r>
        <w:rPr>
          <w:rFonts w:eastAsia="Tahoma"/>
          <w:rtl/>
        </w:rPr>
        <w:t>حکومت اموی نمی‌توانست به‌آسانی امتیاز عرب را از میان ببرد. قشون پایهٔ قدرت آن بود و قبایل عرب نیروی اصلی نظامی را فراهم می‌کردند. کاهش عطا یا برابرکردن موالی می‌توانست جنگاورانی را که حکومت به وفاداری‌شان محتاج بود ناراضی کند. از سوی دیگر، ادامهٔ تبعیض موالی را از خلافت دور می‌ساخت. امویان میان حفظ پشتیبانی عرب و گسترش پایهٔ اسلامی حکومت گرفتار شدند و غالباً راه نخست را برگزیدند.</w:t>
      </w:r>
    </w:p>
    <w:p w:rsidR="009F3B78" w:rsidRDefault="00987F03" w:rsidP="00DE2611">
      <w:pPr>
        <w:bidi/>
        <w:ind w:firstLine="720"/>
      </w:pPr>
      <w:r>
        <w:rPr>
          <w:rFonts w:eastAsia="Tahoma"/>
          <w:rtl/>
        </w:rPr>
        <w:t>این انتخاب در همهٔ دوره‌ها و نواحی یکسان نبود. برخی حاکمان با موالی رفتاری نرم‌تر داشتند و برخی از مهارت آنان استفاده می‌کردند. عمر بن عبدالعزیز کوشید از نومسلمانان جزیه گرفته نشود و عضویت دینی آنان جدی گرفته شود. اما حکومت او کوتاه بود و اصلاحش با مقاومت مأمورانی روبه‌رو شد که کاهش درآمد را خطر می‌دانستند. پس از او، تناقض مالی و سیاسی دوباره خود را نشان داد.</w:t>
      </w:r>
    </w:p>
    <w:p w:rsidR="009F3B78" w:rsidRDefault="00987F03" w:rsidP="00DE2611">
      <w:pPr>
        <w:bidi/>
        <w:ind w:firstLine="720"/>
      </w:pPr>
      <w:r>
        <w:rPr>
          <w:rFonts w:eastAsia="Tahoma"/>
          <w:rtl/>
        </w:rPr>
        <w:t>خراسان مهم‌ترین جایی بود که این تناقض در آن به بحران رسید. این سرزمین از مرکز خلافت دور، پهناور و پر از شهرها و حاکمان محلی بود. قشون عرب برای فتح و نگاهداری آن در شهرهایی چون مرو مستقر شد و قبایل گوناگون همراه خود رقابت‌های دیرینه را آوردند. در کنار آنان، ایرانیان مسلمان، دهقانان، کشاورزان و دبیران زندگی می‌کردند که هر روز برای اداره و جنگ ضروری‌تر می‌شدند، اما جایگاهی برابر نداشتند.</w:t>
      </w:r>
    </w:p>
    <w:p w:rsidR="009F3B78" w:rsidRDefault="00987F03" w:rsidP="00DE2611">
      <w:pPr>
        <w:bidi/>
        <w:ind w:firstLine="720"/>
      </w:pPr>
      <w:r>
        <w:rPr>
          <w:rFonts w:eastAsia="Tahoma"/>
          <w:rtl/>
        </w:rPr>
        <w:t>استقرار عرب‌ها در خراسان با استقرار در عراق تفاوت‌هایی داشت. فاصلهٔ زیاد از دمشق و کوفه سبب می‌شد حاکم محلی آزادی عمل بیشتری داشته باشد. قشون برای ادامهٔ پیشروی به ماوراءالنهر و نگاهداری مرزها به همکاری مردم منطقه نیاز داشت. ایرانیان می‌توانستند راهنما، مترجم، دبیر، تأمین‌کنندهٔ تدارک و جنگاور باشند. هرچه فتوحات به شرق می‌رفت، حکومت کمتر می‌توانست تنها با نیروی قبایل عرب عمل کند.</w:t>
      </w:r>
    </w:p>
    <w:p w:rsidR="009F3B78" w:rsidRDefault="00987F03" w:rsidP="00DE2611">
      <w:pPr>
        <w:bidi/>
        <w:ind w:firstLine="720"/>
      </w:pPr>
      <w:r>
        <w:rPr>
          <w:rFonts w:eastAsia="Tahoma"/>
          <w:rtl/>
        </w:rPr>
        <w:t>بااین‌همه، نیاز به موالی به برابری آنان نینجامید. جنگاور ایرانی ممکن بود در میدان همان خطر را بپذیرد، اما غنیمت و عطا بر اساس جایگاه قبیله‌ای تقسیم شود. دبیر ایرانی ممکن بود حساب قشون را نگه دارد، اما فرمانده عرب بر او حکم براند. کشاورز نومسلمان نیز ممکن بود همچنان زیر فشار مأمورانی بماند که او را پیش از هر چیز منبع درآمد می‌دیدند. از این رو، خدمت بیشتر همیشه منزلت بیشتر به دنبال نداشت و گاه احساس بی‌عدالتی را شدیدتر می‌کرد.</w:t>
      </w:r>
    </w:p>
    <w:p w:rsidR="009F3B78" w:rsidRDefault="00987F03" w:rsidP="00DE2611">
      <w:pPr>
        <w:bidi/>
        <w:ind w:firstLine="720"/>
      </w:pPr>
      <w:r>
        <w:rPr>
          <w:rFonts w:eastAsia="Tahoma"/>
          <w:rtl/>
        </w:rPr>
        <w:t>رقابت میان قبایل عرب خود حکومت اموی را نیز فرسوده ساخت. قبایل شمالی و جنوبی، که بعدها غالباً با نام‌های مضری و یمنی شناخته شدند، بر سر مقام، زمین، غنیمت و نفوذ رقابت می‌کردند. حاکم تازه ممکن بود گروهی را بالا ببرد و گروه دیگر را کنار بزند. در خراسان، این کشمکش چنان شدید شد که نیروی عرب به جای ایستادن یکپارچه در برابر مخالفان، در درون خود تقسیم گردید.</w:t>
      </w:r>
    </w:p>
    <w:p w:rsidR="009F3B78" w:rsidRDefault="00987F03" w:rsidP="00DE2611">
      <w:pPr>
        <w:bidi/>
        <w:ind w:firstLine="720"/>
      </w:pPr>
      <w:r>
        <w:rPr>
          <w:rFonts w:eastAsia="Tahoma"/>
          <w:rtl/>
        </w:rPr>
        <w:t>برای موالی، این رقابت هم خطر بود و هم فرصت. آنان ممکن بود به قبیله یا جناحی بپیوندند و از حمایت آن بهره ببرند، اما در جنگی گرفتار می‌شدند که سرچشمه‌اش منافع اشراف عرب بود. از سوی دیگر، اختلاف قبایل مانع می‌شد حکومت بتواند نیروی خود را یکپارچه علیه معترضان به کار گیرد. هر جنبشی که از مرز قبیله فراتر می‌رفت می‌توانست نومسلمانان و عرب‌های ناراضی را هم‌زمان جذب کند.</w:t>
      </w:r>
    </w:p>
    <w:p w:rsidR="009F3B78" w:rsidRDefault="00987F03" w:rsidP="00DE2611">
      <w:pPr>
        <w:bidi/>
        <w:ind w:firstLine="720"/>
      </w:pPr>
      <w:r>
        <w:rPr>
          <w:rFonts w:eastAsia="Tahoma"/>
          <w:rtl/>
        </w:rPr>
        <w:t>امویان برای استوارکردن حکومت به عربی‌کردن دیوان و سکه نیز روی آوردند. این سیاست وابستگی مستقیم آنان را به زبان و نمادهای حکومت‌های پیشین کاهش داد و صورت واحدتری به خلافت بخشید. اما عربی‌شدن دیوان ایرانیان را از دستگاه بیرون نکرد. دبیران دو‌زبانه، موالی مسلمان و خاندان‌های اداری همچنان ضروری بودند. آنان زبان تازه را آموختند و دانش پیشین را در آن جاری ساختند.</w:t>
      </w:r>
    </w:p>
    <w:p w:rsidR="009F3B78" w:rsidRDefault="00987F03" w:rsidP="00DE2611">
      <w:pPr>
        <w:bidi/>
        <w:ind w:firstLine="720"/>
      </w:pPr>
      <w:r>
        <w:rPr>
          <w:rFonts w:eastAsia="Tahoma"/>
          <w:rtl/>
        </w:rPr>
        <w:t>همین ایرانیان عربی‌دان به‌تدریج فاصلهٔ میان توانایی خود و جایگاه سیاسی‌شان را بهتر دیدند. آنان می‌توانستند فرمان حاکم را بنویسند، حساب ولایت را تنظیم کنند و آثار سیاسی و ادبی ایران را به عربی منتقل سازند، اما هنوز در برابر اشراف عرب فروتر شمرده شوند. تبعیض دیگر فقط بر مردمی بیرون از حکومت تحمیل نمی‌شد؛ کسانی آن را تجربه می‌کردند که در قلب دستگاه کار می‌کردند.</w:t>
      </w:r>
    </w:p>
    <w:p w:rsidR="009F3B78" w:rsidRDefault="00987F03" w:rsidP="00DE2611">
      <w:pPr>
        <w:bidi/>
        <w:ind w:firstLine="720"/>
      </w:pPr>
      <w:r>
        <w:rPr>
          <w:rFonts w:eastAsia="Tahoma"/>
          <w:rtl/>
        </w:rPr>
        <w:t>اسلام نیز زبان اعتراض در اختیار آنان قرار می‌داد. نومسلمان برای درخواست برابری لازم نبود به دین پیشین یا تاج ساسانی بازگردد. او می‌توانست از خود اسلام بپرسد چرا مؤمنان بر اساس تبار از یکدیگر جدا می‌شوند. این پرسش اعتراض ایرانی را از شورش قومی صرف فراتر می‌برد و امکان پیوند با عرب‌های مسلمان ناراضی را فراهم می‌کرد. مسئله دیگر فقط ایران در برابر عرب نبود؛ حکومت امتیازطلب در برابر مسلمانانی بود که عدالت و برابری بیشتری می‌خواستند.</w:t>
      </w:r>
    </w:p>
    <w:p w:rsidR="009F3B78" w:rsidRDefault="00987F03" w:rsidP="00DE2611">
      <w:pPr>
        <w:bidi/>
        <w:ind w:firstLine="720"/>
      </w:pPr>
      <w:r>
        <w:rPr>
          <w:rFonts w:eastAsia="Tahoma"/>
          <w:rtl/>
        </w:rPr>
        <w:t>خاندان علی و خاطرهٔ کشته‌شدن حسین در کربلا یکی از سرچشمه‌های نیرومند اعتراض به امویان شد. گروه‌های گوناگون از این خاطره برداشت‌های متفاوت داشتند، اما همه می‌توانستند آن را نشانهٔ فاصلهٔ حکومت اموی از عدالت دینی بدانند. موالی نیز در جنبش‌های طرفدار خاندان پیامبر حضور یافتند، زیرا این جنبش‌ها وعده می‌دادند حق فرمانروایی از خاندان و قشون اموی فراتر رود.</w:t>
      </w:r>
    </w:p>
    <w:p w:rsidR="009F3B78" w:rsidRDefault="00987F03" w:rsidP="00DE2611">
      <w:pPr>
        <w:bidi/>
        <w:ind w:firstLine="720"/>
      </w:pPr>
      <w:r>
        <w:rPr>
          <w:rFonts w:eastAsia="Tahoma"/>
          <w:rtl/>
        </w:rPr>
        <w:t>قیام مختار در کوفه در دههٔ ۶۸۰ میلادی نمونه‌ای مهم بود. مختار به نام محمد بن حنفیه، فرزند علی، قیام کرد و برای موالی جایگاهی گسترده‌تر در قشون و جنبش خود فراهم آورد. ایرانیان نومسلمان که در جامعهٔ کوفه فروتر شمرده می‌شدند اکنون می‌توانستند سلاح بگیرند و در نیرویی سیاسی نقش داشته باشند. همین حضور، اشراف عرب را نگران کرد و نشان داد که برابری نظامی موالی می‌تواند انحصار آنان را بشکند.</w:t>
      </w:r>
    </w:p>
    <w:p w:rsidR="009F3B78" w:rsidRDefault="00987F03" w:rsidP="00DE2611">
      <w:pPr>
        <w:bidi/>
        <w:ind w:firstLine="720"/>
      </w:pPr>
      <w:r>
        <w:rPr>
          <w:rFonts w:eastAsia="Tahoma"/>
          <w:rtl/>
        </w:rPr>
        <w:t>جنبش مختار شکست خورد، اما تجربهٔ آن باقی ماند. موالی دریافتند که سازمان سیاسی می‌تواند آنان را از وابستگی فردی به قبیله به نیرویی جمعی تبدیل کند. صاحبان قدرت نیز فهمیدند که نارضایتی نومسلمانان فقط شکایت از مالیات نیست؛ اگر رهبری و شعار مناسب پیدا کند می‌تواند قشون بسازد و حکومت را تهدید کند.</w:t>
      </w:r>
    </w:p>
    <w:p w:rsidR="009F3B78" w:rsidRDefault="00987F03" w:rsidP="00DE2611">
      <w:pPr>
        <w:bidi/>
        <w:ind w:firstLine="720"/>
      </w:pPr>
      <w:r>
        <w:rPr>
          <w:rFonts w:eastAsia="Tahoma"/>
          <w:rtl/>
        </w:rPr>
        <w:t>خوارج نیز در بخش‌هایی از ایران و عراق جاذبه‌ای متفاوت داشتند. آنان در نظریه تأکید می‌کردند هر مسلمان شایسته‌ای، بدون وابستگی به قریش یا خاندان خاص، می‌تواند رهبری جامعه را بر عهده گیرد. این دیدگاه برای کسانی که از انحصار تبار و قبیله رنج می‌بردند جذاب بود. بااین‌همه، سختگیری دینی و رفتار نظامی برخی گروه‌های خوارج مانع می‌شد همهٔ موالی به آنان بپیوندند.</w:t>
      </w:r>
    </w:p>
    <w:p w:rsidR="009F3B78" w:rsidRDefault="00987F03" w:rsidP="00DE2611">
      <w:pPr>
        <w:bidi/>
        <w:ind w:firstLine="720"/>
      </w:pPr>
      <w:r>
        <w:rPr>
          <w:rFonts w:eastAsia="Tahoma"/>
          <w:rtl/>
        </w:rPr>
        <w:t>در خراسان، فشار مالی نیز به اعتراض سیاسی پیوست. مأمورانی که برای حفظ درآمد مسلمانی مردم را به رسمیت نمی‌شناختند یا پس از وعدهٔ معافیت دوباره جزیه می‌گرفتند، اعتماد به حکومت را از میان می‌بردند. نومسلمان احساس می‌کرد خلافت او را هنگامی مسلمان می‌داند که باید بجنگد، اما هنگامی که باید از مالیات معاف شود دوباره مغلوب و غیرعرب شناخته می‌شود.</w:t>
      </w:r>
    </w:p>
    <w:p w:rsidR="009F3B78" w:rsidRDefault="00987F03" w:rsidP="00DE2611">
      <w:pPr>
        <w:bidi/>
        <w:ind w:firstLine="720"/>
      </w:pPr>
      <w:r>
        <w:rPr>
          <w:rFonts w:eastAsia="Tahoma"/>
          <w:rtl/>
        </w:rPr>
        <w:t>در ماوراءالنهر، این تناقض آشکارتر شد. برخی حاکمان برای تشویق مردم به اسلام وعده دادند جزیه از مسلمانان برداشته شود. هنگامی که شمار تازه‌مسلمانان بالا رفت و درآمد کاهش یافت، مأموران خواستار اثبات دقیق ایمان شدند یا پرداخت را از نو برقرار کردند. مردم نیز گاه با دورشدن قشون از اسلام رسمی فاصله می‌گرفتند. این رفت‌وبرگشت نشان می‌داد که دین، مالیات و کنترل سیاسی چنان به هم آمیخته‌اند که هیچ‌یک را نمی‌توان جداگانه فهمید.</w:t>
      </w:r>
    </w:p>
    <w:p w:rsidR="009F3B78" w:rsidRDefault="00987F03" w:rsidP="00DE2611">
      <w:pPr>
        <w:bidi/>
        <w:ind w:firstLine="720"/>
      </w:pPr>
      <w:r>
        <w:rPr>
          <w:rFonts w:eastAsia="Tahoma"/>
          <w:rtl/>
        </w:rPr>
        <w:t>امویان می‌توانستند این رفتار را با نیاز خزانه توضیح دهند، اما برای نومسلمان نتیجه روشن بود: حکومت وعدهٔ خود را نگاه نمی‌دارد. اگر ایمان با آزمون مأمور مالیاتی سنجیده شود، دین به ابزار درآمد تبدیل می‌شود. هر بار که جزیه پس از اسلام‌آوردن بازمی‌گشت، فاصلهٔ میان پیام اسلام و عمل خلافت آشکارتر می‌گردید.</w:t>
      </w:r>
    </w:p>
    <w:p w:rsidR="009F3B78" w:rsidRDefault="00987F03" w:rsidP="00DE2611">
      <w:pPr>
        <w:bidi/>
        <w:ind w:firstLine="720"/>
      </w:pPr>
      <w:r>
        <w:rPr>
          <w:rFonts w:eastAsia="Tahoma"/>
          <w:rtl/>
        </w:rPr>
        <w:t>در همین دوره، تعداد عرب‌های ساکن ایران نیز افزایش یافت و رابطهٔ آنان با مردم محلی پیچیده‌تر شد. همهٔ عرب‌ها عضو یک طبقهٔ حاکم ثروتمند نبودند. جنگاوران کم‌سهم، قبایل کنارگذاشته‌شده و عرب‌های روستایی می‌توانستند خود از حاکمان و اشراف ناراضی باشند. بنابراین، جنبش ضد اموی فقط بر دوگانهٔ سادهٔ عرب حاکم و ایرانی محکوم استوار نشد. شکاف‌های درون عرب‌ها راه اتحادهای تازه را گشود.</w:t>
      </w:r>
    </w:p>
    <w:p w:rsidR="009F3B78" w:rsidRDefault="00987F03" w:rsidP="00DE2611">
      <w:pPr>
        <w:bidi/>
        <w:ind w:firstLine="720"/>
      </w:pPr>
      <w:r>
        <w:rPr>
          <w:rFonts w:eastAsia="Tahoma"/>
          <w:rtl/>
        </w:rPr>
        <w:t>دهقانان ایرانی نیز موضعی یکسان نداشتند. برخی از همکاری با امویان سود می‌بردند و مقام و زمین خود را حفظ کرده بودند. آنان مالیات را گرد می‌آوردند و واسطهٔ حکومت و روستا بودند. گروهی دیگر از فشار حاکمان یا بی‌ثباتی سیاسی زیان می‌دیدند و آمادهٔ پشتیبانی از دگرگونی بودند. دعوتی که می‌توانست امنیت دارایی و سهم آنان در قدرت را تضمین کند، حمایت بخشی از این طبقه را به دست می‌آورد.</w:t>
      </w:r>
    </w:p>
    <w:p w:rsidR="009F3B78" w:rsidRDefault="00987F03" w:rsidP="00DE2611">
      <w:pPr>
        <w:bidi/>
        <w:ind w:firstLine="720"/>
      </w:pPr>
      <w:r>
        <w:rPr>
          <w:rFonts w:eastAsia="Tahoma"/>
          <w:rtl/>
        </w:rPr>
        <w:t>کشاورزان و مردم روستا انگیزه‌های دیگری داشتند. بار خراج، رفتار مأموران، جنگ قبایل و رفت‌وآمد قشون زندگی آنان را مختل می‌کرد. آنان شاید بحث‌های پیچیده دربارهٔ حق خلافت را دنبال نمی‌کردند، اما تغییر حکومت را با امید کاهش فشار و برقراری امنیت می‌پذیرفتند. هنگامی که جنبشی توانست نارضایتی مالی آنان را به شعار دینی پیوند دهد، جمعیتی گسترده‌تر از موالی شهری و دبیران را به حرکت درآورد.</w:t>
      </w:r>
    </w:p>
    <w:p w:rsidR="009F3B78" w:rsidRDefault="00987F03" w:rsidP="00DE2611">
      <w:pPr>
        <w:bidi/>
        <w:ind w:firstLine="720"/>
      </w:pPr>
      <w:r>
        <w:rPr>
          <w:rFonts w:eastAsia="Tahoma"/>
          <w:rtl/>
        </w:rPr>
        <w:t>دعوت عباسی از دل همین وضعیت رشد کرد. عباسیان از خاندان پیامبر بودند، اما نام نامزد نهایی خود را در آغاز آشکار نمی‌کردند و مردم را به «فرد پسندیده‌ای از خاندان محمد» فرا می‌خواندند. این ابهام به گروه‌های مختلف اجازه می‌داد امید خود را در دعوت ببینند. طرفداران علی می‌توانستند تصور کنند حق به خاندان او بازمی‌گردد؛ موالی انتظار برابری داشتند؛ عرب‌های ناراضی از امویان تغییر خاندان حاکم را می‌خواستند؛ و مردم زیر فشار به اصلاح حکومت امید می‌بستند.</w:t>
      </w:r>
    </w:p>
    <w:p w:rsidR="009F3B78" w:rsidRDefault="00987F03" w:rsidP="00DE2611">
      <w:pPr>
        <w:bidi/>
        <w:ind w:firstLine="720"/>
      </w:pPr>
      <w:r>
        <w:rPr>
          <w:rFonts w:eastAsia="Tahoma"/>
          <w:rtl/>
        </w:rPr>
        <w:t>کوفه یکی از مراکز سازمان‌دهی دعوت بود، اما خراسان میدان مناسب‌تری برای گسترش آن شد. فاصله از دمشق، اختلاف قبایل عرب، شمار موالی و حضور شبکه‌های محلی، قدرت امویان را در آنجا ضعیف کرده بود. دعوتگران می‌توانستند میان شهر و روستا حرکت کنند و بدون آشکارکردن کامل رهبری، گروه‌های کوچک وفادار بسازند. سازمان پنهانی چیزی فراهم می‌کرد که نارضایتی‌های پراکنده نداشتند: پیوند، فرمان و انتظار زمانی مشترک.</w:t>
      </w:r>
    </w:p>
    <w:p w:rsidR="009F3B78" w:rsidRDefault="00987F03" w:rsidP="00DE2611">
      <w:pPr>
        <w:bidi/>
        <w:ind w:firstLine="720"/>
      </w:pPr>
      <w:r>
        <w:rPr>
          <w:rFonts w:eastAsia="Tahoma"/>
          <w:rtl/>
        </w:rPr>
        <w:t>شعار برابری در این دعوت همیشه صریح و یکسان نبود، اما شیوهٔ جذب افراد نشان می‌داد موالی دیگر فقط نیروی کمکی نیستند. ایرانیان در رده‌های سازمان، تبلیغ و قشون وارد شدند و برخی به رهبری رسیدند. دعوت عباسی نارضایتی آنان را از شکایتی علیه یک مأمور یا حاکم به مبارزه‌ای برای برانداختن خاندان اموی تبدیل کرد.</w:t>
      </w:r>
    </w:p>
    <w:p w:rsidR="009F3B78" w:rsidRDefault="00987F03" w:rsidP="00DE2611">
      <w:pPr>
        <w:bidi/>
        <w:ind w:firstLine="720"/>
      </w:pPr>
      <w:r>
        <w:rPr>
          <w:rFonts w:eastAsia="Tahoma"/>
          <w:rtl/>
        </w:rPr>
        <w:t>در سال‌های پایانی امویان، خود مرکز خلافت نیز دچار بحران شد. جنگ‌های جانشینی، رقابت خاندان‌ها و شورش‌های گوناگون توان دمشق را کاهش داد. حاکم خراسان نمی‌توانست مطمئن باشد نیروی کمکی به‌موقع می‌رسد و برای ماندن ناچار بود میان قبایل متخاصم تعادل برقرار کند. هرچه مرکز ضعیف‌تر می‌شد، دعوت عباسی آشکارتر و سازمان‌یافته‌تر عمل می‌کرد.</w:t>
      </w:r>
    </w:p>
    <w:p w:rsidR="009F3B78" w:rsidRDefault="00987F03" w:rsidP="00DE2611">
      <w:pPr>
        <w:bidi/>
        <w:ind w:firstLine="720"/>
      </w:pPr>
      <w:r>
        <w:rPr>
          <w:rFonts w:eastAsia="Tahoma"/>
          <w:rtl/>
        </w:rPr>
        <w:t>نصر بن سیار، آخرین حاکم نیرومند اموی در خراسان، خطر را می‌دید. او کوشید مالیات را اصلاح و اختلاف قبایل را مهار کند، اما برای ترمیم ساختاری که دهه‌ها نابرابری و بدگمانی ساخته بود دیر شده بود. امویان ممکن بود یک مأمور ستمگر را برکنار یا مالیاتی را تعدیل کنند، ولی نمی‌توانستند بی‌آنکه پایهٔ قدرت خود را تغییر دهند برتری عرب و انحصار خاندان حاکم را از میان ببرند.</w:t>
      </w:r>
    </w:p>
    <w:p w:rsidR="009F3B78" w:rsidRDefault="00987F03" w:rsidP="00DE2611">
      <w:pPr>
        <w:bidi/>
        <w:ind w:firstLine="720"/>
      </w:pPr>
      <w:r>
        <w:rPr>
          <w:rFonts w:eastAsia="Tahoma"/>
          <w:rtl/>
        </w:rPr>
        <w:t>نارضایتی موالی اکنون چند لایه داشت. آنان از مالیات نابرابر، عطای کمتر، تحقیر قومی و بسته‌بودن راه مقام شکایت داشتند. در همان حال، بسیاری به عنوان مسلمان از رفتار امویان با خاندان پیامبر و تبدیل خلافت به فرمانروایی موروثی ناراضی بودند. دبیران و صاحبان دانش می‌دیدند حکومت به کارشان وابسته است، اما آنان را شریک برابر نمی‌داند. این لایه‌ها در کنار یکدیگر نیرویی ساختند که با اصلاحی محدود آرام نمی‌شد.</w:t>
      </w:r>
    </w:p>
    <w:p w:rsidR="009F3B78" w:rsidRDefault="00987F03" w:rsidP="00DE2611">
      <w:pPr>
        <w:bidi/>
        <w:ind w:firstLine="720"/>
      </w:pPr>
      <w:r>
        <w:rPr>
          <w:rFonts w:eastAsia="Tahoma"/>
          <w:rtl/>
        </w:rPr>
        <w:t>بااین‌همه، انقلاب آینده را نباید فقط قیام ایرانیان علیه عرب‌ها دانست. در دعوت عباسی عرب‌ها و ایرانیان هر دو حضور داشتند و بسیاری از عرب‌های خراسان خود با امویان جنگیدند. هدف مستقیم برانداختن حکومت اموی بود، نه نابودی عرب. آنچه ایرانیان و موالی می‌خواستند پایان انحصار عرب‌های حاکم و یافتن سهمی واقعی در جامعه‌ای بود که دین آن را از آنِ همهٔ مسلمانان می‌دانست.</w:t>
      </w:r>
    </w:p>
    <w:p w:rsidR="009F3B78" w:rsidRDefault="00987F03" w:rsidP="00DE2611">
      <w:pPr>
        <w:bidi/>
        <w:ind w:firstLine="720"/>
      </w:pPr>
      <w:r>
        <w:rPr>
          <w:rFonts w:eastAsia="Tahoma"/>
          <w:rtl/>
        </w:rPr>
        <w:t>این تمایز اهمیت دارد. اگر جنبش تنها بازگشت به ایران پیش از اسلام بود، نمی‌توانست از شعار خاندان پیامبر و زبان دینی استفاده کند یا عرب‌های ناراضی را جذب نماید. نومسلمانان دیگر بیرون از اسلام نبودند؛ آنان با تکیه بر اسلام علیه حکومتی می‌ایستادند که خود را اسلامی می‌خواند. بدین‌سان، ایران از راه مقاومت در برابر دین فاتح بازنگشت؛ از راه تصرف زبان و وعده‌های همان دین وارد مبارزه بر سر حکومت شد.</w:t>
      </w:r>
    </w:p>
    <w:p w:rsidR="009F3B78" w:rsidRDefault="00987F03" w:rsidP="00DE2611">
      <w:pPr>
        <w:bidi/>
        <w:ind w:firstLine="720"/>
      </w:pPr>
      <w:r>
        <w:rPr>
          <w:rFonts w:eastAsia="Tahoma"/>
          <w:rtl/>
        </w:rPr>
        <w:t>امویان در ساختن حکومتی پهناور کامیاب بودند. آنان قشون را سازمان دادند، سکه و دیوان را یکدست‌تر کردند و مرزها را گسترش دادند. اما همین موفقیت شمار مردمی را افزایش داد که درون حکومت قرار می‌گرفتند و دیگر حاضر نبودند مغلوب باقی بمانند. خلافتی که با نیروی عرب ساخته شده بود برای دوام به مسلمانان غیرعرب نیاز پیدا کرد، ولی ساختمان امتیاز خود را با این نیاز سازگار نکرد.</w:t>
      </w:r>
    </w:p>
    <w:p w:rsidR="009F3B78" w:rsidRDefault="00987F03" w:rsidP="00DE2611">
      <w:pPr>
        <w:bidi/>
        <w:ind w:firstLine="720"/>
      </w:pPr>
      <w:r>
        <w:rPr>
          <w:rFonts w:eastAsia="Tahoma"/>
          <w:rtl/>
        </w:rPr>
        <w:t>مسئله تنها در آن نبود که مأموری بدرفتاری کند یا والی‌ای بیش از اندازه مالیات بگیرد. اگر دشواری به رفتار چند مأمور محدود می‌ماند، با عزل آنان یا صدور فرمانی تازه می‌شد آن را تخفیف داد. تناقض در ساختمان حکومت جای داشت. دستگاه مالی به درآمد سرزمین‌های گشوده‌شده نیازمند بود و طبقهٔ فرمانروا نیز برتری خود را از تمایز میان فاتح و مغلوب می‌گرفت. اسلام آوردن گستردهٔ مردم هر دو پایه را به پرسش می‌کشید: اگر نومسلمان با مسلمان عرب برابر بود، گرفتن مالیات مخصوص مغلوب از او چگونه توجیه می‌شد؟ و اگر این برابری در قشون، دیوان و جامعه پذیرفته می‌شد، امتیاز موروثی خاندان‌ها و قبایل فاتح بر چه اساسی باقی می‌ماند؟ از این‌رو، حکومت میان نیاز دینی به پذیرش برابری و نیاز مالی و سیاسی به حفظ تفاوت گرفتار شد.</w:t>
      </w:r>
    </w:p>
    <w:p w:rsidR="009F3B78" w:rsidRDefault="00987F03" w:rsidP="00DE2611">
      <w:pPr>
        <w:bidi/>
        <w:ind w:firstLine="720"/>
      </w:pPr>
      <w:r>
        <w:rPr>
          <w:rFonts w:eastAsia="Tahoma"/>
          <w:rtl/>
        </w:rPr>
        <w:t>فرمان‌هایی برای رفع فشار یا پذیرفتن معافیت نومسلمانان صادر می‌شد، اما اجرای آنها آسان نبود. مأمور محلی باید مبلغ معینی به خزانه می‌فرستاد و کاهش شمار جزیه‌دهندگان درآمد او را کم می‌کرد. دهقان و صاحب زمین نیز گاه ترجیح می‌داد بار مالی بر دوش کشاورزان و وابستگان باقی بماند. بدین ترتیب، حتی هنگامی که مرکز می‌خواست از شدت تبعیض بکاهد، شبکهٔ منافع محلی می‌توانست فرمان را بی‌اثر کند. برعکس، هنگامی که مرکز برای جنگ‌ها و هزینهٔ قشون پول بیشتری می‌خواست، همان شبکه با دست بازتری فشار می‌آورد. نومسلمان در این میان درمی‌یافت که تغییر اعتقاد لزوماً جایگاه حقوقی و اقتصادی او را تغییر نداده است.</w:t>
      </w:r>
    </w:p>
    <w:p w:rsidR="009F3B78" w:rsidRDefault="00987F03" w:rsidP="00DE2611">
      <w:pPr>
        <w:bidi/>
        <w:ind w:firstLine="720"/>
      </w:pPr>
      <w:r>
        <w:rPr>
          <w:rFonts w:eastAsia="Tahoma"/>
          <w:rtl/>
        </w:rPr>
        <w:t>این تجربه تأثیری عمیق‌تر از زیان مالی داشت. کسی که اسلام آورده بود، خود را عضو جماعتی می‌دانست که در آن پرهیزگاری باید بر نسب پیشی گیرد. وقتی همان جماعت او را به سبب زبان، تبار یا گذشتهٔ مغلوبش پایین‌تر می‌نشاند، اعتراض او از صورت شکایت مالی بیرون می‌آمد و به داوری دربارهٔ حقانیت حکمرانی می‌رسید. او می‌توانست بپرسد حکومتی که وعدهٔ برابری دین را نقض می‌کند تا چه اندازه نمایندهٔ آن دین است. این پرسش، فاصله‌ای میان اسلام و خلافت اموی پدید می‌آورد و امکان می‌داد مخالفان بگویند مبارزه با خلیفه الزاماً مبارزه با اسلام نیست، بلکه شاید کوشش برای بازگرداندن عدالت به اسلام باشد.</w:t>
      </w:r>
    </w:p>
    <w:p w:rsidR="009F3B78" w:rsidRDefault="00987F03" w:rsidP="00DE2611">
      <w:pPr>
        <w:bidi/>
        <w:ind w:firstLine="720"/>
      </w:pPr>
      <w:r>
        <w:rPr>
          <w:rFonts w:eastAsia="Tahoma"/>
          <w:rtl/>
        </w:rPr>
        <w:t>موالی نیز گروهی یکپارچه با خواستی واحد نبودند. در میان آنان دبیران کارآزموده، بازرگانان شهری، صنعتگران، سربازان و روستاییان دیده می‌شدند. برخی به دستگاه حکومت راه یافته و از آن سود برده بودند؛ برخی به یک قبیلهٔ عرب پیوند داشتند و امنیت خود را در همان پیوند می‌جستند؛ برخی از فشار مالی یا تحقیر اجتماعی رنج می‌بردند و برخی بیش از هر چیز در پی فرصت سیاسی بودند. اهمیت تاریخی آنان نه در وحدت کامل، بلکه در آن بود که شبکه‌های متفاوت جامعه را به هم متصل می‌کردند. دبیر می‌توانست زبان دیوان را بشناسد، بازرگان خبر را جابه‌جا کند، سرباز تجربهٔ جنگ داشته باشد و روستایی خوراک و نیروی انسانی فراهم آورد. دعوتی که قادر بود این ظرفیت‌های پراکنده را در یک جهت به کار اندازد، از اعتراض محلی نیرویی سراسری می‌ساخت.</w:t>
      </w:r>
    </w:p>
    <w:p w:rsidR="009F3B78" w:rsidRDefault="00987F03" w:rsidP="00DE2611">
      <w:pPr>
        <w:bidi/>
        <w:ind w:firstLine="720"/>
      </w:pPr>
      <w:r>
        <w:rPr>
          <w:rFonts w:eastAsia="Tahoma"/>
          <w:rtl/>
        </w:rPr>
        <w:t>خراسان برای چنین پیوندی زمینه‌ای ویژه داشت. فاصله از دمشق، حضور قشون‌های عربی که خود گرفتار رقابت‌های قبیله‌ای بودند، جمعیت فراوان ایرانی و ادامهٔ جنگ‌های مرزی، جامعه‌ای ساخته بود که در آن هیچ نیرویی به تنهایی آسوده و مسلط نبود. عرب ناراضی از تقسیم قدرت، نومسلمان ناراضی از تبعیض، دهقان نگران از مالیات و مبلغی که از خاندان پیامبر سخن می‌گفت، می‌توانستند بی‌آنکه دربارهٔ آینده تصوری یکسان داشته باشند در دشمنی با حکومت موجود به هم نزدیک شوند. ابهام دعوت در آغاز عیب آن نبود؛ وسیله‌ای بود برای آنکه گروه‌های گوناگون امید خود را در آن ببینند.</w:t>
      </w:r>
    </w:p>
    <w:p w:rsidR="009F3B78" w:rsidRDefault="00987F03" w:rsidP="00DE2611">
      <w:pPr>
        <w:bidi/>
        <w:ind w:firstLine="720"/>
      </w:pPr>
      <w:r>
        <w:rPr>
          <w:rFonts w:eastAsia="Tahoma"/>
          <w:rtl/>
        </w:rPr>
        <w:t>در چنین فضایی، حافظهٔ کشورداری ایرانی نیز به صورت بازگشت ساده به گذشته عمل نمی‌کرد. دبیران و خاندان‌های محلی شیوهٔ ثبت، حساب، گردآوری مالیات و ادارهٔ آبادی‌ها را می‌شناختند و حکومت عرب ناگزیر از دانش آنان استفاده می‌کرد. این همکاری به معنای رضایت کامل نبود. درست برعکس، کسانی که دستگاه را می‌گرداندند بهتر از دیگران می‌دیدند که فرمانروا تا چه اندازه به مهارت آنان وابسته است. وابستگی حکومت به کارگزارانی که از برابری سیاسی برخوردار نبودند، اعتماد به نفس تازه‌ای پدید می‌آورد. آنان می‌توانستند تصور کنند که با تغییر خاندان حاکم، دستگاه کشور فرو نمی‌ریزد؛ زیرا بخش بزرگی از دانش اداره نزد خودشان باقی است.</w:t>
      </w:r>
    </w:p>
    <w:p w:rsidR="009F3B78" w:rsidRDefault="00987F03" w:rsidP="00DE2611">
      <w:pPr>
        <w:bidi/>
        <w:ind w:firstLine="720"/>
      </w:pPr>
      <w:r>
        <w:rPr>
          <w:rFonts w:eastAsia="Tahoma"/>
          <w:rtl/>
        </w:rPr>
        <w:t>از اینجا نارضایتی به امکان سیاسی نزدیک شد. تا هنگامی که مردم گمان می‌کردند سقوط امویان به هرج‌ومرج و نابودی نظم می‌انجامد، تحمل حکومت کم‌هزینه‌تر به نظر می‌رسید. اما شبکهٔ دیوانی، قشون خراسان و دعوت سازمان‌یافته نشان می‌داد که می‌توان فرمانروا را عوض کرد و دستگاه را نگه داشت. همین اطمینان یکی از شرط‌های هر انقلاب موفق است: مخالفان باید نه تنها نامشروع بودن حکومت موجود، بلکه امکان حکومت پس از آن را نیز باور کنند. عباسیان توانستند این باور را بسازند، هرچند بسیاری از همراهانشان هنوز نمی‌دانستند حکومت تازه تا چه اندازه خواسته‌های آنان را برآورده خواهد کرد.</w:t>
      </w:r>
    </w:p>
    <w:p w:rsidR="009F3B78" w:rsidRDefault="00987F03" w:rsidP="00DE2611">
      <w:pPr>
        <w:bidi/>
        <w:ind w:firstLine="720"/>
      </w:pPr>
      <w:r>
        <w:rPr>
          <w:rFonts w:eastAsia="Tahoma"/>
          <w:rtl/>
        </w:rPr>
        <w:t>در نتیجه، نارضایتی موالی نه حادثه‌ای فرعی، بلکه محصول خود کشورداری اموی بود. مالیات آنان خزانه را پر می‌کرد، خدمتشان دیوان را می‌گرداند و حضورشان قشون را تقویت می‌کرد. هرچه سودشان برای حکومت بیشتر می‌شد، فروتری‌شان ناموجه‌تر به نظر می‌رسید. حکومت با استفاده از آنان قدرت می‌گرفت و هم‌زمان نیرویی می‌ساخت که می‌توانست علیه آن برخیزد.</w:t>
      </w:r>
    </w:p>
    <w:p w:rsidR="009F3B78" w:rsidRDefault="00987F03" w:rsidP="00DE2611">
      <w:pPr>
        <w:bidi/>
        <w:ind w:firstLine="720"/>
      </w:pPr>
      <w:r>
        <w:rPr>
          <w:rFonts w:eastAsia="Tahoma"/>
          <w:rtl/>
        </w:rPr>
        <w:t>این نیرو برای پیروزی هنوز به سازمان، فرمانده و لحظه‌ای مناسب نیاز داشت. دعوت عباسی سازمان را فراهم کرد، بحران اموی لحظه را نزدیک ساخت و ابومسلم خراسانی توانست نیروهای پراکنده را به قشونی انقلابی تبدیل کند. فصل بعد به همین گذار می‌پردازد: چگونه مردی که خود در شبکهٔ موالی و دعوت پنهانی بالا آمده بود، با تکیه بر ایرانیان و عرب‌های ناراضی، خلیفه‌ای تازه ساخت و حکومت اموی را از شرق درهم شکست.</w:t>
      </w:r>
    </w:p>
    <w:p w:rsidR="009F3B78" w:rsidRPr="00DE2611" w:rsidRDefault="00987F03" w:rsidP="00987F03">
      <w:pPr>
        <w:pageBreakBefore/>
        <w:bidi/>
        <w:jc w:val="center"/>
        <w:rPr>
          <w:rFonts w:asciiTheme="majorBidi" w:hAnsiTheme="majorBidi" w:cstheme="majorBidi"/>
          <w:bCs/>
          <w:sz w:val="36"/>
          <w:szCs w:val="36"/>
        </w:rPr>
      </w:pPr>
      <w:bookmarkStart w:id="9" w:name="Vol7Chapter07"/>
      <w:bookmarkEnd w:id="9"/>
      <w:r w:rsidRPr="00DE2611">
        <w:rPr>
          <w:rFonts w:asciiTheme="majorBidi" w:eastAsia="Tahoma" w:hAnsiTheme="majorBidi" w:cstheme="majorBidi"/>
          <w:bCs/>
          <w:sz w:val="36"/>
          <w:szCs w:val="36"/>
          <w:rtl/>
        </w:rPr>
        <w:t>فصل هفتم</w:t>
      </w:r>
    </w:p>
    <w:p w:rsidR="009F3B78" w:rsidRPr="00DE2611" w:rsidRDefault="00987F03" w:rsidP="00987F03">
      <w:pPr>
        <w:bidi/>
        <w:jc w:val="center"/>
        <w:rPr>
          <w:rFonts w:asciiTheme="majorBidi" w:hAnsiTheme="majorBidi" w:cstheme="majorBidi"/>
          <w:bCs/>
          <w:sz w:val="36"/>
          <w:szCs w:val="36"/>
        </w:rPr>
      </w:pPr>
      <w:r w:rsidRPr="00DE2611">
        <w:rPr>
          <w:rFonts w:asciiTheme="majorBidi" w:eastAsia="Tahoma" w:hAnsiTheme="majorBidi" w:cstheme="majorBidi"/>
          <w:bCs/>
          <w:sz w:val="36"/>
          <w:szCs w:val="36"/>
          <w:rtl/>
        </w:rPr>
        <w:t>ابومسلم و انقلاب عباسی؛ قشون ایرانی خلیفه‌ای تازه می‌سازد</w:t>
      </w:r>
    </w:p>
    <w:p w:rsidR="009F3B78" w:rsidRDefault="00987F03" w:rsidP="00DE2611">
      <w:pPr>
        <w:bidi/>
        <w:ind w:firstLine="720"/>
      </w:pPr>
      <w:r>
        <w:rPr>
          <w:rFonts w:eastAsia="Tahoma"/>
          <w:rtl/>
        </w:rPr>
        <w:t>نارضایتی نومسلمانان تا زمانی که به سازمان و قشون تبدیل نشده بود، برای حکومت اموی خطری قطعی به شمار نمی‌آمد. مأموری می‌توانست شکایتی را خاموش کند، والی‌ای می‌توانست مالیاتی را کاهش دهد و خلیفه‌ای می‌توانست با عزل چند کارگزار چنین وانمود کند که بی‌عدالتی از ساختمان حکومت برنخاسته و حاصل رفتار اشخاص بوده است. اما مسئله از آنجا دگرگون شد که گروه‌های ناراضی دریافتند برای تغییر جایگاه خود ناگزیرند خاندان حاکم را تغییر دهند. این دریافت به تنهایی کافی نبود. آنان باید می‌آموختند چگونه از پراکندگی بیرون آیند، چگونه فرمانی واحد را بپذیرند، چگونه نیروی نظامی بسازند و چگونه برای حکومتی که هنوز وجود نداشت، حقانیت حکمرانی فراهم آورند. دعوت عباسی این چهار کار را به هم پیوند داد و ابومسلم خراسانی آن را از شبکه‌ای پنهان به قشونی آشکار تبدیل کرد.</w:t>
      </w:r>
    </w:p>
    <w:p w:rsidR="009F3B78" w:rsidRDefault="00987F03" w:rsidP="00DE2611">
      <w:pPr>
        <w:bidi/>
        <w:ind w:firstLine="720"/>
      </w:pPr>
      <w:r>
        <w:rPr>
          <w:rFonts w:eastAsia="Tahoma"/>
          <w:rtl/>
        </w:rPr>
        <w:t>از زندگی ابومسلم پیش از پیوستن او به عباسیان آگاهی قطعی اندکی در دست است. حتی نام نخستین، زادگاه و تبار او در روایت‌های مختلف یکسان نیست. برخی او را از حوالی اصفهان و برخی از مرو دانسته‌اند و بعدها افسانه‌هایی ساخته شد که نسب او را به خاندان‌های بزرگ ایرانی یا چهره‌های نامدار گذشته می‌رساند. این ابهام خود بخشی از معنای سیاسی اوست. مردی که قرار بود مردمان گوناگون را زیر یک پرچم گرد آورد، با نسبی روشن و وابستگی‌ای آشکار به یکی از خاندان‌های رقیب وارد میدان نشد. او در شبکهٔ موالی و دعوت پنهانی بالا آمد و نامی را پذیرفت که رهبران عباسی به او داده بودند. گذشتهٔ نامعین او برای دشمنان وسیلهٔ تحقیر بود، اما برای جنبشی که می‌خواست از مرز نسب و قبیله عبور کند به مزیت تبدیل شد.</w:t>
      </w:r>
    </w:p>
    <w:p w:rsidR="009F3B78" w:rsidRDefault="00987F03" w:rsidP="00DE2611">
      <w:pPr>
        <w:bidi/>
        <w:ind w:firstLine="720"/>
      </w:pPr>
      <w:r>
        <w:rPr>
          <w:rFonts w:eastAsia="Tahoma"/>
          <w:rtl/>
        </w:rPr>
        <w:t>کوفه، که ابومسلم مدتی در آن پرورش یافت یا دست‌کم با شبکه‌های سیاسی آن آشنا شد، محل برخورد چند نارضایتی بود. دوستداران خاندان علی، بازماندگان جنبش‌های شکست‌خورده، موالی ناراضی، دینکاران مخالف تجمل اموی و عاملان عباسی در آن شهر در کنار یکدیگر فعالیت می‌کردند، بی‌آنکه هدف همه یکسان باشد. بسیاری از مردم حکومت را حق خاندان پیامبر می‌دانستند، اما حتی دربارهٔ اینکه کدام شاخه از این خاندان باید حکومت کند توافق نداشتند. عباسیان، که از نسل عباس عموی پیامبر بودند، از همین ابهام استفاده کردند. آنان به جای آنکه از آغاز نام نامزد خود را آشکار کنند، مردم را به حکومت فردی «پسندیده از خاندان محمد» فراخواندند. هر گروه می‌توانست مصداق دلخواه خود را در این عبارت ببیند و تا هنگام پیروزی، اختلاف بر سر نام خلیفه به تعویق افتاد.</w:t>
      </w:r>
    </w:p>
    <w:p w:rsidR="009F3B78" w:rsidRDefault="00987F03" w:rsidP="00DE2611">
      <w:pPr>
        <w:bidi/>
        <w:ind w:firstLine="720"/>
      </w:pPr>
      <w:r>
        <w:rPr>
          <w:rFonts w:eastAsia="Tahoma"/>
          <w:rtl/>
        </w:rPr>
        <w:t>این پنهان‌کاری تنها برای گریز از مأموران اموی نبود. دعوت اگر از آغاز صریحاً می‌گفت که هدفش انتقال خلافت به خاندان عباس است، بخش مهمی از دوستداران خاندان علی و کسانی را که در پی عدالت بودند از دست می‌داد. ابهام شعار، ائتلاف را وسیع می‌کرد. عباسیان نه حکومتی سکولار می‌خواستند و نه مسئله‌شان جدایی دین از حکومت بود. آنان برای به دست آوردن حاکمیت به نسب پیامبر و وعدهٔ بازگرداندن دین درست تکیه داشتند. اما در عمل، جنبشی ساختند که موفقیت آن نه از بحث نسب، بلکه از سازمان، قشون و شناخت دقیق شکاف‌های حکومت اموی حاصل شد. بدین‌سان، زبان حقانیت حکمرانی دینی بود، در حالی که ابزار کسب حکومت از جنس کشورداری و جنگ بود.</w:t>
      </w:r>
    </w:p>
    <w:p w:rsidR="009F3B78" w:rsidRDefault="00987F03" w:rsidP="00DE2611">
      <w:pPr>
        <w:bidi/>
        <w:ind w:firstLine="720"/>
      </w:pPr>
      <w:r>
        <w:rPr>
          <w:rFonts w:eastAsia="Tahoma"/>
          <w:rtl/>
        </w:rPr>
        <w:t>دعوت عباسی سال‌ها پیش از ورود ابومسلم به خراسان در آن سرزمین ریشه دوانده بود. داعیان به شهرها و روستاها می‌رفتند، هواداران را شناسایی می‌کردند، وجوه گرد می‌آوردند و میان خراسان و مرکز رهبری عباسی ارتباط برقرار می‌ساختند. ساختار نقیبان و داعیان اجازه می‌داد که شبکه، حتی اگر یکی از حلقه‌هایش کشف می‌شد، به تمامی از میان نرود. پیام‌ها مرحله به مرحله منتقل می‌شد و بسیاری از پیروان از نام رهبر نهایی آگاهی نداشتند. این سازمان پنهانی چیزی بیش از تبلیغ عقیده بود؛ تمرینی برای اطاعت، تقسیم کار و حفظ راز به شمار می‌آمد. مردمی که هنوز قشون نبودند، در همین شبکه می‌آموختند چگونه جزئی از نیرویی بزرگ‌تر از خانواده، آبادی یا قبیلهٔ خود باشند.</w:t>
      </w:r>
    </w:p>
    <w:p w:rsidR="009F3B78" w:rsidRDefault="00987F03" w:rsidP="00DE2611">
      <w:pPr>
        <w:bidi/>
        <w:ind w:firstLine="720"/>
      </w:pPr>
      <w:r>
        <w:rPr>
          <w:rFonts w:eastAsia="Tahoma"/>
          <w:rtl/>
        </w:rPr>
        <w:t>انتخاب خراسان نیز اتفاقی نبود. فاصلهٔ آن از دمشق، نظارت حکومت مرکزی را دشوار می‌کرد. قشون عرب مستقر در منطقه بر اثر رقابت قبایل یمانی و نزاری یا جنوبی و شمالی شکافته شده بود. خانواده‌های عربی که نسل‌ها در خراسان زیسته بودند، دیگر به همان صورت قشون فاتح نخستین نبودند و روابطشان با مردم محلی پیچیده شده بود. جنگ‌های مرزی در ماوراءالنهر همواره به سرباز، مالیات و تدارکات نیاز داشت و همین نیاز، ایرانیان و نومسلمانان را وارد قشون و دستگاه اداره کرده بود. در نتیجه، خراسان هم از مرکز دور بود، هم نیروی جنگی داشت، هم نارضایتی در آن گسترده بود و هم گروه‌های رقیب هیچ‌یک به تنهایی نمی‌توانستند بر دیگری غلبه کنند.</w:t>
      </w:r>
    </w:p>
    <w:p w:rsidR="009F3B78" w:rsidRDefault="00987F03" w:rsidP="00DE2611">
      <w:pPr>
        <w:bidi/>
        <w:ind w:firstLine="720"/>
      </w:pPr>
      <w:r>
        <w:rPr>
          <w:rFonts w:eastAsia="Tahoma"/>
          <w:rtl/>
        </w:rPr>
        <w:t>ابومسلم هنگامی به خراسان فرستاده شد که جوان بود و بسیاری از رهبران قدیمی دعوت حاضر نبودند به آسانی از او فرمان ببرند. آنان سال‌ها خطر کرده و شبکه ساخته بودند و اکنون مردی با تبار نامعلوم از جانب امام عباسی می‌آمد تا بر آنان فرمان براند. مشکل نخست ابومسلم بنابراین شکست دادن امویان نبود؛ باید اقتدار خود را درون جنبش برقرار می‌کرد. فرمان کتبی رهبر عباسی برای آغاز کار لازم بود، اما کفایت نمی‌کرد. ابومسلم با شناخت اشخاص، کنار زدن مخالفان، نزدیک کردن نیروهای محلی و نشان دادن توانایی در تصمیم‌گیری، شبکه را زیر فرمانی واحد برد. خشونتی که بعدها در رفتار او آشکار شد، تنها در جنگ با دشمنان نبود؛ او در داخل جنبش نیز تحمل چندانی برای مراکز مستقل قدرت نداشت.</w:t>
      </w:r>
    </w:p>
    <w:p w:rsidR="009F3B78" w:rsidRDefault="00987F03" w:rsidP="00DE2611">
      <w:pPr>
        <w:bidi/>
        <w:ind w:firstLine="720"/>
      </w:pPr>
      <w:r>
        <w:rPr>
          <w:rFonts w:eastAsia="Tahoma"/>
          <w:rtl/>
        </w:rPr>
        <w:t>در سال ۱۲۹ هجری، برابر با ۷۴۷ میلادی، پرچم‌های سیاه آشکار شد. رنگ سیاه می‌توانست یادآور پرچم پیامبر یا نشانهٔ سوگواری برای کشته‌شدگان خاندان او باشد و در هر حال در برابر رنگ و نشان اموی هویتی تازه می‌ساخت. پوشیدن جامهٔ سیاه، پیروان پراکنده را به جمعی دیدنی تبدیل کرد. آتش‌هایی که برای اعلام آغاز قیام افروخته شد و پیام‌هایی که پیش‌تر به نواحی مختلف رسیده بود، نشان داد که شورش به یک شهر محدود نیست. مردمانی از آبادی‌ها و شهرهای خراسان، سواره و پیاده، با سلاح‌های گوناگون به اردوگاه ابومسلم پیوستند. شبکه‌ای که سال‌ها در پنهانی نفس کشیده بود، در مدتی کوتاه شکل قشون به خود گرفت.</w:t>
      </w:r>
    </w:p>
    <w:p w:rsidR="009F3B78" w:rsidRDefault="00987F03" w:rsidP="00DE2611">
      <w:pPr>
        <w:bidi/>
        <w:ind w:firstLine="720"/>
      </w:pPr>
      <w:r>
        <w:rPr>
          <w:rFonts w:eastAsia="Tahoma"/>
          <w:rtl/>
        </w:rPr>
        <w:t>این قشون را نباید صرفاً قشونی ایرانی در برابر قشونی عرب دانست. در سپاه ابومسلم موالی و ایرانیان فراوان بودند، اما عرب‌های ناراضی نیز حضور داشتند و فرماندهان عرب در پیشروی آن نقشی مهم ایفا کردند. در سوی اموی هم تنها عرب‌ها نبودند؛ برخی موالی و نیروهای محلی در کنار حکومت باقی ماندند. مرز اصلی جنگ از تبار عبور می‌کرد و بر گرد وفاداری سیاسی، منافع محلی، رقابت قبیله‌ای و امید به حکومت تازه شکل می‌گرفت. بااین‌همه، حضور گستردهٔ نومسلمانان و مردم خراسان تفاوتی بنیادی ایجاد می‌کرد: آنان دیگر نیروی کمکی حاکمان عرب نبودند، بلکه بخشی از قشونی بودند که می‌خواست خلیفه را عوض کند.</w:t>
      </w:r>
    </w:p>
    <w:p w:rsidR="009F3B78" w:rsidRDefault="00987F03" w:rsidP="00DE2611">
      <w:pPr>
        <w:bidi/>
        <w:ind w:firstLine="720"/>
      </w:pPr>
      <w:r>
        <w:rPr>
          <w:rFonts w:eastAsia="Tahoma"/>
          <w:rtl/>
        </w:rPr>
        <w:t>توانایی بزرگ ابومسلم در آن بود که اختلاف‌های دشمنانش را از میان نبرد، بلکه از آنها استفاده کرد. نصر بن سیار، والی کارآزمودهٔ اموی در خراسان، خطر را می‌دید و بارها کوشید قبایل عرب را به اتحاد فراخواند. اما جنگ میان گروه‌های عربی چنان بالا گرفته بود که هر طرف برای شکست رقیب آماده بود با نیرویی تازه کنار آید. ابومسلم به یک گروه نزدیک می‌شد، گروه دیگر را منزوی می‌کرد و در همان حال داعیانش در شهرها و روستاها نیرو گرد می‌آوردند. او لازم نبود در آغاز همهٔ قشون اموی را در نبردی بزرگ شکست دهد. کافی بود پادگان‌های جداافتاده را یکی پس از دیگری از میان بردارد و مانع پیوستن دشمنان شود.</w:t>
      </w:r>
    </w:p>
    <w:p w:rsidR="009F3B78" w:rsidRDefault="00987F03" w:rsidP="00DE2611">
      <w:pPr>
        <w:bidi/>
        <w:ind w:firstLine="720"/>
      </w:pPr>
      <w:r>
        <w:rPr>
          <w:rFonts w:eastAsia="Tahoma"/>
          <w:rtl/>
        </w:rPr>
        <w:t>این شیوه نشان می‌داد که انقلاب عباسی تنها فوران خشم نبود. خشم اگر بدون فرماندهی رها می‌شد، می‌توانست آبادی‌ای را بسوزاند و مأموری را بکشد، اما توان گرفتن مرو و سپس حرکت به سوی عراق را نداشت. ابومسلم اردوگاه ساخت، فرمانده تعیین کرد، خبر جمع آورد، تدارکات فراهم کرد و زمان حمله را برگزید. قشون او باید خوراک می‌خورد، اسب و سلاح به دست می‌آورد، راه‌ها را می‌شناخت و پس از هر پیروزی شهر را اداره می‌کرد. در این مرحله، همان ایرانیانی که تجربهٔ دیوان، مالیات و ادارهٔ محلی داشتند در کنار جنگاوران اهمیت یافتند. انقلاب برای ادامهٔ حرکت ناگزیر بود از روز نخست قسمتی از وظایف حکومت را انجام دهد.</w:t>
      </w:r>
    </w:p>
    <w:p w:rsidR="009F3B78" w:rsidRDefault="00987F03" w:rsidP="00DE2611">
      <w:pPr>
        <w:bidi/>
        <w:ind w:firstLine="720"/>
      </w:pPr>
      <w:r>
        <w:rPr>
          <w:rFonts w:eastAsia="Tahoma"/>
          <w:rtl/>
        </w:rPr>
        <w:t>مرو نقطهٔ تعیین‌کننده بود. این شهر نه تنها مرکز سیاسی خراسان، بلکه جای گردآمدن قشون‌ها، راه‌ها و منافع رقیب بود. هنگامی که ابومسلم توانست وارد مرو شود و والی اموی را به عقب‌نشینی وادارد، قیام از حرکت حاشیه‌ای به حکومتی در حال تشکیل تبدیل شد. نصر بن سیار خراسان را ترک کرد و در مسیر غرب کوشید از مرکز یاری بگیرد، اما خلافت اموی خود گرفتار بحران جانشینی، شورش و پراکندگی قشون بود. دمشق دیگر نمی‌توانست نیروی لازم را به موقع به شرق برساند. ضعف مرکز و پیروزی شرق یکدیگر را تقویت کردند.</w:t>
      </w:r>
    </w:p>
    <w:p w:rsidR="009F3B78" w:rsidRDefault="00987F03" w:rsidP="00DE2611">
      <w:pPr>
        <w:bidi/>
        <w:ind w:firstLine="720"/>
      </w:pPr>
      <w:r>
        <w:rPr>
          <w:rFonts w:eastAsia="Tahoma"/>
          <w:rtl/>
        </w:rPr>
        <w:t>ابومسلم خود در خراسان ماند و پیشروی به سوی غرب را به فرماندهانش سپرد. قحطبه بن شبیب قشون خراسانی را از ری و جبال به سوی عراق برد. این تقسیم کار اهمیت داشت. ابومسلم پشت جبهه و منبع نیروی انسانی را نگه می‌داشت و فرماندهانش راه را برای تشکیل خلافت تازه می‌گشودند. هر شهر و گذرگاه که به دست آنان می‌افتاد، فاصلهٔ خراسان تا مرکز خلافت را کوتاه‌تر می‌کرد. قشونی که در شرق شکل گرفته بود، اکنون نه برای دفاع از مرز، بلکه برای تعیین فرمانروای جهان اسلام به قلب عراق نزدیک می‌شد.</w:t>
      </w:r>
    </w:p>
    <w:p w:rsidR="009F3B78" w:rsidRDefault="00987F03" w:rsidP="00DE2611">
      <w:pPr>
        <w:bidi/>
        <w:ind w:firstLine="720"/>
      </w:pPr>
      <w:r>
        <w:rPr>
          <w:rFonts w:eastAsia="Tahoma"/>
          <w:rtl/>
        </w:rPr>
        <w:t>در همین هنگام، رهبر عباسی که ابومسلم را فرستاده بود، ابراهیم امام، به دست امویان گرفتار و کشته شد. این حادثه می‌توانست شبکه را از هم بپاشد، زیرا جنبش بر فرمان پنهانی او استوار بود. اما سازمان چنان رشد کرده بود که مرگ رهبر نخستین مانع حرکت نشد. جانشینی در خاندان عباسی انجام گرفت و ابوالعباس، که بعدها سفاح خوانده شد، در کوفه آشکار شد. مردم و قشون با او به عنوان خلیفه بیعت کردند. بسیاری از کسانی که برای «فرد پسندیده از خاندان محمد» جنگیده بودند، تازه در این هنگام دیدند که آن فرد از خاندان عباس است، نه از نسل علی.</w:t>
      </w:r>
    </w:p>
    <w:p w:rsidR="009F3B78" w:rsidRDefault="00987F03" w:rsidP="00DE2611">
      <w:pPr>
        <w:bidi/>
        <w:ind w:firstLine="720"/>
      </w:pPr>
      <w:r>
        <w:rPr>
          <w:rFonts w:eastAsia="Tahoma"/>
          <w:rtl/>
        </w:rPr>
        <w:t>این آشکار شدن، نخستین نشانهٔ فاصله میان وعدهٔ انقلاب و محصول آن بود. دوستداران خاندان علی می‌توانستند خود را فریب‌خورده ببینند و نومسلمانان نیز هنوز نمی‌دانستند برابری وعده‌داده‌شده تا چه حد تحقق خواهد یافت. اما قشون خراسانی در میدان بود و خلافت تازه بر نیروی آن تکیه داشت. تعیین خلیفه پیش از آنکه گروه‌های همراه فرصت بازبینی خواسته‌های خود را پیدا کنند انجام شد. سازمانی که آنان را به پیروزی رسانده بود، اکنون امکان اعتراض جداگانه را محدود می‌کرد. انقلاب نام خلیفه را عوض کرد، اما حق انتخاب آن را به مردم واگذار نکرد.</w:t>
      </w:r>
    </w:p>
    <w:p w:rsidR="009F3B78" w:rsidRDefault="00987F03" w:rsidP="00DE2611">
      <w:pPr>
        <w:bidi/>
        <w:ind w:firstLine="720"/>
      </w:pPr>
      <w:r>
        <w:rPr>
          <w:rFonts w:eastAsia="Tahoma"/>
          <w:rtl/>
        </w:rPr>
        <w:t>نبرد زاب در سال ۱۳۲ هجری، برابر با ۷۵۰ میلادی، قدرت نظامی امویان را درهم شکست. مروان دوم گریخت و پس از مدتی کشته شد. دمشق سقوط کرد و بیشتر افراد خاندان اموی تعقیب یا نابود شدند. خشونت پیروزی نشان می‌داد که عباسیان انتقال آرام قدرت نمی‌خواستند؛ آنان می‌کوشیدند امکان بازگشت رقیب را از میان ببرند. عنوان سفاح نیز، هر معنای نخستین و دینی آن را در نظر بگیریم، در حافظهٔ تاریخی با خون‌ریزی آغاز حکومت پیوند خورد. خلافتی که با وعدهٔ عدالت برخاسته بود، برای استقرار خود همان اندازه به شمشیر نیاز داشت که خلافت پیشین برای حفظ خود.</w:t>
      </w:r>
    </w:p>
    <w:p w:rsidR="009F3B78" w:rsidRDefault="00987F03" w:rsidP="00DE2611">
      <w:pPr>
        <w:bidi/>
        <w:ind w:firstLine="720"/>
      </w:pPr>
      <w:r>
        <w:rPr>
          <w:rFonts w:eastAsia="Tahoma"/>
          <w:rtl/>
        </w:rPr>
        <w:t>با پیروزی عباسیان، مرکز ثقل حکومت از شام به عراق و از فضای مدیترانه‌ای اموی به سرزمین نزدیک‌تر به ایران انتقال یافت. کوفه و سپس بغداد به مرکز خلافت تبدیل شدند. این انتقال تنها جابه‌جایی پایتخت نبود. راه‌های خراسان، مالیات ایران، قشون شرق و دبیران ایرانی در حکومت تازه وزن بیشتری یافتند. عربی زبان دین، دیوان و دانش باقی ماند، اما شیوه‌های کشورداری ایرانی و تجربهٔ خاندان‌های دبیر به درون خلافت راهی وسیع‌تر پیدا کرد. حکومت عباسی برای ادارهٔ قلمرو پهناور خود ناگزیر بود از همان دانشی استفاده کند که پیش از اسلام در دربار ساسانی انباشته شده و پس از فتح در دفترهای محلی دوام آورده بود.</w:t>
      </w:r>
    </w:p>
    <w:p w:rsidR="009F3B78" w:rsidRDefault="00987F03" w:rsidP="00DE2611">
      <w:pPr>
        <w:bidi/>
        <w:ind w:firstLine="720"/>
      </w:pPr>
      <w:r>
        <w:rPr>
          <w:rFonts w:eastAsia="Tahoma"/>
          <w:rtl/>
        </w:rPr>
        <w:t>از این نظر، قشون خراسانی تنها خلیفه‌ای تازه نساخت؛ تعادل نیروهای سازندهٔ حکومت را نیز تغییر داد. در دورهٔ اموی، قبیله و اشراف عرب جایگاه اصلی را داشتند و دیوان و موالی زیر سایهٔ آنان عمل می‌کردند. در حکومت عباسی، خلیفه به قشونی وابسته شد که از شرق آمده بود و به دبیرانی نیاز داشت که درآمد سرزمین‌های ایرانی را می‌شناختند. موالی راه بیشتری به منصب‌های حکومتی یافتند و بعدها خاندان‌های ایرانی مانند برمکیان در مرکز قدرت قرار گرفتند. این دگرگونی برابری کامل نساخت، اما انحصار عربی را شکست و نشان داد که اسلام دیگر نمی‌تواند حکومت یک قوم باقی بماند.</w:t>
      </w:r>
    </w:p>
    <w:p w:rsidR="009F3B78" w:rsidRDefault="00987F03" w:rsidP="00DE2611">
      <w:pPr>
        <w:bidi/>
        <w:ind w:firstLine="720"/>
      </w:pPr>
      <w:r>
        <w:rPr>
          <w:rFonts w:eastAsia="Tahoma"/>
          <w:rtl/>
        </w:rPr>
        <w:t>بااین‌همه، نباید خلافت عباسی را بازگشت حکومت ایرانی دانست. خلیفه عباسی بود، حقانیت حکمرانی خود را از پیوند با خاندان پیامبر می‌گرفت و زبان رسمی دستگاه او عربی بود. ایران استقلال سیاسی خود را بازنیافت و قشون خراسانی نیز برای ساختن شاهنشاهی ایرانی به غرب نرفت. ایرانیان درون ساختمان خلافت اسلامی بالا آمدند و شکل آن را تغییر دادند. آنان دین فاتح را کنار نزدند؛ از وعده‌های همان دین برای اعتراض به تبعیض استفاده کردند و سپس دانش کشورداری خود را در خدمت حکومتی تازه قرار دادند. نتیجه، نه احیای ساسانیان بود و نه ادامهٔ سادهٔ امویان؛ ترکیبی تازه از خلافت دینی، قشون خراسانی و دیوان ایرانی شکل گرفت.</w:t>
      </w:r>
    </w:p>
    <w:p w:rsidR="009F3B78" w:rsidRDefault="00987F03" w:rsidP="00DE2611">
      <w:pPr>
        <w:bidi/>
        <w:ind w:firstLine="720"/>
      </w:pPr>
      <w:r>
        <w:rPr>
          <w:rFonts w:eastAsia="Tahoma"/>
          <w:rtl/>
        </w:rPr>
        <w:t>ابومسلم در این ساختمان جایگاهی استثنایی داشت. او خراسان را برای عباسیان گرفته، قشون ساخته و راه خلافت را گشوده بود. نام او در شرق از نام بسیاری از والیان و حتی برخی خلفا پرنفوذتر شد. فرماندهان از او اطاعت می‌کردند و مردم پیروزی را به او نسبت می‌دادند. همین قدرت که در روزهای انقلاب برای عباسیان ضروری بود، پس از پیروزی برای آنان خطرناک شد. خلیفه‌ای که حکومت خود را مدیون فرماندهی بیرون از خاندانش بود، نمی‌توانست آسوده باشد. تا هنگامی که ابومسلم قشون و خراسان را در اختیار داشت، معلوم نبود فرمان نهایی از دربار خلیفه صادر می‌شود یا از اردوگاه فرمانده‌ای که خلیفه را ساخته است.</w:t>
      </w:r>
    </w:p>
    <w:p w:rsidR="009F3B78" w:rsidRDefault="00987F03" w:rsidP="00DE2611">
      <w:pPr>
        <w:bidi/>
        <w:ind w:firstLine="720"/>
      </w:pPr>
      <w:r>
        <w:rPr>
          <w:rFonts w:eastAsia="Tahoma"/>
          <w:rtl/>
        </w:rPr>
        <w:t>نخستین خلیفه، سفاح، تا حدی به ابومسلم نیاز داشت و فرصت برکناری او را نیافت. اما منصور، دومین خلیفهٔ عباسی، از آغاز خطر را جدی‌تر دید. میان آن دو تنها اختلاف شخصی یا حسادت در میان نبود؛ مسئلهٔ بنیادی کشورداری مطرح بود. آیا قشون می‌توانست سازندهٔ حاکم باشد و پس از پیروزی استقلال خود را حفظ کند؟ اگر پاسخ مثبت بود، خلافت در هر بحران به دست فرمانده‌ای دیگر ساخته و شکسته می‌شد. منصور برای تمرکز حکومت باید نیرویی را که او و خاندانش را به قدرت رسانده بود زیر فرمان می‌آورد یا از میان می‌برد.</w:t>
      </w:r>
    </w:p>
    <w:p w:rsidR="009F3B78" w:rsidRDefault="00987F03" w:rsidP="00DE2611">
      <w:pPr>
        <w:bidi/>
        <w:ind w:firstLine="720"/>
      </w:pPr>
      <w:r>
        <w:rPr>
          <w:rFonts w:eastAsia="Tahoma"/>
          <w:rtl/>
        </w:rPr>
        <w:t>ابومسلم نیز تنها خدمتگزاری مطیع نبود. او رقیبان را در خراسان با خشونت کنار زده و مراکز مستقل دعوت را نابود کرده بود. سلیمان بن کثیر، از رهبران قدیمی دعوت عباسی، و شماری دیگر از همراهان نخستین قربانی تثبیت قدرت او شدند. قشونی که با شعار عدالت حرکت کرده بود، در درون خود نیز از تصفیه و کشتار خالی نبود. این واقعیت مانع آن است که ابومسلم را قهرمانی بی‌خطا و نمایندهٔ سادهٔ آزادی ایرانیان بدانیم. او مرد سازمان و قدرت بود و برای حفظ فرماندهی خود همان منطقی را به کار می‌برد که خلیفه بعدها علیه او به کار برد.</w:t>
      </w:r>
    </w:p>
    <w:p w:rsidR="009F3B78" w:rsidRDefault="00987F03" w:rsidP="00DE2611">
      <w:pPr>
        <w:bidi/>
        <w:ind w:firstLine="720"/>
      </w:pPr>
      <w:r>
        <w:rPr>
          <w:rFonts w:eastAsia="Tahoma"/>
          <w:rtl/>
        </w:rPr>
        <w:t>منصور سرانجام ابومسلم را به دربار فراخواند. فرماندهٔ خراسانی می‌دانست رفتن خطرناک است، اما سرپیچی آشکار می‌توانست او را در جایگاه شورشی قرار دهد و ائتلافی علیه او بسازد. او در سال ۱۳۷ هجری، برابر با ۷۵۵ میلادی، به حضور خلیفه رفت. منصور اتهام‌ها را برشمرد و در لحظه‌ای که ابومسلم امکان دفاع نظامی نداشت، نگهبانان او را کشتند. جسد مردی که خلافت عباسی را ساخته بود از میان برداشته شد و خلیفه نشان داد که سازندهٔ حاکم نمی‌تواند بالاتر از حاکم بایستد.</w:t>
      </w:r>
    </w:p>
    <w:p w:rsidR="009F3B78" w:rsidRDefault="00987F03" w:rsidP="00DE2611">
      <w:pPr>
        <w:bidi/>
        <w:ind w:firstLine="720"/>
      </w:pPr>
      <w:r>
        <w:rPr>
          <w:rFonts w:eastAsia="Tahoma"/>
          <w:rtl/>
        </w:rPr>
        <w:t>کشتن ابومسلم مشکل خلافت را بی‌درنگ حل نکرد. در خراسان و نواحی دیگر، کسانی به خونخواهی او برخاستند و نامش با افسانه، انتظار و شورش درآمیخت. سنباد قیام کرد و جنبش‌های بعدی نیز گاه خود را به یاد یا حق او پیوند دادند. برای گروهی از ایرانیان، ابومسلم از فرمانده عباسی به نماد قدرتی تبدیل شد که عرب‌ها از آن استفاده کردند و سپس آن را کشتند. افسانه‌های مربوط به اصل و نسب، توانایی و حتی بازگشت او نشان می‌داد که جامعه حاضر نبود مرگش را حادثه‌ای اداری بداند. خاطرهٔ او شکاف میان نیروی ایرانی انقلاب و خاندان بهره‌بردار از پیروزی را زنده نگه داشت.</w:t>
      </w:r>
    </w:p>
    <w:p w:rsidR="009F3B78" w:rsidRDefault="00987F03" w:rsidP="00DE2611">
      <w:pPr>
        <w:bidi/>
        <w:ind w:firstLine="720"/>
      </w:pPr>
      <w:r>
        <w:rPr>
          <w:rFonts w:eastAsia="Tahoma"/>
          <w:rtl/>
        </w:rPr>
        <w:t>اما این خونخواهی‌ها نتوانستند نتیجهٔ انقلاب را بازگردانند. عباسیان بر جای ماندند و منصور با ساختن بغداد، تنظیم درآمدها، تقویت دیوان و محدود کردن فرماندهان، حکومت تازه را استوار کرد. قشون خراسانی در دستگاه خلافت جذب شد و بسیاری از افراد آن به حقوق‌بگیران و کارگزاران حکومت تبدیل شدند. نیرویی که در روز انقلاب بیرون از حکومت ایستاده بود، پس از پیروزی جزئی از آن شد. این سرنوشت معمول انقلاب‌هاست: سازمانی که برای برانداختن حکومت ساخته می‌شود، پس از پیروزی یا باید به دستگاه تازه بدل شود یا به عنوان رقیب آن از میان برود.</w:t>
      </w:r>
    </w:p>
    <w:p w:rsidR="009F3B78" w:rsidRDefault="00987F03" w:rsidP="00DE2611">
      <w:pPr>
        <w:bidi/>
        <w:ind w:firstLine="720"/>
      </w:pPr>
      <w:r>
        <w:rPr>
          <w:rFonts w:eastAsia="Tahoma"/>
          <w:rtl/>
        </w:rPr>
        <w:t>اهمیت ابومسلم برای تاریخ کشورداری ایران در همین دوگانگی جای دارد. او نشان داد که سرزمین مغلوب می‌تواند با استفاده از شبکه، قشون و شکاف‌های مرکز، خاندان حاکم را تغییر دهد. نومسلمانان دیگر رعایایی نبودند که فقط مالیات بدهند یا سربازانی که برای فتوحات خلیفه بجنگند؛ آنان در ساختن خلیفه سهم تعیین‌کننده پیدا کردند. اما همین پیروزی همچنین نشان داد که ساختن حاکم با در اختیار گرفتن حاکمیت یکی نیست. قشون ایرانی خلیفه‌ای تازه ساخت، ولی خلافت را به مردم ایران واگذار نکرد. ابومسلم توانست فرمانروایی را براندازد، اما نتوانست برای نیروی سازندهٔ آن جایگاهی پایدار در ساختمان حکومت تضمین کند.</w:t>
      </w:r>
    </w:p>
    <w:p w:rsidR="009F3B78" w:rsidRDefault="00987F03" w:rsidP="00DE2611">
      <w:pPr>
        <w:bidi/>
        <w:ind w:firstLine="720"/>
      </w:pPr>
      <w:r>
        <w:rPr>
          <w:rFonts w:eastAsia="Tahoma"/>
          <w:rtl/>
        </w:rPr>
        <w:t>از سوی دیگر، انقلاب عباسی راه را برای بازگشت وسیع‌تر دیوان ایرانی گشود. خلیفه برای آنکه از وابستگی به یک فرمانده رهایی یابد، به دستگاهی نیاز داشت که مالیات را گرد آورد، فرمان‌ها را ثبت کند، والیان را زیر نظر بگیرد و قشون را از خزانه تغذیه کند. قشون می‌توانست حکومت را فتح کند، اما حفظ آن به دیوان نیاز داشت. از این پس، دبیران و خاندان‌های ایرانی نه فقط خدمتگزاران محلی، بلکه سازندگان دستگاه مرکزی خلافت شدند. آنان اندیشه‌ها و شیوه‌های ساسانی را به زبان عربی ترجمه کردند و مفهوم وزارت، آداب دربار، ثبت دیوانی و رابطهٔ خزانه و قشون را صورت تازه‌ای بخشیدند.</w:t>
      </w:r>
    </w:p>
    <w:p w:rsidR="009F3B78" w:rsidRDefault="00987F03" w:rsidP="00DE2611">
      <w:pPr>
        <w:bidi/>
        <w:ind w:firstLine="720"/>
      </w:pPr>
      <w:r>
        <w:rPr>
          <w:rFonts w:eastAsia="Tahoma"/>
          <w:rtl/>
        </w:rPr>
        <w:t>بدین ترتیب، انقلاب عباسی پایان مسئلهٔ نومسلمانان نبود، بلکه مرحله‌ای تازه از آن بود. تبعیض آشکار عرب و غیرعرب کاهش یافت و راه پیشرفت ایرانیان بازتر شد، اما حکومت همچنان دینی و موروثی باقی ماند. خاندان اموی جای خود را به خاندان عباسی داد و حق مردم برای انتخاب حاکم به رسمیت شناخته نشد. وعدهٔ «فرد پسندیده از خاندان پیامبر» پس از پیروزی به سلطنت خاندانی تازه انجامید. تفاوت در آن بود که این خاندان برای دوام خود بیش از پیش به قشون خراسان و دیوان ایرانی متکی شد.</w:t>
      </w:r>
    </w:p>
    <w:p w:rsidR="009F3B78" w:rsidRDefault="00987F03" w:rsidP="00DE2611">
      <w:pPr>
        <w:bidi/>
        <w:ind w:firstLine="720"/>
      </w:pPr>
      <w:r>
        <w:rPr>
          <w:rFonts w:eastAsia="Tahoma"/>
          <w:rtl/>
        </w:rPr>
        <w:t>فصل بعد به همین نتیجه می‌پردازد: ایرانیانی که با شمشیر خلیفه‌ای تازه ساخته بودند، چگونه با قلم و دفتر ساختمان حکومت او را دگرگون کردند. اگر ابومسلم نمایندهٔ لحظه‌ای بود که قشون ایرانی توانست حاکم بسازد، دبیران و وزیران ایرانی نمایندهٔ مرحله‌ای شدند که دانش کشورداری ایران در درون خلافت جای گرفت. قدرت نظامی راه را گشود، اما دیوان بود که توانست اثر پایدار پیروزی را در ساختار حکومت ثبت کند.</w:t>
      </w:r>
    </w:p>
    <w:p w:rsidR="009F3B78" w:rsidRPr="00DE2611" w:rsidRDefault="00987F03" w:rsidP="00987F03">
      <w:pPr>
        <w:pageBreakBefore/>
        <w:bidi/>
        <w:jc w:val="center"/>
        <w:rPr>
          <w:rFonts w:asciiTheme="majorBidi" w:hAnsiTheme="majorBidi" w:cstheme="majorBidi"/>
          <w:bCs/>
          <w:sz w:val="36"/>
          <w:szCs w:val="36"/>
        </w:rPr>
      </w:pPr>
      <w:bookmarkStart w:id="10" w:name="Vol7Chapter08"/>
      <w:bookmarkEnd w:id="10"/>
      <w:r w:rsidRPr="00DE2611">
        <w:rPr>
          <w:rFonts w:asciiTheme="majorBidi" w:eastAsia="Tahoma" w:hAnsiTheme="majorBidi" w:cstheme="majorBidi"/>
          <w:bCs/>
          <w:sz w:val="36"/>
          <w:szCs w:val="36"/>
          <w:rtl/>
        </w:rPr>
        <w:t>فصل هشتم</w:t>
      </w:r>
    </w:p>
    <w:p w:rsidR="009F3B78" w:rsidRPr="00DE2611" w:rsidRDefault="00987F03" w:rsidP="00987F03">
      <w:pPr>
        <w:bidi/>
        <w:jc w:val="center"/>
        <w:rPr>
          <w:rFonts w:asciiTheme="majorBidi" w:hAnsiTheme="majorBidi" w:cstheme="majorBidi"/>
          <w:bCs/>
          <w:sz w:val="36"/>
          <w:szCs w:val="36"/>
        </w:rPr>
      </w:pPr>
      <w:r w:rsidRPr="00DE2611">
        <w:rPr>
          <w:rFonts w:asciiTheme="majorBidi" w:eastAsia="Tahoma" w:hAnsiTheme="majorBidi" w:cstheme="majorBidi"/>
          <w:bCs/>
          <w:sz w:val="36"/>
          <w:szCs w:val="36"/>
          <w:rtl/>
        </w:rPr>
        <w:t>بغداد و بازگشت دیوان ایرانی</w:t>
      </w:r>
    </w:p>
    <w:p w:rsidR="009F3B78" w:rsidRDefault="00987F03" w:rsidP="00DE2611">
      <w:pPr>
        <w:bidi/>
        <w:ind w:firstLine="720"/>
      </w:pPr>
      <w:r>
        <w:rPr>
          <w:rFonts w:eastAsia="Tahoma"/>
          <w:rtl/>
        </w:rPr>
        <w:t>قشون خراسانی توانست خاندان اموی را براندازد و خلیفه‌ای عباسی بر جای آن بنشاند، اما پیروزی در جنگ هنوز حکومت نساخته بود. خلافت تازه باید مالیات سرزمین‌های پهناور را گرد می‌آورد، فرمانداران را زیر نظر می‌گرفت، حقوق قشون را می‌پرداخت، راه‌ها را امن نگاه می‌داشت و میان مردمانی با زبان‌ها، دین‌ها و شیوه‌های زندگی متفاوت رابطه‌ای پایدار برقرار می‌کرد. شمشیر می‌توانست راه پایتخت را بگشاید، اما قادر نبود هر سال مقدار محصول یک روستا، درآمد یک شهر یا هزینهٔ یک قشون را ثبت کند. برای این کار دفتر، دبیر، حساب و حافظهٔ اداری لازم بود. از همین‌جا، پیروزی قشون خراسانی به بازگشت دیوان ایرانی انجامید.</w:t>
      </w:r>
    </w:p>
    <w:p w:rsidR="009F3B78" w:rsidRDefault="00987F03" w:rsidP="00DE2611">
      <w:pPr>
        <w:bidi/>
        <w:ind w:firstLine="720"/>
      </w:pPr>
      <w:r>
        <w:rPr>
          <w:rFonts w:eastAsia="Tahoma"/>
          <w:rtl/>
        </w:rPr>
        <w:t>عباسیان نمی‌توانستند دمشق را همچنان مرکز حکومت خود نگاه دارند. دمشق پایگاه خاندان اموی و قشون شام بود و خاطرهٔ حاکمیت پیشین در خاندان‌ها، محله‌ها و پیوندهای قبیله‌ای آن حضور داشت. خلیفهٔ تازه اگر در همان شهر می‌نشست، ناگزیر بود به نیروهایی تکیه کند که یا به امویان وفادار مانده بودند یا جایگاه خود را از حکومت آنان گرفته بودند. عباسیان از شرق آمده و با قشون خراسان پیروز شده بودند؛ پس مرکز حکومتشان نیز باید به خراسان، ایران و قشون سازندهٔ خلافت نزدیک‌تر می‌شد.</w:t>
      </w:r>
    </w:p>
    <w:p w:rsidR="009F3B78" w:rsidRDefault="00987F03" w:rsidP="00DE2611">
      <w:pPr>
        <w:bidi/>
        <w:ind w:firstLine="720"/>
      </w:pPr>
      <w:r>
        <w:rPr>
          <w:rFonts w:eastAsia="Tahoma"/>
          <w:rtl/>
        </w:rPr>
        <w:t>عراق این امکان را فراهم می‌کرد. کوفه از سال‌ها پیش مرکز مخالفان اموی، دوستداران خاندان پیامبر و شبکهٔ دعوت عباسی بود. اما کوفه نیز شهری پرآشوب و گرفتار دسته‌بندی‌های دینی و قبیله‌ای به شمار می‌رفت و خلیفه نمی‌توانست آسوده به وفاداری آن اعتماد کند. نخستین خلفای عباسی مدتی در شهرها و اردوگاه‌های گوناگون اقامت کردند تا آنکه منصور تصمیم گرفت شهری تازه برای حکومت خود بسازد؛ شهری که نه میراث اموی باشد و نه زیر نفوذ کامل بزرگان کوفه و بصره قرار گیرد.</w:t>
      </w:r>
    </w:p>
    <w:p w:rsidR="009F3B78" w:rsidRDefault="00987F03" w:rsidP="00DE2611">
      <w:pPr>
        <w:bidi/>
        <w:ind w:firstLine="720"/>
      </w:pPr>
      <w:r>
        <w:rPr>
          <w:rFonts w:eastAsia="Tahoma"/>
          <w:rtl/>
        </w:rPr>
        <w:t>بغداد در سال ۱۴۵ هجری، برابر با ۷۶۲ میلادی، به فرمان منصور بنیان گذاشته شد. جای شهر در کنار دجله و نزدیک شبکهٔ راه‌هایی انتخاب شد که عراق را به ایران، خراسان، شام و سرزمین‌های جنوبی پیوند می‌داد. حاصل‌خیزی سواد عراق، دسترسی به آب، نزدیکی به راه‌های تجاری و امکان جابه‌جایی قشون، بغداد را برای مرکز حکومت مناسب می‌کرد. این شهر در عین حال از مدائن، پایتخت پیشین ساسانیان، دور نبود و در همان منطقه‌ای ساخته شد که سده‌ها مرکز کشورداری شاهنشاهی ایران به شمار می‌رفت. عباسیان تاج ساسانی را زنده نمی‌کردند، اما ناخواسته یا آگاهانه به جغرافیایی بازمی‌گشتند که پیش‌تر توان ادارهٔ ایران و عراق را نشان داده بود.</w:t>
      </w:r>
    </w:p>
    <w:p w:rsidR="009F3B78" w:rsidRDefault="00987F03" w:rsidP="00DE2611">
      <w:pPr>
        <w:bidi/>
        <w:ind w:firstLine="720"/>
      </w:pPr>
      <w:r>
        <w:rPr>
          <w:rFonts w:eastAsia="Tahoma"/>
          <w:rtl/>
        </w:rPr>
        <w:t>منصور شهر مرکزی را به صورت دایره‌ای طراحی کرد. کاخ خلیفه و مسجد در میانه قرار گرفت و راه‌ها و دروازه‌ها به سوی نواحی مختلف گشوده شد. این طرح بیش از آنکه فقط زیبایی معماری داشته باشد، تصویری از حکومت بود. خلیفه در مرکز می‌نشست و قشون، دیوان، بازار و مردم در پیرامون او جای می‌گرفتند. شهر می‌خواست نشان دهد که فرمان از یک مرکز صادر می‌شود و همهٔ راه‌ها به آن بازمی‌گردد. بغداد از آغاز نه شهر طبیعی‌ای بود که آرام‌آرام رشد کند، بلکه ابزار ساخته‌شدهٔ حکومت برای تمرکز قدرت بود.</w:t>
      </w:r>
    </w:p>
    <w:p w:rsidR="009F3B78" w:rsidRDefault="00987F03" w:rsidP="00DE2611">
      <w:pPr>
        <w:bidi/>
        <w:ind w:firstLine="720"/>
      </w:pPr>
      <w:r>
        <w:rPr>
          <w:rFonts w:eastAsia="Tahoma"/>
          <w:rtl/>
        </w:rPr>
        <w:t>حتی انتخاب زمان آغاز ساختمان و طرح شهر نیز از حضور دانش‌های ایرانی خالی نبود. منجمان و حسابگران در تعیین هنگام مناسب شرکت کردند و در میان آنان نوبخت ایرانی جای داشت. کارگران، معماران و مصالح از مناطق گوناگون فراخوانده شدند. ساختن بغداد خود نمونه‌ای از کاری بود که قشون به تنهایی نمی‌توانست انجام دهد: هزاران نفر باید ثبت و تقسیم می‌شدند، دستمزد و خوراک می‌گرفتند، مواد ساختمانی از راه‌های دور می‌رسید و کارها بر اساس طرحی مرکزی هماهنگ می‌شد. شهر پیش از آنکه مقر دیوان شود، محصول عمل دیوانی بود.</w:t>
      </w:r>
    </w:p>
    <w:p w:rsidR="009F3B78" w:rsidRDefault="00987F03" w:rsidP="00DE2611">
      <w:pPr>
        <w:bidi/>
        <w:ind w:firstLine="720"/>
      </w:pPr>
      <w:r>
        <w:rPr>
          <w:rFonts w:eastAsia="Tahoma"/>
          <w:rtl/>
        </w:rPr>
        <w:t>جمعیت نظامی بغداد نیز پیوند آن را با خراسان آشکار می‌کرد. گروه‌های فراوانی از سربازان و فرماندهان انقلاب عباسی در محله‌های معین جای گرفتند. نام برخی محله‌ها و گذرها منشأ جغرافیایی ساکنان را نشان می‌داد: مردمانی از مرو، خوارزم، بخارا و دیگر نواحی شرق در شهر حضور داشتند. اینان تنها میهمان پایتخت نبودند؛ قشونی بودند که خلیفه حکومت خود را مدیون آن می‌دانست و در همان حال از قدرتش بیم داشت. اسکان آنان در بغداد هم پاداش خدمت بود و هم راهی برای آنکه از مرکز زیر نظر قرار گیرند.</w:t>
      </w:r>
    </w:p>
    <w:p w:rsidR="009F3B78" w:rsidRDefault="00987F03" w:rsidP="00DE2611">
      <w:pPr>
        <w:bidi/>
        <w:ind w:firstLine="720"/>
      </w:pPr>
      <w:r>
        <w:rPr>
          <w:rFonts w:eastAsia="Tahoma"/>
          <w:rtl/>
        </w:rPr>
        <w:t>در کنار سربازان، دبیران، بازرگانان، صنعتگران و خاندان‌های صاحب تجربه به شهر تازه آمدند. بغداد به سرعت از اردوگاه حکومتی به بازاری بزرگ و سپس به مرکز علم و اداره تبدیل شد. نزدیکی دربار و خزانه فرصت‌های تازه‌ای می‌ساخت. هرکس می‌توانست کالا، دانش یا خدمت مورد نیاز حکومت را فراهم کند، جایی در شهر می‌یافت. ایرانیان در این مهاجرت تنها از راه قشون وارد بغداد نشدند؛ از راه دیوان، پزشکی، نجوم، ترجمه، تجارت و هنر نیز در ساختن زندگی پایتخت سهم گرفتند.</w:t>
      </w:r>
    </w:p>
    <w:p w:rsidR="009F3B78" w:rsidRDefault="00987F03" w:rsidP="00DE2611">
      <w:pPr>
        <w:bidi/>
        <w:ind w:firstLine="720"/>
      </w:pPr>
      <w:r>
        <w:rPr>
          <w:rFonts w:eastAsia="Tahoma"/>
          <w:rtl/>
        </w:rPr>
        <w:t>دستگاه اداری عباسی از خلأ پدید نیامد. دیوان‌های مالی و نظامی پیش از آن نیز وجود داشتند و حکومت اموی برای ادارهٔ قلمرو خود از آنها استفاده می‌کرد. تفاوت در اندازه، ترکیب نیروی انسانی و جایگاه آنها بود. فتوحات بزرگ تقریباً به پایان رسیده بود و حکومت دیگر نمی‌توانست زندگی خود را عمدتاً از غنیمت جنگی تأمین کند. درآمد پایدار باید از زمین، بازار، گمرک و مالیات به دست می‌آمد. هرچه حکومت کمتر به فتح سرزمین تازه متکی می‌شد، اهمیت دیوانی که درآمد موجود را نگه می‌داشت بیشتر می‌گردید.</w:t>
      </w:r>
    </w:p>
    <w:p w:rsidR="009F3B78" w:rsidRDefault="00987F03" w:rsidP="00DE2611">
      <w:pPr>
        <w:bidi/>
        <w:ind w:firstLine="720"/>
      </w:pPr>
      <w:r>
        <w:rPr>
          <w:rFonts w:eastAsia="Tahoma"/>
          <w:rtl/>
        </w:rPr>
        <w:t>منصور این ضرورت را به‌خوبی می‌فهمید. او به صرفه‌جویی، ثبت دقیق درآمد و جلوگیری از استقلال والیان اهمیت می‌داد. خلیفه باید می‌دانست هر ولایت چه اندازه مالیات می‌فرستد، چه مبلغی در محل هزینه می‌شود و چه کسی مسئول کمبود است. اگر والی می‌توانست درآمد را پنهان کند یا قشون محلی را با پول ولایت به خود وابسته سازد، دیر یا زود از مرکز سرپیچی می‌کرد. دیوان مالی تنها خزانه را پر نمی‌کرد؛ وسیلهٔ جلوگیری از پراکندگی حاکمیت بود.</w:t>
      </w:r>
    </w:p>
    <w:p w:rsidR="009F3B78" w:rsidRDefault="00987F03" w:rsidP="00DE2611">
      <w:pPr>
        <w:bidi/>
        <w:ind w:firstLine="720"/>
      </w:pPr>
      <w:r>
        <w:rPr>
          <w:rFonts w:eastAsia="Tahoma"/>
          <w:rtl/>
        </w:rPr>
        <w:t>برای هر منطقه دفترها و برآوردهایی لازم بود که زمین، محصول، میزان مالیات و سابقهٔ پرداخت را نشان دهد. این اطلاعات در یک سال به دست نمی‌آمد. بخشی از آن میراث دفترهای پیشین و بخشی نتیجهٔ تجربهٔ کارگزاران محلی بود. دبیر ایرانی می‌دانست چگونه درآمد را از گزارش‌های پراکنده بیرون بکشد، ارقام را با سال‌های پیش مقایسه کند و تشخیص دهد که کاهش مالیات حاصل خشکسالی است یا پنهان‌کاری والی. او فقط نویسندهٔ فرمان نبود؛ حافظه‌ای بود که به مرکز امکان می‌داد بر فاصله غلبه کند.</w:t>
      </w:r>
    </w:p>
    <w:p w:rsidR="009F3B78" w:rsidRDefault="00987F03" w:rsidP="00DE2611">
      <w:pPr>
        <w:bidi/>
        <w:ind w:firstLine="720"/>
      </w:pPr>
      <w:r>
        <w:rPr>
          <w:rFonts w:eastAsia="Tahoma"/>
          <w:rtl/>
        </w:rPr>
        <w:t>در همین‌جا تفاوت میان حاکم و دیوان آشکار می‌شد. خلیفه فرمان می‌داد، اما فرمانی که نوشته، ثبت، فرستاده و پیگیری نمی‌شد اثری پایدار نداشت. دیوان ارادهٔ لحظه‌ای حاکم را به عملی تکرارشونده تبدیل می‌کرد. نام خلیفه ممکن بود عوض شود، ولی دفترهای مالی، شیوهٔ مکاتبه و نیاز به حساب ادامه می‌یافت. همین استمرار به دبیران قدرتی می‌داد که از نسب یا شمشیر حاصل نمی‌شد. آنان می‌دانستند حکومت در روزهای عادی چگونه کار می‌کند.</w:t>
      </w:r>
    </w:p>
    <w:p w:rsidR="009F3B78" w:rsidRDefault="00987F03" w:rsidP="00DE2611">
      <w:pPr>
        <w:bidi/>
        <w:ind w:firstLine="720"/>
      </w:pPr>
      <w:r>
        <w:rPr>
          <w:rFonts w:eastAsia="Tahoma"/>
          <w:rtl/>
        </w:rPr>
        <w:t>دیوان برید نیز در دورهٔ منصور گسترش یافت. برید تنها دستگاه رساندن نامه نبود؛ چشم و گوش خلیفه در ولایت‌ها به شمار می‌رفت. مأمور برید خبر حرکت والی، رفتار قشون، قیمت‌ها، امنیت راه و حتی گفت‌وگوهای مشکوک را به مرکز می‌فرستاد. خلیفه از راه این گزارش‌ها می‌توانست پیش از آنکه شورشی آشکار شود از آن آگاه گردد. راه، اسب، ایستگاه و مأمور باید به صورت منظم آماده می‌بود تا خبر در فاصله‌ای کوتاه حرکت کند. در اینجا نیز دانش دیوانی ایرانی، که سابقهٔ شبکه‌های ارتباطی شاهنشاهی را با خود داشت، با نیاز خلافت تازه درآمیخت.</w:t>
      </w:r>
    </w:p>
    <w:p w:rsidR="009F3B78" w:rsidRDefault="00987F03" w:rsidP="00DE2611">
      <w:pPr>
        <w:bidi/>
        <w:ind w:firstLine="720"/>
      </w:pPr>
      <w:r>
        <w:rPr>
          <w:rFonts w:eastAsia="Tahoma"/>
          <w:rtl/>
        </w:rPr>
        <w:t>برید رابطهٔ خلیفه و والی را تغییر داد. والی دیگر تنها نمایندهٔ دوردستی نبود که مرکز ناچار باشد گزارش خود او را باور کند. مأموری موازی رفتار او را ثبت می‌کرد و مستقیم به خلیفه خبر می‌داد. این دوگانگی از یک سو تمرکز حکومت را تقویت می‌کرد و از سوی دیگر فضای بی‌اعتمادی می‌ساخت. حاکم مرکزی برای جلوگیری از خیانت، دستگاهی از مراقبت و گزارش می‌ساخت و همین دستگاه می‌توانست ترس و رقابت را در میان کارگزاران افزایش دهد.</w:t>
      </w:r>
    </w:p>
    <w:p w:rsidR="009F3B78" w:rsidRDefault="00987F03" w:rsidP="00DE2611">
      <w:pPr>
        <w:bidi/>
        <w:ind w:firstLine="720"/>
      </w:pPr>
      <w:r>
        <w:rPr>
          <w:rFonts w:eastAsia="Tahoma"/>
          <w:rtl/>
        </w:rPr>
        <w:t>ادارهٔ قشون نیز به دیوانی گسترده نیاز داشت. نام سربازان، میزان حقوق، اسب و سلاح و محل خدمت باید ثبت می‌شد. اگر فهرست‌ها دقیق نبود، فرمانده می‌توانست حقوق مردگان یا غایبان را بگیرد و نیرویی کمتر از آنچه در دفتر نوشته شده بود به میدان بیاورد. قشون خراسانی که خلافت را ساخته بود، اکنون باید از نیروی انقلابی به سپاه حقوق‌بگیر حکومت بدل می‌شد. این دگرگونی بدون دیوان ممکن نبود. دفتر، سرباز را از پیرو شخصی فرمانده به فردی در خدمت خزانهٔ خلیفه تبدیل می‌کرد.</w:t>
      </w:r>
    </w:p>
    <w:p w:rsidR="009F3B78" w:rsidRDefault="00987F03" w:rsidP="00DE2611">
      <w:pPr>
        <w:bidi/>
        <w:ind w:firstLine="720"/>
      </w:pPr>
      <w:r>
        <w:rPr>
          <w:rFonts w:eastAsia="Tahoma"/>
          <w:rtl/>
        </w:rPr>
        <w:t>از این نظر، دیوان وسیلهٔ منصور برای پاسخ‌دادن به تجربهٔ ابومسلم بود. ابومسلم قشونی ساخته بود که به شخص او وفادار بود و خلیفه از همین قدرت ترسید. اگر حقوق، ترفیع و محل خدمت سرباز از دفتر مرکزی تعیین می‌شد، فرمانده نمی‌توانست به‌آسانی قشون را ملک خود بداند. دیوان می‌کوشید رابطهٔ مستقیم میان جنگاور و فرمانده را بشکند و آن را از خزانه و فرمان خلیفه عبور دهد. اما این کوشش هرگز کامل نبود؛ فرمانده همچنان با سرباز در میدان زندگی می‌کرد و وفاداری شخصی نیرویی بود که دفتر قادر به حذف آن نبود.</w:t>
      </w:r>
    </w:p>
    <w:p w:rsidR="009F3B78" w:rsidRDefault="00987F03" w:rsidP="00DE2611">
      <w:pPr>
        <w:bidi/>
        <w:ind w:firstLine="720"/>
      </w:pPr>
      <w:r>
        <w:rPr>
          <w:rFonts w:eastAsia="Tahoma"/>
          <w:rtl/>
        </w:rPr>
        <w:t>بازگشت دیوان ایرانی فقط در به‌کارگرفتن دبیران ایرانی خلاصه نمی‌شد. اندیشه‌های مربوط به کشورداری نیز از راه ترجمه و آموزش وارد زبان عربی شد. عبدالله ابن‌مقفع، دبیر و نویسندهٔ ایرانی که از زرتشتی‌گری به اسلام گرویده بود، نمونهٔ برجستهٔ این انتقال است. او آثاری از فارسی میانه به عربی برگرداند و از راه نوشته‌هایی چون کلیله و دمنه و رساله‌های سیاسی، تجربهٔ دربار، اخلاق فرمانروایی و تدبیر حکومت را در اختیار جامعهٔ تازه گذاشت. آنچه پیش‌تر در اندرزنامه‌های شاهان و دبیران ساسانی آمده بود، اکنون با زبان خلافت بیان می‌شد.</w:t>
      </w:r>
    </w:p>
    <w:p w:rsidR="009F3B78" w:rsidRDefault="00987F03" w:rsidP="00DE2611">
      <w:pPr>
        <w:bidi/>
        <w:ind w:firstLine="720"/>
      </w:pPr>
      <w:r>
        <w:rPr>
          <w:rFonts w:eastAsia="Tahoma"/>
          <w:rtl/>
        </w:rPr>
        <w:t>اهمیت این ترجمه‌ها در حفظ خاطرهٔ گذشته به تنهایی نبود. آنها به حاکمان تازه می‌آموختند که حکومت فقط فرمان دینی یا پیروزی نظامی نیست. حاکم باید کارگزار انتخاب کند، درآمد را بشناسد، از خبر درست برخوردار باشد، میان ترس و بخشش تعادل برقرار کند و بداند ظلم چگونه خزانه و قشون را در درازمدت ضعیف می‌کند. این اندیشه‌ها حقانیت حکمرانی خلیفه را از نسب پیامبر جدا نمی‌کردند، اما معیار دیگری در کنار آن می‌گذاشتند: توان ادارهٔ کشور.</w:t>
      </w:r>
    </w:p>
    <w:p w:rsidR="009F3B78" w:rsidRDefault="00987F03" w:rsidP="00DE2611">
      <w:pPr>
        <w:bidi/>
        <w:ind w:firstLine="720"/>
      </w:pPr>
      <w:r>
        <w:rPr>
          <w:rFonts w:eastAsia="Tahoma"/>
          <w:rtl/>
        </w:rPr>
        <w:t>همین معیار می‌توانست برای خلیفه خطرناک باشد. اگر دانش کشورداری نزد دبیر بود و بقای حکومت به اجرای پیشنهاد او وابسته می‌شد، آیا خلیفه همچنان تنها صاحب تصمیم بود؟ ابن‌مقفع در نوشته‌هایش از تنظیم فرمان، حدود اختیار و اصلاح قشون سخن می‌گفت و به دستگاه حکومت نزدیک بود، اما سرانجام به فرمان منصور و با خشونتی هولناک کشته شد. علت قتل او را نمی‌توان فقط به یک نوشته فروکاست؛ دشمنی‌های سیاسی و ارتباطش با مخالفان منصور نیز نقش داشت. بااین‌همه، سرنوشت او نماد رابطه‌ای شد که بارها تکرار می‌شد: حاکم به دانش دبیر نیاز داشت، اما از استقلال اندیشه و پیوندهای سیاسی او می‌ترسید.</w:t>
      </w:r>
    </w:p>
    <w:p w:rsidR="009F3B78" w:rsidRDefault="00987F03" w:rsidP="00DE2611">
      <w:pPr>
        <w:bidi/>
        <w:ind w:firstLine="720"/>
      </w:pPr>
      <w:r>
        <w:rPr>
          <w:rFonts w:eastAsia="Tahoma"/>
          <w:rtl/>
        </w:rPr>
        <w:t>در دورهٔ عباسی، منصب وزارت نیز صورت روشن‌تری یافت. پیش از آن، حاکمان مشاور، دبیر و صاحب‌دیوان داشتند، اما وزیر به‌تدریج به کسی تبدیل شد که چند بخش دستگاه را به هم پیوند می‌داد و میان خلیفه و دیوان قرار می‌گرفت. او فرمان خلیفه را به کار اداری تبدیل می‌کرد، گزارش‌ها را خلاصه می‌ساخت، مأموران را پیشنهاد می‌داد و بر درآمد و هزینه نظارت می‌کرد. وزیر نه فرمانروا بود و نه صرفاً نویسنده؛ قدرت او از دسترسی به خلیفه و تسلط بر شبکهٔ کارگزاران سرچشمه می‌گرفت.</w:t>
      </w:r>
    </w:p>
    <w:p w:rsidR="009F3B78" w:rsidRDefault="00987F03" w:rsidP="00DE2611">
      <w:pPr>
        <w:bidi/>
        <w:ind w:firstLine="720"/>
      </w:pPr>
      <w:r>
        <w:rPr>
          <w:rFonts w:eastAsia="Tahoma"/>
          <w:rtl/>
        </w:rPr>
        <w:t>این شکل از وزارت با سابقهٔ وزیر و بزرگ‌فرمادار در کشورداری ایرانی نزدیکی داشت، هرچند عین آن نبود. خلافت عباسی نهاد ساسانی را بدون تغییر برنداشت. وظایف، عنوان‌ها و رابطهٔ وزیر با دین و خاندان خلیفه در محیط اسلامی صورت تازه‌ای یافت. اما اصل تقسیم کار میان صاحب تاج و صاحب تدبیر دوباره پدیدار شد: خلیفه سرچشمهٔ فرمان و حقانیت حکمرانی بود و وزیر مسئول تبدیل آن به اداره‌ای منظم. هرچه دستگاه بزرگ‌تر می‌شد، فاصلهٔ میان این دو نقش روشن‌تر می‌گردید.</w:t>
      </w:r>
    </w:p>
    <w:p w:rsidR="009F3B78" w:rsidRDefault="00987F03" w:rsidP="00DE2611">
      <w:pPr>
        <w:bidi/>
        <w:ind w:firstLine="720"/>
      </w:pPr>
      <w:r>
        <w:rPr>
          <w:rFonts w:eastAsia="Tahoma"/>
          <w:rtl/>
        </w:rPr>
        <w:t>خاندان برمکی نمونهٔ برجستهٔ بالا آمدن ایرانیان در این ساختمان بود. ریشهٔ آنان به بلخ و نهاد دینی نوبهار می‌رسید. خالد برمکی به دعوت عباسی پیوست و پس از پیروزی در کارهای مالی، نظامی و اداری مقام یافت. فرزندان و نوادگان او در دوره‌های بعد به فرمانداری، تربیت ولیعهد و وزارت رسیدند و در زمان هارون‌الرشید برای سال‌هایی طولانی بخش بزرگی از دستگاه حکومت را گرداندند. آنان تنها کارمندانی منفرد نبودند؛ خاندانی دیوانی ساختند که افراد خود را تربیت می‌کرد، حامیان می‌یافت و در سراسر حکومت پیوند برقرار می‌ساخت.</w:t>
      </w:r>
    </w:p>
    <w:p w:rsidR="009F3B78" w:rsidRDefault="00987F03" w:rsidP="00DE2611">
      <w:pPr>
        <w:bidi/>
        <w:ind w:firstLine="720"/>
      </w:pPr>
      <w:r>
        <w:rPr>
          <w:rFonts w:eastAsia="Tahoma"/>
          <w:rtl/>
        </w:rPr>
        <w:t>برمکیان نشان دادند که نومسلمان ایرانی می‌تواند از جایگاه تابع و موالی به مرکز تصمیم‌گیری خلافت برسد. تبار عربی دیگر شرط مطلق ادارهٔ حکومت نبود. دانش، وفاداری، ثروت و شبکهٔ دیوانی می‌توانست راهی به قدرت بگشاید. آنان مدرسه، بیمارستان، ترجمه و دانش را حمایت کردند و در حافظهٔ تاریخی به بخشندگی و تدبیر شهرت یافتند. اما این تصویر نباید مانع دیدن جایگاه سیاسی‌شان شود. قدرت آنان از خلافت می‌آمد و در خدمت حفظ همان حکومت به کار می‌رفت؛ آنان نمایندهٔ استقلال ایران نبودند.</w:t>
      </w:r>
    </w:p>
    <w:p w:rsidR="009F3B78" w:rsidRDefault="00987F03" w:rsidP="00DE2611">
      <w:pPr>
        <w:bidi/>
        <w:ind w:firstLine="720"/>
      </w:pPr>
      <w:r>
        <w:rPr>
          <w:rFonts w:eastAsia="Tahoma"/>
          <w:rtl/>
        </w:rPr>
        <w:t>در واقع، ورود ایرانیان به دیوان دو پیامد متفاوت داشت. از یک سو، تبعیض قومی دورهٔ اموی را شکست و امکان داد تجربهٔ ایران در حکومت تازه اثر بگذارد. از سوی دیگر، همین تجربه به خلافت کمک کرد مالیات را دقیق‌تر بگیرد، مخالفان را بهتر زیر نظر داشته باشد و حاکمیت خود را بر ایران استوارتر کند. دیوان ایرانی همیشه در برابر خلیفه نبود؛ اغلب کارآمدترین ابزار او بود. بازگشت دانش کشورداری ایران لزوماً به بازگشت آزادی سیاسی ایران نمی‌انجامید.</w:t>
      </w:r>
    </w:p>
    <w:p w:rsidR="009F3B78" w:rsidRDefault="00987F03" w:rsidP="00DE2611">
      <w:pPr>
        <w:bidi/>
        <w:ind w:firstLine="720"/>
      </w:pPr>
      <w:r>
        <w:rPr>
          <w:rFonts w:eastAsia="Tahoma"/>
          <w:rtl/>
        </w:rPr>
        <w:t>این دوگانگی را در زبان نیز می‌توان دید. عربی زبان فرمان، دین، ادب و دانش باقی ماند و بسیاری از دبیران ایرانی بهترین آثار خود را به عربی نوشتند. آنان برای واردشدن به دستگاه خلافت ناچار نبودند اندیشه‌های ایرانی را کنار بگذارند، اما باید آنها را در زبان و قالب حکومت اسلامی بیان می‌کردند. مفاهیمی از اندرزنامه، آداب دربار و دیوان ساسانی در فرهنگ عربی جذب شد و به صورت بخشی از تمدن اسلامی درآمد. آنچه ایرانی بود، با برچسب جداگانه باقی نماند؛ در ساختمان تازه حل شد و همان ساختمان را تغییر داد.</w:t>
      </w:r>
    </w:p>
    <w:p w:rsidR="009F3B78" w:rsidRDefault="00987F03" w:rsidP="00DE2611">
      <w:pPr>
        <w:bidi/>
        <w:ind w:firstLine="720"/>
      </w:pPr>
      <w:r>
        <w:rPr>
          <w:rFonts w:eastAsia="Tahoma"/>
          <w:rtl/>
        </w:rPr>
        <w:t>بغداد فضای این آمیختگی را فراهم کرد. قشون خراسانی، خلیفهٔ عباسی، دبیر ایرانی، فقیه عرب، پزشک مسیحی، منجم ایرانی یا صابئی و بازرگانی از سرزمین‌های دور در یک شهر گرد آمدند. نیازهای حکومت این گروه‌ها را به هم پیوند می‌داد. خلیفه برای حقانیت حکمرانی به دین و نسب پیامبر تکیه داشت، برای دفاع به قشون نیازمند بود، برای درآمد به دیوان وابسته بود و برای دانش و سلامت دربار از پزشکان و مترجمان یاری می‌گرفت. هیچ‌یک از این نیروها به تنهایی حکومت را نمی‌ساخت، اما هرکدام می‌توانست دیگری را محدود یا تهدید کند.</w:t>
      </w:r>
    </w:p>
    <w:p w:rsidR="009F3B78" w:rsidRDefault="00987F03" w:rsidP="00DE2611">
      <w:pPr>
        <w:bidi/>
        <w:ind w:firstLine="720"/>
      </w:pPr>
      <w:r>
        <w:rPr>
          <w:rFonts w:eastAsia="Tahoma"/>
          <w:rtl/>
        </w:rPr>
        <w:t>رونق بغداد همچنین نتیجهٔ انتقال درآمد ولایت‌ها به مرکز بود. مالیات مصر، عراق و ایران به خزانه می‌رسید و از آنجا برای قشون، کاخ، ساختمان، دانش و مصرف شهری هزینه می‌شد. پایتخت ثروتمند می‌شد، زیرا مازاد سرزمین‌های دور را جذب می‌کرد. این تمرکز بازار و تولید را گسترش می‌داد، اما فاصلهٔ مرکز و ولایت را نیز بیشتر می‌کرد. مردمی که مالیات می‌پرداختند همیشه در سودی که بغداد از آن می‌برد شریک نبودند. دیوان کارآمد می‌توانست آبادانی بسازد و هم‌زمان فشار حکومت را منظم‌تر کند.</w:t>
      </w:r>
    </w:p>
    <w:p w:rsidR="009F3B78" w:rsidRDefault="00987F03" w:rsidP="00DE2611">
      <w:pPr>
        <w:bidi/>
        <w:ind w:firstLine="720"/>
      </w:pPr>
      <w:r>
        <w:rPr>
          <w:rFonts w:eastAsia="Tahoma"/>
          <w:rtl/>
        </w:rPr>
        <w:t>منصور می‌خواست هیچ وزیر، فرمانده یا خاندانی از خلیفه نیرومندتر نشود. او ابومسلم را کشته بود تا قشون سازندهٔ خلافت به رقیب خاندان عباسی تبدیل نشود و با دبیران و نزدیکان خود نیز با بدگمانی رفتار می‌کرد. اما هرچه حکومت را متمرکزتر می‌کرد، نیازش به کارگزاران متخصص بیشتر می‌شد. خلیفه نمی‌توانست شخصاً همهٔ دفترها را بخواند، همهٔ والیان را بشناسد و همهٔ حساب‌ها را وارسی کند. تمرکز قدرت، برخلاف ظاهرش، وابستگی حاکم به واسطه‌ها را افزایش می‌داد.</w:t>
      </w:r>
    </w:p>
    <w:p w:rsidR="009F3B78" w:rsidRDefault="00987F03" w:rsidP="00DE2611">
      <w:pPr>
        <w:bidi/>
        <w:ind w:firstLine="720"/>
      </w:pPr>
      <w:r>
        <w:rPr>
          <w:rFonts w:eastAsia="Tahoma"/>
          <w:rtl/>
        </w:rPr>
        <w:t>وزیر و دبیر می‌توانستند اطلاعات را انتخاب کنند و تنها آنچه را لازم می‌دانستند به خلیفه برسانند. آنان در انتصاب‌ها نقش داشتند و کارگزاران به جای آنکه مستقیماً به حاکم دسترسی داشته باشند، به درگاه وزیر روی می‌آوردند. بدین‌سان، دیوان که برای اجرای فرمان خلیفه ساخته شده بود می‌توانست میان خلیفه و کشور دیوار ایجاد کند. حاکم بر همه فرمان می‌راند، اما واقعیتی را می‌دید که دبیران در گزارش‌های خود ساخته بودند.</w:t>
      </w:r>
    </w:p>
    <w:p w:rsidR="009F3B78" w:rsidRDefault="00987F03" w:rsidP="00DE2611">
      <w:pPr>
        <w:bidi/>
        <w:ind w:firstLine="720"/>
      </w:pPr>
      <w:r>
        <w:rPr>
          <w:rFonts w:eastAsia="Tahoma"/>
          <w:rtl/>
        </w:rPr>
        <w:t>از سوی دیگر، وزیر نیز در امان نبود. همهٔ اختیار او از اعتماد خلیفه سرچشمه می‌گرفت و با یک فرمان می‌توانست از میان برود. دارایی خاندان‌های دیوانی چشمگیر بود و سقوط آنان گاه خزانهٔ حکومت را پر می‌کرد. خلیفه می‌توانست اتهام خیانت، زندقه یا سوءاستفادهٔ مالی را برای برکناری وزیر به کار گیرد. همان دستگاه ثبت و گزارش که وزیر با آن والیان را زیر نظر می‌گرفت، می‌توانست علیه خود او فعال شود. نزدیکی به مرکز قدرت، هم سرچشمهٔ اقتدار بود و هم بزرگ‌ترین خطر.</w:t>
      </w:r>
    </w:p>
    <w:p w:rsidR="009F3B78" w:rsidRDefault="00987F03" w:rsidP="00DE2611">
      <w:pPr>
        <w:bidi/>
        <w:ind w:firstLine="720"/>
      </w:pPr>
      <w:r>
        <w:rPr>
          <w:rFonts w:eastAsia="Tahoma"/>
          <w:rtl/>
        </w:rPr>
        <w:t>سقوط برمکیان در سال ۱۸۷ هجری، برابر با ۸۰۳ میلادی، این قاعده را به صورتی آشکار نشان داد. هارون‌الرشید پس از سال‌ها تکیه بر آنان، ناگهان جعفر برمکی را کشت و دیگر اعضای خاندان را زندانی یا از قدرت دور کرد. دربارهٔ علت این سقوط روایت‌های عاشقانه و داستان‌های بسیار ساخته شده است، اما مسئلهٔ سیاسی روشن‌تر از افسانه‌هاست: شبکهٔ برمکیان چنان گسترده و آوازه‌شان چنان بزرگ شده بود که خلیفه می‌توانست آنان را حکومتی درون حکومت ببیند. نیاز به وزیر بار دیگر به ترس از وزیر انجامید.</w:t>
      </w:r>
    </w:p>
    <w:p w:rsidR="009F3B78" w:rsidRDefault="00987F03" w:rsidP="00DE2611">
      <w:pPr>
        <w:bidi/>
        <w:ind w:firstLine="720"/>
      </w:pPr>
      <w:r>
        <w:rPr>
          <w:rFonts w:eastAsia="Tahoma"/>
          <w:rtl/>
        </w:rPr>
        <w:t>با سقوط یک خاندان، دیوان از میان نرفت. خلیفه می‌توانست برمکیان را حذف کند، اما نمی‌توانست وزارت، دفتر و حساب را برچیند. کارگزارانی دیگر جای آنان را گرفتند و خاندان‌های دیوانی تازه بالا آمدند. این همان تفاوت دیوان و قشون شخصی بود. قشون ابومسلم با مرگ فرمانده‌اش پراکنده یا در دستگاه خلافت جذب شد، اما دانش دیوانی در اشخاص متعدد و دفترهای پیوسته توزیع شده بود. کشتن یک وزیر ممکن بود شبکه‌ای را بشکند، ولی نیاز حکومت به وزیر دیگری را از میان نمی‌برد.</w:t>
      </w:r>
    </w:p>
    <w:p w:rsidR="009F3B78" w:rsidRDefault="00987F03" w:rsidP="00DE2611">
      <w:pPr>
        <w:bidi/>
        <w:ind w:firstLine="720"/>
      </w:pPr>
      <w:r>
        <w:rPr>
          <w:rFonts w:eastAsia="Tahoma"/>
          <w:rtl/>
        </w:rPr>
        <w:t>از این رو، «بازگشت دیوان ایرانی» را باید بازگشت یک ضرورت دانست، نه بازگشت یک خاندان یا پادشاهی. حکومت عباسی چون می‌خواست بر سرزمینی پهناور فرمان براند، ناگزیر شد از دانشی استفاده کند که طی سده‌ها در ایران انباشته شده بود. دبیران ایرانی نیز از این نیاز برای ورود به مرکز قدرت بهره گرفتند. آنان زبان و دین حکومت تازه را پذیرفتند، اما شیوه‌های ثبت، اندرز، وزارت و رابطهٔ خزانه و قشون را با خود آوردند. ایران بدون آنکه استقلال سیاسی یافته باشد، از درون بر شکل خلافت اثر گذاشت.</w:t>
      </w:r>
    </w:p>
    <w:p w:rsidR="009F3B78" w:rsidRDefault="00987F03" w:rsidP="00DE2611">
      <w:pPr>
        <w:bidi/>
        <w:ind w:firstLine="720"/>
      </w:pPr>
      <w:r>
        <w:rPr>
          <w:rFonts w:eastAsia="Tahoma"/>
          <w:rtl/>
        </w:rPr>
        <w:t>این اثر هم رهایی‌بخش بود و هم محدودکننده. راه ایرانیان به مقام‌های بلند باز شد و انحصار عربی شکست، اما حکومت همچنان در دست خاندانی دینی و موروثی باقی ماند. دیوان می‌توانست حاکم را به تدبیر و عدالت فرابخواند، ولی خود حق تعیین حاکم را نداشت. وزیر می‌توانست کشور را اداره کند، اما زندگی و مرگش به فرمان خلیفه وابسته بود. قشون می‌توانست خلیفه بسازد و وزیر می‌توانست حکومت او را دوام دهد، اما هیچ‌یک به تنهایی صاحب حاکمیت نبودند.</w:t>
      </w:r>
    </w:p>
    <w:p w:rsidR="009F3B78" w:rsidRDefault="00987F03" w:rsidP="00DE2611">
      <w:pPr>
        <w:bidi/>
        <w:ind w:firstLine="720"/>
      </w:pPr>
      <w:r>
        <w:rPr>
          <w:rFonts w:eastAsia="Tahoma"/>
          <w:rtl/>
        </w:rPr>
        <w:t>بغداد صحنه‌ای شد که این سه نیرو در کنار یکدیگر قرار گرفتند: خلیفه‌ای که فرمان و حقانیت حکمرانی را در خاندان خود می‌دید، قشونی که حکومت بدون شمشیر آن دوام نمی‌آورد، و وزیری که بدون قلم و دفتر او فرمان به کشور نمی‌رسید. تعادل میان این سه هرگز ثابت نماند. گاه خلیفه بر هر دو چیره بود، گاه وزیر ادارهٔ واقعی حکومت را در دست می‌گرفت و گاه فرماندهان قشون خلیفه و وزیر را زیر فشار می‌گذاشتند. فصل بعد به همین مثلث می‌پردازد: چگونه خلیفه، وزیر و قشون در یک حکومت گرد آمدند و چرا همکاری ضروری آنان پیوسته امکان رقابت، برکناری و خون‌ریزی را نیز در خود داشت.</w:t>
      </w:r>
    </w:p>
    <w:p w:rsidR="009F3B78" w:rsidRPr="00DE2611" w:rsidRDefault="00987F03" w:rsidP="00987F03">
      <w:pPr>
        <w:pageBreakBefore/>
        <w:bidi/>
        <w:jc w:val="center"/>
        <w:rPr>
          <w:rFonts w:asciiTheme="majorBidi" w:hAnsiTheme="majorBidi" w:cstheme="majorBidi"/>
          <w:bCs/>
          <w:sz w:val="36"/>
          <w:szCs w:val="36"/>
        </w:rPr>
      </w:pPr>
      <w:bookmarkStart w:id="11" w:name="Vol7Chapter09"/>
      <w:bookmarkEnd w:id="11"/>
      <w:r w:rsidRPr="00DE2611">
        <w:rPr>
          <w:rFonts w:asciiTheme="majorBidi" w:eastAsia="Tahoma" w:hAnsiTheme="majorBidi" w:cstheme="majorBidi"/>
          <w:bCs/>
          <w:sz w:val="36"/>
          <w:szCs w:val="36"/>
          <w:rtl/>
        </w:rPr>
        <w:t>فصل نهم</w:t>
      </w:r>
    </w:p>
    <w:p w:rsidR="009F3B78" w:rsidRPr="00DE2611" w:rsidRDefault="00987F03" w:rsidP="00987F03">
      <w:pPr>
        <w:bidi/>
        <w:jc w:val="center"/>
        <w:rPr>
          <w:rFonts w:asciiTheme="majorBidi" w:hAnsiTheme="majorBidi" w:cstheme="majorBidi"/>
          <w:bCs/>
          <w:sz w:val="36"/>
          <w:szCs w:val="36"/>
        </w:rPr>
      </w:pPr>
      <w:r w:rsidRPr="00DE2611">
        <w:rPr>
          <w:rFonts w:asciiTheme="majorBidi" w:eastAsia="Tahoma" w:hAnsiTheme="majorBidi" w:cstheme="majorBidi"/>
          <w:bCs/>
          <w:sz w:val="36"/>
          <w:szCs w:val="36"/>
          <w:rtl/>
        </w:rPr>
        <w:t>خلیفه، وزیر و قشون؛ سه قدرت در یک حکومت</w:t>
      </w:r>
    </w:p>
    <w:p w:rsidR="009F3B78" w:rsidRDefault="00987F03" w:rsidP="00DE2611">
      <w:pPr>
        <w:bidi/>
        <w:ind w:firstLine="720"/>
      </w:pPr>
      <w:r>
        <w:rPr>
          <w:rFonts w:eastAsia="Tahoma"/>
          <w:rtl/>
        </w:rPr>
        <w:t>بغداد دستگاهی پدید آورد که در آن سه نیروی متفاوت ناگزیر بودند در کنار یکدیگر کار کنند. خلیفه سرچشمهٔ فرمان و حقانیت حکمرانی به شمار می‌رفت، وزیر فرمان را به ادارهٔ روزانهٔ کشور تبدیل می‌کرد و قشون امکان اجرای فرمان و سرکوب نافرمانی را فراهم می‌آورد. هیچ‌یک بدون دو نیروی دیگر قادر به نگاهداری خلافت نبود. خلیفه‌ای که وزیر نداشت از درآمد و وضع ولایت‌ها بی‌خبر می‌ماند؛ وزیری که قشون نداشت فرمانش از دفتر بیرون نمی‌رفت؛ و قشونی که خلیفه و دیوان نداشت نمی‌توانست برای مدت طولانی حقوق، آذوقه و دلیل اطاعت فراهم آورد. اما همین نیاز متقابل، رقابت را نیز اجتناب‌ناپذیر می‌کرد. هر نیرو می‌توانست تصور کند که دو نیروی دیگر بدون او ناتوان‌اند و در نتیجه سهم بیشتری از حکومت بخواهد.</w:t>
      </w:r>
    </w:p>
    <w:p w:rsidR="009F3B78" w:rsidRDefault="00987F03" w:rsidP="00DE2611">
      <w:pPr>
        <w:bidi/>
        <w:ind w:firstLine="720"/>
      </w:pPr>
      <w:r>
        <w:rPr>
          <w:rFonts w:eastAsia="Tahoma"/>
          <w:rtl/>
        </w:rPr>
        <w:t>این مثلث در حکومت ساسانی نیز به شکل تاج، دیوان و قشون وجود داشت، اما خلافت عباسی آن را در شرایطی تازه بازساخت. خلیفه فقط شاه نبود؛ خود را جانشین پیامبر و صاحب اقتدار دینی می‌دانست. وزیر تنها دبیر بزرگ نبود؛ در رأس دستگاهی قرار می‌گرفت که زبان رسمی آن عربی و قلمرو آن سراسر جهان اسلام بود. قشون نیز دیگر سپاه یک قوم یا طبقهٔ ثابت به شمار نمی‌آمد؛ از خراسانیان، عرب‌ها، ایرانیان و بعدها ترکان و نیروهای مناطق دیگر تشکیل می‌شد. بنابراین، تعادل این سه قدرت نه بر سنتی یکدست، بلکه بر ائتلاف گروه‌هایی استوار بود که پیشینه و منافع متفاوت داشتند.</w:t>
      </w:r>
    </w:p>
    <w:p w:rsidR="009F3B78" w:rsidRDefault="00987F03" w:rsidP="00DE2611">
      <w:pPr>
        <w:bidi/>
        <w:ind w:firstLine="720"/>
      </w:pPr>
      <w:r>
        <w:rPr>
          <w:rFonts w:eastAsia="Tahoma"/>
          <w:rtl/>
        </w:rPr>
        <w:t>خلیفه از نظر نظری بالاتر از وزیر و فرمانده قرار داشت. فرمان‌ها به نام او صادر می‌شد، خطبه به نامش خوانده می‌شد و سکه نشانهٔ حاکمیت او را حمل می‌کرد. والی و قاضی منصب خود را از او می‌گرفتند و قشون ظاهراً برای دفاع از خلافت او می‌جنگید. اما این برتری حقوقی همیشه به معنای توانایی عملی نبود. خلیفه برای دانستن آنچه در کشور می‌گذشت به گزارش وزیر و مأموران دیوان نیاز داشت و برای واداشتن نافرمانان به اطاعت به فرماندهان وابسته بود. هرچه قلمرو بزرگ‌تر می‌شد، فاصلهٔ میان فرمان او و اجرای آن افزایش می‌یافت.</w:t>
      </w:r>
    </w:p>
    <w:p w:rsidR="009F3B78" w:rsidRDefault="00987F03" w:rsidP="00DE2611">
      <w:pPr>
        <w:bidi/>
        <w:ind w:firstLine="720"/>
      </w:pPr>
      <w:r>
        <w:rPr>
          <w:rFonts w:eastAsia="Tahoma"/>
          <w:rtl/>
        </w:rPr>
        <w:t>وزیر این فاصله را پر می‌کرد. گزارش‌های ولایت‌ها پیش از رسیدن به خلیفه از دست دبیران می‌گذشت، درآمدها در دفترهای دیوان ثبت می‌شد و پیشنهاد انتصاب والیان و فرماندهان اغلب از جانب وزیر مطرح می‌گردید. وزیر می‌توانست تصمیمی را به صورت فرمانی روشن بنویسد، زمان اجرای آن را تعیین کند و مأموری برای نظارت بر آن بگمارد. او همچنین می‌توانست با انتخاب اینکه کدام گزارش زودتر به خلیفه برسد و کدام خطر مهم‌تر نشان داده شود، بر خود تصمیم اثر بگذارد. خلیفه صاحب فرمان بود، اما وزیر تا اندازه‌ای واقعیتی را می‌ساخت که فرمان دربارهٔ آن صادر می‌شد.</w:t>
      </w:r>
    </w:p>
    <w:p w:rsidR="009F3B78" w:rsidRDefault="00987F03" w:rsidP="00DE2611">
      <w:pPr>
        <w:bidi/>
        <w:ind w:firstLine="720"/>
      </w:pPr>
      <w:r>
        <w:rPr>
          <w:rFonts w:eastAsia="Tahoma"/>
          <w:rtl/>
        </w:rPr>
        <w:t>قشون نیز تنها ابزار بی‌اراده نبود. سرباز باید حقوق می‌گرفت و فرمانده باید اطمینان می‌یافت که جایگاه و سهم او در حکومت محفوظ است. اگر خزانه از پرداخت حقوق ناتوان می‌شد، وفاداری نظامی سست می‌گردید. اگر خلیفه فرمانده‌ای را تحقیر یا وزیر پرداخت‌ها را عقب می‌انداخت، قشون می‌توانست از حرکت خودداری کند، شورش نماید یا مدعی دیگری را حمایت کند. شمشیر به خودی خود حقانیت حکمرانی نمی‌ساخت، اما می‌توانست تعیین کند کدام مدعی فرصت می‌یابد حق خود را اعلام کند.</w:t>
      </w:r>
    </w:p>
    <w:p w:rsidR="009F3B78" w:rsidRDefault="00987F03" w:rsidP="00DE2611">
      <w:pPr>
        <w:bidi/>
        <w:ind w:firstLine="720"/>
      </w:pPr>
      <w:r>
        <w:rPr>
          <w:rFonts w:eastAsia="Tahoma"/>
          <w:rtl/>
        </w:rPr>
        <w:t>منصور کوشیده بود این سه نیرو را زیر فرمان شخص خود نگه دارد. او ابومسلم را از میان برد، هزینه‌ها را سخت کنترل کرد و کارگزاران را زیر نظر دستگاه برید قرار داد. در زمان او وزیر و فرمانده می‌دانستند که نزدیکی به خلیفه امنیت دائمی نمی‌آورد. این شیوه تمرکز را تقویت کرد، اما بر ترس و بدگمانی استوار بود. حاکمی نیرومند می‌توانست میان نیروها تعادل برقرار کند، ولی ساختمان حکومت نباید تنها با وجود یک شخص نیرومند کار می‌کرد. مسئلهٔ اصلی هنگامی آشکار می‌شد که خلیفه می‌مرد یا جانشینی او مورد اختلاف قرار می‌گرفت.</w:t>
      </w:r>
    </w:p>
    <w:p w:rsidR="009F3B78" w:rsidRDefault="00987F03" w:rsidP="00DE2611">
      <w:pPr>
        <w:bidi/>
        <w:ind w:firstLine="720"/>
      </w:pPr>
      <w:r>
        <w:rPr>
          <w:rFonts w:eastAsia="Tahoma"/>
          <w:rtl/>
        </w:rPr>
        <w:t>هارون‌الرشید خلافتی بزرگ و ثروتمند به ارث برد. در دوران او بغداد به اوج رونق رسید و دیوان، قشون و دربار گسترش یافت. برمکیان برای سال‌ها بخش بزرگی از ادارهٔ حکومت را در اختیار داشتند و خراسانیان همچنان پایهٔ مهم قشون بودند. ظاهر حکومت از هماهنگی سخن می‌گفت: خلیفه فرمان می‌داد، وزیران کارها را می‌گرداندند و قشون از مرزها دفاع می‌کرد. اما در زیر این هماهنگی، هر سه نیرو شبکه و منافع خود را داشتند.</w:t>
      </w:r>
    </w:p>
    <w:p w:rsidR="009F3B78" w:rsidRDefault="00987F03" w:rsidP="00DE2611">
      <w:pPr>
        <w:bidi/>
        <w:ind w:firstLine="720"/>
      </w:pPr>
      <w:r>
        <w:rPr>
          <w:rFonts w:eastAsia="Tahoma"/>
          <w:rtl/>
        </w:rPr>
        <w:t>قدرت برمکیان برای هارون‌الرشید هم سودمند بود و هم نگران‌کننده. آنان می‌توانستند مالیات گرد آورند، والی تعیین کنند، دانش و ترجمه را پشتیبانی نمایند و ارتباط دربار با سرزمین‌های مختلف را نگه دارند. در همان حال، مراجعه‌کنندگان و کارگزاران بسیاری برای گرفتن منصب یا حل مسئلهٔ خود به آنان روی می‌آوردند. هرچه کارآمدتر می‌شدند، شمار کسانی که سرنوشت خود را به وزیر وابسته می‌دیدند بیشتر می‌گردید. خلیفه می‌توانست این شبکه را حکومتی درون حکومت بداند.</w:t>
      </w:r>
    </w:p>
    <w:p w:rsidR="009F3B78" w:rsidRDefault="00987F03" w:rsidP="00DE2611">
      <w:pPr>
        <w:bidi/>
        <w:ind w:firstLine="720"/>
      </w:pPr>
      <w:r>
        <w:rPr>
          <w:rFonts w:eastAsia="Tahoma"/>
          <w:rtl/>
        </w:rPr>
        <w:t>سقوط ناگهانی برمکیان در سال ۸۰۳ میلادی فقط پایان کار یک خاندان نبود. هارون نشان داد که وزیر، هر اندازه قدرتمند و ضروری باشد، صاحب حاکمیت نیست. دارایی آنان مصادره و شبکه‌شان پراکنده شد و کسانی دیگر جای آنان را گرفتند. اما خلیفه با کشتن یا زندانی‌کردن وزیران، نیاز به وزارت را از میان نبرد. دفترها باید همچنان کار می‌کردند، مالیات باید گرد می‌آمد و قشون باید حقوق می‌گرفت. پیروزی خلیفه بر وزیر شخصی بود؛ دیوان به عنوان یکی از پایه‌های حکومت باقی ماند.</w:t>
      </w:r>
    </w:p>
    <w:p w:rsidR="009F3B78" w:rsidRDefault="00987F03" w:rsidP="00DE2611">
      <w:pPr>
        <w:bidi/>
        <w:ind w:firstLine="720"/>
      </w:pPr>
      <w:r>
        <w:rPr>
          <w:rFonts w:eastAsia="Tahoma"/>
          <w:rtl/>
        </w:rPr>
        <w:t>هارون‌الرشید برای جلوگیری از جنگ جانشینی، قلمرو و مسئولیت‌ها را میان پسرانش تقسیم کرد. امین قرار بود خلیفه شود و عراق و سرزمین‌های غربی را در دست داشته باشد؛ مأمون در خراسان مستقر شد و ادارهٔ شرق را بر عهده گرفت. اسناد و سوگندهایی برای حفظ این ترتیب نوشته شد. این اقدام نمونهٔ اعتماد به قدرت دیوان بود: گویی می‌شد با سندی دقیق، آیندهٔ حاکمیت را تنظیم کرد. اما سند هنگامی کار می‌کند که نیروهای مسلح و صاحبان منافع آمادهٔ احترام به آن باشند.</w:t>
      </w:r>
    </w:p>
    <w:p w:rsidR="009F3B78" w:rsidRDefault="00987F03" w:rsidP="00DE2611">
      <w:pPr>
        <w:bidi/>
        <w:ind w:firstLine="720"/>
      </w:pPr>
      <w:r>
        <w:rPr>
          <w:rFonts w:eastAsia="Tahoma"/>
          <w:rtl/>
        </w:rPr>
        <w:t>امین از مادر و محیط دربار بغداد به اشراف و نیروهای عراقی نزدیک‌تر بود. مأمون، که مادرش ایرانی بود، در مرو اقامت داشت و به منابع انسانی و مالی خراسان تکیه می‌کرد. این تفاوت را نباید به جنگ سادهٔ عرب و ایرانی فروکاست، زیرا در هر دو اردوگاه مردمانی با تبارهای گوناگون حضور داشتند. بااین‌همه، شبکه‌های قدرت آنان متفاوت بود. امین مرکز خلافت، دستگاه بغداد و بخش مهمی از قشون قدیم را در اختیار داشت؛ مأمون از فاصلهٔ مرکز، ثروت خراسان، دیوانیان ایرانی و فرماندهانی بهره می‌گرفت که آیندهٔ خود را در پیروزی او می‌دیدند.</w:t>
      </w:r>
    </w:p>
    <w:p w:rsidR="009F3B78" w:rsidRDefault="00987F03" w:rsidP="00DE2611">
      <w:pPr>
        <w:bidi/>
        <w:ind w:firstLine="720"/>
      </w:pPr>
      <w:r>
        <w:rPr>
          <w:rFonts w:eastAsia="Tahoma"/>
          <w:rtl/>
        </w:rPr>
        <w:t>پس از مرگ هارون در سال ۸۰۹ میلادی، توافق جانشینی به‌سرعت فرو ریخت. امین کوشید پسر خود را جانشین سازد و موقعیت مأمون را محدود کند. نوشته‌ای که باید نزاع را جلوگیری می‌کرد، در برابر ارادهٔ خلیفه و منافع اطرافیانش بی‌قدرت ماند. جنگی که آغاز شد، نزاع دو برادر به تنهایی نبود؛ دو مجموعهٔ قشونی و دیوانی در برابر هم قرار گرفتند. هر مدعی باید ثابت می‌کرد که نه فقط حق نسبی، بلکه توان گردآوردن مالیات، پرداخت حقوق و پیروزی در میدان را دارد.</w:t>
      </w:r>
    </w:p>
    <w:p w:rsidR="009F3B78" w:rsidRDefault="00987F03" w:rsidP="00DE2611">
      <w:pPr>
        <w:bidi/>
        <w:ind w:firstLine="720"/>
      </w:pPr>
      <w:r>
        <w:rPr>
          <w:rFonts w:eastAsia="Tahoma"/>
          <w:rtl/>
        </w:rPr>
        <w:t>فضل بن سهل، دبیر و سیاستمدار ایرانی، در کنار مأمون قرار داشت و ادارهٔ سیاسی و مالی جبههٔ او را سامان می‌داد. طاهر بن حسین، فرماندهٔ ایرانی خراسانی، نیروی نظامی مأمون را رهبری کرد. یکی قلم و دیگری شمشیر را در خدمت مدعی‌ای گذاشتند که در مرو نشسته بود. این همکاری نمونهٔ روشن مثلث بود: مأمون نام و ادعای خلافت را فراهم می‌کرد، فضل بن سهل دستگاه تصمیم و تدارک را می‌گرداند و طاهر راه بغداد را با قشون می‌گشود.</w:t>
      </w:r>
    </w:p>
    <w:p w:rsidR="009F3B78" w:rsidRDefault="00987F03" w:rsidP="00DE2611">
      <w:pPr>
        <w:bidi/>
        <w:ind w:firstLine="720"/>
      </w:pPr>
      <w:r>
        <w:rPr>
          <w:rFonts w:eastAsia="Tahoma"/>
          <w:rtl/>
        </w:rPr>
        <w:t>امین قشونی بزرگ برای شکست مأمون فرستاد، اما بزرگی قشون پیروزی را تضمین نکرد. فرماندهی، انضباط، تدارک و شناخت میدان اهمیت بیشتری داشت. طاهر توانست سپاه اعزامی بغداد را شکست دهد و سپس مرحله به مرحله به سوی غرب پیش رود. هر پیروزی شهر و درآمدی تازه در اختیار مأمون می‌گذاشت و در همان حال اعتبار امین را کاهش می‌داد. مردمی که در انتظار نتیجه بودند، با دیدن توان قشون خراسانی به مدعی پیروز نزدیک می‌شدند.</w:t>
      </w:r>
    </w:p>
    <w:p w:rsidR="009F3B78" w:rsidRDefault="00987F03" w:rsidP="00DE2611">
      <w:pPr>
        <w:bidi/>
        <w:ind w:firstLine="720"/>
      </w:pPr>
      <w:r>
        <w:rPr>
          <w:rFonts w:eastAsia="Tahoma"/>
          <w:rtl/>
        </w:rPr>
        <w:t>محاصرهٔ بغداد جنگ را به قلب خلافت کشاند. شهری که برای تمرکز و امنیت حکومت ساخته شده بود، میدان رقابت قشون‌ها شد. محله‌ها و بازارها آسیب دیدند و مردم هزینهٔ نزاعی را پرداختند که بر سر حق فرمانروایی خاندان عباسی جریان داشت. امین سرانجام در سال ۸۱۳ میلادی کشته شد و مأمون خلیفه گردید. سند جانشینی، نسب و نشستن در بغداد نتوانسته بود امین را نگاه دارد؛ قشونی که رقیبش در خراسان ساخته بود نتیجه را تعیین کرد.</w:t>
      </w:r>
    </w:p>
    <w:p w:rsidR="009F3B78" w:rsidRDefault="00987F03" w:rsidP="00DE2611">
      <w:pPr>
        <w:bidi/>
        <w:ind w:firstLine="720"/>
      </w:pPr>
      <w:r>
        <w:rPr>
          <w:rFonts w:eastAsia="Tahoma"/>
          <w:rtl/>
        </w:rPr>
        <w:t>پیروزی مأمون اهمیت ایران را در خلافت افزایش داد. برای دومین بار در کمتر از یک سده، نیروی برخاسته از خراسان خلیفه‌ای را تعیین کرده بود. نخست ابومسلم خاندان عباسی را بر سر کار آورده بود و اکنون طاهر و قشونش یکی از افراد همان خاندان را بر دیگری پیروز می‌کردند. این تکرار نشان می‌داد که شرق دیگر حاشیهٔ خلافت نیست. منابع و قشون ایران می‌توانستند سرنوشت مرکز را تغییر دهند.</w:t>
      </w:r>
    </w:p>
    <w:p w:rsidR="009F3B78" w:rsidRDefault="00987F03" w:rsidP="00DE2611">
      <w:pPr>
        <w:bidi/>
        <w:ind w:firstLine="720"/>
      </w:pPr>
      <w:r>
        <w:rPr>
          <w:rFonts w:eastAsia="Tahoma"/>
          <w:rtl/>
        </w:rPr>
        <w:t>اما مأمون نیز با همان مسئله‌ای روبه‌رو شد که منصور پس از پیروزی انقلاب دیده بود. وزیری که او را اداره کرده و فرماندهی که بغداد را برایش گرفته بود، پس از پیروزی به نیروهایی مستقل تبدیل می‌شدند. فضل بن سهل چنان قدرتی یافت که عنوان «ذوالریاستین»، صاحب دو ریاست قلم و شمشیر، به او داده شد. همین عنوان نشان می‌داد مرز وزیر و فرمانده می‌تواند از میان برود. مردی که هم دیوان و هم قشون را زیر نفوذ داشت، برای خلیفه ضروری و در همان حال خطرناک بود.</w:t>
      </w:r>
    </w:p>
    <w:p w:rsidR="009F3B78" w:rsidRDefault="00987F03" w:rsidP="00DE2611">
      <w:pPr>
        <w:bidi/>
        <w:ind w:firstLine="720"/>
      </w:pPr>
      <w:r>
        <w:rPr>
          <w:rFonts w:eastAsia="Tahoma"/>
          <w:rtl/>
        </w:rPr>
        <w:t>مأمون مدتی در مرو ماند و تصمیم‌هایی گرفت که در بغداد و میان عباسیان ناخشنودی پدید آورد. انتخاب علی بن موسی‌الرضا به ولایتعهدی و تغییر رنگ رسمی از سیاه عباسی به سبز، بسیاری را نگران کرد که مرکز و حتی خاندان حاکم در حال دگرگونی است. معلوم نیست همهٔ این تصمیم‌ها تا چه اندازه از فضل بن سهل سرچشمه می‌گرفت، اما مخالفان او را مسئول می‌دانستند. بار دیگر وزیر به پرده‌ای تبدیل شد که تصمیم‌های نامطلوب خلیفه بر آن انداخته می‌شد.</w:t>
      </w:r>
    </w:p>
    <w:p w:rsidR="009F3B78" w:rsidRDefault="00987F03" w:rsidP="00DE2611">
      <w:pPr>
        <w:bidi/>
        <w:ind w:firstLine="720"/>
      </w:pPr>
      <w:r>
        <w:rPr>
          <w:rFonts w:eastAsia="Tahoma"/>
          <w:rtl/>
        </w:rPr>
        <w:t>فضل بن سهل در سال ۸۱۸ میلادی کشته شد و علی بن موسی‌الرضا نیز در همان سال درگذشت. روایت‌های مربوط به نقش مأمون در این رخدادها یکسان نیست، اما نتیجهٔ سیاسی روشن بود: خلیفه در راه بازگشت به بغداد از دو مرکز قدرتی که می‌توانستند او را به شرق و شبکه‌های دیگر وابسته نگاه دارند رها شد. مأمون به پایتخت رفت و کوشید نشان دهد که خود صاحب نهایی فرمان است. مانند منصور، او نیز پس از استفاده از وزیر و همراهان قدرتمند، فاصلهٔ خود را با آنان افزایش داد.</w:t>
      </w:r>
    </w:p>
    <w:p w:rsidR="009F3B78" w:rsidRDefault="00987F03" w:rsidP="00DE2611">
      <w:pPr>
        <w:bidi/>
        <w:ind w:firstLine="720"/>
      </w:pPr>
      <w:r>
        <w:rPr>
          <w:rFonts w:eastAsia="Tahoma"/>
          <w:rtl/>
        </w:rPr>
        <w:t>طاهر بن حسین سرنوشتی متفاوت یافت. مأمون نمی‌توانست به آسانی فرمانده‌ای را که بغداد را برای او فتح کرده بود نابود کند؛ قشون و آوازهٔ طاهر همچنان اهمیت داشت. او به حکومت خراسان گماشته شد و خاندانش توانست برای چند نسل ادارهٔ آن سرزمین را در دست نگاه دارد. این انتصاب از یک سو پاداش خدمت و از سوی دیگر راه دورکردن فرمانده از مرکز بود. خلیفه قدرت محلی طاهر را می‌پذیرفت، مشروط بر آنکه اطاعت اسمی و ارسال درآمد حفظ شود.</w:t>
      </w:r>
    </w:p>
    <w:p w:rsidR="009F3B78" w:rsidRDefault="00987F03" w:rsidP="00DE2611">
      <w:pPr>
        <w:bidi/>
        <w:ind w:firstLine="720"/>
      </w:pPr>
      <w:r>
        <w:rPr>
          <w:rFonts w:eastAsia="Tahoma"/>
          <w:rtl/>
        </w:rPr>
        <w:t>در روایت مشهور، طاهر در خطبه نام مأمون را حذف کرد و اندکی بعد درگذشت. هر اندازه جزئیات این ماجرا را قطعی بدانیم، معنای سیاسی آن مهم است: والی‌ای که قشون و درآمد یک ولایت بزرگ را در اختیار داشت می‌توانست مرز اطاعت از خلیفه را بیازماید. حکومت طاهریان هنوز در چارچوب خلافت تعریف می‌شد، اما نشان می‌داد مرکز برای ادارهٔ ایران ناگزیر است بخشی از اختیار را به خاندان‌های محلی واگذارد. این گذار موضوع فصل بعد خواهد بود.</w:t>
      </w:r>
    </w:p>
    <w:p w:rsidR="009F3B78" w:rsidRDefault="00987F03" w:rsidP="00DE2611">
      <w:pPr>
        <w:bidi/>
        <w:ind w:firstLine="720"/>
      </w:pPr>
      <w:r>
        <w:rPr>
          <w:rFonts w:eastAsia="Tahoma"/>
          <w:rtl/>
        </w:rPr>
        <w:t>مأمون برای تقویت جایگاه خلیفه تنها به قشون و دیوان اکتفا نکرد. او در بحث‌های دینی نیز دخالت کرد و کوشید برداشت معینی را بر دینکاران تحمیل کند. آزمون عقیدتی مشهور به محنه نشان داد که خلیفه می‌خواهد نه فقط فرمانروای سیاسی، بلکه تعیین‌کنندهٔ عقیدهٔ درست باشد. بااین‌حال، مقاومت دینکاران و جامعه نشان داد که قدرت حکومت در قلمرو دین نیز نامحدود نیست. بدین‌سان، در کنار مثلث خلیفه، وزیر و قشون، نیروی دیگری وجود داشت که از بیرون دستگاه رسمی می‌توانست حقانیت حکمرانی خلیفه را به پرسش بکشد.</w:t>
      </w:r>
    </w:p>
    <w:p w:rsidR="009F3B78" w:rsidRDefault="00987F03" w:rsidP="00DE2611">
      <w:pPr>
        <w:bidi/>
        <w:ind w:firstLine="720"/>
      </w:pPr>
      <w:r>
        <w:rPr>
          <w:rFonts w:eastAsia="Tahoma"/>
          <w:rtl/>
        </w:rPr>
        <w:t>پس از مأمون، معتصم برای کاهش وابستگی به قشون خراسانی و گروه‌های نظامی بغداد، سربازان ترک را به شمار بیشتری وارد دستگاه کرد. این نیروها غالباً از سرزمین‌های فرارود آورده می‌شدند و پیوند قبیله‌ای یا شهری نیرومندی در بغداد نداشتند. خلیفه امید داشت سربازانی که مقام و معاش خود را تنها از او می‌گیرند، وفادارتر از قشونی باشند که خاندان، محله و سابقهٔ سیاسی مستقل دارد. این تصمیم در کوتاه‌مدت نیرویی کارآمد در اختیار خلیفه گذاشت، اما تعادل سه قدرت را بار دیگر تغییر داد.</w:t>
      </w:r>
    </w:p>
    <w:p w:rsidR="009F3B78" w:rsidRDefault="00987F03" w:rsidP="00DE2611">
      <w:pPr>
        <w:bidi/>
        <w:ind w:firstLine="720"/>
      </w:pPr>
      <w:r>
        <w:rPr>
          <w:rFonts w:eastAsia="Tahoma"/>
          <w:rtl/>
        </w:rPr>
        <w:t>حضور قشون ترک در بغداد با مردم و گروه‌های قدیمی اصطکاک ایجاد کرد. معتصم در سال ۸۳۶ میلادی پایتخت نظامی تازه‌ای در سامرا ساخت و قشون خود را به آنجا برد. همان‌گونه که منصور بغداد را برای رهایی از نفوذ شهرهای قدیمی ساخته بود، معتصم نیز سامرا را برای جداکردن سپاه تازه از جامعهٔ بغداد بنا کرد. اما جدایی قشون از جامعه به معنای وابستگی کامل آن به خلیفه نماند. فرماندهان ترک در محیط بستهٔ نظامی شبکه‌های خود را ساختند و به‌تدریج دریافتند که خلیفه نیز بدون آنان توان حکومت ندارد.</w:t>
      </w:r>
    </w:p>
    <w:p w:rsidR="009F3B78" w:rsidRDefault="00987F03" w:rsidP="00DE2611">
      <w:pPr>
        <w:bidi/>
        <w:ind w:firstLine="720"/>
      </w:pPr>
      <w:r>
        <w:rPr>
          <w:rFonts w:eastAsia="Tahoma"/>
          <w:rtl/>
        </w:rPr>
        <w:t>دیوان برای پرداخت حقوق این قشون باید درآمد بیشتری فراهم می‌کرد. سرباز حرفه‌ای زمین خود را کشت نمی‌کرد و با پایان فصل جنگ به قبیله‌اش بازنمی‌گشت؛ معاش دائمی او بر عهدهٔ خزانه بود. اگر مالیات کم می‌شد یا پرداخت به تأخیر می‌افتاد، فرماندهان بر وزیر و خلیفه فشار می‌آوردند. بدین‌سان، رابطهٔ قشون و دیوان مستقیم‌تر و پرتنش‌تر شد. وزیر می‌خواست هزینه را مهار کند و فرمانده حقوق و عطای بیشتر می‌خواست. خلیفه ناچار بود میان خزانه و شمشیر یکی را چنان راضی کند که دیگری از کنترل بیرون نرود.</w:t>
      </w:r>
    </w:p>
    <w:p w:rsidR="009F3B78" w:rsidRDefault="00987F03" w:rsidP="00DE2611">
      <w:pPr>
        <w:bidi/>
        <w:ind w:firstLine="720"/>
      </w:pPr>
      <w:r>
        <w:rPr>
          <w:rFonts w:eastAsia="Tahoma"/>
          <w:rtl/>
        </w:rPr>
        <w:t>در نیمهٔ سدهٔ نهم میلادی، قشون ترک از نگهبان خلیفه به تعیین‌کنندهٔ سرنوشت او نزدیک شد. فرماندهان در نصب و برکناری خلفا دخالت کردند و برخی خلفا کشته یا وادار به کناره‌گیری شدند. این همان وارونگی‌ای بود که هر حاکم از آن بیم داشت: نیرویی که برای اجرای فرمان ساخته شده بود، خود صاحب فرمان می‌شد. خلیفه همچنان خطبه، سکه و عنوان دینی را در اختیار داشت، اما ممکن بود در کاخ خود زیر نظر فرماندهانی زندگی کند که توان برکناری او را داشتند.</w:t>
      </w:r>
    </w:p>
    <w:p w:rsidR="009F3B78" w:rsidRDefault="00987F03" w:rsidP="00DE2611">
      <w:pPr>
        <w:bidi/>
        <w:ind w:firstLine="720"/>
      </w:pPr>
      <w:r>
        <w:rPr>
          <w:rFonts w:eastAsia="Tahoma"/>
          <w:rtl/>
        </w:rPr>
        <w:t>با افزایش قدرت قشون، جایگاه وزیر نیز دشوارتر شد. وزیر از یک سو باید درآمد لازم برای سپاه را فراهم می‌کرد و از سوی دیگر می‌کوشید دستگاه حکومت را از تصرف فرماندهان حفظ کند. اگر به خواسته‌های قشون تن می‌داد، خزانه و مردم زیر فشار می‌رفتند؛ اگر مقاومت می‌کرد، خطر برکناری یا قتل در پیش بود. گاه وزیر با یک گروه نظامی علیه گروه دیگر متحد می‌شد و گاه فرمانده‌ای برای کنترل دیوان، وزیر دلخواه خود را بر خلیفه تحمیل می‌کرد. تقسیم کار به رقابت برای تصرف یکدیگر تبدیل شد.</w:t>
      </w:r>
    </w:p>
    <w:p w:rsidR="009F3B78" w:rsidRDefault="00987F03" w:rsidP="00DE2611">
      <w:pPr>
        <w:bidi/>
        <w:ind w:firstLine="720"/>
      </w:pPr>
      <w:r>
        <w:rPr>
          <w:rFonts w:eastAsia="Tahoma"/>
          <w:rtl/>
        </w:rPr>
        <w:t>این تحولات نشان می‌دهد که قدرت را نمی‌توان تنها با عنوان‌های رسمی شناخت. در ظاهر، خلیفه در رأس حکومت قرار داشت، وزیر خدمتگزار او بود و قشون از هر دو فرمان می‌برد. در عمل، باید دید چه کسی درآمد را کنترل می‌کند، چه کسی به اطلاعات دسترسی دارد و چه کسی می‌تواند نیروی مسلح را حرکت دهد. ممکن بود خلیفه حق فرمان داشته باشد اما امکان اجرای آن را نداشته باشد؛ وزیر دستگاه را بگرداند اما از امنیت جان برخوردار نباشد؛ و فرمانده خلیفه را تعیین کند اما برای پرداخت حقوق سپاهش به دفتر وزیر محتاج بماند.</w:t>
      </w:r>
    </w:p>
    <w:p w:rsidR="009F3B78" w:rsidRDefault="00987F03" w:rsidP="00DE2611">
      <w:pPr>
        <w:bidi/>
        <w:ind w:firstLine="720"/>
      </w:pPr>
      <w:r>
        <w:rPr>
          <w:rFonts w:eastAsia="Tahoma"/>
          <w:rtl/>
        </w:rPr>
        <w:t>هیچ‌یک از این سه نیرو نمی‌توانست دیگری را برای همیشه حذف کند. خلیفه‌ای که وزیران را می‌کشت ناچار بود وزیر تازه‌ای برگزیند. فرمانده‌ای که دیوان را تحقیر می‌کرد، دیر یا زود برای گرفتن مالیات و پرداخت حقوق به دبیران بازمی‌گشت. وزیری که می‌کوشید قشون را تنها با دفتر مهار کند، در نخستین شورش می‌دید که رقم ثبت‌شده جای شمشیر را نمی‌گیرد. کشورداری از همکاری آنان ساخته می‌شد و بحران از لحظه‌ای آغاز می‌گردید که یکی می‌خواست دو دیگری را به ابزار بی‌اختیار تبدیل کند.</w:t>
      </w:r>
    </w:p>
    <w:p w:rsidR="009F3B78" w:rsidRDefault="00987F03" w:rsidP="00DE2611">
      <w:pPr>
        <w:bidi/>
        <w:ind w:firstLine="720"/>
      </w:pPr>
      <w:r>
        <w:rPr>
          <w:rFonts w:eastAsia="Tahoma"/>
          <w:rtl/>
        </w:rPr>
        <w:t>خزانه محل برخورد روزانهٔ این سه قدرت بود. مالیاتی که دیوان از ولایت‌ها گرد می‌آورد، باید با فرمان خلیفه میان دربار، کارگزاران، ساختمان‌ها و قشون تقسیم می‌شد. هر تصمیم مالی در ظاهر عددی در دفتر بود، اما در پشت آن رابطه‌ای سیاسی قرار داشت. افزایش عطای فرمانده‌ای می‌توانست وفاداری قشون او را بخرد و کاهش آن می‌توانست شورش بیافریند. بخشیدن مالیات یک ولایت به یکی از نزدیکان خلیفه ممکن بود وزیر را از درآمد لازم محروم کند. اگر دیوان برای جبران کمبود بر مردم فشار می‌آورد، شورش محلی و کاهش تولید نتیجه می‌شد. خزانه فقط جای نگهداری پول نبود؛ نقشه‌ای بود که نشان می‌داد کدام نیرو در حکومت سهم بیشتری دارد.</w:t>
      </w:r>
    </w:p>
    <w:p w:rsidR="009F3B78" w:rsidRDefault="00987F03" w:rsidP="00DE2611">
      <w:pPr>
        <w:bidi/>
        <w:ind w:firstLine="720"/>
      </w:pPr>
      <w:r>
        <w:rPr>
          <w:rFonts w:eastAsia="Tahoma"/>
          <w:rtl/>
        </w:rPr>
        <w:t>دیوان می‌کوشید این توزیع را به قاعده تبدیل کند. نام سرباز، مقدار حقوق و زمان پرداخت ثبت می‌شد تا فرمانده نتواند هر بار به دلخواه خود تقاضایی تازه مطرح کند. اما قشون در لحظهٔ بحران می‌توانست قاعده را کنار بزند. سرباز گرسنه منتظر رسیدگی سال بعد دفتر نمی‌ماند و فرمانده‌ای که دروازهٔ کاخ را در اختیار داشت، با استدلال حسابدار آرام نمی‌شد. از سوی دیگر، پرداخت بی‌حساب نیز قشون را قوی‌تر و دیوان را تهی‌تر می‌کرد. وزیر ناچار بود نیرویی را تغذیه کند که اگر بیش از اندازه نیرومند می‌شد، نخست خود او را کنار می‌زد.</w:t>
      </w:r>
    </w:p>
    <w:p w:rsidR="009F3B78" w:rsidRDefault="00987F03" w:rsidP="00DE2611">
      <w:pPr>
        <w:bidi/>
        <w:ind w:firstLine="720"/>
      </w:pPr>
      <w:r>
        <w:rPr>
          <w:rFonts w:eastAsia="Tahoma"/>
          <w:rtl/>
        </w:rPr>
        <w:t>خلیفه در مقام داور میان این دو ظاهر می‌شد، ولی داوری او همیشه آزادانه نبود. ممکن بود وزیر درآمد را کمتر از واقع نشان دهد تا تقاضای قشون را رد کند، یا فرمانده خطر دشمن را بزرگ‌تر جلوه دهد تا سرباز و پول بیشتری بگیرد. خلیفه باید میان گزارش‌هایی تصمیم می‌گرفت که هرکدام از جانب یکی از صاحبان قدرت تهیه شده بود. در نتیجه، داشتن عنوان عالی‌ترین حاکم تضمین نمی‌کرد که او از حقیقت کامل آگاه باشد. قدرت رسمی هنگامی به قدرت واقعی تبدیل می‌شد که خلیفه می‌توانست اطلاعات مستقل به دست آورد و میان وزیران و فرماندهان هیچ ائتلافی علیه خود باقی نگذارد.</w:t>
      </w:r>
    </w:p>
    <w:p w:rsidR="009F3B78" w:rsidRDefault="00987F03" w:rsidP="00DE2611">
      <w:pPr>
        <w:bidi/>
        <w:ind w:firstLine="720"/>
      </w:pPr>
      <w:r>
        <w:rPr>
          <w:rFonts w:eastAsia="Tahoma"/>
          <w:rtl/>
        </w:rPr>
        <w:t>همین نیاز، دستگاه برید، جاسوسان دربار و جابه‌جایی مداوم کارگزاران را توضیح می‌دهد. خلیفه می‌خواست از وزیر دربارهٔ قشون و از فرمانده دربارهٔ وزیر خبر بگیرد و هیچ‌کس چنان مدت در یک مقام نماند که شبکه‌ای مستقل بسازد. اما نظارت دائمی اعتماد را از میان می‌برد. کارگزاری که هر لحظه از برکناری یا مصادره بیم داشت، می‌کوشید در فرصت کوتاه خود ثروت و حامی گرد آورد. بدین‌سان، درمان تمرکز می‌توانست خود بیماری تازه‌ای بسازد: دستگاهی که به جای وفاداری پایدار، بر ترس، گزارش پنهانی و رقابت استوار بود.</w:t>
      </w:r>
    </w:p>
    <w:p w:rsidR="009F3B78" w:rsidRDefault="00987F03" w:rsidP="00DE2611">
      <w:pPr>
        <w:bidi/>
        <w:ind w:firstLine="720"/>
      </w:pPr>
      <w:r>
        <w:rPr>
          <w:rFonts w:eastAsia="Tahoma"/>
          <w:rtl/>
        </w:rPr>
        <w:t>برای ایران، این مثلث پیامدی ویژه داشت. قشون خراسانی و دبیران ایرانی عباسیان را به قدرت رسانده و حکومتشان را اداره کرده بودند، اما مرکز خلافت می‌کوشید مانع استقلال آنان شود. هرگاه خلیفه قدرت کافی داشت، فرماندهان و وزیران را جابه‌جا یا نابود می‌کرد؛ هرگاه مرکز ضعیف می‌شد، همان نیروها اختیار بیشتری در ولایت‌ها به دست می‌آوردند. فاصلهٔ ایران از بغداد و وجود درآمد و قشون محلی به والیان امکان می‌داد اطاعت اسمی را نگاه دارند و در عمل مستقل‌تر شوند.</w:t>
      </w:r>
    </w:p>
    <w:p w:rsidR="009F3B78" w:rsidRDefault="00987F03" w:rsidP="00DE2611">
      <w:pPr>
        <w:bidi/>
        <w:ind w:firstLine="720"/>
      </w:pPr>
      <w:r>
        <w:rPr>
          <w:rFonts w:eastAsia="Tahoma"/>
          <w:rtl/>
        </w:rPr>
        <w:t>طاهریان نخستین نمونهٔ پایدار این سازش بودند. آنان از دل خدمت به خلافت برخاستند، نه از قیامی برای بازگرداندن تاج ایران. خلیفه حکومت خراسان را به خاندانی ایرانی سپرد، زیرا این خاندان توان نگاهداری نظم و ارسال درآمد را داشت. اما همین واگذاری، مرکزی محلی برای قشون و دیوان ساخت که می‌توانست بدون دخالت روزانهٔ بغداد کار کند. استقلال ایران یک‌باره و با اعلامی روشن بازنگشت؛ از گسترش اختیارات کارگزارانی آغاز شد که خلافت برای ادارهٔ کشور به آنان نیاز داشت.</w:t>
      </w:r>
    </w:p>
    <w:p w:rsidR="009F3B78" w:rsidRDefault="00987F03" w:rsidP="00DE2611">
      <w:pPr>
        <w:bidi/>
        <w:ind w:firstLine="720"/>
      </w:pPr>
      <w:r>
        <w:rPr>
          <w:rFonts w:eastAsia="Tahoma"/>
          <w:rtl/>
        </w:rPr>
        <w:t>پس نتیجهٔ این فصل آن نیست که یکی از سه نیرو ذاتاً بر دو نیروی دیگر برتری داشت. خلیفه بدون وزیر و قشون نامی بی‌قدرت بود؛ وزیر بدون خلیفه و قشون دبیری بی‌پناه؛ و قشون بدون خزانه و حقانیت حکمرانی گروهی مسلح و ناپایدار. ساختمان حکومت از پیوند آنان پدید می‌آمد، ولی همان پیوند امکان کودتا، تصفیه و جنگ داخلی را نیز در خود داشت. هنگامی که مرکز نمی‌توانست این تعادل را حفظ کند، ولایت‌ها به سوی خودگردانی می‌رفتند.</w:t>
      </w:r>
    </w:p>
    <w:p w:rsidR="009F3B78" w:rsidRDefault="00987F03" w:rsidP="00DE2611">
      <w:pPr>
        <w:bidi/>
        <w:ind w:firstLine="720"/>
      </w:pPr>
      <w:r>
        <w:rPr>
          <w:rFonts w:eastAsia="Tahoma"/>
          <w:rtl/>
        </w:rPr>
        <w:t>فصل بعد این روند را در ایران دنبال می‌کند: چگونه طاهریان از درون دستگاه عباسی به حکومتی نیمه‌مستقل رسیدند، چگونه صفاریان از بیرون دیوان و از نیروی قشون محلی برخاستند، و چگونه سامانیان توانستند قشون، دیوان و حافظهٔ ایرانی را در ساختمانی تازه به هم پیوند دهند. مثلثی که در بغداد شکل گرفته بود، در ایران صورت‌های دیگری یافت و سرانجام راه را برای بازگشت حکومت‌های ایرانی گشود.</w:t>
      </w:r>
    </w:p>
    <w:p w:rsidR="009F3B78" w:rsidRPr="00DE2611" w:rsidRDefault="00987F03" w:rsidP="00987F03">
      <w:pPr>
        <w:pageBreakBefore/>
        <w:bidi/>
        <w:jc w:val="center"/>
        <w:rPr>
          <w:rFonts w:asciiTheme="majorBidi" w:hAnsiTheme="majorBidi" w:cstheme="majorBidi"/>
          <w:bCs/>
          <w:sz w:val="36"/>
          <w:szCs w:val="36"/>
        </w:rPr>
      </w:pPr>
      <w:bookmarkStart w:id="12" w:name="Vol7Chapter10"/>
      <w:bookmarkEnd w:id="12"/>
      <w:r w:rsidRPr="00DE2611">
        <w:rPr>
          <w:rFonts w:asciiTheme="majorBidi" w:eastAsia="Tahoma" w:hAnsiTheme="majorBidi" w:cstheme="majorBidi"/>
          <w:bCs/>
          <w:sz w:val="36"/>
          <w:szCs w:val="36"/>
          <w:rtl/>
        </w:rPr>
        <w:t>فصل دهم</w:t>
      </w:r>
    </w:p>
    <w:p w:rsidR="009F3B78" w:rsidRPr="00DE2611" w:rsidRDefault="00987F03" w:rsidP="00987F03">
      <w:pPr>
        <w:bidi/>
        <w:jc w:val="center"/>
        <w:rPr>
          <w:rFonts w:asciiTheme="majorBidi" w:hAnsiTheme="majorBidi" w:cstheme="majorBidi"/>
          <w:bCs/>
          <w:sz w:val="36"/>
          <w:szCs w:val="36"/>
        </w:rPr>
      </w:pPr>
      <w:r w:rsidRPr="00DE2611">
        <w:rPr>
          <w:rFonts w:asciiTheme="majorBidi" w:eastAsia="Tahoma" w:hAnsiTheme="majorBidi" w:cstheme="majorBidi"/>
          <w:bCs/>
          <w:sz w:val="36"/>
          <w:szCs w:val="36"/>
          <w:rtl/>
        </w:rPr>
        <w:t>طاهریان، صفاریان و سامانیان؛ بازگشت حکومت‌های ایرانی</w:t>
      </w:r>
    </w:p>
    <w:p w:rsidR="009F3B78" w:rsidRDefault="00987F03" w:rsidP="00DE2611">
      <w:pPr>
        <w:bidi/>
        <w:ind w:firstLine="720"/>
      </w:pPr>
      <w:r>
        <w:rPr>
          <w:rFonts w:eastAsia="Tahoma"/>
          <w:rtl/>
        </w:rPr>
        <w:t>بازگشت حکومت‌های ایرانی با قیامی واحد و اعلام استقلالی روشن آغاز نشد. خلافت عباسی یک‌باره از ایران بیرون نرفت و تاجی که با مرگ یزدگرد سوم از میان رفته بود ناگهان بر سر پادشاهی تازه ننشست. آنچه رخ داد، انتقال تدریجی بخشی از قدرت از بغداد به خاندان‌ها و قشون‌های محلی بود. خلیفه همچنان سرچشمهٔ عنوان و حقانیت حکمرانی شناخته می‌شد، خطبه به نام او خوانده و سکه با نشانهٔ او زده می‌شد، اما فرمان‌های روزانه، گردآوری مالیات و حرکت قشون بیش از پیش در ایران تعیین می‌گردید. این فاصله میان اطاعت رسمی و اختیار عملی، فضای بازگشت حکومت‌های ایرانی را ساخت.</w:t>
      </w:r>
    </w:p>
    <w:p w:rsidR="009F3B78" w:rsidRDefault="00987F03" w:rsidP="00DE2611">
      <w:pPr>
        <w:bidi/>
        <w:ind w:firstLine="720"/>
      </w:pPr>
      <w:r>
        <w:rPr>
          <w:rFonts w:eastAsia="Tahoma"/>
          <w:rtl/>
        </w:rPr>
        <w:t>سه خاندان طاهری، صفاری و سامانی سه راه متفاوت این بازگشت را نشان می‌دهند. طاهریان از درون دستگاه خلافت و به پاداش خدمت بالا آمدند. صفاریان از پایین جامعه و از میان گروه‌های مسلح محلی برخاستند و با نیروی قشون قلمرو ساختند. سامانیان از خاندان‌های محلی ماوراءالنهر بودند و توانستند فرمانروایی، دیوان و قشون را در ساختمانی پایدارتر به هم پیوند دهند. هیچ‌یک بازگشت سادهٔ ساسانیان نبود، اما هر سه نشان دادند که ایران پس از دو سده فرمانبری از مرکز خلافت، دوباره می‌تواند مرکزهای حکومتی خود را بسازد.</w:t>
      </w:r>
    </w:p>
    <w:p w:rsidR="009F3B78" w:rsidRDefault="00987F03" w:rsidP="00DE2611">
      <w:pPr>
        <w:bidi/>
        <w:ind w:firstLine="720"/>
      </w:pPr>
      <w:r>
        <w:rPr>
          <w:rFonts w:eastAsia="Tahoma"/>
          <w:rtl/>
        </w:rPr>
        <w:t>طاهر بن حسین، بنیان‌گذار قدرت طاهریان، از انقلاب علیه عباسیان برنخاست؛ پیروزی عباسی‌ای بر عباسی دیگر را ممکن کرد. او فرماندهٔ مأمون در جنگ با امین بود و قشون خراسانی‌اش راه بغداد را گشود. همین سابقه جایگاه او را دوگانه می‌کرد. مأمون حکومت خود را مدیون طاهر بود و باید پاداش او را می‌داد، اما نمی‌توانست فرمانده‌ای را که خلیفه ساخته بود بی‌خطر بداند. سپردن خراسان به طاهر در سال ۸۲۱ میلادی هم پاداش خدمت بود و هم راهی برای دورکردن قدرت او از بغداد.</w:t>
      </w:r>
    </w:p>
    <w:p w:rsidR="009F3B78" w:rsidRDefault="00987F03" w:rsidP="00DE2611">
      <w:pPr>
        <w:bidi/>
        <w:ind w:firstLine="720"/>
      </w:pPr>
      <w:r>
        <w:rPr>
          <w:rFonts w:eastAsia="Tahoma"/>
          <w:rtl/>
        </w:rPr>
        <w:t>خراسان سرزمینی عادی نبود. وسعت، درآمد، شهرهای بزرگ، راه‌های تجاری و قشون‌های آزموده آن را به یکی از مهم‌ترین ولایت‌های خلافت تبدیل می‌کرد. والی خراسان اگر فقط مأموری موقت بود، برای هر تصمیم به بغداد نگاه می‌کرد؛ اما طاهر در آنجا شبکه و سابقهٔ خانوادگی داشت و قشون به نام او اعتماد می‌کرد. واگذاری چنین ولایتی به یک خاندان ایرانی، نخستین گام در پیدایش حکومتی بود که از نظر حقوقی ولایت خلافت و از نظر عملی دارایی سیاسی خاندان طاهر به شمار می‌رفت.</w:t>
      </w:r>
    </w:p>
    <w:p w:rsidR="009F3B78" w:rsidRDefault="00987F03" w:rsidP="00DE2611">
      <w:pPr>
        <w:bidi/>
        <w:ind w:firstLine="720"/>
      </w:pPr>
      <w:r>
        <w:rPr>
          <w:rFonts w:eastAsia="Tahoma"/>
          <w:rtl/>
        </w:rPr>
        <w:t>در روایت مشهور، طاهر اندکی پس از رسیدن به خراسان نام مأمون را از خطبه برداشت و فردای آن روز درگذشت. دربارهٔ جزئیات و قصد او نمی‌توان با اطمینان کامل سخن گفت، اما خود روایت نشان می‌دهد که حذف نام خلیفه معیار آشکار سرپیچی شناخته می‌شد. خطبه فقط دعایی دینی نبود؛ اعلام عمومی سرچشمهٔ حاکمیت بود. والی می‌توانست مالیات را گرد آورد، قشون داشته باشد و کارگزار برگزیند، اما تا هنگامی که نام خلیفه را نگاه می‌داشت، استقلال خود را به صورت رسمی اعلام نکرده بود.</w:t>
      </w:r>
    </w:p>
    <w:p w:rsidR="009F3B78" w:rsidRDefault="00987F03" w:rsidP="00DE2611">
      <w:pPr>
        <w:bidi/>
        <w:ind w:firstLine="720"/>
      </w:pPr>
      <w:r>
        <w:rPr>
          <w:rFonts w:eastAsia="Tahoma"/>
          <w:rtl/>
        </w:rPr>
        <w:t>مرگ طاهر به پایان قدرت خاندانش نینجامید. مأمون به جای بازگرداندن خراسان به والی‌ای بی‌ریشه، حکومت را به فرزندان و نزدیکان او سپرد. این تصمیم نشان می‌داد مرکز به کارآمدی و نفوذ محلی طاهریان نیاز دارد. خلیفه می‌توانست عنوان والی را اعطا کند، اما برای آرام نگاه‌داشتن ولایت و دریافت مالیات ناچار بود وراثت عملی یک خاندان را بپذیرد. از این پس، رابطهٔ بغداد و نیشابور بر معامله‌ای نانوشته استوار شد: طاهریان اطاعت رسمی و درآمد مقرر را حفظ می‌کردند و خلیفه دخالت روزانهٔ آنان در خراسان را می‌پذیرفت.</w:t>
      </w:r>
    </w:p>
    <w:p w:rsidR="009F3B78" w:rsidRDefault="00987F03" w:rsidP="00DE2611">
      <w:pPr>
        <w:bidi/>
        <w:ind w:firstLine="720"/>
      </w:pPr>
      <w:r>
        <w:rPr>
          <w:rFonts w:eastAsia="Tahoma"/>
          <w:rtl/>
        </w:rPr>
        <w:t>عبدالله بن طاهر این ساختمان را استوارتر کرد. او نیشابور را مرکز حکومت خود ساخت و کوشید امنیت، مالیات و ادارهٔ ولایت را منظم کند. نیشابور با قرارگرفتن در مسیرهای مهم و نزدیکی به مناطق حاصل‌خیز، برای پایتختی خراسان مناسب بود. انتقال مرکز از مرو به نیشابور تنها جابه‌جایی محل اقامت والی نبود؛ نشان می‌داد حکومت محلی می‌خواهد جغرافیای قدرت خود را بر اساس نیازهای ایران تنظیم کند، نه صرفاً بر اساس میراث قشون عرب در نخستین دورهٔ فتح.</w:t>
      </w:r>
    </w:p>
    <w:p w:rsidR="009F3B78" w:rsidRDefault="00987F03" w:rsidP="00DE2611">
      <w:pPr>
        <w:bidi/>
        <w:ind w:firstLine="720"/>
      </w:pPr>
      <w:r>
        <w:rPr>
          <w:rFonts w:eastAsia="Tahoma"/>
          <w:rtl/>
        </w:rPr>
        <w:t>طاهریان دیوان عباسی را کنار نگذاشتند. آنان همان زبان اداری، شیوه‌های مالیاتی و عنوان‌های خلافت را به کار بردند و خود نیز در بغداد مقام‌ها و املاک مهم داشتند. اعضای خاندان طاهر برای مدتی طولانی ریاست شرطهٔ بغداد را در اختیار داشتند. بنابراین، حکومتشان را نمی‌توان دولت مستقلی در برابر خلافت دانست. آنان در دو مرکز حضور داشتند: در خراسان مانند فرمانروایان موروثی عمل می‌کردند و در بغداد از بلندپایگان دستگاه عباسی بودند.</w:t>
      </w:r>
    </w:p>
    <w:p w:rsidR="009F3B78" w:rsidRDefault="00987F03" w:rsidP="00DE2611">
      <w:pPr>
        <w:bidi/>
        <w:ind w:firstLine="720"/>
      </w:pPr>
      <w:r>
        <w:rPr>
          <w:rFonts w:eastAsia="Tahoma"/>
          <w:rtl/>
        </w:rPr>
        <w:t>همین دوگانگی راز دوام آنان بود. اگر به صراحت استقلال اعلام می‌کردند، خلیفه می‌توانست نیروهای رقیب را علیه آنان بسیج کند؛ اگر تنها مأمورانی فرمانبردار باقی می‌ماندند، پایگاه محلی و حق انتقال حکومت به فرزندان خود را از دست می‌دادند. طاهریان میان این دو مرز حرکت کردند. آنان نشان دادند که می‌توان بدون شکستن ظاهری خلافت، بخش بزرگی از حاکمیت را در ایران نگاه داشت.</w:t>
      </w:r>
    </w:p>
    <w:p w:rsidR="009F3B78" w:rsidRDefault="00987F03" w:rsidP="00DE2611">
      <w:pPr>
        <w:bidi/>
        <w:ind w:firstLine="720"/>
      </w:pPr>
      <w:r>
        <w:rPr>
          <w:rFonts w:eastAsia="Tahoma"/>
          <w:rtl/>
        </w:rPr>
        <w:t>بااین‌همه، حکومت طاهری محدودیت‌های خود را داشت. حقانیت حکمرانی آنان بیش از آنکه از مردم خراسان یا خاطرهٔ پادشاهی ایران برخیزد، از فرمان خلیفه و سابقهٔ خدمت نظامی حاصل می‌شد. دیوانشان کارآمد بود، اما قشون و درآمد ولایت پایهٔ اصلی قدرت باقی ماند. آنان برای حفظ نظم باید شورش‌های محلی، خوارج و نارضایتی‌های اجتماعی را مهار می‌کردند. هرجا دستگاهشان از پاسخ‌دادن به این نیروها ناتوان می‌شد، مدعیانی بیرون از دیوان فرصت رشد می‌یافتند.</w:t>
      </w:r>
    </w:p>
    <w:p w:rsidR="009F3B78" w:rsidRDefault="00987F03" w:rsidP="00DE2611">
      <w:pPr>
        <w:bidi/>
        <w:ind w:firstLine="720"/>
      </w:pPr>
      <w:r>
        <w:rPr>
          <w:rFonts w:eastAsia="Tahoma"/>
          <w:rtl/>
        </w:rPr>
        <w:t>سیستان یکی از این مناطق بود. فاصله از مرکز، شرایط دشوار جغرافیایی، حضور خوارج و سنت گروه‌های عیار فضایی ساخته بود که حکومت طاهری در آن نفوذی ناپایدار داشت. عیاران گروهی یکدست با برنامه‌ای ثابت نبودند. در میان آنان جنگاوران محلی، جوانمردان، راهزنان و کسانی دیده می‌شدند که گاه برای دفاع از شهر و گاه برای قدرت شخصی می‌جنگیدند. هنگامی که حکومت مرکزی یا والی ناتوان می‌شد، همین گروه‌ها می‌توانستند امنیت را به دست گیرند یا خود به سرچشمهٔ ناامنی تبدیل شوند.</w:t>
      </w:r>
    </w:p>
    <w:p w:rsidR="009F3B78" w:rsidRDefault="00987F03" w:rsidP="00DE2611">
      <w:pPr>
        <w:bidi/>
        <w:ind w:firstLine="720"/>
      </w:pPr>
      <w:r>
        <w:rPr>
          <w:rFonts w:eastAsia="Tahoma"/>
          <w:rtl/>
        </w:rPr>
        <w:t>یعقوب بن لیث از همین محیط برخاست. او نه از خاندان بزرگ دیوانی بود و نه فرمان حکومت را از خلیفه گرفته بود. پیشهٔ نخستینش رویگری یا مسگری دانسته شده و لقب صفار نیز از همین پیشه آمده است. بعدها برای او نسب‌های باشکوه تا شاهان ساسانی و پهلوانان افسانه‌ای ساختند، اما اهمیت تاریخی‌اش درست در بی‌نیازی آغازین او از چنین نسبی بود. او از میان مردمان عادی و گروه‌های مسلح بالا آمد و قدرت خود را با پیروزی در میدان ساخت.</w:t>
      </w:r>
    </w:p>
    <w:p w:rsidR="009F3B78" w:rsidRDefault="00987F03" w:rsidP="00DE2611">
      <w:pPr>
        <w:bidi/>
        <w:ind w:firstLine="720"/>
      </w:pPr>
      <w:r>
        <w:rPr>
          <w:rFonts w:eastAsia="Tahoma"/>
          <w:rtl/>
        </w:rPr>
        <w:t>یعقوب در رقابت رهبران عیار توانست پیروان وفاداری گرد آورد و در سال ۸۶۱ میلادی امیر سیستان شناخته شود. او برای به دست آوردن حکومت منتظر فرمان بغداد نماند. قشونش سرچشمهٔ منصب او بود و هر پیروزی نیروی بیشتری به او می‌داد. مبارزه با خوارج، گسترش نفوذ در افغانستان امروز و سپس حرکت به سوی کرمان و فارس، حکومت صفاری را از قدرتی محلی به قلمرویی بزرگ تبدیل کرد.</w:t>
      </w:r>
    </w:p>
    <w:p w:rsidR="009F3B78" w:rsidRDefault="00987F03" w:rsidP="00DE2611">
      <w:pPr>
        <w:bidi/>
        <w:ind w:firstLine="720"/>
      </w:pPr>
      <w:r>
        <w:rPr>
          <w:rFonts w:eastAsia="Tahoma"/>
          <w:rtl/>
        </w:rPr>
        <w:t>تفاوت یعقوب با طاهریان در همین‌جا آشکار می‌شد. طاهریان نخست حق حکومت را از خلیفه گرفتند و سپس آن را موروثی کردند؛ یعقوب نخست سرزمین را گرفت و سپس بغداد را در برابر واقعیتی انجام‌شده قرار داد. برای او فرمان خلیفه وسیلهٔ ساختن قشون نبود، بلکه تأییدی بود که می‌توانست پس از پیروزی به دست آید. این وارونگی نشان می‌داد مرکز خلافت دیگر انحصار بخشیدن قدرت در ایران را از دست داده است.</w:t>
      </w:r>
    </w:p>
    <w:p w:rsidR="009F3B78" w:rsidRDefault="00987F03" w:rsidP="00DE2611">
      <w:pPr>
        <w:bidi/>
        <w:ind w:firstLine="720"/>
      </w:pPr>
      <w:r>
        <w:rPr>
          <w:rFonts w:eastAsia="Tahoma"/>
          <w:rtl/>
        </w:rPr>
        <w:t>قشون صفاری نیز با دستگاه منظم بغداد تفاوت داشت. وفاداری سربازان بیشتر به شخص یعقوب و کامیابی او در جنگ وابسته بود. غنیمت، سهم و امید به فتوحات آینده آنان را کنار هم نگاه می‌داشت. چنین قشونی در حرکت سریع و جنگ توانمند بود، اما برای تبدیل فتوحات به حکومتی پایدار به درآمد منظم و دیوان نیاز داشت. یعقوب هرچه قلمرو بزرگ‌تری می‌گرفت، بیشتر با همان مسئله‌ای روبه‌رو می‌شد که فاتحان عرب پیش‌تر دیده بودند: گرفتن شهر آسان‌تر از ادارهٔ هرروزهٔ آن است.</w:t>
      </w:r>
    </w:p>
    <w:p w:rsidR="009F3B78" w:rsidRDefault="00987F03" w:rsidP="00DE2611">
      <w:pPr>
        <w:bidi/>
        <w:ind w:firstLine="720"/>
      </w:pPr>
      <w:r>
        <w:rPr>
          <w:rFonts w:eastAsia="Tahoma"/>
          <w:rtl/>
        </w:rPr>
        <w:t>صفاریان ناگزیر شدند خزانه، دیوان قشون و مأموران مالیاتی بسازند. حکومت عمرو بن لیث، برادر و جانشین یعقوب، از چند خزانه و دستگاه منظم‌تری برخوردار بود. بدین‌سان، قشونی که بیرون از دیوان برخاسته بود پس از پیروزی خود دیوانی پدید آورد. این قاعده بار دیگر تأیید شد: شمشیر می‌تواند حاکم بسازد، اما بدون دفتر نمی‌تواند حکومت را نگاه دارد.</w:t>
      </w:r>
    </w:p>
    <w:p w:rsidR="009F3B78" w:rsidRDefault="00987F03" w:rsidP="00DE2611">
      <w:pPr>
        <w:bidi/>
        <w:ind w:firstLine="720"/>
      </w:pPr>
      <w:r>
        <w:rPr>
          <w:rFonts w:eastAsia="Tahoma"/>
          <w:rtl/>
        </w:rPr>
        <w:t>یعقوب به خراسان تاخت و در سال ۸۷۳ میلادی حکومت طاهریان را برانداخت. سقوط آنان نشان داد که اتکای هم‌زمان به تأیید خلیفه و دیوان محلی، اگر قشون قدرت دفاع نداشته باشد، کافی نیست. طاهریان حدود نیم قرن خراسان را اداره کرده بودند، اما نیرویی برخاسته از سیستان توانست مرکز آنان را بگیرد. در مثلث خلیفه، وزیر و قشون، این بار قشون محلی بر دیوان موروثی پیروز شد.</w:t>
      </w:r>
    </w:p>
    <w:p w:rsidR="009F3B78" w:rsidRDefault="00987F03" w:rsidP="00DE2611">
      <w:pPr>
        <w:bidi/>
        <w:ind w:firstLine="720"/>
      </w:pPr>
      <w:r>
        <w:rPr>
          <w:rFonts w:eastAsia="Tahoma"/>
          <w:rtl/>
        </w:rPr>
        <w:t>اما یعقوب به خراسان قانع نماند و به سوی عراق حرکت کرد. نزدیک‌شدن او به بغداد، خلافت را با خطری مستقیم روبه‌رو ساخت. اگر فرمانده‌ای بدون اجازهٔ خلیفه می‌توانست فارس و خوزستان را بگیرد و تا دروازه‌های عراق پیش رود، مرز میان امیر ولایت و مدعی حکومت مرکزی از میان می‌رفت. قشون عباسی در نبرد دیرالعاقول در سال ۸۷۶ میلادی او را شکست داد. این شکست نشان داد که قدرت صفاری گسترده است، اما هنوز نمی‌تواند مرکز خلافت را فتح کند.</w:t>
      </w:r>
    </w:p>
    <w:p w:rsidR="009F3B78" w:rsidRDefault="00987F03" w:rsidP="00DE2611">
      <w:pPr>
        <w:bidi/>
        <w:ind w:firstLine="720"/>
      </w:pPr>
      <w:r>
        <w:rPr>
          <w:rFonts w:eastAsia="Tahoma"/>
          <w:rtl/>
        </w:rPr>
        <w:t>یعقوب پس از شکست نیز بخش بزرگی از قلمرو خود را نگاه داشت و برادرش عمرو جانشین او شد. عمرو رابطه‌ای عمل‌گرایانه‌تر با خلیفه برقرار کرد و برای حکومت خود فرمان و عنوان گرفت. این تغییر را نباید صرفاً عقب‌نشینی دانست. صفاریان دریافته بودند که تأیید بغداد می‌تواند هزینهٔ جنگ در چند جبهه را کاهش دهد و رقیبان را از ادعای حکومت بازدارد. خلیفه نیز ترجیح می‌داد نیرویی قدرتمند را، تا هنگامی که به بغداد حمله نمی‌کند، در چارچوب ولایت به رسمیت بشناسد.</w:t>
      </w:r>
    </w:p>
    <w:p w:rsidR="009F3B78" w:rsidRDefault="00987F03" w:rsidP="00DE2611">
      <w:pPr>
        <w:bidi/>
        <w:ind w:firstLine="720"/>
      </w:pPr>
      <w:r>
        <w:rPr>
          <w:rFonts w:eastAsia="Tahoma"/>
          <w:rtl/>
        </w:rPr>
        <w:t>سرگذشت صفاریان نشان می‌دهد حقانیت حکمرانی در این دوره از چند سرچشمه به دست می‌آمد. پیروزی نظامی یعقوب را امیر ساخته بود، حمایت عیاران و مردم محلی به او پایگاه می‌داد و فرمان خلیفه می‌توانست مقامش را در جهان اسلامی تثبیت کند. هیچ‌یک به تنهایی کافی نبود. اگر قشون شکست می‌خورد، فرمان خلیفه قدرت ازدست‌رفته را بازنمی‌گرداند؛ اگر تأیید دینی و سیاسی وجود نداشت، هر فرماندهٔ پیروز دیگری می‌توانست حکومت را غنیمت جنگی بداند.</w:t>
      </w:r>
    </w:p>
    <w:p w:rsidR="009F3B78" w:rsidRDefault="00987F03" w:rsidP="00DE2611">
      <w:pPr>
        <w:bidi/>
        <w:ind w:firstLine="720"/>
      </w:pPr>
      <w:r>
        <w:rPr>
          <w:rFonts w:eastAsia="Tahoma"/>
          <w:rtl/>
        </w:rPr>
        <w:t>سامانیان از راهی دیگر بالا آمدند. ریشهٔ خاندان به سامان‌خدا، از بزرگان محلی ایرانی، می‌رسید که اسلام آورد و نسلش در خدمت خلافت قرار گرفت. فرزندان او در آغاز سدهٔ نهم میلادی حکومت شهرهایی در ماوراءالنهر را به دست آوردند. آنان مانند طاهریان از درون نظام ولایت بالا آمدند، اما پایگاهشان در خاندان‌های محلی و سرزمین‌های آن سوی جیحون عمیق‌تر بود. حکومت آنان از آغاز بر پیوند فرمان خلافت با قدرت بومی استوار شد.</w:t>
      </w:r>
    </w:p>
    <w:p w:rsidR="009F3B78" w:rsidRDefault="00987F03" w:rsidP="00DE2611">
      <w:pPr>
        <w:bidi/>
        <w:ind w:firstLine="720"/>
      </w:pPr>
      <w:r>
        <w:rPr>
          <w:rFonts w:eastAsia="Tahoma"/>
          <w:rtl/>
        </w:rPr>
        <w:t>سامانیان نیز نخست زیر نظارت طاهریان و سپس مستقیماً در رابطه با بغداد عمل می‌کردند. با ضعیف‌شدن مرکز و رقابت خاندان‌ها، اسماعیل سامانی توانست در سال ۸۹۲ میلادی بخارا را مرکز قدرت خود کند و بر ماوراءالنهر چیره شود. بخارا برخلاف بغداد شهری ساخته‌شده برای دستگاه خلافت نبود؛ مرکز سرزمینی بود که شبکهٔ کشاورزی، تجارت و بزرگان محلی خود را داشت. قرارگرفتن در این شهر به سامانیان امکان داد حکومتشان را بر جامعه‌ای موجود بنا کنند.</w:t>
      </w:r>
    </w:p>
    <w:p w:rsidR="009F3B78" w:rsidRDefault="00987F03" w:rsidP="00DE2611">
      <w:pPr>
        <w:bidi/>
        <w:ind w:firstLine="720"/>
      </w:pPr>
      <w:r>
        <w:rPr>
          <w:rFonts w:eastAsia="Tahoma"/>
          <w:rtl/>
        </w:rPr>
        <w:t>اسماعیل سامانی تنها به نسب خانوادگی تکیه نکرد. او قشون را منظم ساخت، رقیبان داخلی را کنار زد و دیوان را برای گردآوری درآمد و ادارهٔ شهرها گسترش داد. توان شخصی او در جنگ اهمیت داشت، اما دوام حکومت از آنجا آمد که پیروزی را به ساختمان اداری تبدیل کرد. برخلاف صفاریان که قلمروشان با سرعت فتح و با همان سرعت دچار تنش می‌شد، سامانیان کوشیدند مرکز، خزانه و شبکهٔ کارگزاران پایدارتری بسازند.</w:t>
      </w:r>
    </w:p>
    <w:p w:rsidR="009F3B78" w:rsidRDefault="00987F03" w:rsidP="00DE2611">
      <w:pPr>
        <w:bidi/>
        <w:ind w:firstLine="720"/>
      </w:pPr>
      <w:r>
        <w:rPr>
          <w:rFonts w:eastAsia="Tahoma"/>
          <w:rtl/>
        </w:rPr>
        <w:t>رقابت صفاری و سامانی سرانجام در سال ۹۰۰ میلادی به نبرد میان عمرو بن لیث و اسماعیل سامانی انجامید. عمرو، که از خلیفه فرمان حکومت ماوراءالنهر را خواسته بود، می‌پنداشت تأیید بغداد می‌تواند ادعای او را بر سرزمینی که در اختیار سامانیان بود تقویت کند. خلیفه نیز شاید از درگیرشدن دو نیروی شرقی سود می‌برد. اما فرمان کاغذی بدون پیروزی در میدان نتیجه‌ای نداشت. اسماعیل عمرو را شکست داد و خراسان به قلمرو سامانیان پیوست.</w:t>
      </w:r>
    </w:p>
    <w:p w:rsidR="009F3B78" w:rsidRDefault="00987F03" w:rsidP="00DE2611">
      <w:pPr>
        <w:bidi/>
        <w:ind w:firstLine="720"/>
      </w:pPr>
      <w:r>
        <w:rPr>
          <w:rFonts w:eastAsia="Tahoma"/>
          <w:rtl/>
        </w:rPr>
        <w:t>این پیروزی درون‌مایهٔ اصلی فصل را آشکار می‌کند. خلیفه هنوز می‌توانست عنوان و فرمان بدهد، اما دیگر نمی‌توانست تعیین کند چه کسی واقعاً بر خراسان و ماوراءالنهر حکومت کند. نتیجه را قشون‌های محلی تعیین می‌کردند و بغداد پس از آن ناچار بود پیروز را به رسمیت بشناسد. حاکمیت از نظر نمادین در خلافت باقی بود، ولی قدرت اداره و اجبار در دست امیر ایرانی قرار می‌گرفت.</w:t>
      </w:r>
    </w:p>
    <w:p w:rsidR="009F3B78" w:rsidRDefault="00987F03" w:rsidP="00DE2611">
      <w:pPr>
        <w:bidi/>
        <w:ind w:firstLine="720"/>
      </w:pPr>
      <w:r>
        <w:rPr>
          <w:rFonts w:eastAsia="Tahoma"/>
          <w:rtl/>
        </w:rPr>
        <w:t>سامانیان مانند صفاریان خلافت عباسی را برنینداختند. خطبه و سکه همچنان جایگاه خلیفه را به رسمیت می‌شناخت و فرمانروای سامانی عنوان امیر داشت، نه خلیفه یا شاهنشاه. این اطاعت اسمی برای هر دو طرف سودمند بود. خلیفه می‌توانست ادعا کند شرق هنوز بخشی از جهان زیر فرمان اوست و سامانیان از تأیید عالی‌ترین مقام سنی برای مقابله با رقیبان بهره می‌گرفتند. در عمل، بغداد در انتصاب وزیر، حرکت قشون و مالیات روزانهٔ بخارا دخالتی اندک داشت.</w:t>
      </w:r>
    </w:p>
    <w:p w:rsidR="009F3B78" w:rsidRDefault="00987F03" w:rsidP="00DE2611">
      <w:pPr>
        <w:bidi/>
        <w:ind w:firstLine="720"/>
      </w:pPr>
      <w:r>
        <w:rPr>
          <w:rFonts w:eastAsia="Tahoma"/>
          <w:rtl/>
        </w:rPr>
        <w:t>حکومت سامانی از طاهریان و صفاریان پایدارتر شد، زیرا سه نیروی قشون، دیوان و خاندان فرمانروا را بهتر به هم پیوند داد. امیر در رأس قرار داشت، وزیران و دبیران ایرانی دستگاه اداره را می‌گرداندند و قشونی مرکب از نیروهای محلی و غلامان نظامی از حکومت دفاع می‌کرد. شهرهای بخارا، سمرقند و نیشابور مراکز تجارت و دانش شدند و درآمد کشاورزی و راه‌های بازرگانی خزانه را تغذیه کرد. حکومت دیگر تنها اردوگاهی در حال فتح نبود؛ به زندگی اقتصادی و شهری منطقه تکیه داشت.</w:t>
      </w:r>
    </w:p>
    <w:p w:rsidR="009F3B78" w:rsidRDefault="00987F03" w:rsidP="00DE2611">
      <w:pPr>
        <w:bidi/>
        <w:ind w:firstLine="720"/>
      </w:pPr>
      <w:r>
        <w:rPr>
          <w:rFonts w:eastAsia="Tahoma"/>
          <w:rtl/>
        </w:rPr>
        <w:t>دیوان سامانی ادامهٔ تجربهٔ عباسی و ساسانی بود، اما در مرکز حکومتی ایرانی کار می‌کرد. خاندان‌های دبیر مانند جیهانیان و بلعمیان در ادارهٔ کشور نقش یافتند. وزیر می‌توانست سیاست مالی، رابطه با ولایت‌ها و پشتیبانی از دانش را سامان دهد. همین خاندان‌های دیوانی حافظه‌ای ایجاد کردند که با تغییر یک امیر از میان نمی‌رفت. دستگاه حکومت از شخص فرمانروا پایدارتر شد، هرچند همچنان به حمایت او و تعادل با قشون وابسته بود.</w:t>
      </w:r>
    </w:p>
    <w:p w:rsidR="009F3B78" w:rsidRDefault="00987F03" w:rsidP="00DE2611">
      <w:pPr>
        <w:bidi/>
        <w:ind w:firstLine="720"/>
      </w:pPr>
      <w:r>
        <w:rPr>
          <w:rFonts w:eastAsia="Tahoma"/>
          <w:rtl/>
        </w:rPr>
        <w:t>پایهٔ این دستگاه تنها دربار و دبیرخانه نبود. دهقانان، مالکان محلی و بزرگان شهرها میان حکومت و مردم قرار داشتند. آنان مقدار محصول، مرز زمین‌ها، مسیر آب و توان پرداخت هر ناحیه را می‌شناختند و بدون همکاری‌شان گردآوری منظم مالیات دشوار بود. خاندان فرمانروا می‌توانست والی تازه‌ای بفرستد، اما نمی‌توانست در هر روستا مأموری بیگانه بنشاند و همهٔ روابط محلی را از نو بسازد. بنابراین، حکومت‌های ایرانی نیز مانند خلافت ناگزیر بودند با صاحبان دانش و نفوذ محلی سازش کنند.</w:t>
      </w:r>
    </w:p>
    <w:p w:rsidR="009F3B78" w:rsidRDefault="00987F03" w:rsidP="00DE2611">
      <w:pPr>
        <w:bidi/>
        <w:ind w:firstLine="720"/>
      </w:pPr>
      <w:r>
        <w:rPr>
          <w:rFonts w:eastAsia="Tahoma"/>
          <w:rtl/>
        </w:rPr>
        <w:t>این همکاری دو سویه بود. دهقانان و بزرگان شهر در برابر مالیات و اطاعت، امنیت راه، حفظ مالکیت و جلوگیری از غارت قشون را می‌خواستند. اگر امیر نمی‌توانست سربازان خود را مهار کند یا مأموران بیش از توان مردم مالیات می‌گرفتند، روستا خالی، زمین بایر و درآمد خزانه کم می‌شد. حکومت پایدار باید می‌فهمید که مالیات فقط با زور به دست نمی‌آید؛ ادامهٔ درآمد به ادامهٔ تولید وابسته است. همین شناخت، تفاوت میان قشونی فاتح و دستگاهی کشور‌دار را آشکار می‌کرد.</w:t>
      </w:r>
    </w:p>
    <w:p w:rsidR="009F3B78" w:rsidRDefault="00987F03" w:rsidP="00DE2611">
      <w:pPr>
        <w:bidi/>
        <w:ind w:firstLine="720"/>
      </w:pPr>
      <w:r>
        <w:rPr>
          <w:rFonts w:eastAsia="Tahoma"/>
          <w:rtl/>
        </w:rPr>
        <w:t>شهرها نیز سهمی مستقل داشتند. نیشابور، بخارا، سمرقند و هرات فقط محل استقرار حاکم نبودند؛ بازار، مسجد، مدرسه، کارگاه و شبکهٔ بازرگانان داشتند. حکومت از رونق آنها درآمد می‌گرفت و در برابر باید امنیت راه و ثبات پول را حفظ می‌کرد. بازرگان می‌توانست کالا و خبر را از چین و ماوراءالنهر تا عراق ببرد و همین حرکت، منابع و افق حکومت را گسترش می‌داد. هنگامی که مرکز سیاسی در ایران قرار گرفت، بخشی از مالیاتی که پیش‌تر به بغداد می‌رفت در همین شهرها برای قشون، ساختمان و حمایت از دانش هزینه شد. این ماندن درآمد در منطقه، پایهٔ اقتصادی بازسازی فرهنگ و دیوان را تقویت کرد.</w:t>
      </w:r>
    </w:p>
    <w:p w:rsidR="009F3B78" w:rsidRDefault="00987F03" w:rsidP="00DE2611">
      <w:pPr>
        <w:bidi/>
        <w:ind w:firstLine="720"/>
      </w:pPr>
      <w:r>
        <w:rPr>
          <w:rFonts w:eastAsia="Tahoma"/>
          <w:rtl/>
        </w:rPr>
        <w:t>بااین‌حال، رابطهٔ حکومت محلی و خلافت را نمی‌توان تنها با واژهٔ استقلال توضیح داد. استقلال حقوقی به این معنا بود که امیر سرچشمهٔ فرمان را در خود ببیند، بی‌نیاز از تأیید خلیفه جانشین تعیین کند و در خطبه و سکه حقانیت حکمرانی جداگانه‌ای اعلام نماید. بیشتر این خاندان‌ها تا مدت‌ها چنین نکردند. آنان خودگردانی عملی داشتند: مالیات را می‌گرفتند، وزیر و فرمانده برمی‌گزیدند و جنگ و صلح منطقه را اداره می‌کردند، اما در زبان رسمی هنوز خلیفه را بالاتر از خود می‌شناختند.</w:t>
      </w:r>
    </w:p>
    <w:p w:rsidR="009F3B78" w:rsidRDefault="00987F03" w:rsidP="00DE2611">
      <w:pPr>
        <w:bidi/>
        <w:ind w:firstLine="720"/>
      </w:pPr>
      <w:r>
        <w:rPr>
          <w:rFonts w:eastAsia="Tahoma"/>
          <w:rtl/>
        </w:rPr>
        <w:t>این فاصله میان زبان و عمل نشانهٔ دورویی ساده نبود. خلافت، افزون بر قدرت سیاسی، چارچوبی دینی و مشترک برای جهان پهناور اسلامی فراهم می‌کرد. امیری که نام خلیفه را حفظ می‌کرد، خود را شورشی بیرون از جامعهٔ مسلمانان نشان نمی‌داد و برای قاضیان، دینکاران و شهرهای سنی دلیل اطاعت فراهم می‌آورد. خلیفه نیز با صدور فرمان و خلعت، اقتداری را که دیگر توان اعمال مستقیمش را نداشت به صورت نمادین نگاه می‌داشت. هر دو طرف از ادامهٔ این رابطه سود می‌بردند.</w:t>
      </w:r>
    </w:p>
    <w:p w:rsidR="009F3B78" w:rsidRDefault="00987F03" w:rsidP="00DE2611">
      <w:pPr>
        <w:bidi/>
        <w:ind w:firstLine="720"/>
      </w:pPr>
      <w:r>
        <w:rPr>
          <w:rFonts w:eastAsia="Tahoma"/>
          <w:rtl/>
        </w:rPr>
        <w:t>از همین رو، بازگشت حکومت ایرانی پیش از آنکه گسست از اسلام یا خلافت باشد، ایرانی‌شدن محل تصمیم‌گیری بود. مسئله این نبود که نام خلیفه فوراً حذف شود؛ مهم آن بود که وزیر در بخارا گزارش را بخواند، خزانه در نیشابور درآمد را تقسیم کند و قشون از سیستان یا ماوراءالنهر فرمان حرکت بگیرد. هنگامی که تصمیم‌های اصلی درون ایران گرفته می‌شد، حکومت ایرانی در عمل بازگشته بود، حتی اگر زبان حقوقی آن هنوز از بغداد وام گرفته می‌شد.</w:t>
      </w:r>
    </w:p>
    <w:p w:rsidR="009F3B78" w:rsidRDefault="00987F03" w:rsidP="00DE2611">
      <w:pPr>
        <w:bidi/>
        <w:ind w:firstLine="720"/>
      </w:pPr>
      <w:r>
        <w:rPr>
          <w:rFonts w:eastAsia="Tahoma"/>
          <w:rtl/>
        </w:rPr>
        <w:t>بازگشت حکومت ایرانی در دورهٔ سامانی به معنای بازگشت دین زرتشتی یا کنارگذاشتن اسلام نبود. سامانیان مسلمان سنی بودند و خود را درون نظم اسلامی تعریف می‌کردند. دینکاران، قاضیان و دانشمندان اسلامی در شهرهای آنان جایگاه مهم داشتند. تفاوت در آن بود که مسلمان‌بودن دیگر مانع ایرانی‌بودن حکومت و جامعه شمرده نمی‌شد. دو سده پس از فتح، ایرانیان آموخته بودند بدون بازگشت به دین رسمی ساسانی و بدون انکار خلافت، زبان، خاطره و شیوهٔ کشورداری خود را در حکومتی محلی بازسازی کنند.</w:t>
      </w:r>
    </w:p>
    <w:p w:rsidR="009F3B78" w:rsidRDefault="00987F03" w:rsidP="00DE2611">
      <w:pPr>
        <w:bidi/>
        <w:ind w:firstLine="720"/>
      </w:pPr>
      <w:r>
        <w:rPr>
          <w:rFonts w:eastAsia="Tahoma"/>
          <w:rtl/>
        </w:rPr>
        <w:t>این تحول معنای نومسلمان را نیز تغییر داد. در دورهٔ نخست، ایرانی مسلمان کسی بود که برای ورود به جامعهٔ حاکم به یک قبیلهٔ عرب پیوند می‌خورد و با تبعیض موالی روبه‌رو می‌شد. در دورهٔ سامانی، فرمانروا، وزیر، دبیر، شاعر و سرباز می‌توانستند ایرانی و مسلمان باشند بی‌آنکه هویت سیاسی خود را از وابستگی شخصی به عربی فاتح بگیرند. اسلام دیگر فقط دین حاکمان بیگانه نبود؛ به بخشی از زبان حقانیت حکمرانی حکومت‌های ایرانی تبدیل شده بود.</w:t>
      </w:r>
    </w:p>
    <w:p w:rsidR="009F3B78" w:rsidRDefault="00987F03" w:rsidP="00DE2611">
      <w:pPr>
        <w:bidi/>
        <w:ind w:firstLine="720"/>
      </w:pPr>
      <w:r>
        <w:rPr>
          <w:rFonts w:eastAsia="Tahoma"/>
          <w:rtl/>
        </w:rPr>
        <w:t>بااین‌همه، نباید این دوره را تولد دولت ملی به معنای امروز دانست. مرزهای طاهریان، صفاریان و سامانیان بر اساس ملت و رأی مردم تعیین نمی‌شد. هر خاندان با قشون، مالیات و پیوندهای خود قلمرو می‌ساخت و در صورت ضعف، بخشی از آن را به رقیب می‌باخت. مردم رعیت حکومت بودند و در انتخاب امیر نقشی سازمان‌یافته نداشتند. «ایرانی» بودن این حکومت‌ها از منشأ خاندان، محل مرکز قدرت، حضور دیوانیان و بازسازی زبان و حافظهٔ ایران برمی‌آمد، نه از حاکمیت ملی و دموکراتیک.</w:t>
      </w:r>
    </w:p>
    <w:p w:rsidR="009F3B78" w:rsidRDefault="00987F03" w:rsidP="00DE2611">
      <w:pPr>
        <w:bidi/>
        <w:ind w:firstLine="720"/>
      </w:pPr>
      <w:r>
        <w:rPr>
          <w:rFonts w:eastAsia="Tahoma"/>
          <w:rtl/>
        </w:rPr>
        <w:t>همچنین، سه حکومت همهٔ ایران را زیر فرمان واحد نیاوردند. بخش‌های غربی و جنوبی کشور در دوره‌های مختلف زیر ادارهٔ مستقیم خلافت یا خاندان‌های دیگر بود و مرزها پیوسته تغییر می‌کرد. بازگشت حکومت ایرانی ابتدا در شرق رخ داد، زیرا خراسان، سیستان و ماوراءالنهر هم از بغداد دور بودند و هم قشون، درآمد و خاندان‌های محلی لازم را داشتند. ایران پیش از آنکه دوباره به صورت واحدی سیاسی تصور شود، در چند مرکز ایرانی تجربهٔ حکومت‌کردن را از نو آموخت.</w:t>
      </w:r>
    </w:p>
    <w:p w:rsidR="009F3B78" w:rsidRDefault="00987F03" w:rsidP="00DE2611">
      <w:pPr>
        <w:bidi/>
        <w:ind w:firstLine="720"/>
      </w:pPr>
      <w:r>
        <w:rPr>
          <w:rFonts w:eastAsia="Tahoma"/>
          <w:rtl/>
        </w:rPr>
        <w:t>طاهریان نشان دادند دیوان و ولایت می‌تواند از درون خلافت به وراثت محلی برسد. صفاریان ثابت کردند مردی بدون نسب اشرافی و فرمان خلیفه می‌تواند با قشون از پایین برخیزد و بخش بزرگی از ایران را بگیرد. سامانیان این دو تجربه را به تعادلی پایدارتر رساندند: خاندان محلی، قشون منظم، دیوان ایرانی و تأیید اسمی خلیفه را در کنار یکدیگر قرار دادند. مسیر بازگشت حکومت ایران نه راهی مستقیم، بلکه ترکیب و اصلاح همین تجربه‌ها بود.</w:t>
      </w:r>
    </w:p>
    <w:p w:rsidR="009F3B78" w:rsidRDefault="00987F03" w:rsidP="00DE2611">
      <w:pPr>
        <w:bidi/>
        <w:ind w:firstLine="720"/>
      </w:pPr>
      <w:r>
        <w:rPr>
          <w:rFonts w:eastAsia="Tahoma"/>
          <w:rtl/>
        </w:rPr>
        <w:t>اما دستاورد پایدار سامانیان فقط در قلمرو و دیوان نبود. حکومتی که مرکز آن در بخارا قرار داشت، برای سخن‌گفتن با جامعه و حفظ خاطرهٔ خود به زبانی نیاز داشت که مردم ایران آن را از آن خود بدانند. عربی همچنان زبان دین، دانش و بخش مهمی از اداره بود، ولی فارسی نو توانست به زبان شعر، تاریخ و سپس دیوان راه یابد. اگر قشون حکومت ایرانی را بازگرداند و دیوان آن را نگاه داشت، زبان بود که به آن حافظه و هویت بخشید.</w:t>
      </w:r>
    </w:p>
    <w:p w:rsidR="009F3B78" w:rsidRDefault="00987F03" w:rsidP="00DE2611">
      <w:pPr>
        <w:bidi/>
        <w:ind w:firstLine="720"/>
      </w:pPr>
      <w:r>
        <w:rPr>
          <w:rFonts w:eastAsia="Tahoma"/>
          <w:rtl/>
        </w:rPr>
        <w:t>فصل بعد به همین مرحله می‌پردازد: چگونه فارسی پس از سده‌ها دورماندن از مرکز رسمی نوشتار، در دربارها و شهرهای شرق دوباره به زبان قدرت و فرهنگ تبدیل شد؛ چگونه خاطرهٔ شاهان و پهلوانان پیش از اسلام درون جامعه‌ای مسلمان بازسازی گردید؛ و چگونه کشور پیش از آنکه وحدت سیاسی خود را به دست آورد، در زبان و حافظه بار دیگر خود را شناخت.</w:t>
      </w:r>
    </w:p>
    <w:p w:rsidR="009F3B78" w:rsidRPr="00DE2611" w:rsidRDefault="00987F03" w:rsidP="00987F03">
      <w:pPr>
        <w:pageBreakBefore/>
        <w:bidi/>
        <w:jc w:val="center"/>
        <w:rPr>
          <w:rFonts w:asciiTheme="majorBidi" w:hAnsiTheme="majorBidi" w:cstheme="majorBidi"/>
          <w:bCs/>
          <w:sz w:val="36"/>
          <w:szCs w:val="36"/>
        </w:rPr>
      </w:pPr>
      <w:bookmarkStart w:id="13" w:name="Vol7Chapter11"/>
      <w:bookmarkEnd w:id="13"/>
      <w:r w:rsidRPr="00DE2611">
        <w:rPr>
          <w:rFonts w:asciiTheme="majorBidi" w:eastAsia="Tahoma" w:hAnsiTheme="majorBidi" w:cstheme="majorBidi"/>
          <w:bCs/>
          <w:sz w:val="36"/>
          <w:szCs w:val="36"/>
          <w:rtl/>
        </w:rPr>
        <w:t>فصل یازدهم</w:t>
      </w:r>
    </w:p>
    <w:p w:rsidR="009F3B78" w:rsidRPr="00DE2611" w:rsidRDefault="00987F03" w:rsidP="00987F03">
      <w:pPr>
        <w:bidi/>
        <w:jc w:val="center"/>
        <w:rPr>
          <w:rFonts w:asciiTheme="majorBidi" w:hAnsiTheme="majorBidi" w:cstheme="majorBidi"/>
          <w:bCs/>
          <w:sz w:val="36"/>
          <w:szCs w:val="36"/>
        </w:rPr>
      </w:pPr>
      <w:r w:rsidRPr="00DE2611">
        <w:rPr>
          <w:rFonts w:asciiTheme="majorBidi" w:eastAsia="Tahoma" w:hAnsiTheme="majorBidi" w:cstheme="majorBidi"/>
          <w:bCs/>
          <w:sz w:val="36"/>
          <w:szCs w:val="36"/>
          <w:rtl/>
        </w:rPr>
        <w:t>زبان فارسی و بازسازی حافظهٔ کشور</w:t>
      </w:r>
    </w:p>
    <w:p w:rsidR="009F3B78" w:rsidRDefault="00987F03" w:rsidP="00DE2611">
      <w:pPr>
        <w:bidi/>
        <w:ind w:firstLine="720"/>
      </w:pPr>
      <w:r>
        <w:rPr>
          <w:rFonts w:eastAsia="Tahoma"/>
          <w:rtl/>
        </w:rPr>
        <w:t>حکومت‌های ایرانی پیش از آنکه همهٔ سرزمین ایران را زیر فرمان واحدی گرد آورند، به وسیله‌ای نیاز داشتند که مردمان پراکنده را با گذشته‌ای مشترک پیوند دهد. قشون می‌توانست مرز قلمرو را گسترش دهد و دیوان می‌توانست مالیات را گرد آورد، اما هیچ‌یک به تنهایی نمی‌توانست به مردم بگوید این کشور پیش از فرمانروای امروز چه بوده و چرا تجربهٔ نسل‌های آن باید حفظ شود. این کار را زبان و حافظه انجام دادند. فارسی در سده‌های پس از فتح از گفتار مردم به زبان شعر، تاریخ و حکومت راه یافت و ایران را پیش از آنکه وحدت سیاسی خود را بازیابد، در کلمه و روایت بازسازی کرد.</w:t>
      </w:r>
    </w:p>
    <w:p w:rsidR="009F3B78" w:rsidRDefault="00987F03" w:rsidP="00DE2611">
      <w:pPr>
        <w:bidi/>
        <w:ind w:firstLine="720"/>
      </w:pPr>
      <w:r>
        <w:rPr>
          <w:rFonts w:eastAsia="Tahoma"/>
          <w:rtl/>
        </w:rPr>
        <w:t>این سخن به معنای آن نیست که زبان فارسی پس از فتح عرب از میان رفت و دو یا سه سده بعد ناگهان دوباره زاده شد. مردم ایران در خانه، بازار، روستا و شهر به زبان‌ها و گویش‌های ایرانی سخن می‌گفتند. سقوط ساسانیان نمی‌توانست زبان روزانهٔ میلیون‌ها نفر را با یک فرمان عوض کند. آنچه تغییر کرد جایگاه رسمی زبان بود. عربی زبان دین تازه، قرآن، دانش، دیوان مرکزی و راه ورود به دستگاه خلافت شد. فارسی در زندگی مردم باقی ماند، اما برای مدتی طولانی از مرکز قدرت نوشتاری دور شد.</w:t>
      </w:r>
    </w:p>
    <w:p w:rsidR="009F3B78" w:rsidRDefault="00987F03" w:rsidP="00DE2611">
      <w:pPr>
        <w:bidi/>
        <w:ind w:firstLine="720"/>
      </w:pPr>
      <w:r>
        <w:rPr>
          <w:rFonts w:eastAsia="Tahoma"/>
          <w:rtl/>
        </w:rPr>
        <w:t>در دورهٔ ساسانی، فارسی میانه یکی از زبان‌های اداره، دین و نگارش بود و با خط پهلوی نوشته می‌شد. پس از فتح، بخشی از دبیران همان زبان و دفترها را برای مدتی نگاه داشتند، اما حکومت اموی و سپس عباسی دیوان‌ها را عربی کرد. خط و زبان رسمی تغییر یافت و نسل تازهٔ دبیران برای پیشرفت در حکومت ناچار شد عربی بیاموزد. بسیاری از ایرانیان برجسته بهترین آثار علمی، دینی و ادبی خود را به عربی نوشتند. این انتخاب همیشه حاصل اجبار مستقیم نبود؛ عربی زبان مشترک قلمرویی بزرگ و راه ارتباط با مراکز دانش از خراسان تا اندلس شده بود.</w:t>
      </w:r>
    </w:p>
    <w:p w:rsidR="009F3B78" w:rsidRDefault="00987F03" w:rsidP="00DE2611">
      <w:pPr>
        <w:bidi/>
        <w:ind w:firstLine="720"/>
      </w:pPr>
      <w:r>
        <w:rPr>
          <w:rFonts w:eastAsia="Tahoma"/>
          <w:rtl/>
        </w:rPr>
        <w:t>عربی به ایرانیان امکان داد در ساختن تمدن اسلامی سهمی گسترده بگیرند. دانشمندان ایرانی در دستور زبان عربی، پزشکی، فلسفه، تاریخ، ریاضیات و دین آثاری پدید آوردند که به جهان اسلام تعلق داشت. بنابراین، رابطهٔ فارسی و عربی را نباید فقط جنگ دو زبان دانست. ایرانیان زبان فاتحان را آموختند و آن را چنان به کار بردند که خود از سازندگان اصلی فرهنگ عربی‌زبان شدند. اما همین موفقیت خطری نیز داشت: خاطرهٔ محلی ایران و زبان مردم ممکن بود در سطح رسمی زیر سایهٔ زبانی قرار گیرد که گذشته و جغرافیای دیگری را در مرکز روایت می‌گذاشت.</w:t>
      </w:r>
    </w:p>
    <w:p w:rsidR="009F3B78" w:rsidRDefault="00987F03" w:rsidP="00DE2611">
      <w:pPr>
        <w:bidi/>
        <w:ind w:firstLine="720"/>
      </w:pPr>
      <w:r>
        <w:rPr>
          <w:rFonts w:eastAsia="Tahoma"/>
          <w:rtl/>
        </w:rPr>
        <w:t>فارسی نو در طی تحولی تدریجی از فارسی میانه و گونه‌های ایرانی منطقه شکل گرفت. مرز روشنی وجود ندارد که در یک روز فارسی میانه پایان یافته و فارسی نو آغاز شده باشد. بسیاری از ساختارها و واژه‌ها ادامه یافتند، در حالی که خط عربی جای خط پهلوی را گرفت و واژه‌های عربی به زبان وارد شدند. این خط تازه مشکلات و امکانات خود را داشت. برخی صداهای فارسی در الفبای عربی نشانهٔ مستقلی نداشتند و بعدها حروفی مانند پ، چ، ژ و گ برای آنها تثبیت شد. در مقابل، گسترش خط عربی فارسی را به شبکهٔ نوشتاری جهان اسلام پیوند داد.</w:t>
      </w:r>
    </w:p>
    <w:p w:rsidR="009F3B78" w:rsidRDefault="00987F03" w:rsidP="00DE2611">
      <w:pPr>
        <w:bidi/>
        <w:ind w:firstLine="720"/>
      </w:pPr>
      <w:r>
        <w:rPr>
          <w:rFonts w:eastAsia="Tahoma"/>
          <w:rtl/>
        </w:rPr>
        <w:t>پدیدآمدن فارسی نو نتیجهٔ خلوص زبانی نبود. زبان تازه هم میراث ایران پیش از اسلام را حمل می‌کرد و هم از عربی واژه، مفهوم و شیوهٔ بیان می‌گرفت. مردم مسلمان برای سخن‌گفتن دربارهٔ دین، حکومت، دانش و زندگی تازه به واژه‌هایی نیاز داشتند که بخشی از آنها از عربی می‌آمد. جذب این واژه‌ها فارسی را عربی نکرد؛ همان‌گونه که نوشتن اندیشه‌های ایرانی به عربی نویسندگان را از ایرانی‌بودن بیرون نمی‌برد. زبان زنده با گرفتن و دگرگون‌کردن ادامه می‌یابد، نه با بسته‌ماندن در گذشته.</w:t>
      </w:r>
    </w:p>
    <w:p w:rsidR="009F3B78" w:rsidRDefault="00987F03" w:rsidP="00DE2611">
      <w:pPr>
        <w:bidi/>
        <w:ind w:firstLine="720"/>
      </w:pPr>
      <w:r>
        <w:rPr>
          <w:rFonts w:eastAsia="Tahoma"/>
          <w:rtl/>
        </w:rPr>
        <w:t>شرایط سیاسی شرق ایران به فارسی امکان داد از گفتار به نوشتار رسمی بازگردد. صفاریان از میان مردمی برخاسته بودند که زبان روزانه‌شان فارسی بود و روایت مشهور دربارهٔ یعقوب لیث می‌گوید هنگامی که شاعری او را به عربی ستود، پرسید چرا باید سخنی را که نمی‌فهمد برایش بخوانند. دربارهٔ صورت دقیق این روایت می‌توان تردید داشت، اما معنای تاریخی آن روشن است: حاکمی محلی که پایگاهش در جامعهٔ فارسی‌زبان بود، دیگر ناگزیر نمی‌دید شکوه خود را تنها به زبان دربار عربی بیان کند.</w:t>
      </w:r>
    </w:p>
    <w:p w:rsidR="009F3B78" w:rsidRDefault="00987F03" w:rsidP="00DE2611">
      <w:pPr>
        <w:bidi/>
        <w:ind w:firstLine="720"/>
      </w:pPr>
      <w:r>
        <w:rPr>
          <w:rFonts w:eastAsia="Tahoma"/>
          <w:rtl/>
        </w:rPr>
        <w:t>بااین‌همه، صفاریان فرصت و دستگاه لازم برای ساختن ادبیاتی پایدار نداشتند. قشون آنان پیوسته در حرکت بود و قلمروشان با سرعت گسترش و کاهش می‌یافت. زبان برای تبدیل‌شدن به ابزار حافظه به دربار، کتابخانه، دبیر، کاتب، شاعر و پشتیبانی مالی نیاز داشت. سامانیان این محیط را در بخارا، سمرقند و شهرهای خراسان فراهم کردند. ثبات نسبی حکومت و رونق اقتصادی اجازه داد کسانی کار اصلی خود را نوشتن، ترجمه و شعر قرار دهند.</w:t>
      </w:r>
    </w:p>
    <w:p w:rsidR="009F3B78" w:rsidRDefault="00987F03" w:rsidP="00DE2611">
      <w:pPr>
        <w:bidi/>
        <w:ind w:firstLine="720"/>
      </w:pPr>
      <w:r>
        <w:rPr>
          <w:rFonts w:eastAsia="Tahoma"/>
          <w:rtl/>
        </w:rPr>
        <w:t>دربار سامانی فقط محل سرگرمی شاعرانه نبود. شعر ابزار اعلام قدرت، پاداش‌دادن، انتقال خبر و ساختن آوازهٔ امیر بود. شاعر پیروزی، بخشندگی و تدبیر فرمانروا را در قالبی به یادماندنی بیان می‌کرد و سخنش در شهرها و مجالس می‌گردید. حاکمی که به فارسی ستوده می‌شد، خود را به زبان مردمی عرضه می‌کرد که در قلمرو او زندگی می‌کردند. بدین‌سان، شعر میان دربار و جامعه پلی می‌ساخت که فرمان عربی دیوان به تنهایی قادر به ساختنش نبود.</w:t>
      </w:r>
    </w:p>
    <w:p w:rsidR="009F3B78" w:rsidRDefault="00987F03" w:rsidP="00DE2611">
      <w:pPr>
        <w:bidi/>
        <w:ind w:firstLine="720"/>
      </w:pPr>
      <w:r>
        <w:rPr>
          <w:rFonts w:eastAsia="Tahoma"/>
          <w:rtl/>
        </w:rPr>
        <w:t>رودکی برجسته‌ترین چهرهٔ آغاز این ادبیات در دربار سامانی بود. از حجم بزرگ شعر او تنها بخشی اندک باقی مانده است، اما همین بخش نشان می‌دهد فارسی در دست او به زبانی توانا برای وصف، اندرز، ستایش، شادی و اندوه تبدیل شده بود. او شاعر، موسیقی‌دان و روایت‌کننده بود و شعرش تنها روی کاغذ زندگی نمی‌کرد؛ با صدا و ساز در مجلس شنیده می‌شد. این پیوند گفتار، موسیقی و نوشتار به فارسی امکان داد از مرز سواد رسمی عبور کند.</w:t>
      </w:r>
    </w:p>
    <w:p w:rsidR="009F3B78" w:rsidRDefault="00987F03" w:rsidP="00DE2611">
      <w:pPr>
        <w:bidi/>
        <w:ind w:firstLine="720"/>
      </w:pPr>
      <w:r>
        <w:rPr>
          <w:rFonts w:eastAsia="Tahoma"/>
          <w:rtl/>
        </w:rPr>
        <w:t>اهمیت رودکی در آن نبود که نخستین انسان فارسی‌سرا بود. پیش از او نیز شعرها و قطعاتی به فارسی وجود داشت و سنت‌های شفاهی بسیار کهن‌تر بودند. جایگاه او از آنجا می‌آید که نشان داد فارسی می‌تواند زبانی کامل برای ادبیات درباری و الگوی نسل‌های بعد باشد. هنگامی که شاعری در مرکز حکومتی بزرگ به فارسی سخن می‌گفت و پاداش می‌گرفت، زبان از موقعیت محلی و فرودست بیرون می‌آمد و منزلتی سیاسی پیدا می‌کرد.</w:t>
      </w:r>
    </w:p>
    <w:p w:rsidR="009F3B78" w:rsidRDefault="00987F03" w:rsidP="00DE2611">
      <w:pPr>
        <w:bidi/>
        <w:ind w:firstLine="720"/>
      </w:pPr>
      <w:r>
        <w:rPr>
          <w:rFonts w:eastAsia="Tahoma"/>
          <w:rtl/>
        </w:rPr>
        <w:t>این منزلت به دیوان نیز راه یافت، هرچند عربی برای مدت طولانی زبان مهم اداره و دانش باقی ماند. دبیران می‌توانستند فرمان و نامه را به عربی بنویسند و در همان حال تاریخ، اندرز یا روایت را به فارسی درآورند. جابه‌جایی کامل و ناگهانی نبود. فارسی نخست در شعر و روایت قدرت گرفت، سپس در نثر تاریخی و دینی گسترش یافت و به‌تدریج بخشی از کار اداری را نیز دربرگرفت. دو زبان در کنار یکدیگر عمل می‌کردند و بسیاری از نویسندگان هر دو را می‌دانستند.</w:t>
      </w:r>
    </w:p>
    <w:p w:rsidR="009F3B78" w:rsidRDefault="00987F03" w:rsidP="00DE2611">
      <w:pPr>
        <w:bidi/>
        <w:ind w:firstLine="720"/>
      </w:pPr>
      <w:r>
        <w:rPr>
          <w:rFonts w:eastAsia="Tahoma"/>
          <w:rtl/>
        </w:rPr>
        <w:t>ترجمهٔ آثار دینی به فارسی مرحله‌ای تعیین‌کننده بود. تا زمانی که فهم دین به دانستن عربی وابسته می‌ماند، دینکار و دبیر عربی‌دان میان متن و مردم قرار می‌گرفتند. ترجمهٔ تفسیر و تاریخ طبری در محیط سامانی به فارسی نشان داد که می‌توان دانش دینی و تاریخ عمومی را با زبان مردم بیان کرد. این ترجمه‌ها فقط واژه‌ها را عوض نمی‌کردند؛ فارسی را وادار می‌ساختند برای مفهوم‌های دشوار دینی، تاریخی و حکومتی دستگاه بیان خود را گسترش دهد.</w:t>
      </w:r>
    </w:p>
    <w:p w:rsidR="009F3B78" w:rsidRDefault="00987F03" w:rsidP="00DE2611">
      <w:pPr>
        <w:bidi/>
        <w:ind w:firstLine="720"/>
      </w:pPr>
      <w:r>
        <w:rPr>
          <w:rFonts w:eastAsia="Tahoma"/>
          <w:rtl/>
        </w:rPr>
        <w:t>دلیل ترجمه نیز اهمیت داشت. در مقدمه‌ها و گزارش‌های مربوط به این کار تأکید می‌شد که پیام باید به زبان قابل فهم مردم عرضه شود. این استدلال به فارسی جایگاهی درون اسلام می‌داد، نه بیرون از آن. دیگر نمی‌شد گفت استفاده از فارسی بازگشت به دین پیشین یا دشمنی با قرآن است. زبان می‌توانست مسلمان باشد بی‌آنکه عربی باشد. این دگرگونی یکی از مهم‌ترین نتایج تاریخی نومسلمان‌شدن ایرانیان بود: آنان پس از پذیرفتن دین تازه، زبان خود را نیز برای بیان همان دین آماده کردند.</w:t>
      </w:r>
    </w:p>
    <w:p w:rsidR="009F3B78" w:rsidRDefault="00987F03" w:rsidP="00DE2611">
      <w:pPr>
        <w:bidi/>
        <w:ind w:firstLine="720"/>
      </w:pPr>
      <w:r>
        <w:rPr>
          <w:rFonts w:eastAsia="Tahoma"/>
          <w:rtl/>
        </w:rPr>
        <w:t>ترجمهٔ تاریخ طبری نیز افق دیگری گشود. تاریخ اسلامی از آفرینش و پیامبران آغاز می‌کرد و به خلافت می‌رسید، اما مترجمان و نویسندگان ایرانی ناگزیر بودند جای ایران را در این روایت پیدا کنند. گذشتهٔ شاهان ایرانی می‌توانست در کنار تاریخ پیامبران و خلافت قرار گیرد. بدین‌سان، حافظهٔ ایران پیش از اسلام حذف نشد؛ درون روایت بزرگ‌تر اسلامی بازتنظیم گردید. ایرانی مسلمان می‌توانست هم داستان پیامبران را از آن خود بداند و هم خاطرهٔ پادشاهان و پهلوانان ایران را حفظ کند.</w:t>
      </w:r>
    </w:p>
    <w:p w:rsidR="009F3B78" w:rsidRDefault="00987F03" w:rsidP="00DE2611">
      <w:pPr>
        <w:bidi/>
        <w:ind w:firstLine="720"/>
      </w:pPr>
      <w:r>
        <w:rPr>
          <w:rFonts w:eastAsia="Tahoma"/>
          <w:rtl/>
        </w:rPr>
        <w:t>حافظهٔ پیش از اسلام در کتاب‌ها به تنهایی زنده نمانده بود. دهقانان، خاندان‌های محلی، دینکاران زرتشتی، داستان‌گویان و مردم عادی نام‌ها و روایت‌ها را نسل به نسل منتقل کرده بودند. برخی نسخه‌هایی از خدای‌نامه‌ها و آثار پهلوی در دست داشتند و برخی داستان‌ها را شفاهی می‌دانستند. آنان می‌دانستند هر شهر و خاندان چگونه خود را به گذشته پیوند می‌دهد. هنگامی که حکومت ایرانی به گردآوری این مواد علاقه‌مند شد، حافظه‌ای پراکنده آماده بود تا به روایت منظم تبدیل شود.</w:t>
      </w:r>
    </w:p>
    <w:p w:rsidR="009F3B78" w:rsidRDefault="00987F03" w:rsidP="00DE2611">
      <w:pPr>
        <w:bidi/>
        <w:ind w:firstLine="720"/>
      </w:pPr>
      <w:r>
        <w:rPr>
          <w:rFonts w:eastAsia="Tahoma"/>
          <w:rtl/>
        </w:rPr>
        <w:t>ابومنصور محمد بن عبدالرزاق، فرمانروای توس و از دهقانان بلندپایهٔ خراسان، در میانهٔ سدهٔ دهم میلادی گروهی را مأمور کرد روایت‌های شاهان ایران را گرد آورند. حاصل کار شاهنامه‌ای منثور بود که امروز متن کامل آن از میان رفته و تنها مقدمه‌اش باقی مانده است. اهمیت این اقدام در آن بود که گردآوری خاطره به کاری سازمان‌یافته و سیاسی تبدیل شد. فرمانروایی محلی می‌خواست بداند ایران پیش از خلافت چه تاریخی داشته و فرمانروایان آن چگونه کشور را نگاه داشته یا از دست داده‌اند.</w:t>
      </w:r>
    </w:p>
    <w:p w:rsidR="009F3B78" w:rsidRDefault="00987F03" w:rsidP="00DE2611">
      <w:pPr>
        <w:bidi/>
        <w:ind w:firstLine="720"/>
      </w:pPr>
      <w:r>
        <w:rPr>
          <w:rFonts w:eastAsia="Tahoma"/>
          <w:rtl/>
        </w:rPr>
        <w:t>شاهنامهٔ ابومنصوری تنها مجموعه‌ای از افسانه‌ها نبود. مرز میان تاریخ، اسطوره و اندرز در آن جهان مانند امروز روشن نبود. داستان جمشید، فریدون، کیخسرو، رستم و اسفندیار هم گذشته را توضیح می‌داد و هم دربارهٔ پادشاهی، داد، پیمان، غرور و سقوط سخن می‌گفت. حافظهٔ کشور از راه همین داستان‌ها قواعد کشورداری را منتقل می‌کرد. شاهی که داد را کنار می‌گذاشت فرّه خود را از دست می‌داد و قشونی که از کشور جدا می‌شد راه شکست را می‌گشود.</w:t>
      </w:r>
    </w:p>
    <w:p w:rsidR="009F3B78" w:rsidRDefault="00987F03" w:rsidP="00DE2611">
      <w:pPr>
        <w:bidi/>
        <w:ind w:firstLine="720"/>
      </w:pPr>
      <w:r>
        <w:rPr>
          <w:rFonts w:eastAsia="Tahoma"/>
          <w:rtl/>
        </w:rPr>
        <w:t>این روایت‌ها برای حاکمان مسلمان نیز قابل استفاده بود. آنان لازم نبود دین شاهان پیشین را بپذیرند تا از سرگذشتشان بیاموزند. تجربهٔ کشورداری می‌توانست از دین رسمی جدا و به صورت اندرز سیاسی منتقل شود. همان فرایندی که اندرزنامه‌های ساسانی را در بغداد به زبان عربی وارد کرده بود، اکنون تاریخ و حماسهٔ ایران را به فارسی نو بازمی‌گرداند. گذشته با صورتی تازه در خدمت حکومت مسلمان ایرانی قرار می‌گرفت.</w:t>
      </w:r>
    </w:p>
    <w:p w:rsidR="009F3B78" w:rsidRDefault="00987F03" w:rsidP="00DE2611">
      <w:pPr>
        <w:bidi/>
        <w:ind w:firstLine="720"/>
      </w:pPr>
      <w:r>
        <w:rPr>
          <w:rFonts w:eastAsia="Tahoma"/>
          <w:rtl/>
        </w:rPr>
        <w:t>دقیقی کوشید شاهنامهٔ منثور را به نظم درآورد. او از داستان گشتاسپ و پیدایش دین زرتشتی آغاز کرد و حدود هزار بیت سرود، اما پیش از پایان کار کشته شد. فردوسی بعدها این بیت‌ها را در شاهنامهٔ خود حفظ کرد. این پیوند نشان می‌دهد پروژهٔ بازسازی حافظه به کار یک شاعر محدود نبود. مواد پیش‌تر گردآوری شده، شاعری کار را آغاز کرده و شاعری دیگر آن را به اوج رسانده بود. شاهنامه محصول زنجیره‌ای از دهقانان، دبیران، راویان و شاعران بود.</w:t>
      </w:r>
    </w:p>
    <w:p w:rsidR="009F3B78" w:rsidRDefault="00987F03" w:rsidP="00DE2611">
      <w:pPr>
        <w:bidi/>
        <w:ind w:firstLine="720"/>
      </w:pPr>
      <w:r>
        <w:rPr>
          <w:rFonts w:eastAsia="Tahoma"/>
          <w:rtl/>
        </w:rPr>
        <w:t>فردوسی کار خود را در دهه‌های پایانی حکومت سامانی آغاز کرد. او نیز از محیط دهقانی توس می‌آمد و به نسخهٔ شاهنامهٔ ابومنصوری دسترسی یافت. هدفش نوشتن تاریخی بر اساس معیارهای امروز نبود؛ می‌خواست داستان فرمانروایان و پهلوانان ایران را در زبانی ماندگار به نظم کشد. وزن، تکرار و ساختار شعر به حفظ و انتقال کمک می‌کرد. کتاب می‌توانست خوانده، شنیده و از بر شود و در سرزمین‌هایی دور از یکدیگر گردش کند.</w:t>
      </w:r>
    </w:p>
    <w:p w:rsidR="009F3B78" w:rsidRDefault="00987F03" w:rsidP="00DE2611">
      <w:pPr>
        <w:bidi/>
        <w:ind w:firstLine="720"/>
      </w:pPr>
      <w:r>
        <w:rPr>
          <w:rFonts w:eastAsia="Tahoma"/>
          <w:rtl/>
        </w:rPr>
        <w:t>شاهنامه سرزمین واحدی را نشان می‌داد که بارها گرفتار دشمن، اختلاف خاندان‌ها و خطای پادشاه می‌شود و دوباره خود را بازمی‌سازد. ایران در این روایت فقط مرزی جغرافیایی نبود؛ میدان مشترک سرگذشت شاهان، پهلوانان و مردم بود. نام ایران در برابر انیران معنا می‌یافت و دفاع از آن وظیفه‌ای فراتر از وفاداری به شخص پادشاه می‌شد. بدین‌سان، زبان فارسی مفهومی از کشور را نگاه داشت که حکومت‌های سیاسی پراکنده قادر به تجسم کامل آن نبودند.</w:t>
      </w:r>
    </w:p>
    <w:p w:rsidR="009F3B78" w:rsidRDefault="00987F03" w:rsidP="00DE2611">
      <w:pPr>
        <w:bidi/>
        <w:ind w:firstLine="720"/>
      </w:pPr>
      <w:r>
        <w:rPr>
          <w:rFonts w:eastAsia="Tahoma"/>
          <w:rtl/>
        </w:rPr>
        <w:t>نباید این مفهوم را با ملت مدرن یکی دانست. مردم شاهنامه شهروندانی برابر با حق انتخاب حکومت نبودند و مرزهای ایران حماسی نیز با مرزهای سیاسی امروز یکسان نبود. اما روایت، آگاهی از یک گذشته و سرزمین مشترک را حفظ می‌کرد. هنگامی که خاندان‌ها و قشون‌ها عوض می‌شدند، نام‌ها، داستان‌ها و زبان پیوندی می‌ساختند که از عمر هر حکومت طولانی‌تر بود. کشور می‌توانست در حافظه بماند، حتی هنگامی که حاکمیت آن تقسیم شده بود.</w:t>
      </w:r>
    </w:p>
    <w:p w:rsidR="009F3B78" w:rsidRDefault="00987F03" w:rsidP="00DE2611">
      <w:pPr>
        <w:bidi/>
        <w:ind w:firstLine="720"/>
      </w:pPr>
      <w:r>
        <w:rPr>
          <w:rFonts w:eastAsia="Tahoma"/>
          <w:rtl/>
        </w:rPr>
        <w:t>فارسی در این فرایند تنها ظرف حافظه نبود؛ خود حافظه را شکل می‌داد. انتخاب واژه، نام‌گذاری دشمن و دوست، توصیف داد و بیداد و تکرار نام ایران به خواننده می‌آموخت گذشته را چگونه بفهمد. اگر همین داستان‌ها فقط در متن‌های پهلوی محدود باقی می‌ماندند، شمار خوانندگانشان کاهش می‌یافت و با ضعیف‌شدن جامعهٔ زرتشتی احتمال فراموشی بیشتر می‌شد. انتقال آنها به فارسی نو و خط رایج جهان اسلامی امکان ادامهٔ زندگی‌شان را فراهم آورد.</w:t>
      </w:r>
    </w:p>
    <w:p w:rsidR="009F3B78" w:rsidRDefault="00987F03" w:rsidP="00DE2611">
      <w:pPr>
        <w:bidi/>
        <w:ind w:firstLine="720"/>
      </w:pPr>
      <w:r>
        <w:rPr>
          <w:rFonts w:eastAsia="Tahoma"/>
          <w:rtl/>
        </w:rPr>
        <w:t>خط عربی که در آغاز نشانهٔ غلبهٔ حکومت تازه بود، به ابزار حفظ خاطرهٔ ایران تبدیل شد. این وارونگی اهمیت دارد. ایرانیان برای نگاهداری گذشته ناگزیر نشدند به خط پهلوی بازگردند؛ از خطی استفاده کردند که اکنون در مدرسه، مسجد و دیوان شناخته می‌شد. آنان وسیلهٔ ارتباطی جهان اسلامی را گرفتند و محتوای تاریخی خود را در آن نوشتند. همان خط می‌توانست قرآن، فرمان خلیفه، شعر رودکی و داستان رستم را حمل کند.</w:t>
      </w:r>
    </w:p>
    <w:p w:rsidR="009F3B78" w:rsidRDefault="00987F03" w:rsidP="00DE2611">
      <w:pPr>
        <w:bidi/>
        <w:ind w:firstLine="720"/>
      </w:pPr>
      <w:r>
        <w:rPr>
          <w:rFonts w:eastAsia="Tahoma"/>
          <w:rtl/>
        </w:rPr>
        <w:t>ورود واژه‌های عربی نیز مانع ایرانی‌بودن فارسی نشد. زبان تازه از مفاهیم دینی، علمی و اداری عربی استفاده کرد، اما آنها را در دستور و آهنگ خود جای داد. بسیاری از واژه‌ها صورت و معنایی تازه یافتند و در کنار واژه‌های کهن نشستند. تلاش برای تصور فارسی کاملاً پاک از هر اثر عربی، تاریخ واقعی آن را نادیده می‌گیرد. قدرت فارسی از توان جذب و تبدیل برآمد، نه از بسته‌ماندن در مرزهای پیش از اسلام.</w:t>
      </w:r>
    </w:p>
    <w:p w:rsidR="009F3B78" w:rsidRDefault="00987F03" w:rsidP="00DE2611">
      <w:pPr>
        <w:bidi/>
        <w:ind w:firstLine="720"/>
      </w:pPr>
      <w:r>
        <w:rPr>
          <w:rFonts w:eastAsia="Tahoma"/>
          <w:rtl/>
        </w:rPr>
        <w:t>از سوی دیگر، عربی نیز در آثار نویسندگان ایرانی تغییر یافت. مفهوم‌های کشورداری، اندرز و تاریخ ایران وارد نثر عربی شد و ادب عباسی را غنی کرد. بنابراین، جریان یک‌طرفه نبود. ایران زبان عربی را پذیرفت، اما از راه همان زبان بر جهان اسلام اثر گذاشت؛ سپس فارسی نو بخشی از دستاوردهای عربی و اسلامی را در خود جذب کرد. نتیجه تمدنی آمیخته بود که نمی‌توان آن را تنها عربی یا بازگشت خالص به ایران باستان دانست.</w:t>
      </w:r>
    </w:p>
    <w:p w:rsidR="009F3B78" w:rsidRDefault="00987F03" w:rsidP="00DE2611">
      <w:pPr>
        <w:bidi/>
        <w:ind w:firstLine="720"/>
      </w:pPr>
      <w:r>
        <w:rPr>
          <w:rFonts w:eastAsia="Tahoma"/>
          <w:rtl/>
        </w:rPr>
        <w:t>پشتیبانی حکومت برای گسترش فارسی ضروری بود، اما زبان به دربار محدود نماند. شاعران برای امیران می‌سرودند، ولی شعرشان در بازار، خانه و سفر شنیده می‌شد. نسخه‌برداران کتاب‌ها را تکثیر می‌کردند و داستان‌گویان آنها را به شنوندگان می‌رساندند. بازرگانان و کارگزاران زبان را از خراسان و ماوراءالنهر به مناطق دیگر می‌بردند. هرچه فارسی در قلمروهای گوناگون به عنوان زبان ادب و اداره پذیرفته می‌شد، از مرز یک خاندان فراتر می‌رفت.</w:t>
      </w:r>
    </w:p>
    <w:p w:rsidR="009F3B78" w:rsidRDefault="00987F03" w:rsidP="00DE2611">
      <w:pPr>
        <w:bidi/>
        <w:ind w:firstLine="720"/>
      </w:pPr>
      <w:r>
        <w:rPr>
          <w:rFonts w:eastAsia="Tahoma"/>
          <w:rtl/>
        </w:rPr>
        <w:t>همین ویژگی سبب شد سقوط سامانیان به مرگ فارسی نینجامد. حکومت قراخانی یا غزنوی می‌توانست جای خاندان سامانی را بگیرد، اما برای ادارهٔ شهرهای ایرانی و برخورداری از شکوه دربار به دبیران و شاعران فارسی‌زبان نیاز داشت. فرمانروایان ترک نیز فارسی را به عنوان زبان دیوان و فرهنگ پذیرفتند. بدین‌سان، زبانی که در پناه حکومت ایرانی رشد کرده بود، به اندازه‌ای نیرومند شد که حکومت‌های غیرایرانی را نیز درون فرهنگ کشورداری ایران جذب کند.</w:t>
      </w:r>
    </w:p>
    <w:p w:rsidR="009F3B78" w:rsidRDefault="00987F03" w:rsidP="00DE2611">
      <w:pPr>
        <w:bidi/>
        <w:ind w:firstLine="720"/>
      </w:pPr>
      <w:r>
        <w:rPr>
          <w:rFonts w:eastAsia="Tahoma"/>
          <w:rtl/>
        </w:rPr>
        <w:t>این شاید پایدارترین پیروزی ایران پس از فتح بود. قشون عرب تاج ساسانی را برانداخته و خلافت برای دو سده مرکز فرمان را بیرون از ایران قرار داده بود. اما زبان فارسی توانست بدون قشونی ویژه و بی‌آنکه خلیفه‌ای را براندازد، قلمرویی فرهنگی بسازد که از تغییر فرمانروایان جان سالم به در برد. کسی می‌توانست ترک‌تبار باشد و به فارسی فرمان دهد، شعر بشنود و تاریخ ایران را بخواند. زبان، فاتح را نیز به حافظهٔ کشور وارد می‌کرد.</w:t>
      </w:r>
    </w:p>
    <w:p w:rsidR="009F3B78" w:rsidRDefault="00987F03" w:rsidP="00DE2611">
      <w:pPr>
        <w:bidi/>
        <w:ind w:firstLine="720"/>
      </w:pPr>
      <w:r>
        <w:rPr>
          <w:rFonts w:eastAsia="Tahoma"/>
          <w:rtl/>
        </w:rPr>
        <w:t>در اینجا رابطهٔ زبان و کشورداری روشن می‌شود. حکومت برای صدور فرمان به زبان نیاز دارد، اما زبان فقط فرمان را منتقل نمی‌کند؛ دربارهٔ حاکم خوب، عدالت، خیانت و کشور نیز معنا می‌سازد. شاهنامه و اندرزنامه‌ها معیارهایی فراهم می‌کردند که با آنها می‌شد رفتار فرمانروا را سنجید. حاکم ممکن بود به نیروی قشون حکومت کند، اما برای آنکه در حافظه دادگر شناخته شود باید به زبان و ارزش‌هایی پاسخ می‌داد که پیش از او وجود داشتند.</w:t>
      </w:r>
    </w:p>
    <w:p w:rsidR="009F3B78" w:rsidRDefault="00987F03" w:rsidP="00DE2611">
      <w:pPr>
        <w:bidi/>
        <w:ind w:firstLine="720"/>
      </w:pPr>
      <w:r>
        <w:rPr>
          <w:rFonts w:eastAsia="Tahoma"/>
          <w:rtl/>
        </w:rPr>
        <w:t>زبان همچنین دیوان را از وابستگی کامل به یک قوم رها کرد. دبیر فارسی‌زبان می‌توانست در خدمت سامانی، غزنوی، سلجوقی یا خوارزمشاهی قرار گیرد و مهارت و حافظهٔ اداری خود را از حکومتی به حکومت دیگر ببرد. واژگان و شیوه‌های نامه‌نگاری استمرار می‌یافتند و هر خاندان ناچار نبود دستگاه را از نو بسازد. فارسی به حافظهٔ بیرونی دیوان تبدیل شد؛ همان نقشی که دفترها برای مالیات داشتند، زبان برای تجربهٔ سیاسی ایفا می‌کرد.</w:t>
      </w:r>
    </w:p>
    <w:p w:rsidR="009F3B78" w:rsidRDefault="00987F03" w:rsidP="00DE2611">
      <w:pPr>
        <w:bidi/>
        <w:ind w:firstLine="720"/>
      </w:pPr>
      <w:r>
        <w:rPr>
          <w:rFonts w:eastAsia="Tahoma"/>
          <w:rtl/>
        </w:rPr>
        <w:t>بااین‌همه، فارسی نیز زبان همهٔ مردم قلمرو به یک اندازه نبود. ایران و ماوراءالنهر زبان‌ها و گویش‌های گوناگون داشتند و عربی، سغدی، خوارزمی، کردی، طبری و زبان‌های دیگر در نواحی مختلف به کار می‌رفتند. گسترش فارسی نتیجهٔ برتری ذاتی آن نبود؛ حاصل پشتیبانی دربار، کاربرد دیوانی، رونق ادبی و توان ارتباط میان مناطق بود. فارسی به زبان مشترک تبدیل شد، بی‌آنکه همهٔ زبان‌های محلی را فوراً از میان ببرد.</w:t>
      </w:r>
    </w:p>
    <w:p w:rsidR="009F3B78" w:rsidRDefault="00987F03" w:rsidP="00DE2611">
      <w:pPr>
        <w:bidi/>
        <w:ind w:firstLine="720"/>
      </w:pPr>
      <w:r>
        <w:rPr>
          <w:rFonts w:eastAsia="Tahoma"/>
          <w:rtl/>
        </w:rPr>
        <w:t>بازسازی حافظهٔ کشور نیز انتخابی بود. شاهنامه همهٔ آنچه در گذشتهٔ ایران رخ داده بود حفظ نکرد؛ روایت‌هایی را برگزید که از صافی خدای‌نامه‌ها، دهقانان و سنت حماسی گذشته بودند. صدای روستاییان، زنان، اقوام و گروه‌های فرودست کمتر در آن شنیده می‌شد. حافظهٔ ملی هیچ‌گاه تصویری کامل و بی‌طرف نیست. آنچه باقی می‌ماند نتیجهٔ قدرت کسانی است که می‌توانند روایت را گرد آورند، بنویسند و تکثیر کنند.</w:t>
      </w:r>
    </w:p>
    <w:p w:rsidR="009F3B78" w:rsidRDefault="00987F03" w:rsidP="00DE2611">
      <w:pPr>
        <w:bidi/>
        <w:ind w:firstLine="720"/>
      </w:pPr>
      <w:r>
        <w:rPr>
          <w:rFonts w:eastAsia="Tahoma"/>
          <w:rtl/>
        </w:rPr>
        <w:t>اما محدودیت روایت از اهمیت آن نمی‌کاهد. در جهانی که حکومت ایران پراکنده و فرمانروایان پیوسته در حال تغییر بودند، فارسی و شاهنامه امکان دادند نام کشور، خاطرهٔ شکست و پیروزی و مفهوم داد در طول نسل‌ها منتقل شود. اگر این حافظه ساخته نمی‌شد، هر خاندان ناچار بود تاریخ را از روز پیروزی خود آغاز کند. زبان نشان داد که حکومت امروز حلقه‌ای در زنجیره‌ای طولانی‌تر است و کشور پیش از آن وجود داشته و پس از آن نیز می‌تواند باقی بماند.</w:t>
      </w:r>
    </w:p>
    <w:p w:rsidR="009F3B78" w:rsidRDefault="00987F03" w:rsidP="00DE2611">
      <w:pPr>
        <w:bidi/>
        <w:ind w:firstLine="720"/>
      </w:pPr>
      <w:r>
        <w:rPr>
          <w:rFonts w:eastAsia="Tahoma"/>
          <w:rtl/>
        </w:rPr>
        <w:t>این حافظه بعدها در برابر فرمانروایان عرب، ترک و مغول کارکردهای تازه یافت. هر فاتحی که می‌خواست در ایران حکومت پایدار بسازد، ناگزیر می‌شد با زبان، دیوان و تصور ایرانی پادشاهی رابطه برقرار کند. برخی خود را به شاهان گذشته منسوب می‌کردند، برخی عنوان‌های ایرانی می‌گرفتند و برخی شاعران را برای پیوند دادن پیروزی‌شان با تاریخ کشور به خدمت می‌گماشتند. زبان تنها نشانهٔ هویت مردم نبود؛ یکی از ابزارهای جذب فرمانروا به سنت کشورداری ایران شد.</w:t>
      </w:r>
    </w:p>
    <w:p w:rsidR="009F3B78" w:rsidRDefault="00987F03" w:rsidP="00DE2611">
      <w:pPr>
        <w:bidi/>
        <w:ind w:firstLine="720"/>
      </w:pPr>
      <w:r>
        <w:rPr>
          <w:rFonts w:eastAsia="Tahoma"/>
          <w:rtl/>
        </w:rPr>
        <w:t>بدین‌سان، نومسلمان ایرانی در پایان این مرحله دیگر کسی نبود که میان دین تازه و گذشتهٔ خود یکی را انتخاب کند. او می‌توانست قرآن را عربی بخواند، تاریخ پیامبران را به فارسی بشنود، در دستگاه حکومتی اسلامی خدمت کند و داستان شاهان ایران را بخشی از حافظهٔ خود بداند. اسلام و ایران در زبان فارسی وارد رابطه‌ای تازه شدند؛ رابطه‌ای که نه پاک‌کردن گذشته بود و نه بازگشت بی‌تغییر به آن.</w:t>
      </w:r>
    </w:p>
    <w:p w:rsidR="009F3B78" w:rsidRDefault="00987F03" w:rsidP="00DE2611">
      <w:pPr>
        <w:bidi/>
        <w:ind w:firstLine="720"/>
      </w:pPr>
      <w:r>
        <w:rPr>
          <w:rFonts w:eastAsia="Tahoma"/>
          <w:rtl/>
        </w:rPr>
        <w:t>فصل بعد به نیرویی می‌پردازد که این پیوند را در غرب ایران و در برابر خود بغداد به نمایش گذاشت. آل‌بویه، با قشون دیلمی و گرایش شیعی، وارد پایتخت خلافت شد و خلیفهٔ سنی را بر جای نگاه داشت، اما قدرت سیاسی را از دست او گرفت. اگر فارسی و حافظهٔ ایرانی توانسته بودند کشور را در زبان بازسازی کنند، آل‌بویه نشان دادند که شمشیر ایرانی نیز می‌تواند بدون نابودکردن مقام دینی خلیفه، حکومت واقعی او را محدود سازد.</w:t>
      </w:r>
    </w:p>
    <w:p w:rsidR="009F3B78" w:rsidRPr="00DE2611" w:rsidRDefault="00987F03" w:rsidP="00987F03">
      <w:pPr>
        <w:pageBreakBefore/>
        <w:bidi/>
        <w:jc w:val="center"/>
        <w:rPr>
          <w:rFonts w:asciiTheme="majorBidi" w:hAnsiTheme="majorBidi" w:cstheme="majorBidi"/>
          <w:bCs/>
          <w:sz w:val="36"/>
          <w:szCs w:val="36"/>
        </w:rPr>
      </w:pPr>
      <w:bookmarkStart w:id="14" w:name="Vol7Chapter12"/>
      <w:bookmarkEnd w:id="14"/>
      <w:r w:rsidRPr="00DE2611">
        <w:rPr>
          <w:rFonts w:asciiTheme="majorBidi" w:eastAsia="Tahoma" w:hAnsiTheme="majorBidi" w:cstheme="majorBidi"/>
          <w:bCs/>
          <w:sz w:val="36"/>
          <w:szCs w:val="36"/>
          <w:rtl/>
        </w:rPr>
        <w:t>فصل دوازدهم</w:t>
      </w:r>
    </w:p>
    <w:p w:rsidR="009F3B78" w:rsidRPr="00DE2611" w:rsidRDefault="00987F03" w:rsidP="00987F03">
      <w:pPr>
        <w:bidi/>
        <w:jc w:val="center"/>
        <w:rPr>
          <w:rFonts w:asciiTheme="majorBidi" w:hAnsiTheme="majorBidi" w:cstheme="majorBidi"/>
          <w:bCs/>
          <w:sz w:val="36"/>
          <w:szCs w:val="36"/>
        </w:rPr>
      </w:pPr>
      <w:r w:rsidRPr="00DE2611">
        <w:rPr>
          <w:rFonts w:asciiTheme="majorBidi" w:eastAsia="Tahoma" w:hAnsiTheme="majorBidi" w:cstheme="majorBidi"/>
          <w:bCs/>
          <w:sz w:val="36"/>
          <w:szCs w:val="36"/>
          <w:rtl/>
        </w:rPr>
        <w:t>آل‌بویه؛ شمشیر شیعی در کنار خلیفهٔ سنی</w:t>
      </w:r>
    </w:p>
    <w:p w:rsidR="009F3B78" w:rsidRDefault="00987F03" w:rsidP="00077506">
      <w:pPr>
        <w:bidi/>
        <w:ind w:firstLine="720"/>
      </w:pPr>
      <w:r>
        <w:rPr>
          <w:rFonts w:eastAsia="Tahoma"/>
          <w:rtl/>
        </w:rPr>
        <w:t>در سال ۹۴۵ میلادی حادثه‌ای در بغداد رخ داد که رابطهٔ دین و حکومت را به صورتی تازه آشکار کرد. احمد بن بویه، فرمانده‌ای دیلمی و شیعی، با قشون خود وارد پایتخت خلافت عباسی شد. خلیفه همچنان در کاخ بود، خطبه به نام او خوانده می‌شد و جایگاه دینی‌اش در جهان سنی باقی می‌ماند، اما قدرت سیاسی و نظامی از دستش بیرون رفت. فرمانروای ایرانی می‌توانست خلیفه را برکنار کند، جانشینی برای او بنشاند و مالیات و قشون را در اختیار گیرد. بااین‌همه، خلافت را برنینداخت. شمشیر شیعی در کنار خلیفهٔ سنی قرار گرفت و ساختمانی ساخت که در آن مقام دینی و حکومت واقعی از یکدیگر جدا بودند.</w:t>
      </w:r>
    </w:p>
    <w:p w:rsidR="009F3B78" w:rsidRDefault="00987F03" w:rsidP="00077506">
      <w:pPr>
        <w:bidi/>
        <w:ind w:firstLine="720"/>
      </w:pPr>
      <w:r>
        <w:rPr>
          <w:rFonts w:eastAsia="Tahoma"/>
          <w:rtl/>
        </w:rPr>
        <w:t>این جدایی حاصل نظریه‌ای از پیش طراحی‌شده دربارهٔ حکومت سکولار نبود. آل‌بویه قصد جداکردن دین و حکومت به معنای امروز را نداشتند و خود نیز حق فرمانروایی‌شان را با باورها، عنوان‌ها و سنت‌های دینی و پادشاهی پیوند می‌دادند. آنچه آنان را به حفظ خلیفه واداشت، ترکیبی از مصلحت سیاسی، ساختار جامعه و نیاز به حقانیت حکمرانی بود. آنان نیروی لازم برای گرفتن بغداد را داشتند، اما از میان بردن خلافت می‌توانست مقاومت سنیان، دینکاران و دیگر فرمانروایان را برانگیزد و رقیبی شیعی را در جایگاهی بنشاند که خود آل‌بویه ناچار به اطاعت از او شوند.</w:t>
      </w:r>
    </w:p>
    <w:p w:rsidR="009F3B78" w:rsidRDefault="00987F03" w:rsidP="00077506">
      <w:pPr>
        <w:bidi/>
        <w:ind w:firstLine="720"/>
      </w:pPr>
      <w:r>
        <w:rPr>
          <w:rFonts w:eastAsia="Tahoma"/>
          <w:rtl/>
        </w:rPr>
        <w:t>آل‌بویه از کوهستان‌های دیلم در جنوب دریای خزر برخاستند؛ منطقه‌ای که فتح و ادارهٔ مستقیم آن برای خلافت دشوار بود. راه‌های سخت، جامعهٔ جنگاور و استقلال خاندان‌های محلی سبب شده بود قدرت بغداد در آنجا همواره محدود بماند. در همین فضا، دعوت‌های علوی و گرایش‌های شیعی گسترش یافتند. تشیع برای بخشی از مردم دیلم فقط مجموعه‌ای از باورهای دینی نبود؛ زبان اعتراض به خلافتی بود که از دور فرمان می‌راند و مالیات می‌خواست.</w:t>
      </w:r>
    </w:p>
    <w:p w:rsidR="009F3B78" w:rsidRDefault="00987F03" w:rsidP="00077506">
      <w:pPr>
        <w:bidi/>
        <w:ind w:firstLine="720"/>
      </w:pPr>
      <w:r>
        <w:rPr>
          <w:rFonts w:eastAsia="Tahoma"/>
          <w:rtl/>
        </w:rPr>
        <w:t>دیلمیان به جنگاوری و پیاده‌نظام منظم شهرت یافتند. آنان در قشون فرمانروایان محلی و علویان خدمت می‌کردند و فرماندهانشان می‌توانستند با گردآوردن گروهی وفادار برای خود قلمرو بسازند. همان‌گونه که عیاران سیستان زمینهٔ برآمدن یعقوب لیث را فراهم کرده بودند، قشون دیلمی نیز راه صعود خاندان بویه را گشود. تفاوت در آن بود که دیلمیان در غرب ایران و نزدیک‌تر به عراق فعالیت می‌کردند و ضعف خلافت فرصت می‌داد تا به خود بغداد برسند.</w:t>
      </w:r>
    </w:p>
    <w:p w:rsidR="009F3B78" w:rsidRDefault="00987F03" w:rsidP="00077506">
      <w:pPr>
        <w:bidi/>
        <w:ind w:firstLine="720"/>
      </w:pPr>
      <w:r>
        <w:rPr>
          <w:rFonts w:eastAsia="Tahoma"/>
          <w:rtl/>
        </w:rPr>
        <w:t>بویه، پدر خاندان، از طبقهٔ اشراف بزرگ نبود و در روایت‌ها ماهیگیر یا مردی با زندگی ساده معرفی شده است. سه پسر او، علی، حسن و احمد، در خدمت فرماندهان دیلمی تجربه آموختند و سپس هرکدام بخشی از ایران را به دست گرفتند. علی در فارس مستقر شد و شیراز را مرکز خود ساخت؛ حسن بر ری و جبال چیره گردید؛ و احمد پس از گرفتن کرمان و خوزستان به سوی عراق رفت. حکومت آل‌بویه از آغاز یک قلمرو کاملاً یکپارچه نبود، بلکه اتحادی خانوادگی از چند امارت به شمار می‌رفت.</w:t>
      </w:r>
    </w:p>
    <w:p w:rsidR="009F3B78" w:rsidRDefault="00987F03" w:rsidP="00077506">
      <w:pPr>
        <w:bidi/>
        <w:ind w:firstLine="720"/>
      </w:pPr>
      <w:r>
        <w:rPr>
          <w:rFonts w:eastAsia="Tahoma"/>
          <w:rtl/>
        </w:rPr>
        <w:t>این تقسیم می‌توانست منبع ضعف باشد، اما در نسل نخست به وسیلهٔ تقدم برادر بزرگ‌تر و همکاری خانوادگی مهار شد. هر برادر قشون و دیوان منطقهٔ خود را داشت، ولی در برابر دشمنان از دیگران یاری می‌گرفت. آنان به جای آنکه همهٔ قدرت را از یک مرکز دور اداره کنند، چند مرکز در شیراز، ری و بغداد ساختند. این شیوه با جغرافیای سیاسی ایران آن روز سازگار بود، اما جانشینی و رقابت نسل‌های بعد نشان داد که پیوند خونی به تنهایی جای دستگاه مرکزی را نمی‌گیرد.</w:t>
      </w:r>
    </w:p>
    <w:p w:rsidR="009F3B78" w:rsidRDefault="00987F03" w:rsidP="00077506">
      <w:pPr>
        <w:bidi/>
        <w:ind w:firstLine="720"/>
      </w:pPr>
      <w:r>
        <w:rPr>
          <w:rFonts w:eastAsia="Tahoma"/>
          <w:rtl/>
        </w:rPr>
        <w:t>هنگامی که احمد بن بویه وارد بغداد شد، خلافت پیش‌تر بخش بزرگی از توان خود را از دست داده بود. فرماندهان ترک و امیرالامرایان بر خلیفه فشار می‌آوردند، خزانه تهی بود و رقابت قشون‌ها شهر را بی‌ثبات کرده بود. آل‌بویه دستگاهی نیرومند را در یک نبرد ناگهانی نشکستند؛ وارد فضایی شدند که مقام خلیفه از حکومت واقعی جدا شده بود. احمد این جدایی را رسمی‌تر کرد و از خلیفه عنوان معزالدوله گرفت.</w:t>
      </w:r>
    </w:p>
    <w:p w:rsidR="009F3B78" w:rsidRDefault="00987F03" w:rsidP="00077506">
      <w:pPr>
        <w:bidi/>
        <w:ind w:firstLine="720"/>
      </w:pPr>
      <w:r>
        <w:rPr>
          <w:rFonts w:eastAsia="Tahoma"/>
          <w:rtl/>
        </w:rPr>
        <w:t>عنوان‌های آل‌بویه خود گویای رابطهٔ پیچیده‌شان با خلافت بود. عمادالدوله، رکن‌الدوله، معزالدوله و عضدالدوله عنوان‌هایی عربی و اسلامی بودند که خلیفه اعطا می‌کرد و پیوند امیر با نظم خلافت را نشان می‌دادند. در همان حال، برخی فرمانروایان بویه عنوان شاهنشاه را نیز به کار بردند و کوشیدند نسب خود را به شاهان ساسانی برسانند. یک فرمانروا می‌توانست هم از خلیفه لقب بگیرد و هم خود را در سنت پادشاهی ایران جای دهد. این دو سرچشمهٔ حقانیت حکمرانی در کنار یکدیگر قرار می‌گرفتند، بی‌آنکه کاملاً با هم سازگار باشند.</w:t>
      </w:r>
    </w:p>
    <w:p w:rsidR="009F3B78" w:rsidRDefault="00987F03" w:rsidP="00077506">
      <w:pPr>
        <w:bidi/>
        <w:ind w:firstLine="720"/>
      </w:pPr>
      <w:r>
        <w:rPr>
          <w:rFonts w:eastAsia="Tahoma"/>
          <w:rtl/>
        </w:rPr>
        <w:t>چرا آل‌بویه خلیفه را برنینداختند؟ پاسخ نخست به جمعیت و نهادهای سنی مربوط بود. بیشتر مسلمانان قلمرو آنان سنی بودند و قاضیان، دینکاران، بازرگانان و شهرهای بزرگ خلافت عباسی را—even اگر از قدرت سیاسی تهی شده بود—نماد وحدت دینی می‌دانستند. حذف خلیفه می‌توانست حکومت دیلمیان را از فرمانروایی مسلط به دشمن عقیدهٔ اکثریت تبدیل کند. قشون قادر بود شورش‌هایی را سرکوب کند، اما حکومت پایدار نمی‌توانست هر روز با همهٔ جامعه در جنگ باشد.</w:t>
      </w:r>
    </w:p>
    <w:p w:rsidR="009F3B78" w:rsidRDefault="00987F03" w:rsidP="00077506">
      <w:pPr>
        <w:bidi/>
        <w:ind w:firstLine="720"/>
      </w:pPr>
      <w:r>
        <w:rPr>
          <w:rFonts w:eastAsia="Tahoma"/>
          <w:rtl/>
        </w:rPr>
        <w:t>پاسخ دوم به مسئلهٔ امام شیعی بازمی‌گشت. اگر آل‌بویه خلافت عباسی را به سبب سنی‌بودن کنار می‌گذاشتند، باید روشن می‌کردند چه کسی جای آن را می‌گیرد. در تشیع دوازده‌امامی، امام دوازدهم در غیبت بود و امیر بویه نمی‌توانست به آسانی خود را امام بداند. اگر به خلیفهٔ فاطمی اسماعیلی در مصر گردن می‌نهادند، حق برتر فرمانروایی را به رقیبی خارجی واگذار می‌کردند. حفظ خلیفهٔ عباسی ضعیف، برای استقلال سیاسی آل‌بویه سودمندتر از ساختن خلیفه یا امام شیعی نیرومندی بود که می‌توانست بر آنان فرمان براند.</w:t>
      </w:r>
    </w:p>
    <w:p w:rsidR="009F3B78" w:rsidRDefault="00987F03" w:rsidP="00077506">
      <w:pPr>
        <w:bidi/>
        <w:ind w:firstLine="720"/>
      </w:pPr>
      <w:r>
        <w:rPr>
          <w:rFonts w:eastAsia="Tahoma"/>
          <w:rtl/>
        </w:rPr>
        <w:t>پاسخ سوم به ارزش اداری خلافت مربوط بود. فرمان‌ها، عنوان‌ها، سکه و خطبه شبکه‌ای شناخته‌شده در سراسر جهان اسلام ساخته بودند. والیان و امیران با دریافت خلعت و لقب از خلیفه جایگاه خود را به دیگران اعلام می‌کردند. آل‌بویه می‌توانستند از این سرمایهٔ نمادین استفاده کنند بی‌آنکه قدرت واقعی را به خلیفه بازگردانند. خلیفه مهر تأییدی بود که امیر قوی آن را بر فرمانروایی خود می‌زد.</w:t>
      </w:r>
    </w:p>
    <w:p w:rsidR="009F3B78" w:rsidRDefault="00987F03" w:rsidP="00077506">
      <w:pPr>
        <w:bidi/>
        <w:ind w:firstLine="720"/>
      </w:pPr>
      <w:r>
        <w:rPr>
          <w:rFonts w:eastAsia="Tahoma"/>
          <w:rtl/>
        </w:rPr>
        <w:t>از این پس، خلیفه در بغداد صاحب مقام بود، اما صاحب قشون و خزانه نبود. آل‌بویه می‌توانستند او را زیر نظر بگیرند، هزینهٔ دربارش را تعیین کنند و حتی در صورت نارضایتی برکنارش سازند. احمد بن بویه اندکی پس از ورود به بغداد خلیفهٔ مستکفی را برکنار و المطیع را جانشین او کرد. این اقدام نشان داد حقانیت دینی خلیفه نیز برای حفظ شخص او کافی نیست. مقام خلافت باقی می‌ماند، ولی دارندهٔ مقام به ارادهٔ امیر وابسته بود.</w:t>
      </w:r>
    </w:p>
    <w:p w:rsidR="009F3B78" w:rsidRDefault="00987F03" w:rsidP="00077506">
      <w:pPr>
        <w:bidi/>
        <w:ind w:firstLine="720"/>
      </w:pPr>
      <w:r>
        <w:rPr>
          <w:rFonts w:eastAsia="Tahoma"/>
          <w:rtl/>
        </w:rPr>
        <w:t>عنوان امیرالامرا پلی میان قشون و حکومت شد. پیش از آل‌بویه نیز فرماندهان بغداد این عنوان را گرفته و بخشی از اختیارات وزیر و خلیفه را جذب کرده بودند. معزالدوله با گرفتن آن نشان داد که فرماندهٔ قشون فقط مسئول جنگ نیست؛ بر خزانه، دیوان و سیاست نیز اختیار دارد. مثلث خلیفه، وزیر و قشون در وجود امیرالامرا به سود قشون تغییر کرد. وزیر زیر فرمان امیر قرار گرفت و خلیفه به سرچشمهٔ عنوان تبدیل شد.</w:t>
      </w:r>
    </w:p>
    <w:p w:rsidR="009F3B78" w:rsidRDefault="00987F03" w:rsidP="00077506">
      <w:pPr>
        <w:bidi/>
        <w:ind w:firstLine="720"/>
      </w:pPr>
      <w:r>
        <w:rPr>
          <w:rFonts w:eastAsia="Tahoma"/>
          <w:rtl/>
        </w:rPr>
        <w:t>بااین‌حال، قشون دیلمی نمی‌توانست بدون دیوان عراق را اداره کند. بغداد و سواد شبکه‌ای پیچیده از مالیات، آب، زمین، بازار و کارگزاران داشتند. فرماندهانی که زبان و دفتر محلی را نمی‌شناختند، ناگزیر از دبیران و وزیران استفاده می‌کردند. برخی از این کارگزاران از فارس و مناطق ایرانی همراه آل‌بویه آمدند و برخی از خانواده‌های اداری عراق بودند. دستگاه تازه از ترکیب قشون دیلمی و دیوان ایرانی و عراقی ساخته شد.</w:t>
      </w:r>
    </w:p>
    <w:p w:rsidR="009F3B78" w:rsidRDefault="00987F03" w:rsidP="00077506">
      <w:pPr>
        <w:bidi/>
        <w:ind w:firstLine="720"/>
      </w:pPr>
      <w:r>
        <w:rPr>
          <w:rFonts w:eastAsia="Tahoma"/>
          <w:rtl/>
        </w:rPr>
        <w:t>رابطهٔ قشون و دیوان آسان نبود. سربازان دیلمی سهم و حقوق می‌خواستند و فرماندهان ترک بغداد نیز قدرت خود را از دست نداده بودند. امیر گاه برای مهار یک گروه به گروه دیگر تکیه می‌کرد. دیوان باید درآمد کافی برای پرداخت هر دو فراهم می‌آورد، در حالی که جنگ و بی‌نظمی کشاورزی عراق را آسیب زده بود. اگر حقوق عقب می‌افتاد، قشون شورش می‌کرد و اگر مالیات افزایش می‌یافت، روستا و بازار زیر فشار می‌رفتند.</w:t>
      </w:r>
    </w:p>
    <w:p w:rsidR="009F3B78" w:rsidRDefault="00987F03" w:rsidP="00077506">
      <w:pPr>
        <w:bidi/>
        <w:ind w:firstLine="720"/>
      </w:pPr>
      <w:r>
        <w:rPr>
          <w:rFonts w:eastAsia="Tahoma"/>
          <w:rtl/>
        </w:rPr>
        <w:t>اقطاع، یعنی واگذاری درآمد زمین یا ناحیه به فرمانده و سرباز، یکی از راه‌های حل کمبود نقدی بود. حکومت به جای پرداخت مستقیم از خزانه، حق دریافت بخشی از درآمد را به صاحب قشون می‌داد. این کار در کوتاه‌مدت بار خزانه را کم می‌کرد، اما خطر داشت. فرمانده‌ای که درآمد منطقه را در اختیار می‌گرفت ممکن بود به حفظ تولید و مردم توجهی نکند و تنها بیشترین مبلغ ممکن را بگیرد. همچنین، پیوند مستقیم میان زمین و قشون قدرت مرکز و دیوان را کاهش می‌داد.</w:t>
      </w:r>
    </w:p>
    <w:p w:rsidR="009F3B78" w:rsidRDefault="00987F03" w:rsidP="00077506">
      <w:pPr>
        <w:bidi/>
        <w:ind w:firstLine="720"/>
      </w:pPr>
      <w:r>
        <w:rPr>
          <w:rFonts w:eastAsia="Tahoma"/>
          <w:rtl/>
        </w:rPr>
        <w:t>در فارس، آل‌بویه پایگاه باثبات‌تری یافتند. شیراز در مرکز منطقه‌ای قرار داشت که خاطرهٔ ساسانی، زمین‌های کشاورزی و راه‌های خلیج فارس را در خود جمع می‌کرد. دیوان فارس توانست درآمدی نسبتاً منظم فراهم آورد و فرمانروایان بویه از آن برای جنگ و ساختمان استفاده کردند. هنگامی که عضدالدوله بعدها عراق را گرفت، قدرتش بر منابع فارس و کرمان استوار بود، نه فقط بر قشون‌های بی‌ثبات بغداد.</w:t>
      </w:r>
    </w:p>
    <w:p w:rsidR="009F3B78" w:rsidRDefault="00987F03" w:rsidP="00077506">
      <w:pPr>
        <w:bidi/>
        <w:ind w:firstLine="720"/>
      </w:pPr>
      <w:r>
        <w:rPr>
          <w:rFonts w:eastAsia="Tahoma"/>
          <w:rtl/>
        </w:rPr>
        <w:t>آل‌بویه شیعی بودند، اما سیاست دینی‌شان در همهٔ زمان‌ها و مناطق یکسان نبود. آنان به دینکاران و نهادهای شیعی یاری دادند، آرامگاه‌های امامان را مرمت کردند و امکان دادند آیین‌های شیعی آشکارتر برگزار شوند. در بغداد، برگزاری عمومی سوگواری عاشورا و جشن غدیر به هویت جمعی شیعیان شکل داد. خیابان و بازار به صحنهٔ نمایش باور مذهبی تبدیل شد و گروهی که پیش‌تر ناچار به پنهان‌کاری بود حضور خود را علنی کرد.</w:t>
      </w:r>
    </w:p>
    <w:p w:rsidR="009F3B78" w:rsidRDefault="00987F03" w:rsidP="00077506">
      <w:pPr>
        <w:bidi/>
        <w:ind w:firstLine="720"/>
      </w:pPr>
      <w:r>
        <w:rPr>
          <w:rFonts w:eastAsia="Tahoma"/>
          <w:rtl/>
        </w:rPr>
        <w:t>این سیاست تنش‌های فرقه‌ای نیز پدید آورد. محله‌های سنی و شیعی بغداد گاه در برابر هم قرار می‌گرفتند و آیین‌های یک گروه برای دیگری نشانهٔ تحقیر یا تهدید بود. حکومت بویه می‌خواست از شیعیان حمایت کند، اما نمی‌توانست شهر را در جنگ دائمی فرقه‌ای رها سازد. در برخی مواقع امیر یا وزیر ناچار می‌شد مراسم را محدود کند یا میان گروه‌ها نیرو بفرستد. حمایت دینی اگر از نظم شهری جدا می‌شد، به بحرانی برای خود حکومت تبدیل می‌گردید.</w:t>
      </w:r>
    </w:p>
    <w:p w:rsidR="009F3B78" w:rsidRDefault="00987F03" w:rsidP="00077506">
      <w:pPr>
        <w:bidi/>
        <w:ind w:firstLine="720"/>
      </w:pPr>
      <w:r>
        <w:rPr>
          <w:rFonts w:eastAsia="Tahoma"/>
          <w:rtl/>
        </w:rPr>
        <w:t>تشیع در دورهٔ آل‌بویه فرصت یافت از مجموعه‌ای از گرایش‌ها و شبکه‌های پراکنده به نهاد فکری و اجتماعی منظم‌تری تبدیل شود. دینکاران شیعی توانستند آثار فقهی و کلامی بنویسند، شاگرد تربیت کنند و رابطهٔ جامعه با امام غایب را توضیح دهند. غیبت امام مسئله‌ای سیاسی نیز بود: در نبود او چه کسی حق ادارهٔ جامعه را دارد و فرمانروای موجود تا کجا قابل اطاعت است؟ آل‌بویه پاسخ نهایی به این پرسش ندادند، اما فضای لازم برای رشد کسانی را فراهم کردند که بعدها دستگاه فکری تشیع دوازده‌امامی را استوار ساختند.</w:t>
      </w:r>
    </w:p>
    <w:p w:rsidR="009F3B78" w:rsidRDefault="00987F03" w:rsidP="00077506">
      <w:pPr>
        <w:bidi/>
        <w:ind w:firstLine="720"/>
      </w:pPr>
      <w:r>
        <w:rPr>
          <w:rFonts w:eastAsia="Tahoma"/>
          <w:rtl/>
        </w:rPr>
        <w:t>بااین‌همه، آنان تشیع را مذهب رسمی همهٔ ایران نکردند. بسیاری از شهرها و نواحی قلمروشان سنی باقی ماندند و دستگاه قضا و آموزش سنی ادامه یافت. حتی بغداد، با حضور پررنگ شیعیان، اکثریت و نهادهای مهم سنی داشت. آل‌بویه برای حکومت بر این جامعه به مدارا و سازش نیازمند بودند. شیعی‌بودن خاندان حاکم با شیعی‌شدن کامل کشور یکی نبود؛ همان تمایزی که بعدها در دورهٔ صفوی از میان رفت و رسمی‌شدن اجباری مذهب معنای دیگری به حکومت داد.</w:t>
      </w:r>
    </w:p>
    <w:p w:rsidR="009F3B78" w:rsidRDefault="00987F03" w:rsidP="00077506">
      <w:pPr>
        <w:bidi/>
        <w:ind w:firstLine="720"/>
      </w:pPr>
      <w:r>
        <w:rPr>
          <w:rFonts w:eastAsia="Tahoma"/>
          <w:rtl/>
        </w:rPr>
        <w:t>عضدالدوله برجسته‌ترین فرمانروای آل‌بویه بود. او ابتدا فارس را در اختیار داشت و سپس کرمان، عراق و بخش‌های دیگری از ایران را زیر فرمان خود آورد. در زمان او برای مدتی قلمروهای پراکندهٔ خاندان به وحدتی گسترده نزدیک شدند. قدرتش هم از قشون می‌آمد و هم از توانایی در اداره و آبادانی. او نشان داد فرمانروای دیلمی می‌تواند از مرحلهٔ فتح عبور کند و خود را صاحب برنامه‌ای برای کشورداری بداند.</w:t>
      </w:r>
    </w:p>
    <w:p w:rsidR="009F3B78" w:rsidRDefault="00987F03" w:rsidP="00077506">
      <w:pPr>
        <w:bidi/>
        <w:ind w:firstLine="720"/>
      </w:pPr>
      <w:r>
        <w:rPr>
          <w:rFonts w:eastAsia="Tahoma"/>
          <w:rtl/>
        </w:rPr>
        <w:t>عضدالدوله راه‌ها، بندها و شبکه‌های آبی را تعمیر کرد، به ساختن بیمارستان و مراکز علمی پرداخت و بیمارستان عضدی بغداد را بنیاد گذاشت. این کارها تنها جلوهٔ بخشندگی نبودند. سلامت، آب، راه و دانش برای شهر و حکومت ضروری بودند. بیمارستان نیاز به درآمد، پزشک، دارو و مدیریت دائمی داشت و نشان می‌داد دیوان قادر است نهادی فراتر از قشون و دربار را نگاه دارد. کشورداری در اینجا به حفظ زندگی مردم نزدیک می‌شد.</w:t>
      </w:r>
    </w:p>
    <w:p w:rsidR="009F3B78" w:rsidRDefault="00987F03" w:rsidP="00077506">
      <w:pPr>
        <w:bidi/>
        <w:ind w:firstLine="720"/>
      </w:pPr>
      <w:r>
        <w:rPr>
          <w:rFonts w:eastAsia="Tahoma"/>
          <w:rtl/>
        </w:rPr>
        <w:t>او همچنین از نمادهای پادشاهی ایرانی استفاده کرد و عنوان شاهنشاه را به کار برد. این عنوان ادعای بزرگی بود: امیر بویه خود را فقط والی خلیفه یا فرماندهٔ قشون نمی‌دانست، بلکه برتر از شاهان و امیران دیگر می‌شمرد. بااین‌همه، دریافت لقب از خلیفه را نیز کنار نگذاشت. در وجود او دو زبان قدرت جمع شده بود؛ زبان خلافت اسلامی و زبان شاهنشاهی ایران. هر کدام مخاطب و کارکردی متفاوت داشت.</w:t>
      </w:r>
    </w:p>
    <w:p w:rsidR="009F3B78" w:rsidRDefault="00987F03" w:rsidP="00077506">
      <w:pPr>
        <w:bidi/>
        <w:ind w:firstLine="720"/>
      </w:pPr>
      <w:r>
        <w:rPr>
          <w:rFonts w:eastAsia="Tahoma"/>
          <w:rtl/>
        </w:rPr>
        <w:t>استفاده از عنوان شاهنشاه به معنای احیای کامل ساسانیان نبود. دین رسمی زرتشتی بازنگشت، دستگاه خلافت باقی ماند و زبان اداری بغداد همچنان عربی بود. حتی آل‌بویه در بغداد شهری فارسی‌زبان نساختند. آنچه بازگشت، تصور فرمانروای ایرانی و بخشی از آداب و نمادهای پادشاهی بود. حکومت تازه مواد گذشته را در چارچوب اسلامی به کار می‌گرفت، نه آنکه چارچوب اسلامی را برچیند.</w:t>
      </w:r>
    </w:p>
    <w:p w:rsidR="009F3B78" w:rsidRDefault="00987F03" w:rsidP="00077506">
      <w:pPr>
        <w:bidi/>
        <w:ind w:firstLine="720"/>
      </w:pPr>
      <w:r>
        <w:rPr>
          <w:rFonts w:eastAsia="Tahoma"/>
          <w:rtl/>
        </w:rPr>
        <w:t>در دربار و دیوان آل‌بویه، دانشمندان و نویسندگان ایرانی و عرب کنار هم کار کردند. صاحب بن عباد، وزیر نامدار رکن‌الدوله و مؤیدالدوله، نمونهٔ قدرت دیوانی و فرهنگی این دوره بود. او به عربی می‌نوشت و از دانش و ادب حمایت می‌کرد، در حالی که در خدمت فرمانروایان ایرانی قرار داشت. این وضعیت بار دیگر نشان می‌دهد ایرانی‌شدن حکومت همیشه به فارسی‌شدن فوری همهٔ دستگاه‌ها نمی‌انجامید. زبان عربی همچنان سرمایهٔ علمی و اداری بزرگی بود.</w:t>
      </w:r>
    </w:p>
    <w:p w:rsidR="009F3B78" w:rsidRDefault="00987F03" w:rsidP="00077506">
      <w:pPr>
        <w:bidi/>
        <w:ind w:firstLine="720"/>
      </w:pPr>
      <w:r>
        <w:rPr>
          <w:rFonts w:eastAsia="Tahoma"/>
          <w:rtl/>
        </w:rPr>
        <w:t>مسکویه، مورخ و اندیشمند ایرانی، نیز در محیط دیوانی آل‌بویه رشد کرد. نوشته‌های او تجربهٔ سیاست را از نزدیک ثبت کردند و تاریخ را وسیلهٔ آموختن از رفتار حاکمان ساختند. حضور چنین افرادی نشان می‌داد دیوان فقط دفتر مالیات نیست؛ محل انباشت تجربه، اخلاق و حافظهٔ حکومت نیز هست. امیری که از تاریخ و اندرز بهره می‌گرفت، می‌توانست خطاهای پیشینیان را بشناسد، هرچند قدرت همیشه او را از تکرار آنها بازنمی‌داشت.</w:t>
      </w:r>
    </w:p>
    <w:p w:rsidR="009F3B78" w:rsidRDefault="00987F03" w:rsidP="00077506">
      <w:pPr>
        <w:bidi/>
        <w:ind w:firstLine="720"/>
      </w:pPr>
      <w:r>
        <w:rPr>
          <w:rFonts w:eastAsia="Tahoma"/>
          <w:rtl/>
        </w:rPr>
        <w:t>بزرگ‌ترین ضعف آل‌بویه در ساختمان خانوادگی حکومتشان بود. سه برادر نخست توانستند با پذیرش تقدم بزرگ‌تر و یاری متقابل قلمروها را نگاه دارند، اما نسل‌های بعد بر سر جانشینی و برتری جنگیدند. هر شاهزاده قشون، خزانه و دیوان منطقهٔ خود را داشت و می‌توانست علیه پسرعمو یا برادرش متحد شود. عنوان شاهنشاه بدون دستگاهی روشن برای جانشینی، خود به موضوع نزاع تبدیل می‌شد.</w:t>
      </w:r>
    </w:p>
    <w:p w:rsidR="009F3B78" w:rsidRDefault="00987F03" w:rsidP="00077506">
      <w:pPr>
        <w:bidi/>
        <w:ind w:firstLine="720"/>
      </w:pPr>
      <w:r>
        <w:rPr>
          <w:rFonts w:eastAsia="Tahoma"/>
          <w:rtl/>
        </w:rPr>
        <w:t>عضدالدوله برای مدتی با غلبه بر رقیبان وحدت برقرار کرد، اما پس از مرگ او در سال ۹۸۳ میلادی جنگ داخلی بازگشت. قشون‌های دیلمی و ترک هرکدام از مدعی‌ای حمایت می‌کردند و وزیران میان اردوگاه‌ها جابه‌جا می‌شدند. منابعی که باید صرف آبادی و دفاع می‌شد در جنگ خاندان مصرف گردید. همان قشون و دیوانی که امپراتوری را ساخته بودند، با قرارگرفتن در خدمت مدعیان متعدد آن را تقسیم کردند.</w:t>
      </w:r>
    </w:p>
    <w:p w:rsidR="009F3B78" w:rsidRDefault="00987F03" w:rsidP="00077506">
      <w:pPr>
        <w:bidi/>
        <w:ind w:firstLine="720"/>
      </w:pPr>
      <w:r>
        <w:rPr>
          <w:rFonts w:eastAsia="Tahoma"/>
          <w:rtl/>
        </w:rPr>
        <w:t>رابطهٔ آل‌بویه با خلیفه نیز در دورهٔ ضعفشان وارونه شد. تا هنگامی که امیر نیرومند بود، خلیفه از او عنوان و معاش می‌گرفت؛ هنگامی که امیران گرفتار رقابت شدند، مقام خلیفه می‌توانست به یکی از ابزارهای برتری تبدیل شود. هر مدعی می‌کوشید لقب و تأیید او را به دست آورد. خلیفه قشون مستقل نداشت، اما سرمایهٔ نمادینش باقی مانده بود و ضعف فرمانروایان ارزش آن را افزایش می‌داد.</w:t>
      </w:r>
    </w:p>
    <w:p w:rsidR="009F3B78" w:rsidRDefault="00987F03" w:rsidP="00077506">
      <w:pPr>
        <w:bidi/>
        <w:ind w:firstLine="720"/>
      </w:pPr>
      <w:r>
        <w:rPr>
          <w:rFonts w:eastAsia="Tahoma"/>
          <w:rtl/>
        </w:rPr>
        <w:t>این ماندگاری نشان می‌دهد نهاد دینی گاه می‌تواند پس از از دست‌دادن حکومت واقعی نیز ادامه یابد. آل‌بویه خلیفه را از خزانه و قشون جدا کردند، اما نتوانستند یا نخواستند جایگاه او را در ذهن جامعه حذف کنند. مقام خلافت به صورت ظرفی برای حقانیت حکمرانی باقی ماند و هر فرمانروای تازه می‌توانست از آن استفاده کند. قدرت سیاسی تغییر می‌کرد، ولی نماد دینی از یک خاندان به خاندان دیگر خدمت می‌رساند.</w:t>
      </w:r>
    </w:p>
    <w:p w:rsidR="009F3B78" w:rsidRDefault="00987F03" w:rsidP="00077506">
      <w:pPr>
        <w:bidi/>
        <w:ind w:firstLine="720"/>
      </w:pPr>
      <w:r>
        <w:rPr>
          <w:rFonts w:eastAsia="Tahoma"/>
          <w:rtl/>
        </w:rPr>
        <w:t>از سوی دیگر، تجربهٔ آل‌بویه به دینکاران شیعی آموخت که برای گسترش جامعهٔ خود لزوماً نباید خلیفه یا امامی حاضر صاحب همهٔ قدرت سیاسی باشد. آنان می‌توانستند زیر حمایت امیری شیعی، در کنار خلافت سنی، نهاد و دانش خود را بسازند. این جدایی نسبی میان رهبری دینی و حکومت روزانه بعدها پیامدهای مهمی برای تشیع داشت. دینکاران می‌توانستند از حکومت بهره ببرند و در همان حال تمام حقانیت خود را از آن نگیرند.</w:t>
      </w:r>
    </w:p>
    <w:p w:rsidR="009F3B78" w:rsidRDefault="00987F03" w:rsidP="00077506">
      <w:pPr>
        <w:bidi/>
        <w:ind w:firstLine="720"/>
      </w:pPr>
      <w:r>
        <w:rPr>
          <w:rFonts w:eastAsia="Tahoma"/>
          <w:rtl/>
        </w:rPr>
        <w:t>اما این رابطه سکولار نبود. امیران در آیین‌ها دخالت می‌کردند، به نهادهای دینی مال می‌دادند و از باور مذهبی برای ساختن پایگاه سیاسی استفاده می‌نمودند. دینکاران نیز برای امنیت و گسترش خود به حمایت قشون و دیوان نیاز داشتند. مرز میان دین و حکومت وجود داشت، اما جدایی نهادی و حقوقی روشنی در کار نبود. هر طرف می‌کوشید دیگری را بدون پذیرفتن فرمان کاملش به خدمت گیرد.</w:t>
      </w:r>
    </w:p>
    <w:p w:rsidR="009F3B78" w:rsidRDefault="00987F03" w:rsidP="00077506">
      <w:pPr>
        <w:bidi/>
        <w:ind w:firstLine="720"/>
      </w:pPr>
      <w:r>
        <w:rPr>
          <w:rFonts w:eastAsia="Tahoma"/>
          <w:rtl/>
        </w:rPr>
        <w:t>در سال ۱۰۵۵ میلادی، طغرل سلجوقی وارد بغداد شد و حکومت آل‌بویه در عراق پایان یافت. خلیفهٔ سنی این بار از قشون ترک سنی برای رهایی از امیران شیعی استفاده کرد. اما پایان یک خاندان به پایان الگویی که ساخته بود نینجامید. سلجوقیان نیز خلیفه را نگاه داشتند، قدرت سیاسی را در دست گرفتند و برای ادارهٔ حکومت به دیوانیان ایرانی تکیه کردند. قشون عوض شد، ولی تقسیم کار میان خلیفه، سلطان و وزیر ادامه یافت.</w:t>
      </w:r>
    </w:p>
    <w:p w:rsidR="009F3B78" w:rsidRDefault="00987F03" w:rsidP="00077506">
      <w:pPr>
        <w:bidi/>
        <w:ind w:firstLine="720"/>
      </w:pPr>
      <w:r>
        <w:rPr>
          <w:rFonts w:eastAsia="Tahoma"/>
          <w:rtl/>
        </w:rPr>
        <w:t>این دگرگونی را نباید تنها تعویض یک خاندان با خاندانی دیگر دانست. تجربهٔ آل‌بویه به دستگاه خلافت و به فرمانروایان پس از آنان آموخته بود که حقانیت حکمرانی و توانایی حکومت کردن الزاماً از یک سرچشمه نمی‌آیند. خلیفه می‌توانست نام فرمانروا را تأیید کند، لقب بدهد و خطبه را به صورت نشانهٔ پذیرش او درآورد، بی‌آنکه خود قشون، مالیات و دیوان را در اختیار داشته باشد. امیر نیز می‌توانست بر شهرها و راه‌ها فرمان براند، بی‌آنکه مدعی جانشینی پیامبر شود. همین فاصله امکان می‌داد که در لحظه‌های بحران، هر یک دیگری را محدود کند یا از رقیبانش یاری بخواهد. خلیفه از یک امیر علیه امیری دیگر استفاده می‌کرد و امیر برای برتری بر برادران و سرداران خود به تأیید خلیفه نیاز می‌یافت.</w:t>
      </w:r>
    </w:p>
    <w:p w:rsidR="009F3B78" w:rsidRDefault="00987F03" w:rsidP="00077506">
      <w:pPr>
        <w:bidi/>
        <w:ind w:firstLine="720"/>
      </w:pPr>
      <w:r>
        <w:rPr>
          <w:rFonts w:eastAsia="Tahoma"/>
          <w:rtl/>
        </w:rPr>
        <w:t>در زندگی مردم، البته این تقسیم کار به معنای آرامش دائمی نبود. جنگ میان مدعیان، جابه‌جایی قشون‌ها، فشار مالیات و واگذاری درآمد نواحی به سپاهیان بار سنگینی بر شهر و روستا می‌گذاشت. آبادانی‌های عضدالدوله و پشتیبانی از بیمارستان، بازار، آبراه و مدرسه نشان می‌داد که حکومت می‌تواند چیزی بیش از گرفتن خراج باشد؛ اما همین کارها به درآمد منظم، دیوان کارآمد و امنیت راه نیاز داشت. هرگاه رقابت خانوادگی این سه پایه را فرومی‌ریخت، دستاوردهای عمرانی نیز آسیب می‌دید. بدین‌سان، آل‌بویه بار دیگر همان مسئلهٔ دیرپای کشورداری را آشکار کردند: پیروزی نظامی دروازهٔ حکومت را می‌گشاید، ولی ادامهٔ زندگی جمعی را تنها قشون تضمین نمی‌کند.</w:t>
      </w:r>
    </w:p>
    <w:p w:rsidR="009F3B78" w:rsidRDefault="00987F03" w:rsidP="00077506">
      <w:pPr>
        <w:bidi/>
        <w:ind w:firstLine="720"/>
      </w:pPr>
      <w:r>
        <w:rPr>
          <w:rFonts w:eastAsia="Tahoma"/>
          <w:rtl/>
        </w:rPr>
        <w:t>از سوی دیگر، حضور آنان به شیعیان امکان داد آیین‌ها و حافظهٔ تاریخی خود را آشکارتر سازند، اما حمایت حکومت از یک مذهب فوراً جامعه را هم‌مذهب نکرد. در بغداد و بسیاری از شهرهای زیر فرمان آنان، پیروان مذاهب گوناگون کنار یکدیگر می‌زیستند و گاه بر سر مراسم، محله و بازار با هم درگیر می‌شدند. حکومت ناچار بود میان وفاداری مذهبی امیران و ضرورت نگهداری نظم در جامعه‌ای ناهمگون تعادل برقرار کند. همین ناهمگونی یکی از علت‌های ماندن خلیفهٔ سنی بود: حذف او ممکن بود پیروزی اعتقادی به نظر آید، اما می‌توانست دستگاه حکومت را از ابزار پذیرفته‌شده‌ای برای سازش با اکثریت سنی محروم کند.</w:t>
      </w:r>
    </w:p>
    <w:p w:rsidR="009F3B78" w:rsidRDefault="00987F03" w:rsidP="00077506">
      <w:pPr>
        <w:bidi/>
        <w:ind w:firstLine="720"/>
      </w:pPr>
      <w:r>
        <w:rPr>
          <w:rFonts w:eastAsia="Tahoma"/>
          <w:rtl/>
        </w:rPr>
        <w:t>اهمیت آل‌بویه در تاریخ کشورداری ایران از همین‌جا روشن می‌شود. آنان نشان دادند فرمانروایی ایرانی و شیعی می‌تواند بغداد را در اختیار گیرد بی‌آنکه خلافت سنی را نابود کند. مقام دینی و حکومت سیاسی می‌توانستند در دو دست جدا قرار گیرند و از یکدیگر استفاده کنند. این ساختمان تناقض‌آمیز بود، اما بیش از یک سده دوام آورد و راه را برای صورت تازه‌ای از رابطهٔ سلطان و خلیفه گشود.</w:t>
      </w:r>
    </w:p>
    <w:p w:rsidR="009F3B78" w:rsidRDefault="00987F03" w:rsidP="00077506">
      <w:pPr>
        <w:bidi/>
        <w:ind w:firstLine="720"/>
      </w:pPr>
      <w:r>
        <w:rPr>
          <w:rFonts w:eastAsia="Tahoma"/>
          <w:rtl/>
        </w:rPr>
        <w:t>آل‌بویه همچنین پیوند غرب ایران با سنت حکومت‌های ایرانی را استوار کردند. سامانیان در شرق زبان و حافظه را بازسازی کرده بودند؛ آل‌بویه در فارس، ری و عراق عنوان شاهنشاه، دیوان ایرانی و قشون دیلمی را به مرکز سیاست آوردند. ایران هنوز واحد سیاسی یگانه‌ای نبود، اما دو سوی آن در حال ساختن صورت‌هایی از حکومت بودند که برای فرمانروایی به بغداد وابستگی روزانه نداشتند.</w:t>
      </w:r>
    </w:p>
    <w:p w:rsidR="009F3B78" w:rsidRDefault="00987F03" w:rsidP="00077506">
      <w:pPr>
        <w:bidi/>
        <w:ind w:firstLine="720"/>
      </w:pPr>
      <w:r>
        <w:rPr>
          <w:rFonts w:eastAsia="Tahoma"/>
          <w:rtl/>
        </w:rPr>
        <w:t>فصل بعد به نیروهایی می‌پردازد که جای این قشون‌های ایرانی را گرفتند. غزنویان و سلجوقیان با قشون ترک بر بخش‌های بزرگی از ایران چیره شدند، اما برای تبدیل فتح به حکومت ناچار شدند وزیران و دبیران ایرانی را به کار گیرند. اگر آل‌بویه شمشیر شیعی را کنار خلیفهٔ سنی نشاندند، حکومت‌های بعدی شمشیر ترک را در کنار دیوان ایرانی قرار دادند و ترکیبی ساختند که چندین سده بر تاریخ ایران سایه افکند.</w:t>
      </w:r>
    </w:p>
    <w:p w:rsidR="009F3B78" w:rsidRPr="00077506" w:rsidRDefault="00987F03" w:rsidP="00987F03">
      <w:pPr>
        <w:pageBreakBefore/>
        <w:bidi/>
        <w:jc w:val="center"/>
        <w:rPr>
          <w:rFonts w:asciiTheme="majorBidi" w:hAnsiTheme="majorBidi" w:cstheme="majorBidi"/>
          <w:bCs/>
          <w:sz w:val="36"/>
          <w:szCs w:val="36"/>
        </w:rPr>
      </w:pPr>
      <w:bookmarkStart w:id="15" w:name="Vol7Chapter13"/>
      <w:bookmarkEnd w:id="15"/>
      <w:r w:rsidRPr="00077506">
        <w:rPr>
          <w:rFonts w:asciiTheme="majorBidi" w:eastAsia="Tahoma" w:hAnsiTheme="majorBidi" w:cstheme="majorBidi"/>
          <w:bCs/>
          <w:sz w:val="36"/>
          <w:szCs w:val="36"/>
          <w:rtl/>
        </w:rPr>
        <w:t>فصل سیزدهم</w:t>
      </w:r>
    </w:p>
    <w:p w:rsidR="009F3B78" w:rsidRPr="00077506" w:rsidRDefault="00987F03" w:rsidP="00987F03">
      <w:pPr>
        <w:bidi/>
        <w:jc w:val="center"/>
        <w:rPr>
          <w:rFonts w:asciiTheme="majorBidi" w:hAnsiTheme="majorBidi" w:cstheme="majorBidi"/>
          <w:bCs/>
          <w:sz w:val="36"/>
          <w:szCs w:val="36"/>
        </w:rPr>
      </w:pPr>
      <w:r w:rsidRPr="00077506">
        <w:rPr>
          <w:rFonts w:asciiTheme="majorBidi" w:eastAsia="Tahoma" w:hAnsiTheme="majorBidi" w:cstheme="majorBidi"/>
          <w:bCs/>
          <w:sz w:val="36"/>
          <w:szCs w:val="36"/>
          <w:rtl/>
        </w:rPr>
        <w:t>غزنویان و سلجوقیان؛ قشون ترک و دیوان ایرانی</w:t>
      </w:r>
    </w:p>
    <w:p w:rsidR="009F3B78" w:rsidRDefault="00987F03" w:rsidP="00077506">
      <w:pPr>
        <w:bidi/>
        <w:ind w:firstLine="720"/>
      </w:pPr>
      <w:r>
        <w:rPr>
          <w:rFonts w:eastAsia="Tahoma"/>
          <w:rtl/>
        </w:rPr>
        <w:t>ورود طغرل سلجوقی به بغداد در سال ۱۰۵۵ میلادی تنها پایان کار آل‌بویه نبود. این واقعه صورت تازه‌ای از کشورداری را آشکار کرد که زمینه‌های آن از روزگار سامانیان فراهم شده بود: قشون ترک کشور را می‌گرفت، خلیفهٔ عرب به فرمانروای تازه حقانیت حکمرانی می‌داد و دیوان ایرانی فتح را به حکومت تبدیل می‌کرد. هیچ‌یک از این سه نیرو به تنهایی قادر نبود قلمروی بزرگ و ناهمگون را نگاه دارد. قشون می‌توانست رقیب را شکست دهد، اما نمی‌توانست مساحت زمین‌ها را اندازه بگیرد، مالیات را ثبت کند، فرمان‌ها را به ولایت‌ها برساند و هزینهٔ سپاهیان را به‌طور منظم فراهم آورد. خلیفه می‌توانست لقب و تأیید دینی بدهد، اما دیگر قشونی نداشت که فرمانش را اجرا کند. دیوان نیز بدون نیروی نظامی از گردآوری مالیات و حفظ راه‌ها عاجز می‌ماند. از برخورد و همکاری این سه، حکومتی پدید آمد که فرمانروایانش ترک بودند، زبان و شیوهٔ اداره‌اش بیشتر ایرانی بود و حقانیت حکمرانی خود را در چارچوب خلافت سنی بیان می‌کرد.</w:t>
      </w:r>
    </w:p>
    <w:p w:rsidR="009F3B78" w:rsidRDefault="00987F03" w:rsidP="00077506">
      <w:pPr>
        <w:bidi/>
        <w:ind w:firstLine="720"/>
      </w:pPr>
      <w:r>
        <w:rPr>
          <w:rFonts w:eastAsia="Tahoma"/>
          <w:rtl/>
        </w:rPr>
        <w:t>ترکان یکباره از بیرون بر دستگاه حکومت ایران فرود نیامدند. آنان پیش از آنکه خود فرمانروا شوند، در قشون خلافت عباسی و حکومت‌های ایرانی به خدمت گرفته شده بودند. خلیفه‌ها و امیران، غلامان ترک را از آن رو می‌پسندیدند که از پیوندهای محلی و خانوادگی در سرزمین‌های زیر فرمانشان دور بودند و وفاداری‌شان ظاهراً به شخص خریدار یا پرورش‌دهنده وابسته بود. غلام در این کاربرد تنها خدمتکار خانه نبود. او آموزش نظامی می‌دید، در دربار پرورش می‌یافت، اسب و سلاح می‌گرفت و ممکن بود از نگهبانی کاخ تا فرماندهی قشون بالا رود. حکومت می‌خواست با ساختن چنین نیرویی از اشراف محلی و قشون‌های قبیله‌ای بی‌نیاز شود، اما نتیجه همیشه همان نبود که طراحان می‌خواستند. غلامان نظامی پس از رسیدن به فرماندهی، خود صاحب قشون، ثروت و پیرو می‌شدند و می‌توانستند در تعیین امیر یا خلیفه دخالت کنند.</w:t>
      </w:r>
    </w:p>
    <w:p w:rsidR="009F3B78" w:rsidRDefault="00987F03" w:rsidP="00077506">
      <w:pPr>
        <w:bidi/>
        <w:ind w:firstLine="720"/>
      </w:pPr>
      <w:r>
        <w:rPr>
          <w:rFonts w:eastAsia="Tahoma"/>
          <w:rtl/>
        </w:rPr>
        <w:t>دستگاه سامانی یکی از محل‌های رشد همین فرماندهان بود. سامانیان در شرق ایران حکومت می‌کردند، زبان فارسی را در دیوان و ادب گسترش می‌دادند و در عین حال برای نگهداری مرزهای شمال شرقی و رقابت‌های داخلی به غلامان ترک تکیه داشتند. آلپ‌تگین، که در قشون سامانی از غلامی به فرماندهی و حاجب‌الحجاب رسیده بود، نمونهٔ روشن این جابه‌جایی قدرت است. هنگامی که در کشمکش جانشینی سامانیان شکست خورد، به غزنه رفت و در سال ۹۶۲ میلادی پایهٔ قدرتی را گذاشت که بعداً به حکومت غزنویان تبدیل شد. بدین‌ترتیب، یکی از نیروهایی که برای نگهبانی حکومت ساخته شده بود، در حاشیهٔ همان حکومت مرکز فرمانروایی تازه‌ای ساخت.</w:t>
      </w:r>
    </w:p>
    <w:p w:rsidR="009F3B78" w:rsidRDefault="00987F03" w:rsidP="00077506">
      <w:pPr>
        <w:bidi/>
        <w:ind w:firstLine="720"/>
      </w:pPr>
      <w:r>
        <w:rPr>
          <w:rFonts w:eastAsia="Tahoma"/>
          <w:rtl/>
        </w:rPr>
        <w:t>سبکتگین، غلام و داماد آلپ‌تگین، این قدرت را استوار کرد. او هنوز پیوند خود را با سامانیان به‌کلی نمی‌گسست و فرمانروایی‌اش را در زبان سیاسی زمانه در چارچوب خدمت به امیر و خلافت بیان می‌کرد، اما در عمل غزنه را به مرکز حکومتی مستقل بدل ساخت. اهمیت کار او تنها در گرفتن شهرها نبود. قشونی که در سرزمین مرزی شکل گرفته بود، برای ادامهٔ جنگ و ادارهٔ قلمرو به درآمد نیاز داشت؛ درآمد نیز بدون دیوان، دبیر، مستوفی و صاحب‌خبر گرد نمی‌آمد. از همین‌جا بود که فرمانده ترک ناچار شد همان دستگاهی را به خدمت گیرد که در حکومت سامانی پرورش یافته بود.</w:t>
      </w:r>
    </w:p>
    <w:p w:rsidR="009F3B78" w:rsidRDefault="00987F03" w:rsidP="00077506">
      <w:pPr>
        <w:bidi/>
        <w:ind w:firstLine="720"/>
      </w:pPr>
      <w:r>
        <w:rPr>
          <w:rFonts w:eastAsia="Tahoma"/>
          <w:rtl/>
        </w:rPr>
        <w:t>محمود، پسر سبکتگین، این ترکیب را به اوج رساند. او در سال ۹۹۸ میلادی قدرت را به دست گرفت و قلمرویی ساخت که از بخش‌هایی از ایران و آسیای میانه تا پنجاب امتداد یافت. شهرت او بیش از همه با لشکرکشی‌های پی‌درپی به هند همراه شده است. این لشکرکشی‌ها غنیمت، اسیر، فلزات گران‌بها و اعتبار دینی برای دربار غزنه می‌آوردند، اما حکومت محمود را نمی‌توان تنها اردوگاهی دانست که با غارت زنده بود. اردوکشی گسترده خود به انبار، راه، اسب، علوفه، پرداخت مواجب و ثبت سهم فرماندهان نیاز داشت. هرچه قلمرو بزرگ‌تر می‌شد، نیاز قشون به دیوان بیشتر می‌گردید. شمشیر ترک بدون حساب ایرانی نمی‌توانست از غزنه تا خراسان و هند حرکت کند.</w:t>
      </w:r>
    </w:p>
    <w:p w:rsidR="009F3B78" w:rsidRDefault="00987F03" w:rsidP="00077506">
      <w:pPr>
        <w:bidi/>
        <w:ind w:firstLine="720"/>
      </w:pPr>
      <w:r>
        <w:rPr>
          <w:rFonts w:eastAsia="Tahoma"/>
          <w:rtl/>
        </w:rPr>
        <w:t>محمود برای استوار کردن حقانیت حکمرانی خود به خلافت عباسی نیز روی آورد. خلیفه برای او لقب فرستاد و نامش در خطبه و سکه جای گرفت. این رابطه برای هر دو سودمند بود. خلیفه، که قدرت نظامی مستقلی نداشت، در محمود پشتیبانی نیرومند برای تسنن و رقیبی در برابر خلافت فاطمی می‌یافت. محمود نیز از تأیید خلیفه برای آن استفاده می‌کرد که فرمانروایی برخاسته از یک خاندان غلام ترک را در زبان پذیرفته‌شدهٔ جهان اسلامی قرار دهد. فتح و وراثت به تنهایی کافی نبودند؛ فرمانروای تازه باید نشان می‌داد که قشونش در خدمت نظم دینی پذیرفته‌شده قرار دارد.</w:t>
      </w:r>
    </w:p>
    <w:p w:rsidR="009F3B78" w:rsidRDefault="00987F03" w:rsidP="00077506">
      <w:pPr>
        <w:bidi/>
        <w:ind w:firstLine="720"/>
      </w:pPr>
      <w:r>
        <w:rPr>
          <w:rFonts w:eastAsia="Tahoma"/>
          <w:rtl/>
        </w:rPr>
        <w:t>این پیوند، دینکاران را به نیروی چهارمی در کنار سلطان، قشون و دیوان تبدیل می‌کرد. محمود خود را مدافع تسنن معرفی می‌کرد و در برخورد با مخالفان سیاسی یا مذهبی از همین عنوان سود می‌برد. اما سیاست مذهبی او را نباید تنها نتیجهٔ باور شخصی دانست. دین می‌توانست مرز میان دوست و دشمن را تعیین کند، جنگ را به جهاد تبدیل سازد، مصادره را توجیه کند و حمایت خلیفه و دینکاران را برای حکومت فراهم آورد. در همان حال، سلطان اختیار تفسیر و اجرای این سیاست را در دست خود نگاه می‌داشت. دینکار به فرمانروا حقانیت می‌داد، ولی فرمانروا نیز تعیین می‌کرد کدام دینکار به قضاوت، تدریس و دریافت مال دست یابد.</w:t>
      </w:r>
    </w:p>
    <w:p w:rsidR="009F3B78" w:rsidRDefault="00987F03" w:rsidP="00077506">
      <w:pPr>
        <w:bidi/>
        <w:ind w:firstLine="720"/>
      </w:pPr>
      <w:r>
        <w:rPr>
          <w:rFonts w:eastAsia="Tahoma"/>
          <w:rtl/>
        </w:rPr>
        <w:t>دربار غزنه از سوی دیگر به زبان و ادب فارسی پناه داد و آن را به ابزار شکوه فرمانروایی تبدیل کرد. شاعران و دبیران با فارسی دربارهٔ پادشاهی ترک می‌نوشتند و او را در ادامهٔ سنت شاهان ایران می‌نشاندند. این پدیده به معنای ایرانی‌شدن کامل خاندان غزنوی یا کنار رفتن زبان عربی نبود. عربی زبان دین، دانش و بخشی از مکاتبات باقی ماند، اما فارسی زبان دربار، تاریخ‌نویسی و ستایش شاه شد. فرمانروایی که اصل خاندانش به غلامان ترک می‌رسید، برای تصویر کردن قدرت خود از واژگان شاهی ایران بهره می‌گرفت. این خود نشان می‌داد که حافظهٔ کشور از راه نسب فرمانروا منتقل نمی‌شود؛ دیوان، زبان و ادب می‌توانند فاتح را در ساختمانی قرار دهند که پیش از او وجود داشته است.</w:t>
      </w:r>
    </w:p>
    <w:p w:rsidR="009F3B78" w:rsidRDefault="00987F03" w:rsidP="00077506">
      <w:pPr>
        <w:bidi/>
        <w:ind w:firstLine="720"/>
      </w:pPr>
      <w:r>
        <w:rPr>
          <w:rFonts w:eastAsia="Tahoma"/>
          <w:rtl/>
        </w:rPr>
        <w:t>فردوسی در همین روزگار شاهنامه را به پایان رساند. رابطهٔ دقیق او با محمود و چگونگی پذیرش یا نپذیرفتن اثرش در دربار در روایت‌های بعدی با افسانه آمیخته است، اما هم‌زمانی این دو اهمیت خود را دارد. در یک سو، سلطانی ترک با قشون غلامان و تأیید خلیفه حکومتی پهناور می‌ساخت؛ در سوی دیگر، شاعری ایرانی داستان پادشاهان، پهلوانان و شکست ایران را به فارسی بازمی‌آفرید. دربار برای شکوه خود به زبان فارسی نیاز داشت، اما حافظه‌ای که در آن زبان زنده می‌شد همیشه مطیع نیازهای دربار نبود. دیوان و ادب به فرمانروا خدمت می‌کردند، ولی در همان خدمت چیزی را نگاه می‌داشتند که از عمر هر خاندان درازتر بود.</w:t>
      </w:r>
    </w:p>
    <w:p w:rsidR="009F3B78" w:rsidRDefault="00987F03" w:rsidP="00077506">
      <w:pPr>
        <w:bidi/>
        <w:ind w:firstLine="720"/>
      </w:pPr>
      <w:r>
        <w:rPr>
          <w:rFonts w:eastAsia="Tahoma"/>
          <w:rtl/>
        </w:rPr>
        <w:t>ساختمان غزنوی متمرکز بود و سلطان می‌کوشید رشتهٔ قشون و دیوان را در دست خود نگاه دارد. وزیر در رأس دستگاه اداری قرار می‌گرفت؛ دبیران فرمان‌ها را می‌نوشتند؛ مستوفیان درآمد و هزینه را ثبت می‌کردند؛ برید خبر ولایت‌ها را به مرکز می‌رساند و مأموران مالی خراج را گرد می‌آوردند. این دستگاه تنها مجموعه‌ای از نویسندگان نبود. دیوان چشم و حافظهٔ حکومت بود. به سلطان می‌گفت چه مقدار زمین و درآمد در اختیار دارد، کدام والی از فرمان سرپیچی کرده و قشون برای حرکت به چه اندازه مال نیازمند است. بااین‌همه، همین آگاهی دیوان را به صاحب قدرت تبدیل می‌کرد و میان اهل قلم و اهل شمشیر بدگمانی می‌آفرید.</w:t>
      </w:r>
    </w:p>
    <w:p w:rsidR="009F3B78" w:rsidRDefault="00987F03" w:rsidP="00077506">
      <w:pPr>
        <w:bidi/>
        <w:ind w:firstLine="720"/>
      </w:pPr>
      <w:r>
        <w:rPr>
          <w:rFonts w:eastAsia="Tahoma"/>
          <w:rtl/>
        </w:rPr>
        <w:t>فرمانده قشون ممکن بود دبیر را مردی بداند که بی‌آنکه در میدان جنگ حاضر باشد دربارهٔ مواجب و سهم او تصمیم می‌گیرد. دبیر نیز سردار را نیرویی می‌دید که اگر حساب و فرمان را نپذیرد، درآمد کشور را به غنیمت شخصی تبدیل می‌کند. سلطان برای جلوگیری از استقلال هر دو، گاه وزیر را با سردار مهار می‌کرد و گاه سردار را زیر نظارت صاحب دیوان می‌گذاشت. اما این تعادل به شخص سلطان وابسته بود. هنگامی که محمود زنده بود، ترس از او نیروهای رقیب را کنار هم نگاه می‌داشت. پس از مرگش در سال ۱۰۳۰، کشمکش جانشینی و تصمیم‌های مسعود نشان داد که تمرکز شدید، اگر نهادهای پایدار برای انتقال قدرت نداشته باشد، می‌تواند به همان سرعتی که ساخته شده فرو ریزد.</w:t>
      </w:r>
    </w:p>
    <w:p w:rsidR="009F3B78" w:rsidRDefault="00987F03" w:rsidP="00077506">
      <w:pPr>
        <w:bidi/>
        <w:ind w:firstLine="720"/>
      </w:pPr>
      <w:r>
        <w:rPr>
          <w:rFonts w:eastAsia="Tahoma"/>
          <w:rtl/>
        </w:rPr>
        <w:t>تاریخ بیهقی از درون همین دستگاه نوشته شد و از این جهت برای شناخت کشورداری غزنوی ارزشی فراتر از گزارش جنگ‌ها دارد. بیهقی دبیر بود و می‌دید که تصمیم سلطان چگونه از گفت‌وگوی دربار، گزارش خبرگیران، حساب دیوان و رقابت حاجبان بیرون می‌آید. در روایت او، حکومت دستگاهی بی‌خطا نیست. خبر درست ممکن است به سبب ترس یا منفعت پنهان بماند؛ چاپلوسی ممکن است جای داوری را بگیرد؛ وزیر و حاجب ممکن است برای حذف رقیب از بدگمانی سلطان استفاده کنند؛ و فرمانی که در مرکز معقول می‌نماید، در ولایت نتیجه‌ای دیگر پدید آورد. این تصویر نشان می‌دهد که وجود دیوان به خودی خود خردمندی حکومت را تضمین نمی‌کرد. دیوان اطلاعات و حافظه فراهم می‌ساخت، اما سلطان باید می‌توانست میان گزارش درست و سخن سودجویانه فرق بگذارد.</w:t>
      </w:r>
    </w:p>
    <w:p w:rsidR="009F3B78" w:rsidRDefault="00987F03" w:rsidP="00077506">
      <w:pPr>
        <w:bidi/>
        <w:ind w:firstLine="720"/>
      </w:pPr>
      <w:r>
        <w:rPr>
          <w:rFonts w:eastAsia="Tahoma"/>
          <w:rtl/>
        </w:rPr>
        <w:t>همین‌جا تفاوت میان «اداره داشتن» و «کشورداری کردن» آشکار می‌شود. حکومت غزنوی دفتر، دبیر و مأمور فراوان داشت، ولی تمرکز همهٔ تصمیم‌ها در شخص سلطان می‌توانست دستگاه را از تصحیح خطا بازدارد. اگر مأموران تنها چیزی را می‌نوشتند که سلطان می‌خواست بشنود، گستردگی دیوان بر آگاهی حکومت نمی‌افزود. برعکس، خطا را با مهر و فرمان رسمی به سراسر قلمرو منتقل می‌کرد. قدرت دیوان هنگامی به حفظ کشور کمک می‌کرد که خبر ناخوشایند نیز بتواند به مرکز برسد و حساب، خواست لحظه‌ای فرمانروا را محدود سازد. چنین تضمینی در حکومت غزنوی وجود نداشت و کیفیت کار به شخصیت سلطان و جرئت نزدیکان او وابسته می‌ماند.</w:t>
      </w:r>
    </w:p>
    <w:p w:rsidR="009F3B78" w:rsidRDefault="00987F03" w:rsidP="00077506">
      <w:pPr>
        <w:bidi/>
        <w:ind w:firstLine="720"/>
      </w:pPr>
      <w:r>
        <w:rPr>
          <w:rFonts w:eastAsia="Tahoma"/>
          <w:rtl/>
        </w:rPr>
        <w:t>مسعود وارث قشونی بزرگ و دیوانی پرهزینه بود. حکومت غزنوی برای پرداخت هزینه‌های خود باید مالیات و غنیمت را پیوسته فراهم می‌کرد. در همین هنگام گروه‌های ترکمان سلجوقی وارد خراسان شده بودند. آنان غلامان پرورش‌یافته در کاخ نبودند، بلکه اتحادی از خاندان‌ها و قبیله‌های کوچنده بودند که با دام‌ها و جنگجویان خود به دنبال چراگاه، امنیت و سهمی از سرزمین می‌گشتند. تفاوت این دو نیروی ترک مهم بود. قشون غزنوی از مرکز مواجب می‌گرفت و به دستگاه سلطان وابسته بود؛ ترکمانان سلجوقی نیروی خود را از پیوندهای خاندانی و قبیله‌ای می‌گرفتند و می‌توانستند در فضایی گسترده پراکنده شوند، راه تدارکات دشمن را بزنند و از نبردی که به سودشان نبود کنار بکشند.</w:t>
      </w:r>
    </w:p>
    <w:p w:rsidR="009F3B78" w:rsidRDefault="00987F03" w:rsidP="00077506">
      <w:pPr>
        <w:bidi/>
        <w:ind w:firstLine="720"/>
      </w:pPr>
      <w:r>
        <w:rPr>
          <w:rFonts w:eastAsia="Tahoma"/>
          <w:rtl/>
        </w:rPr>
        <w:t>در نبرد دندانقان در سال ۱۰۴۰ میلادی، این تفاوت خود را آشکار کرد. قشون بزرگ مسعود، با سازوبرگ سنگین و نیاز فراوان به آب و آذوقه، در برابر نیروی متحرک سلجوقی گرفتار شد. شکست غزنویان در دندانقان خراسان را از دست آنان بیرون آورد و راه تشکیل حکومت سلجوقی را گشود. این شکست تنها پیروزی قشون سبک بر قشون سنگین نبود. نشان داد دستگاهی که برای گردآوری ثروت و فرمان‌بری از مرکز ساخته شده است، اگر نتواند راه، تدارکات و رابطه با مردم محلی را حفظ کند، بزرگی‌اش به بار اضافی تبدیل می‌شود. دیوان حساب قشون را داشت، اما حسابِ دگرگونی نیروی اجتماعی تازه را درست نخوانده بود.</w:t>
      </w:r>
    </w:p>
    <w:p w:rsidR="009F3B78" w:rsidRDefault="00987F03" w:rsidP="00077506">
      <w:pPr>
        <w:bidi/>
        <w:ind w:firstLine="720"/>
      </w:pPr>
      <w:r>
        <w:rPr>
          <w:rFonts w:eastAsia="Tahoma"/>
          <w:rtl/>
        </w:rPr>
        <w:t>غزنویان پس از دندانقان یکباره نابود نشدند. آنان در افغانستان و سپس در بخش‌هایی از هند ادامه یافتند و تا سدهٔ دوازدهم میلادی دوام آوردند. اما مرکز ثقل کشورداری ایران از دستشان خارج شد. سلجوقیان خراسان را گرفتند و سپس به سوی ری، اصفهان و بغداد رفتند. طغرل در مقام بزرگ خاندان، چغری‌بیگ در خراسان و دیگر شاهزادگان در بخش‌های مختلف عمل می‌کردند. این تقسیم از توان قبیله‌ای آنان می‌آمد: فتح دستاورد یک سلطان و قشون متمرکز نبود، بلکه نتیجهٔ همکاری شاخه‌های خاندان و گروه‌های ترکمان بود. همین شیوه سرعت گسترش را زیاد می‌کرد، اما از همان آغاز بذر پراکندگی قدرت را نیز در خود داشت.</w:t>
      </w:r>
    </w:p>
    <w:p w:rsidR="009F3B78" w:rsidRDefault="00987F03" w:rsidP="00077506">
      <w:pPr>
        <w:bidi/>
        <w:ind w:firstLine="720"/>
      </w:pPr>
      <w:r>
        <w:rPr>
          <w:rFonts w:eastAsia="Tahoma"/>
          <w:rtl/>
        </w:rPr>
        <w:t>سلجوقیان برای گرفتن سرزمین به این شبکهٔ خاندانی نیاز داشتند، ولی برای ادارهٔ شهرها و روستاهای ایران نمی‌توانستند تنها بر آن تکیه کنند. کوچنده‌ای که چراگاه می‌خواست، مالیات منظم، مرز ثابت و فرمان دیوانی را به آسانی نمی‌پذیرفت. اگر هر گروه ترکمان شهر و روستا را منبع غنیمت می‌دید، کشاورز می‌گریخت، بازار از کار می‌افتاد و درآمد سلطان قطع می‌شد. بنابراین همان نیرویی که راه فتح را گشوده بود، پس از فتح باید محدود می‌شد. سلطان ناچار بود جنگجویان را راضی نگاه دارد، اما هم‌زمان مانع شود که آنان پایه‌های درآمد کشور را ویران کنند. این مسئله سلجوقیان را بیش از پیش به دیوانیان ایرانی وابسته کرد.</w:t>
      </w:r>
    </w:p>
    <w:p w:rsidR="009F3B78" w:rsidRDefault="00987F03" w:rsidP="00077506">
      <w:pPr>
        <w:bidi/>
        <w:ind w:firstLine="720"/>
      </w:pPr>
      <w:r>
        <w:rPr>
          <w:rFonts w:eastAsia="Tahoma"/>
          <w:rtl/>
        </w:rPr>
        <w:t>در اینجا «ایرانی» بودن دیوان به معنای پاکی نژادی یا یکپارچگی قومی کارکنان آن نیست. مقصود، تداوم زبان، تجربه، خانواده‌های دبیر و شیوه‌های اداری پرورش‌یافته در سرزمین‌های ایرانی است. این دستگاه از ساسانیان به خلافت، از خلافت به طاهریان و سامانیان و از آنان به غزنویان و سلجوقیان رسیده بود و در هر مرحله تغییر کرده بود. دبیر مسلمان شده بود، به عربی و فارسی می‌نوشت، با فقه و فرمان خلیفه آشنا بود و در عین حال می‌دانست زمین و آب و مالیات چگونه ثبت می‌شود. فاتح می‌توانست وزیر را برکنار یا بکشد، اما نمی‌توانست بی‌نیاز از دانشی شود که وزیر و دبیر نمایندگی می‌کردند.</w:t>
      </w:r>
    </w:p>
    <w:p w:rsidR="009F3B78" w:rsidRDefault="00987F03" w:rsidP="00077506">
      <w:pPr>
        <w:bidi/>
        <w:ind w:firstLine="720"/>
      </w:pPr>
      <w:r>
        <w:rPr>
          <w:rFonts w:eastAsia="Tahoma"/>
          <w:rtl/>
        </w:rPr>
        <w:t>طغرل پس از استقرار در ایران عنوان سلطان را برجسته ساخت. سلطان در آغاز به معنای قدرت و حجت بود، اما به‌تدریج نام کسی شد که قدرت واقعی حکومت را در اختیار داشت. خلیفه همچنان امیرالمؤمنین بود و جایگاه دینی خود را نگاه می‌داشت، ولی سلطان قشون را فرمان می‌داد، والی می‌گماشت و مالیات می‌گرفت. ورود طغرل به بغداد این تقسیم را رسمی‌تر کرد. خلیفهٔ عباسی از رهایی از آل‌بویهٔ شیعی استقبال کرد و به فرمانروای سنی ترک لقب و تأیید داد. شمشیر عوض شده بود، اما الگویی که آل‌بویه ساخته بودند ادامه یافت: خلافت مقام دینی و نماد وحدت بود و سلطان حکومت سیاسی و نظامی را در دست داشت.</w:t>
      </w:r>
    </w:p>
    <w:p w:rsidR="009F3B78" w:rsidRDefault="00987F03" w:rsidP="00077506">
      <w:pPr>
        <w:bidi/>
        <w:ind w:firstLine="720"/>
      </w:pPr>
      <w:r>
        <w:rPr>
          <w:rFonts w:eastAsia="Tahoma"/>
          <w:rtl/>
        </w:rPr>
        <w:t>بااین‌حال، رابطهٔ خلیفه و سلطان برابر نبود و همیشه نیز آرام نماند. خلیفه می‌کوشید از رقابت شاهزادگان و امیران برای افزایش اختیار خود استفاده کند؛ سلطان نیز می‌خواست تأیید خلیفه را داشته باشد بی‌آنکه فرمان او را در امور حکومت بپذیرد. خطبه، سکه، لقب و ازدواج سیاسی ابزارهای این چانه‌زنی بودند. خلیفه حقانیت حکمرانی را به زبان دین بیان می‌کرد و سلطان امنیت بغداد و دفاع از خلافت را بر عهده می‌گرفت. هر یک به دیگری نیاز داشت، اما هر یک می‌کوشید دامنهٔ نیاز خود را کمتر و وابستگی طرف مقابل را بیشتر کند.</w:t>
      </w:r>
    </w:p>
    <w:p w:rsidR="009F3B78" w:rsidRDefault="00987F03" w:rsidP="00077506">
      <w:pPr>
        <w:bidi/>
        <w:ind w:firstLine="720"/>
      </w:pPr>
      <w:r>
        <w:rPr>
          <w:rFonts w:eastAsia="Tahoma"/>
          <w:rtl/>
        </w:rPr>
        <w:t>در داخل حکومت سلجوقی، مسئلهٔ بزرگ‌تر رابطهٔ سلطان با خاندان و قشون بود. سنت قبیله‌ای، قلمرو را دارایی مشترک خاندان می‌دید؛ منطق دیوانی، کشور را واحدی می‌خواست که درآمدش از یک مرکز حساب شود. شاهزادگان سهم می‌خواستند، سرداران پاداش طلب می‌کردند و ترکمانان چراگاه و غنیمت می‌جستند. دیوان در برابر آنان از مالیات منظم، امنیت روستا و فرمان واحد دفاع می‌کرد، زیرا بدون اینها نه خزانه‌ای باقی می‌ماند و نه قشونی قابل پرداخت. کشمکش میان این دو منطق سراسر تاریخ سلجوقیان را همراهی کرد: تقسیم قدرت برای حفظ وفاداری فاتحان و تمرکز قدرت برای ادامهٔ کشورداری.</w:t>
      </w:r>
    </w:p>
    <w:p w:rsidR="009F3B78" w:rsidRDefault="00987F03" w:rsidP="00077506">
      <w:pPr>
        <w:bidi/>
        <w:ind w:firstLine="720"/>
      </w:pPr>
      <w:r>
        <w:rPr>
          <w:rFonts w:eastAsia="Tahoma"/>
          <w:rtl/>
        </w:rPr>
        <w:t>واگذاری درآمد زمین یا ناحیه به امیران و سپاهیان یکی از پاسخ‌ها به این مسئله بود. حکومت به جای آنکه همیشه مواجب را از خزانه بپردازد، حق استفاده از درآمد محل را به صاحب قشون می‌سپرد. این شیوه فشار نقدی بر خزانه را کم و فرمانده را به نگهداری منطقه علاقه‌مند می‌کرد، اما خطر آشکاری داشت. اگر دریافت‌کنندهٔ درآمد خود را مالک مردم و زمین می‌پنداشت، واگذاری موقت به قلمرو شخصی تبدیل می‌شد. دیوان باید مقدار درآمد، مدت واگذاری و وظیفهٔ نظامی صاحب آن را ثبت می‌کرد؛ وگرنه سلطان به نام فرمانروا می‌ماند و درآمد واقعی کشور میان امیران پخش می‌شد.</w:t>
      </w:r>
    </w:p>
    <w:p w:rsidR="009F3B78" w:rsidRDefault="00987F03" w:rsidP="00077506">
      <w:pPr>
        <w:bidi/>
        <w:ind w:firstLine="720"/>
      </w:pPr>
      <w:r>
        <w:rPr>
          <w:rFonts w:eastAsia="Tahoma"/>
          <w:rtl/>
        </w:rPr>
        <w:t>به این ترتیب، دیوان تنها خدمتگزار قشون نبود؛ نیرویی بود که می‌کوشید قشون را به وظیفه‌ای قابل اندازه‌گیری و محدود تبدیل کند. از دید دیوان، سپاهی باید در برابر درآمدی که می‌گرفت شمار معینی جنگجو فراهم می‌کرد و هنگام فراخوان سلطان حاضر می‌شد. از دید بسیاری از امیران، زمین پاداش فتح بود و دخالت دبیران در آن تجاوز به حق شمشیر به شمار می‌رفت. سلطان میان این دو قرار داشت. برای جنگ به امیر نیاز داشت و برای جلوگیری از استقلال امیر به دفتر و حساب دیوان وابسته بود.</w:t>
      </w:r>
    </w:p>
    <w:p w:rsidR="009F3B78" w:rsidRDefault="00987F03" w:rsidP="00077506">
      <w:pPr>
        <w:bidi/>
        <w:ind w:firstLine="720"/>
      </w:pPr>
      <w:r>
        <w:rPr>
          <w:rFonts w:eastAsia="Tahoma"/>
          <w:rtl/>
        </w:rPr>
        <w:t>آلب‌ارسلان و سپس ملکشاه قلمرو سلجوقی را گسترش دادند. پیروزی ملازگرد در سال ۱۰۷۱ میلادی راه نفوذ گسترده‌تر ترکان به آسیای صغیر را گشود و قدرت نظامی سلجوقیان را در جهان آن روز آشکار ساخت. اما گستردگی قلمرو مسئلهٔ اداره را دشوارتر کرد. فاصلهٔ خراسان تا عراق و آناتولی، تفاوت زبان‌ها و مذاهب، قدرت امیران محلی و مدعیان خانوادگی اجازه نمی‌داد همه‌چیز با فرمان مستقیم سلطان اداره شود. حکومت به والی، قاضی، عامل مالیاتی، صاحب برید و وزیر نیاز داشت. هر پیروزی تازه، به جای کم‌کردن نیاز به دیوان، آن را افزایش می‌داد.</w:t>
      </w:r>
    </w:p>
    <w:p w:rsidR="009F3B78" w:rsidRDefault="00987F03" w:rsidP="00077506">
      <w:pPr>
        <w:bidi/>
        <w:ind w:firstLine="720"/>
      </w:pPr>
      <w:r>
        <w:rPr>
          <w:rFonts w:eastAsia="Tahoma"/>
          <w:rtl/>
        </w:rPr>
        <w:t>دینکاران نیز در این ساختمان جای مشخص‌تری یافتند. سلجوقیان سنی بودند و خود را پشتیبان خلافت عباسی در برابر فاطمیان اسماعیلی و حکومت‌های شیعی معرفی می‌کردند. اما تسنن یکپارچه نبود. حنفیان، شافعیان، اشعریان و گروه‌های دیگر بر سر منصب، مدرسه و تعریف باور درست رقابت می‌کردند. سلطان و وزیر با حمایت از یک گروه می‌توانستند شبکه‌ای از قاضیان، مدرسان و واعظان بسازند که نظم حکومت را تأیید کند. در مقابل، دخالت سیاسی در اختلاف‌های مذهبی می‌توانست نزاع علمی را به درگیری شهری بدل سازد. دینکاران ابزار بی‌جان حکومت نبودند؛ آنان پایگاه اجتماعی و زبان داوری خود را داشتند و حمایتشان باید به دست می‌آمد.</w:t>
      </w:r>
    </w:p>
    <w:p w:rsidR="009F3B78" w:rsidRDefault="00987F03" w:rsidP="00077506">
      <w:pPr>
        <w:bidi/>
        <w:ind w:firstLine="720"/>
      </w:pPr>
      <w:r>
        <w:rPr>
          <w:rFonts w:eastAsia="Tahoma"/>
          <w:rtl/>
        </w:rPr>
        <w:t>این ترکیب در ظاهر پیروزی کامل فرمانروایان ترک بود، اما در عمل آنان را در چارچوبی قرار داد که بخش بزرگی از آن پیش از ورودشان ساخته شده بود. سلطان لقب عربی و تأیید خلیفه را می‌خواست، برای اداره به وزیر و دیوان ایرانی نیاز داشت، برای دریافت مالیات باید کشاورزی و بازار را حفظ می‌کرد و برای آرامش شهرها ناچار بود با دینکاران و بزرگان محلی کنار بیاید. قشون می‌توانست دروازه را بگشاید، ولی پس از ورود با شبکه‌ای از ضرورت‌ها روبه‌رو می‌شد که اختیار فاتح را محدود می‌کرد.</w:t>
      </w:r>
    </w:p>
    <w:p w:rsidR="009F3B78" w:rsidRDefault="00987F03" w:rsidP="00077506">
      <w:pPr>
        <w:bidi/>
        <w:ind w:firstLine="720"/>
      </w:pPr>
      <w:r>
        <w:rPr>
          <w:rFonts w:eastAsia="Tahoma"/>
          <w:rtl/>
        </w:rPr>
        <w:t>این محدودیت را نباید با حکومت قانون به معنای امروز یکی گرفت. سلطان می‌توانست وزیر را مصادره و زندانی کند، شاهزادهٔ رقیب را بکشد و مالیات فوق‌العاده بگیرد. حقوق مردم در برابر حکومت تضمین‌شده نبود و دیوان نیز بیش از آنکه نمایندهٔ جامعه باشد، دستگاه ادامهٔ حکومت بود. اما حتی سلطان خودکامه نمی‌توانست همهٔ واسطه‌ها را حذف کند. او به دانشی نیاز داشت که در سر شخص او نبود، به دفترهایی نیاز داشت که حافظهٔ درآمد و فرمان بودند و به کارکنانی وابسته بود که میان سلطنت‌های پیاپی دوام می‌آوردند. همین وابستگی سرچشمهٔ قدرت دیوان بود.</w:t>
      </w:r>
    </w:p>
    <w:p w:rsidR="009F3B78" w:rsidRDefault="00987F03" w:rsidP="00077506">
      <w:pPr>
        <w:bidi/>
        <w:ind w:firstLine="720"/>
      </w:pPr>
      <w:r>
        <w:rPr>
          <w:rFonts w:eastAsia="Tahoma"/>
          <w:rtl/>
        </w:rPr>
        <w:t>غزنویان و سلجوقیان دو صورت متفاوت از همین پیوند را نشان دادند. غزنویان از دل قشون غلامان سامانی بیرون آمدند و حکومتی نسبتاً متمرکز ساختند که در آن سلطان می‌کوشید قشون و دیوان را مستقیماً اداره کند. سلجوقیان با شبکه‌ای خاندانی و قبیله‌ای وارد شدند و برای یکپارچه کردن سهم‌های پراکندهٔ فاتحان بیش از پیش به وزیر نیاز یافتند. در هر دو، فرمانروا ترک بود و دستگاه اداره تا اندازهٔ زیادی میراث ایران اسلامی. اما در حکومت سلجوقی، وزیر از رئیس دبیران فراتر رفت و به معمار رابطهٔ سلطان، قشون، ولایت‌ها و دینکاران تبدیل شد.</w:t>
      </w:r>
    </w:p>
    <w:p w:rsidR="009F3B78" w:rsidRDefault="00987F03" w:rsidP="00077506">
      <w:pPr>
        <w:bidi/>
        <w:ind w:firstLine="720"/>
      </w:pPr>
      <w:r>
        <w:rPr>
          <w:rFonts w:eastAsia="Tahoma"/>
          <w:rtl/>
        </w:rPr>
        <w:t>این معمار در روزگار آلب‌ارسلان و ملکشاه، نظام‌الملک بود. اهمیت او تنها در طول وزارت یا نزدیکی‌اش به دو سلطان خلاصه نمی‌شود. او کوشید تجربهٔ پراکندهٔ دیوان ایرانی را به نظریه‌ای دربارهٔ کشورداری تبدیل کند، قشون را در شبکهٔ درآمد و وظیفه جای دهد، دینکاران را از راه مدرسه به حکومت نزدیک سازد و سلطان را قانع کند که دوام قدرت به عدالت، خبرگیری و نظم اداری وابسته است. فصل بعد به همین کوشش می‌پردازد: کوشش وزیری که می‌خواست فتح سلجوقی را از حادثه‌ای نظامی به کشورداری ماندگار بدل کند.</w:t>
      </w:r>
    </w:p>
    <w:p w:rsidR="009F3B78" w:rsidRPr="00077506" w:rsidRDefault="00987F03" w:rsidP="00987F03">
      <w:pPr>
        <w:pageBreakBefore/>
        <w:bidi/>
        <w:jc w:val="center"/>
        <w:rPr>
          <w:rFonts w:asciiTheme="majorBidi" w:hAnsiTheme="majorBidi" w:cstheme="majorBidi"/>
          <w:bCs/>
          <w:sz w:val="36"/>
          <w:szCs w:val="36"/>
        </w:rPr>
      </w:pPr>
      <w:bookmarkStart w:id="16" w:name="Vol7Chapter14"/>
      <w:bookmarkEnd w:id="16"/>
      <w:r w:rsidRPr="00077506">
        <w:rPr>
          <w:rFonts w:asciiTheme="majorBidi" w:eastAsia="Tahoma" w:hAnsiTheme="majorBidi" w:cstheme="majorBidi"/>
          <w:bCs/>
          <w:sz w:val="36"/>
          <w:szCs w:val="36"/>
          <w:rtl/>
        </w:rPr>
        <w:t>فصل چهاردهم</w:t>
      </w:r>
    </w:p>
    <w:p w:rsidR="009F3B78" w:rsidRPr="00077506" w:rsidRDefault="00987F03" w:rsidP="00987F03">
      <w:pPr>
        <w:bidi/>
        <w:jc w:val="center"/>
        <w:rPr>
          <w:rFonts w:asciiTheme="majorBidi" w:hAnsiTheme="majorBidi" w:cstheme="majorBidi"/>
          <w:bCs/>
          <w:sz w:val="36"/>
          <w:szCs w:val="36"/>
        </w:rPr>
      </w:pPr>
      <w:r w:rsidRPr="00077506">
        <w:rPr>
          <w:rFonts w:asciiTheme="majorBidi" w:eastAsia="Tahoma" w:hAnsiTheme="majorBidi" w:cstheme="majorBidi"/>
          <w:bCs/>
          <w:sz w:val="36"/>
          <w:szCs w:val="36"/>
          <w:rtl/>
        </w:rPr>
        <w:t>نظام‌الملک و تحولات دولت سلجوقی</w:t>
      </w:r>
    </w:p>
    <w:p w:rsidR="009F3B78" w:rsidRDefault="00987F03" w:rsidP="00077506">
      <w:pPr>
        <w:bidi/>
        <w:ind w:firstLine="720"/>
      </w:pPr>
      <w:r>
        <w:rPr>
          <w:rFonts w:eastAsia="Tahoma"/>
          <w:rtl/>
        </w:rPr>
        <w:t>دولت سلجوقی از دل پیروزی قشونی بیرون آمد که نیروی اصلی آن را خاندان‌های ترک و گروه‌های ترکمان فراهم می‌کردند. این قشون توانست غزنویان را در دندانقان شکست دهد، خراسان و بخش‌های دیگر ایران را بگیرد و طغرل را به بغداد برساند، اما پیروزی مسئلهٔ حکومت را حل نکرد. سرزمینی که از آسیای میانه تا عراق و سپس آناتولی امتداد می‌یافت، با تقسیم غنیمت و فرمان شفاهی اداره نمی‌شد. هر شاخهٔ خاندان سلجوقی سهمی از فتح می‌خواست، هر امیر به قشون خود متکی بود، ترکمانان چراگاه و غنیمت می‌طلبیدند، شهرها امنیت و بازار می‌خواستند و کشاورزان تنها در صورتی مالیات می‌دادند که محصول و زمینشان از تعرض قشون در امان بماند. در چنین وضعی، پرسش اصلی دیگر چگونگی فتح کشور نبود؛ چگونگی تبدیل فاتحان پراکنده به حکومت بود.</w:t>
      </w:r>
    </w:p>
    <w:p w:rsidR="009F3B78" w:rsidRDefault="00987F03" w:rsidP="00077506">
      <w:pPr>
        <w:bidi/>
        <w:ind w:firstLine="720"/>
      </w:pPr>
      <w:r>
        <w:rPr>
          <w:rFonts w:eastAsia="Tahoma"/>
          <w:rtl/>
        </w:rPr>
        <w:t>نظام‌الملک در پاسخ به همین نیاز به مرکز دولت سلجوقی راه یافت. نام او حسن بن علی طوسی بود و در سال ۱۰۱۸ میلادی در ناحیهٔ توس به دنیا آمد. پدرش با امور مالی حکومت غزنوی ارتباط داشت و او از آغاز با محیطی آشنا شد که در آن حساب زمین، گردآوری مالیات و نوشتن فرمان کار اصلی حکومت بود. نظام‌الملک از خاندان سلطنتی یا قشون ترک برنخاسته بود. سرمایهٔ او دانشی بود که نسل‌های دبیران ایرانی اندوخته بودند: شناخت دیوان، توانایی نوشتن و حساب کردن، آشنایی با شهرها و صاحبان نفوذ، و فهم این واقعیت که قشون بدون درآمد و درآمد بدون امنیت پایدار نمی‌ماند.</w:t>
      </w:r>
    </w:p>
    <w:p w:rsidR="009F3B78" w:rsidRDefault="00987F03" w:rsidP="00077506">
      <w:pPr>
        <w:bidi/>
        <w:ind w:firstLine="720"/>
      </w:pPr>
      <w:r>
        <w:rPr>
          <w:rFonts w:eastAsia="Tahoma"/>
          <w:rtl/>
        </w:rPr>
        <w:t>او پس از شکست غزنویان و گسترش سلجوقیان به دستگاه فرمانروایان تازه پیوست و در خراسان بالا رفت. هنگامی که آلپ‌ارسلان در کشمکش جانشینی پس از طغرل پیروز شد، نظام‌الملک به وزارت رسید و لقبش، به معنای «نظم‌دهندهٔ کشور»، بیانگر کاری بود که از او انتظار می‌رفت. او در دوران آلپ‌ارسلان و سپس ملکشاه نزدیک به سه دهه در رأس دیوان ماند. دوام وزارتش در حکومتی که وزیران معمولاً در معرض برکناری، مصادره و قتل بودند، تنها حاصل اعتماد سلطان نبود. قشون فاتح به کسی نیاز داشت که بتواند منابع فتح را به درآمد منظم تبدیل کند و میان خواست‌های ناسازگار خاندان، امیران، شهرها و دینکاران سازش به وجود آورد.</w:t>
      </w:r>
    </w:p>
    <w:p w:rsidR="009F3B78" w:rsidRDefault="00987F03" w:rsidP="00077506">
      <w:pPr>
        <w:bidi/>
        <w:ind w:firstLine="720"/>
      </w:pPr>
      <w:r>
        <w:rPr>
          <w:rFonts w:eastAsia="Tahoma"/>
          <w:rtl/>
        </w:rPr>
        <w:t>نظام‌الملک بنیان‌گذار دیوان ایرانی نبود. پیش از او ساسانیان، خلافت عباسی، سامانیان و غزنویان دستگاه‌های پیچیدهٔ اداری ساخته بودند و سلجوقیان نیز از آغاز دبیران ایرانی را به کار گرفته بودند. اهمیت او در این بود که میراث پراکندهٔ آن دستگاه‌ها را با نیازهای حکومتی برخاسته از قشون ترک سازگار کرد. او نمی‌توانست سنت قبیله‌ای را یکباره از میان ببرد و کشور را به دستگاهی کاملاً متمرکز تبدیل کند. کاری که می‌توانست انجام دهد، ساختن رشته‌هایی بود که سهم‌های پراکندهٔ قدرت را به سلطان پیوند زند: ثبت درآمد، تعیین وظیفهٔ امیر، گماردن والی، فرستادن خبرگیر، پشتیبانی از قاضی و مدرس، و نگهداشتن راه ارتباط میان مرکز و ولایت.</w:t>
      </w:r>
    </w:p>
    <w:p w:rsidR="009F3B78" w:rsidRDefault="00987F03" w:rsidP="00077506">
      <w:pPr>
        <w:bidi/>
        <w:ind w:firstLine="720"/>
      </w:pPr>
      <w:r>
        <w:rPr>
          <w:rFonts w:eastAsia="Tahoma"/>
          <w:rtl/>
        </w:rPr>
        <w:t>نخستین مسئله، خودِ سلطنت بود. در سنت سلجوقی قلمرو دستاورد مشترک خاندان به شمار می‌رفت و هر مرد نیرومند خاندان می‌توانست مدعی سهم یا حتی مقام سلطان شود. این سنت در مرحلهٔ فتح سودمند بود، زیرا شاهزادگان را به گسترش قلمرو تشویق می‌کرد؛ اما پس از فتح، جنگ جانشینی را تقریباً اجتناب‌ناپذیر می‌ساخت. نظام‌الملک از تمرکز اقتدار در سلطان بزرگ پشتیبانی کرد. به نظر او، کشور نمی‌توانست چند صاحب فرمان نهایی داشته باشد. والیان و شاهزادگان می‌توانستند ناحیه‌ای را اداره کنند، ولی خطبه، سکه، انتصاب‌های اصلی و فرمان قشون باید به سلطانی بازمی‌گشت که در رأس ساختمان قرار داشت.</w:t>
      </w:r>
    </w:p>
    <w:p w:rsidR="009F3B78" w:rsidRDefault="00987F03" w:rsidP="00077506">
      <w:pPr>
        <w:bidi/>
        <w:ind w:firstLine="720"/>
      </w:pPr>
      <w:r>
        <w:rPr>
          <w:rFonts w:eastAsia="Tahoma"/>
          <w:rtl/>
        </w:rPr>
        <w:t>این تمرکز به معنای حذف خلیفه نبود. خلیفهٔ عباسی برای سلجوقیان منبع مهم حقانیت حکمرانی بود. سلطان قشون و دیوان را در اختیار داشت، اما خلیفه می‌توانست فرمانروایی او را در زبان دین تأیید کند. نظام‌الملک می‌خواست این تقسیم کار حفظ شود: خلیفه جایگاه دینی خود را نگاه دارد و سلطان مسئول امنیت، مالیات، جنگ و ادارهٔ کشور باشد. بازگرداندن قدرت اجرایی به خلیفه می‌توانست اقتدار سلطان را محدود کند و حذف خلافت نیز دستگاه حکومت را از نمادی محروم می‌ساخت که بخش بزرگی از جامعه آن را می‌پذیرفت. پس رابطه بر یگانگی دین و حکومت استوار نبود، بلکه بر نیاز متقابل دو مقام جداگانه بنا می‌شد.</w:t>
      </w:r>
    </w:p>
    <w:p w:rsidR="009F3B78" w:rsidRDefault="00987F03" w:rsidP="00077506">
      <w:pPr>
        <w:bidi/>
        <w:ind w:firstLine="720"/>
      </w:pPr>
      <w:r>
        <w:rPr>
          <w:rFonts w:eastAsia="Tahoma"/>
          <w:rtl/>
        </w:rPr>
        <w:t>در این ساختمان، وزیر واسطهٔ میان سلطان و همهٔ دستگاه‌های حکومت بود. او فرمان سلطان را به زبان قابل اجرا تبدیل می‌کرد. تصمیم به جنگ باید به حساب هزینه، شمار قشون، مسیر حرکت، تهیهٔ آذوقه و دستور والیان تبدیل می‌شد. خواست سلطان برای عدالت نیز تا زمانی که قاضی، عامل مالیات و صاحب برید وظیفهٔ مشخص نداشتند، چیزی بیش از آرزو نبود. وزیر از این راه قدرتی به دست می‌آورد که از داشتن قشون شخصی ناشی نمی‌شد. او راه رسیدن فرمان به ولایت و رسیدن خبر و مال از ولایت به مرکز را در اختیار داشت.</w:t>
      </w:r>
    </w:p>
    <w:p w:rsidR="009F3B78" w:rsidRDefault="00987F03" w:rsidP="00077506">
      <w:pPr>
        <w:bidi/>
        <w:ind w:firstLine="720"/>
      </w:pPr>
      <w:r>
        <w:rPr>
          <w:rFonts w:eastAsia="Tahoma"/>
          <w:rtl/>
        </w:rPr>
        <w:t>این قدرت هم ضرورت بود و هم خطر. سلطان به وزیر نیاز داشت، اما از آن می‌ترسید که شبکهٔ دبیران، خویشان و وابستگان وزیر به حکومتی درون حکومت تبدیل شود. نظام‌الملک برای ادارهٔ قلمروی پهناور ناچار بود به کسانی اعتماد کند و اعضای خانواده و نزدیکان خود را در منصب‌های گوناگون بگمارد. این کار از یک سو شبکه‌ای وفادار برای اجرای فرمان فراهم می‌ساخت و از سوی دیگر به رقیبان امکان می‌داد او را به انحصار دیوان متهم کنند. هرچه وزارت نیرومندتر می‌شد، دربار بیشتر می‌پرسید که کشور را سلطان اداره می‌کند یا وزیر.</w:t>
      </w:r>
    </w:p>
    <w:p w:rsidR="009F3B78" w:rsidRDefault="00987F03" w:rsidP="00077506">
      <w:pPr>
        <w:bidi/>
        <w:ind w:firstLine="720"/>
      </w:pPr>
      <w:r>
        <w:rPr>
          <w:rFonts w:eastAsia="Tahoma"/>
          <w:rtl/>
        </w:rPr>
        <w:t>مسئلهٔ دوم، رابطهٔ قشون با درآمد کشور بود. سلطان برای حفظ امیران و سپاهیان به پرداخت و پاداش نیاز داشت. خزانه نمی‌توانست همیشه پول نقد کافی برای قشونی گسترده فراهم کند. واگذاری حق دریافت درآمد یک ناحیه به سپاهی یا امیر، که در قالب اقطاع گسترش یافت، راهی برای پیوند دادن خدمت نظامی با منبع مالی بود. نظام‌الملک این شیوه را اختراع نکرد، اما در دولت سلجوقی به تنظیم و گسترش آن کمک کرد. صاحب اقطاع قرار نبود مالک مستقل زمین و مردم شود؛ او درآمد معینی را در برابر انجام وظیفهٔ نظامی می‌گرفت و حکومت می‌بایست حدود این واگذاری را ثبت و کنترل کند.</w:t>
      </w:r>
    </w:p>
    <w:p w:rsidR="009F3B78" w:rsidRDefault="00987F03" w:rsidP="00077506">
      <w:pPr>
        <w:bidi/>
        <w:ind w:firstLine="720"/>
      </w:pPr>
      <w:r>
        <w:rPr>
          <w:rFonts w:eastAsia="Tahoma"/>
          <w:rtl/>
        </w:rPr>
        <w:t>در نظر، این سازوکار سودی دوگانه داشت. خزانه از پرداخت مستقیم همهٔ مواجب رها می‌شد و سپاهی برای حفظ آبادی ناحیه انگیزه پیدا می‌کرد، زیرا درآمدش به ادامهٔ تولید بستگی داشت. اما در عمل خطر تبدیل حق موقت به قدرت موروثی وجود داشت. امیری که قشون و درآمد یک منطقه را در دست می‌گرفت، ممکن بود فرمان مرکز را نپذیرد و ناحیه را ملک شخصی خود بداند. از همین رو اقطاع بدون دیوان به تجزیهٔ کشور می‌انجامید. دبیر باید مقدار درآمد، مدت واگذاری و وظیفهٔ صاحب آن را ثبت می‌کرد و مأموران سلطان باید رفتار او را زیر نظر می‌گرفتند.</w:t>
      </w:r>
    </w:p>
    <w:p w:rsidR="009F3B78" w:rsidRDefault="00987F03" w:rsidP="00077506">
      <w:pPr>
        <w:bidi/>
        <w:ind w:firstLine="720"/>
      </w:pPr>
      <w:r>
        <w:rPr>
          <w:rFonts w:eastAsia="Tahoma"/>
          <w:rtl/>
        </w:rPr>
        <w:t>نظام‌الملک در سیاست‌نامه بارها بر ضرورت نظارت بر مأموران تأکید می‌کند. این تأکید نشان می‌دهد که او حکومت را تنها صدور فرمان از بالا نمی‌دانست. فرمانروا از آنچه در ولایت می‌گذرد بی‌خبر است، مگر آنکه راه‌های مستقل خبرگیری داشته باشد. والی، عامل مالیات و فرمانده قشون ممکن است گزارش خود را چنان بنویسند که خطا یا ستمشان پنهان بماند. بنابراین صاحب برید، خبرگیران پنهان و بازرسان باید بدون وابستگی کامل به همان مأموران، وضع راه‌ها، بازارها، قشون و رفتار کارگزاران را به مرکز گزارش کنند. حکومت برای دیدن کشور به چند چشم نیاز داشت.</w:t>
      </w:r>
    </w:p>
    <w:p w:rsidR="009F3B78" w:rsidRDefault="00987F03" w:rsidP="00077506">
      <w:pPr>
        <w:bidi/>
        <w:ind w:firstLine="720"/>
      </w:pPr>
      <w:r>
        <w:rPr>
          <w:rFonts w:eastAsia="Tahoma"/>
          <w:rtl/>
        </w:rPr>
        <w:t>اما خبرگیری به تنهایی عدالت نمی‌آورد. از نگاه نظام‌الملک، سلطان باید زمانی را برای شنیدن شکایت مردم اختصاص دهد و مأمور ستمگر را، هرقدر نیرومند، بازخواست کند. این اندیشه از سنت دیرپای «دایرهٔ عدالت» می‌آمد: کشور با قشون حفظ می‌شود، قشون با مال نگاه داشته می‌شود، مال از رعیت به دست می‌آید و رعیت تنها با عدالت توان تولید و پرداخت دارد. اگر عامل مالیات بیش از اندازه بگیرد یا سپاهی روستا را غارت کند، زیان فقط بر مردم وارد نمی‌شود؛ سرچشمهٔ درآمد حکومت نیز خشک می‌گردد. عدالت در این منطق هم وظیفهٔ اخلاقی سلطان بود و هم شرط بقای قدرت او.</w:t>
      </w:r>
    </w:p>
    <w:p w:rsidR="009F3B78" w:rsidRDefault="00987F03" w:rsidP="00077506">
      <w:pPr>
        <w:bidi/>
        <w:ind w:firstLine="720"/>
      </w:pPr>
      <w:r>
        <w:rPr>
          <w:rFonts w:eastAsia="Tahoma"/>
          <w:rtl/>
        </w:rPr>
        <w:t>این عدالت با برابری حقوقی و حکومت قانون به معنای امروز تفاوت داشت. جامعه به گروه‌ها و مراتب مختلف تقسیم می‌شد و سلطان خود بالاتر از دستگاه داوری قرار داشت. مردم نمی‌توانستند حق خود را بر اساس قانونی که سلطان نیز ناچار به اطاعت از آن باشد مطالبه کنند. عدالت بیشتر به معنای آن بود که هر گروه در جای خود بماند، مأمور بیش از حد مقرر نگیرد و سلطان هنگام شکایت، ستم آشکار را برطرف کند. نظام‌الملک در پی محدود کردن سلطنت با نمایندگی مردم نبود؛ می‌خواست سلطنت را از راه عقل اداری و مصلحت دوام‌بخش خود مهار کند.</w:t>
      </w:r>
    </w:p>
    <w:p w:rsidR="009F3B78" w:rsidRDefault="00987F03" w:rsidP="00077506">
      <w:pPr>
        <w:bidi/>
        <w:ind w:firstLine="720"/>
      </w:pPr>
      <w:r>
        <w:rPr>
          <w:rFonts w:eastAsia="Tahoma"/>
          <w:rtl/>
        </w:rPr>
        <w:t>سیاست‌نامه، یا سیرالملوک، مهم‌ترین متنی است که این تصور از کشورداری را بازتاب می‌دهد. نظام‌الملک آن را در پاسخ به درخواست ملکشاه برای بیان عیب‌ها و راه اصلاح حکومت نوشت. کتاب مجموعه‌ای از تعریف‌های مجرد نیست. حکایت پادشاهان ایران، خلفا، وزیران و مأموران را کنار دستورهای عملی قرار می‌دهد تا نشان دهد هر خطای حکومت چه نتیجه‌ای دارد. در آن، تجربهٔ ایران پیش از اسلام با دستگاه خلافت و سلطنت ترک در یک روایت جای می‌گیرد. پادشاه عادل ممکن است ساسانی یا مسلمان باشد؛ آنچه اهمیت دارد، حفظ نظم، شنیدن خبر درست، گزینش کارگزار شایسته و جلوگیری از ستم است.</w:t>
      </w:r>
    </w:p>
    <w:p w:rsidR="009F3B78" w:rsidRDefault="00987F03" w:rsidP="00077506">
      <w:pPr>
        <w:bidi/>
        <w:ind w:firstLine="720"/>
      </w:pPr>
      <w:r>
        <w:rPr>
          <w:rFonts w:eastAsia="Tahoma"/>
          <w:rtl/>
        </w:rPr>
        <w:t>از همین رو سیاست‌نامه را نباید قانون اساسی دولت سلجوقی شمرد. این کتاب اختیار سلطان را به نهادی بیرون از او واگذار نمی‌کند و برای مردم حق مشارکت سیاسی نمی‌سازد. بیشتر آیینه‌ای است که وزیر در برابر سلطان می‌گیرد تا او پیامد کار خود را ببیند. وزیر می‌گوید قدرت مطلق اگر از خبر، حساب و عدالت بی‌بهره باشد، خود را نابود می‌کند. محدودیت سلطان از حق مردم برنمی‌خیزد؛ از نیاز سلطنت به ادامهٔ زندگی کشور برمی‌خیزد. همین نکته جایگاه تاریخی دیوان را روشن می‌کند: دیوان هنوز نمایندهٔ جامعه نیست، اما حامل دانشی است که می‌تواند خواست لحظه‌ای فرمانروا را با پیامدهای درازمدت آن روبه‌رو سازد.</w:t>
      </w:r>
    </w:p>
    <w:p w:rsidR="009F3B78" w:rsidRDefault="00987F03" w:rsidP="00077506">
      <w:pPr>
        <w:bidi/>
        <w:ind w:firstLine="720"/>
      </w:pPr>
      <w:r>
        <w:rPr>
          <w:rFonts w:eastAsia="Tahoma"/>
          <w:rtl/>
        </w:rPr>
        <w:t>نظام‌الملک در کنار دیوان و قشون به جایگاه دینکاران نیز توجه داشت. دولت سلجوقی خود را پشتیبان تسنن و خلافت عباسی می‌دانست و با دعوت فاطمی اسماعیلی و شبکه‌های شیعی رقیب روبه‌رو بود. نظام‌الملک شافعی و از نظر کلامی اشعری بود و پشتیبانی از دینکاران سنی را بخشی از استوار کردن حکومت می‌دید. مدرسه‌های منسوب به او، که به نظامیه شهرت یافتند، در شهرهایی چون بغداد و نیشابور امکان تدریس، اقامت و پرداخت مقرری به استادان و شاگردان را فراهم کردند. این مدرسه‌ها هم مرکز دانش دینی بودند و هم شبکه‌ای از کسانی می‌ساختند که زبان و نظم مورد حمایت حکومت را در شهرهای مختلف گسترش می‌دادند.</w:t>
      </w:r>
    </w:p>
    <w:p w:rsidR="009F3B78" w:rsidRDefault="00987F03" w:rsidP="00077506">
      <w:pPr>
        <w:bidi/>
        <w:ind w:firstLine="720"/>
      </w:pPr>
      <w:r>
        <w:rPr>
          <w:rFonts w:eastAsia="Tahoma"/>
          <w:rtl/>
        </w:rPr>
        <w:t>بااین‌همه، نظامیه‌ها را نباید وزارت آموزش و پرورش یک دولت جدید تصور کرد. هر مدرسه موقوفه، استادان و شرایط خود را داشت و همهٔ آموزش دینی زیر فرمان یک مرکز واحد قرار نگرفت. حنفیان، شافعیان، شیعیان و دیگر گروه‌ها نهادهای خود را داشتند و رقابت مذهبی ادامه یافت. اهمیت کار نظام‌الملک در این بود که حکومت به جای حمایت پراکنده از یک فقیه یا واعظ، ساختن نهاد پایدار آموزشی را وسیلهٔ سیاست قرار داد. دینکار از این راه مال، ساختمان و شاگرد به دست می‌آورد و حکومت نیز شبکه‌ای برای تولید قاضی، مدرس و زبان دفاع از نظم سنی پیدا می‌کرد.</w:t>
      </w:r>
    </w:p>
    <w:p w:rsidR="009F3B78" w:rsidRDefault="00987F03" w:rsidP="00077506">
      <w:pPr>
        <w:bidi/>
        <w:ind w:firstLine="720"/>
      </w:pPr>
      <w:r>
        <w:rPr>
          <w:rFonts w:eastAsia="Tahoma"/>
          <w:rtl/>
        </w:rPr>
        <w:t>این پیوند دین و حکومت سکولار نبود و نظام‌الملک نیز چنین هدفی نداشت. او دین را پایهٔ نظم می‌دانست و سلطان را موظف به حمایت از باور درست می‌شمرد. بااین‌حال، دینکاران حکومت را مستقیماً در اختیار نگرفتند. مال و حمایت از سلطان و وزیر می‌آمد و دستگاه سیاسی تعیین می‌کرد کدام مدرسه و کدام گروه از پشتیبانی برخوردار شود. در نتیجه، همکاری سلطان و دینکاران با رقابت قدرت همراه بود. دینکار به حکومت حقانیت می‌داد و حکومت امکانات گسترش او را فراهم می‌کرد، اما هر دو می‌کوشیدند دیگری را در محدوده‌ای نگاه دارند که به استقلالشان آسیب نزند.</w:t>
      </w:r>
    </w:p>
    <w:p w:rsidR="009F3B78" w:rsidRDefault="00987F03" w:rsidP="00077506">
      <w:pPr>
        <w:bidi/>
        <w:ind w:firstLine="720"/>
      </w:pPr>
      <w:r>
        <w:rPr>
          <w:rFonts w:eastAsia="Tahoma"/>
          <w:rtl/>
        </w:rPr>
        <w:t>گسترش مدارس سنی را باید در زمینهٔ قدرت اسماعیلیان نیز دید. دعوت اسماعیلی تنها اختلافی نظری نبود. خلافت فاطمی در قاهره رقیب عباسیان بود و داعیان اسماعیلی در سرزمین‌های سلجوقی فعالیت می‌کردند. حسن صباح در سال ۱۰۹۰ میلادی دژ الموت را به دست گرفت و شبکه‌ای ساخت که از دسترس مستقیم قشون سلجوقی دور بود. دژهای کوهستانی، پیروان آموزش‌دیده و عملیات هدفمند، به اسماعیلیان امکان می‌داد با نیرویی بسیار کمتر از قشون سلطان، دستگاه حکومت را ناامن کنند. پاسخ نظام‌الملک تنها نظامی نبود؛ او تقویت آموزش سنی و شبکهٔ دینکاران را نیز راه مقابله با دعوت رقیب می‌دانست.</w:t>
      </w:r>
    </w:p>
    <w:p w:rsidR="009F3B78" w:rsidRDefault="00987F03" w:rsidP="00077506">
      <w:pPr>
        <w:bidi/>
        <w:ind w:firstLine="720"/>
      </w:pPr>
      <w:r>
        <w:rPr>
          <w:rFonts w:eastAsia="Tahoma"/>
          <w:rtl/>
        </w:rPr>
        <w:t>در همین دوران، دولت سلجوقی از نظر قلمرو و شکوه به اوج رسید. آلپ‌ارسلان با پیروزی ملازگرد راه پیشروی ترکان در آسیای صغیر را گشود و ملکشاه از خراسان تا عراق و بخش‌هایی از شام و آناتولی نفوذ داشت. اصفهان به یکی از مراکز مهم حکومت تبدیل شد، راه‌ها و کاروان‌ها زیر نظر قرار گرفتند و دربار توانست دانشمندان و اهل ادب را جذب کند. اصلاح تقویم جلالی در روزگار ملکشاه و با همکاری گروهی از دانشمندان، که نام عمر خیام در میان آنان آمده است، نمونه‌ای از توان حکومتی بود که می‌توانست منابع خود را صرف اندازه‌گیری زمان و سامان دادن امور دیوانی کند.</w:t>
      </w:r>
    </w:p>
    <w:p w:rsidR="009F3B78" w:rsidRDefault="00987F03" w:rsidP="00077506">
      <w:pPr>
        <w:bidi/>
        <w:ind w:firstLine="720"/>
      </w:pPr>
      <w:r>
        <w:rPr>
          <w:rFonts w:eastAsia="Tahoma"/>
          <w:rtl/>
        </w:rPr>
        <w:t>اما گستردگی دولت ضعف‌های آن را نیز پنهان می‌کرد. ادارهٔ بخش‌های دور به شاهزادگان، اتابکان و امیران سپرده می‌شد. اتابک در اصل پرورش‌دهنده و سرپرست شاهزاده بود، ولی چون شاهزاده غالباً خردسال بود، اتابک قشون و حکومت واقعی ناحیه را به دست می‌گرفت. این نهاد می‌توانست تجربه و ثبات فراهم کند، اما راه استقلال امیران را نیز می‌گشود. هر ولایت دارای قشون، درآمد و خاندان صاحب نفوذ می‌شد و پیوندش با مرکز بیش از آنکه به نهادی ثابت وابسته باشد، به قدرت شخص سلطان و وزیر بستگی پیدا می‌کرد.</w:t>
      </w:r>
    </w:p>
    <w:p w:rsidR="009F3B78" w:rsidRDefault="00987F03" w:rsidP="00077506">
      <w:pPr>
        <w:bidi/>
        <w:ind w:firstLine="720"/>
      </w:pPr>
      <w:r>
        <w:rPr>
          <w:rFonts w:eastAsia="Tahoma"/>
          <w:rtl/>
        </w:rPr>
        <w:t>وزارت طولانی نظام‌الملک همین وابستگی شخصی را آشکار می‌کند. او توانست میان آلپ‌ارسلان و سپس ملکشاه، شاهزادگان، قشون و دیوان تعادلی برقرار کند، اما بخش بزرگی از این تعادل بر اعتبار و شبکهٔ خود او ایستاده بود. خاندانش منصب‌های متعدد داشتند و خدمتگزارانش در سراسر قلمرو پراکنده بودند. چنین شبکه‌ای برای اجرای سیاست لازم بود، ولی جانشینی منظم و بی‌طرفانهٔ دیوان را دشوار می‌کرد. هنگامی که رقابت میان دربار، ترکان خاتون، تاج‌الملک و وابستگان نظام‌الملک شدت گرفت، اختلاف بر سر ادارهٔ کشور با اختلاف بر سر جانشینی ملکشاه درآمیخت.</w:t>
      </w:r>
    </w:p>
    <w:p w:rsidR="009F3B78" w:rsidRDefault="00987F03" w:rsidP="00077506">
      <w:pPr>
        <w:bidi/>
        <w:ind w:firstLine="720"/>
      </w:pPr>
      <w:r>
        <w:rPr>
          <w:rFonts w:eastAsia="Tahoma"/>
          <w:rtl/>
        </w:rPr>
        <w:t>در سال‌های پایانی وزارت، رابطهٔ نظام‌الملک و ملکشاه تیره شد. سلطان از قدرت گستردهٔ وزیر و خاندان او ناخشنود بود و رقیبان وزیر نیز این بدگمانی را افزایش می‌دادند. نظام‌الملک در سال ۱۰۹۲ میلادی در راه اصفهان و بغداد، نزدیک نهاوند، به دست مردی که در جامهٔ درویش یا صوفی به او نزدیک شده بود، با ضربهٔ خنجر کشته شد. روایت مشهور قاتل را فدایی اسماعیلی و فرستادهٔ حسن صباح می‌داند. این انتساب با دشمنی آشکار میان دولت سلجوقی و اسماعیلیان سازگار است، اما فضای رقابت درباری سبب شده است که احتمال دخالت یا بهره‌برداری رقیبان سیاسی نیز در بحث‌های تاریخی مطرح بماند. آنچه قطعی است، مرگ وزیری است که شبکهٔ دولت تا اندازهٔ زیادی به شخص او وابسته شده بود.</w:t>
      </w:r>
    </w:p>
    <w:p w:rsidR="009F3B78" w:rsidRDefault="00987F03" w:rsidP="00077506">
      <w:pPr>
        <w:bidi/>
        <w:ind w:firstLine="720"/>
      </w:pPr>
      <w:r>
        <w:rPr>
          <w:rFonts w:eastAsia="Tahoma"/>
          <w:rtl/>
        </w:rPr>
        <w:t>داستان مشهور دیگری نظام‌الملک، حسن صباح و عمر خیام را سه هم‌درس می‌داند که در جوانی پیمان بستند هرکس به قدرت رسید دو تن دیگر را یاری دهد. این داستان از نظر زمانی و اسناد تاریخی قابل اعتماد نیست و در روایت‌های متأخر شهرت یافته است. جذابیت آن از کنار هم قرار دادن سه صورت متفاوت از ایران آن روزگار می‌آید: وزیر و سازمان‌دهندهٔ حکومت، رهبر دعوت مخالف و دانشمند و شاعر. اما برای فهم تاریخ کشورداری نیازی به این افسانه نیست. رویارویی واقعی میان دیوان سلجوقی، شبکهٔ اسماعیلی و دانش مستقل زمانه از خودِ داستان پیچیده‌تر و مهم‌تر است.</w:t>
      </w:r>
    </w:p>
    <w:p w:rsidR="009F3B78" w:rsidRDefault="00987F03" w:rsidP="00077506">
      <w:pPr>
        <w:bidi/>
        <w:ind w:firstLine="720"/>
      </w:pPr>
      <w:r>
        <w:rPr>
          <w:rFonts w:eastAsia="Tahoma"/>
          <w:rtl/>
        </w:rPr>
        <w:t>ملکشاه تنها چند هفته پس از نظام‌الملک درگذشت. نزدیکی این دو مرگ، ساختمانی را که سال‌ها استوار به نظر می‌رسید، در برابر مسئلهٔ جانشینی بی‌دفاع گذاشت. ترکان خاتون می‌کوشید پسر خردسالش محمود را به سلطنت برساند؛ برکیارق و دیگر پسران و خویشان ملکشاه نیز مدعی بودند؛ امیران، وزیران و خلیفه هر یک از نامزدی حمایت می‌کردند که منافعشان را بهتر حفظ کند. قشون و دیوان که نظام‌الملک کوشیده بود زیر فرمان واحد قرار دهد، میان مدعیان تقسیم شدند. روشن شد که نظم دولت بیش از اندازه به حضور هم‌زمان سلطان نیرومند و وزیر نیرومند وابسته بوده است.</w:t>
      </w:r>
    </w:p>
    <w:p w:rsidR="009F3B78" w:rsidRDefault="00987F03" w:rsidP="00077506">
      <w:pPr>
        <w:bidi/>
        <w:ind w:firstLine="720"/>
      </w:pPr>
      <w:r>
        <w:rPr>
          <w:rFonts w:eastAsia="Tahoma"/>
          <w:rtl/>
        </w:rPr>
        <w:t>جنگ‌های جانشینی پس از ۱۰۹۲ دولت سلجوقی را یکباره نابود نکرد، اما ماهیت آن را دگرگون ساخت. برکیارق، محمد تَپَر و دیگر مدعیان سال‌ها جنگیدند. هر مدعی برای جذب امیران ناچار بود اقطاع، منصب و امتیاز بدهد. هر پیروزی موقت با واگذاری بخشی از درآمد و اختیار کشور خریداری می‌شد. در نتیجه، مرکز برای به دست آوردن قدرت کوتاه‌مدت، ابزارهای قدرت درازمدت خود را میان حامیان پخش می‌کرد. اقطاع‌هایی که قرار بود خدمت نظامی را به حکومت پیوند دهند، در فضای جنگ داخلی می‌توانستند پایهٔ استقلال امیران شوند.</w:t>
      </w:r>
    </w:p>
    <w:p w:rsidR="009F3B78" w:rsidRDefault="00987F03" w:rsidP="00077506">
      <w:pPr>
        <w:bidi/>
        <w:ind w:firstLine="720"/>
      </w:pPr>
      <w:r>
        <w:rPr>
          <w:rFonts w:eastAsia="Tahoma"/>
          <w:rtl/>
        </w:rPr>
        <w:t>هم‌زمان، شاخه‌های گوناگون سلجوقی و اتابکان در کرمان، عراق، شام و آناتولی قدرت یافتند. نام و حقانیت خاندان سلجوقی باقی بود، اما حکومت واحد جای خود را به مجموعه‌ای از سلطان‌ها، ملک‌ها و امیران داد که گاه برتری سلطان بزرگ را می‌پذیرفتند و گاه با او می‌جنگیدند. خلافت عباسی نیز از این پراکندگی استفاده کرد تا بخشی از اختیار سیاسی خود را در عراق بازپس گیرد. بدین‌ترتیب، همان توازنی که طغرل و نظام‌الملک میان خلیفه و سلطان ساخته بودند، با ضعف سلطان به سود خلیفه تغییر می‌کرد.</w:t>
      </w:r>
    </w:p>
    <w:p w:rsidR="009F3B78" w:rsidRDefault="00987F03" w:rsidP="00077506">
      <w:pPr>
        <w:bidi/>
        <w:ind w:firstLine="720"/>
      </w:pPr>
      <w:r>
        <w:rPr>
          <w:rFonts w:eastAsia="Tahoma"/>
          <w:rtl/>
        </w:rPr>
        <w:t>سلطان سنجر در شرق توانست برای مدتی شکوه سلطنت بزرگ سلجوقی را زنده نگاه دارد. او از مرو بر خراسان فرمان می‌راند و در سیاست ماوراءالنهر و خوارزم دخالت می‌کرد، اما قدرتش نیز به اطاعت امیران و حکومت‌های تابع وابسته بود. شکست او از قراختاییان در قطوان در سال ۱۱۴۱ و سپس اسارتش به دست غُزها در سال ۱۱۵۳ نشان داد که مرکز سلجوقی دیگر توان مهار نیروهایی را که از همان جهان ترکمان برخاسته بودند ندارد. قشونی که زمانی ابزار فتح بود، بار دیگر به نیرویی تبدیل شد که می‌توانست بنیاد حکومت را برهم زند.</w:t>
      </w:r>
    </w:p>
    <w:p w:rsidR="009F3B78" w:rsidRDefault="00987F03" w:rsidP="00077506">
      <w:pPr>
        <w:bidi/>
        <w:ind w:firstLine="720"/>
      </w:pPr>
      <w:r>
        <w:rPr>
          <w:rFonts w:eastAsia="Tahoma"/>
          <w:rtl/>
        </w:rPr>
        <w:t>تحولات دولت سلجوقی از این رو تناقضی اساسی را آشکار می‌کند. نظام‌الملک توانست فتح را تا اندازهٔ زیادی به کشورداری تبدیل کند. او دیوان را سامان داد، درآمد قشون را به ثبت و وظیفه پیوند زد، خبرگیری و نظارت را ضروری دانست، مدرسه را به نهاد سیاست مذهبی تبدیل کرد و در سیاست‌نامه تجربهٔ ایرانی حکومت را به زبان زمانه بازنوشت. دولت در دوران او و ملکشاه به وسعت و توان کم‌سابقه‌ای رسید. اما ابزارهایی که برای ادارهٔ قلمرو لازم بودند، خود می‌توانستند سرچشمهٔ پراکندگی شوند: اقطاع به استقلال امیر، اتابکی به حکومت محلی، شبکهٔ خانوادگی وزیر به رقابت دربار و حمایت مذهبی به کشمکش فرقه‌ای راه می‌داد.</w:t>
      </w:r>
    </w:p>
    <w:p w:rsidR="009F3B78" w:rsidRDefault="00987F03" w:rsidP="00077506">
      <w:pPr>
        <w:bidi/>
        <w:ind w:firstLine="720"/>
      </w:pPr>
      <w:r>
        <w:rPr>
          <w:rFonts w:eastAsia="Tahoma"/>
          <w:rtl/>
        </w:rPr>
        <w:t>ضعف اصلی آن ساختمان نبودن جانشینی پذیرفته‌شده و نهادهایی بود که پس از مرگ اشخاص نیز همان‌گونه عمل کنند. نظام‌الملک به سلطان می‌آموخت که چگونه خوب حکومت کند، اما دستگاهی نساخت که سلطان ناتوان را ناچار به حکومت خوب کند. او بر عدالت، خبرگیری و حساب تأکید داشت، ولی اجرای همهٔ آنها در نهایت به ارادهٔ فرمانروا وابسته بود. وزیر می‌توانست خودکامگی را عاقلانه‌تر سازد، اما نمی‌توانست حق مردم یا اقتدار قانون را بالاتر از سلطان قرار دهد. به همین دلیل، مرگ سلطان و وزیر دوباره رقابت شمشیرها را آزاد کرد.</w:t>
      </w:r>
    </w:p>
    <w:p w:rsidR="009F3B78" w:rsidRDefault="00987F03" w:rsidP="00077506">
      <w:pPr>
        <w:bidi/>
        <w:ind w:firstLine="720"/>
      </w:pPr>
      <w:r>
        <w:rPr>
          <w:rFonts w:eastAsia="Tahoma"/>
          <w:rtl/>
        </w:rPr>
        <w:t>بااین‌همه، میراث نظام‌الملک از دولت سلجوقی پایدارتر ماند. سیاست‌نامه الگویی برای اندیشیدن به سلطنت و وزارت شد، نظامیه‌ها پیوند حکومت و آموزش دینی را گسترش دادند و تصور وزیر ایرانی به‌عنوان نگهبان نظم کشور در حکومت‌های بعدی ادامه یافت. خاندان‌ها عوض شدند، اما فاتحان تازه نیز به دیوان، حساب، وزیر و زبان کشورداری نیاز داشتند. یکی از حکومت‌هایی که در حاشیهٔ همین نظام رشد کرد، خوارزمشاهیان بود. آنان نخست تابع سلجوقیان بودند، از منصب و قلمرو واگذارشده نیرو گرفتند و سپس با ضعف مرکز به فرمانروایانی مستقل تبدیل شدند. فصل بعد نشان خواهد داد که چگونه وارثان دستگاه سلجوقی قلمرویی بزرگ ساختند، اما نتوانستند میان وسعت حکومت، انسجام کشور و مهار قشون تعادلی پایدار برقرار کنند.</w:t>
      </w:r>
    </w:p>
    <w:p w:rsidR="009F3B78" w:rsidRPr="00077506" w:rsidRDefault="00987F03" w:rsidP="00987F03">
      <w:pPr>
        <w:pageBreakBefore/>
        <w:bidi/>
        <w:jc w:val="center"/>
        <w:rPr>
          <w:rFonts w:asciiTheme="majorBidi" w:hAnsiTheme="majorBidi" w:cstheme="majorBidi"/>
          <w:bCs/>
          <w:sz w:val="32"/>
          <w:szCs w:val="32"/>
        </w:rPr>
      </w:pPr>
      <w:bookmarkStart w:id="17" w:name="Vol7Chapter15"/>
      <w:bookmarkEnd w:id="17"/>
      <w:r w:rsidRPr="00077506">
        <w:rPr>
          <w:rFonts w:asciiTheme="majorBidi" w:eastAsia="Tahoma" w:hAnsiTheme="majorBidi" w:cstheme="majorBidi"/>
          <w:bCs/>
          <w:sz w:val="32"/>
          <w:szCs w:val="32"/>
          <w:rtl/>
        </w:rPr>
        <w:t>فصل پانزدهم</w:t>
      </w:r>
    </w:p>
    <w:p w:rsidR="009F3B78" w:rsidRPr="00077506" w:rsidRDefault="00987F03" w:rsidP="00987F03">
      <w:pPr>
        <w:bidi/>
        <w:jc w:val="center"/>
        <w:rPr>
          <w:rFonts w:asciiTheme="majorBidi" w:hAnsiTheme="majorBidi" w:cstheme="majorBidi"/>
          <w:bCs/>
          <w:sz w:val="32"/>
          <w:szCs w:val="32"/>
        </w:rPr>
      </w:pPr>
      <w:r w:rsidRPr="00077506">
        <w:rPr>
          <w:rFonts w:asciiTheme="majorBidi" w:eastAsia="Tahoma" w:hAnsiTheme="majorBidi" w:cstheme="majorBidi"/>
          <w:bCs/>
          <w:sz w:val="32"/>
          <w:szCs w:val="32"/>
          <w:rtl/>
        </w:rPr>
        <w:t>خوارزمشاهیان؛ حکومت بزرگ و کشور بی‌انسجام</w:t>
      </w:r>
    </w:p>
    <w:p w:rsidR="009F3B78" w:rsidRDefault="00987F03" w:rsidP="00077506">
      <w:pPr>
        <w:bidi/>
        <w:ind w:firstLine="720"/>
      </w:pPr>
      <w:r>
        <w:rPr>
          <w:rFonts w:eastAsia="Tahoma"/>
          <w:rtl/>
        </w:rPr>
        <w:t>پس از مرگ نظام‌الملک و ملکشاه، دولت بزرگ سلجوقی یکباره ناپدید نشد، اما رشته‌ای که بخش‌های گوناگون آن را به مرکز پیوند می‌داد سست شد. شاهزادگان برای سلطنت جنگیدند، امیران در برابر پشتیبانی از هر مدعی اقطاع و منصب گرفتند، اتابکان در ولایت‌ها قدرت یافتند و خلیفهٔ عباسی کوشید اختیار سیاسی خود را در عراق گسترش دهد. در همین فضای پراکندگی، حکومتی که نخست یکی از وابستگان دستگاه سلجوقی بود، آهسته‌آهسته بزرگ شد و سرانجام بخش عمده‌ای از قلمرو آن را به دست گرفت. خوارزمشاهیان وارث قشون، دیوان و عنوان‌های دولت سلجوقی شدند، اما میراث‌بردن از ابزارهای حکومت به معنای ساختن کشوری منسجم نبود.</w:t>
      </w:r>
    </w:p>
    <w:p w:rsidR="009F3B78" w:rsidRDefault="00987F03" w:rsidP="00077506">
      <w:pPr>
        <w:bidi/>
        <w:ind w:firstLine="720"/>
      </w:pPr>
      <w:r>
        <w:rPr>
          <w:rFonts w:eastAsia="Tahoma"/>
          <w:rtl/>
        </w:rPr>
        <w:t>خوارزم در پایین‌دست آمودریا قرار داشت؛ سرزمینی که آب رود و شبکه‌های آبیاری، کشاورزی و شهرهای ثروتمندش را ممکن می‌ساخت و راه‌های تجاری آسیای میانه را به ایران و دشت‌های شمالی پیوند می‌داد. جایگاه جغرافیایی آن دو نتیجهٔ متفاوت داشت. از یک سو، بازرگانی، کشاورزی و دسترسی به جهان کوچندگان برای فرمانروا درآمد و قشون فراهم می‌کرد. از سوی دیگر، خوارزم همواره در معرض فشار قدرت‌های ماوراءالنهر و قبایل دشت بود و حاکمش برای ادامهٔ زندگی ناچار بود میان حکومت‌های بزرگ و نیروهای قبیله‌ای تعادل برقرار کند. در چنین مرزی، وابستگی ظاهری به قدرتی بزرگ‌تر می‌توانست با استقلال عملی همراه باشد.</w:t>
      </w:r>
    </w:p>
    <w:p w:rsidR="009F3B78" w:rsidRDefault="00987F03" w:rsidP="00077506">
      <w:pPr>
        <w:bidi/>
        <w:ind w:firstLine="720"/>
      </w:pPr>
      <w:r>
        <w:rPr>
          <w:rFonts w:eastAsia="Tahoma"/>
          <w:rtl/>
        </w:rPr>
        <w:t>خاندان خوارزمشاهی از انوشتگین برخاست؛ غلامی ترک که در دستگاه سلجوقی بالا رفت و ادارهٔ خوارزم به او و سپس فرزندانش سپرده شد. این آغاز، الگویی را که در غزنویان دیده بودیم تکرار می‌کرد: غلام یا مأمور نظامی در خدمت حکومتی بزرگ، به فرمانده و والی تبدیل می‌شد؛ منصب در خاندانش می‌ماند؛ و با ضعف مرکز، ولایت به پایهٔ حکومتی مستقل بدل می‌گردید. آنچه در آغاز واگذاری اداری بود، در طول زمان به حق فرمانروایی یک خاندان تبدیل شد.</w:t>
      </w:r>
    </w:p>
    <w:p w:rsidR="009F3B78" w:rsidRDefault="00987F03" w:rsidP="00077506">
      <w:pPr>
        <w:bidi/>
        <w:ind w:firstLine="720"/>
      </w:pPr>
      <w:r>
        <w:rPr>
          <w:rFonts w:eastAsia="Tahoma"/>
          <w:rtl/>
        </w:rPr>
        <w:t>قطب‌الدین محمد، پسر انوشتگین، و سپس اتسز هنوز در زبان رسمی فرمانبردار سلطان سنجر بودند. نام سلطان در خطبه و سکه باقی می‌ماند و خوارزمشاه از تأیید او بهره می‌برد. اما اتسز از فرصت‌های ضعف سلجوقیان برای گسترش قلمرو استفاده کرد و چند بار نیز علیه سنجر سر برداشت. هر بار که شکست می‌خورد، اظهار اطاعت می‌کرد و در زمان مناسب دوباره به افزایش قدرت خود می‌پرداخت. این رفت‌وبرگشت میان اطاعت و استقلال، نشانهٔ ناتوانی کامل مرکز نبود؛ نشانهٔ آن بود که رابطهٔ مرکز و ولایت دیگر بر فرمان قطعی استوار نیست و به موازنهٔ قشون و مصلحت لحظه وابسته شده است.</w:t>
      </w:r>
    </w:p>
    <w:p w:rsidR="009F3B78" w:rsidRDefault="00987F03" w:rsidP="00077506">
      <w:pPr>
        <w:bidi/>
        <w:ind w:firstLine="720"/>
      </w:pPr>
      <w:r>
        <w:rPr>
          <w:rFonts w:eastAsia="Tahoma"/>
          <w:rtl/>
        </w:rPr>
        <w:t>پس از شکست سنجر از قراختاییان در قطوان و سپس گرفتاری او به دست غُزها، امکان گسترش خوارزمشاهیان بیشتر شد. ایل‌ارسلان و جانشینانش در جهانی عمل می‌کردند که هیچ قدرتی به تنهایی بر سراسر آسیای میانه و خراسان فرمان نمی‌راند. قراختاییان در شرق برتری داشتند، حکومت‌های محلی و قبیله‌ای نیرومند بودند و بازماندگان سلجوقی و اتابکان بخش‌هایی از ایران را در دست داشتند. خوارزمشاه برای ادامهٔ حکومت گاه به قراختاییان خراج می‌داد، گاه با آنان می‌جنگید، گاه از یک گروه ترک علیه گروه دیگر استفاده می‌کرد و در همان حال دیوان ایرانی را برای ادارهٔ شهرها و گردآوری درآمد نگاه می‌داشت.</w:t>
      </w:r>
    </w:p>
    <w:p w:rsidR="009F3B78" w:rsidRDefault="00987F03" w:rsidP="00077506">
      <w:pPr>
        <w:bidi/>
        <w:ind w:firstLine="720"/>
      </w:pPr>
      <w:r>
        <w:rPr>
          <w:rFonts w:eastAsia="Tahoma"/>
          <w:rtl/>
        </w:rPr>
        <w:t>تکِش، که از ۱۱۷۲ تا ۱۲۰۰ میلادی فرمان راند، خوارزمشاهیان را از حکومتی منطقه‌ای به یکی از قدرت‌های اصلی ایران تبدیل کرد. او برای رسیدن به سلطنت ناچار شد با برادر خود سلطان‌شاه بجنگد و برای پیروزی از قراختاییان یاری بگیرد. سپس هنگامی که موقعیتش استوار شد، کوشید از وابستگی به همان قدرت رها شود. این تجربه از آغاز نشان می‌داد که گسترش خوارزمشاهی بر پیمان‌های متغیر و استفاده از قشون‌های گوناگون بنا شده است. فرمانروا می‌توانست با کمک نیروی بیرونی رقیب داخلی را شکست دهد، اما بهای آن را با خراج، واگذاری یا پذیرش نفوذ متحد می‌پرداخت.</w:t>
      </w:r>
    </w:p>
    <w:p w:rsidR="009F3B78" w:rsidRDefault="00987F03" w:rsidP="00077506">
      <w:pPr>
        <w:bidi/>
        <w:ind w:firstLine="720"/>
      </w:pPr>
      <w:r>
        <w:rPr>
          <w:rFonts w:eastAsia="Tahoma"/>
          <w:rtl/>
        </w:rPr>
        <w:t>تکش از ضعف سلجوقیان عراق نیز بهره برد. در سال ۱۱۹۴ میلادی طغرل سوم، آخرین سلطان سلجوقی عراق، در جنگ با او کشته شد و خوارزمشاه به ری و بخش‌های بزرگی از غرب ایران دست یافت. خلیفهٔ عباسی الناصر در آغاز از قدرت خوارزمشاه برای برانداختن رقیب سلجوقی سود برده بود، اما پیروزی تکش نیروی تازه‌ای را تا نزدیکی عراق آورد که می‌توانست از خودِ خلافت نیز فرمان‌بری بخواهد. همکاری خلیفه و خوارزمشاه به رقابت تبدیل شد. هر دو خواهان حذف قدرت میانی بودند، ولی پس از حذف آن بر سر اینکه چه کسی وارث اختیارش باشد اختلاف یافتند.</w:t>
      </w:r>
    </w:p>
    <w:p w:rsidR="009F3B78" w:rsidRDefault="00987F03" w:rsidP="00077506">
      <w:pPr>
        <w:bidi/>
        <w:ind w:firstLine="720"/>
      </w:pPr>
      <w:r>
        <w:rPr>
          <w:rFonts w:eastAsia="Tahoma"/>
          <w:rtl/>
        </w:rPr>
        <w:t>این کشمکش جایگاه خلافت را در ساختمان کشورداری دوباره آشکار کرد. خلیفه قشونی هم‌سنگ خوارزمشاه نداشت، اما شبکهٔ دینی، اعتبار تاریخی، دستگاه دیوانی و توانایی ایجاد ائتلاف در اختیارش بود. خوارزمشاه قشون و سرزمین داشت، ولی برای آنکه فرمانروایی‌اش در شهرهای سنی ایران پذیرفته شود، تأیید خلیفه برایش سودمند بود. هر یک به نیروی دیگری نیاز داشت و در همان حال از افزایش قدرت او می‌ترسید. حقانیت حکمرانی و توانایی حکومت کردن بار دیگر در دو مرکز جدا قرار گرفته بودند.</w:t>
      </w:r>
    </w:p>
    <w:p w:rsidR="009F3B78" w:rsidRDefault="00987F03" w:rsidP="00077506">
      <w:pPr>
        <w:bidi/>
        <w:ind w:firstLine="720"/>
      </w:pPr>
      <w:r>
        <w:rPr>
          <w:rFonts w:eastAsia="Tahoma"/>
          <w:rtl/>
        </w:rPr>
        <w:t>علاءالدین محمد، پسر تکش، در سال ۱۲۰۰ به قدرت رسید و قلمرو خوارزمشاهی را به بیشترین وسعت رساند. او با غوریان جنگید، ماوراءالنهر را گرفت، قراخانیان را کنار زد و با بهره‌گیری از فروپاشی قدرت قراختاییان نفوذ خود را تا مرزهای تازه گسترش داد. در آستانهٔ یورش مغول، قلمروش از ماوراءالنهر و خوارزم تا خراسان، بخش‌های بزرگی از ایران و نواحی پیرامون آن امتداد داشت. از بیرون، این حکومت یکی از نیرومندترین دولت‌های جهان اسلامی به نظر می‌رسید. عنوان‌های سلطان و خوارزمشاه، خطبه و سکه، قشون فراوان و شهرهای ثروتمند همه از قدرتی بزرگ خبر می‌دادند.</w:t>
      </w:r>
    </w:p>
    <w:p w:rsidR="009F3B78" w:rsidRDefault="00987F03" w:rsidP="00077506">
      <w:pPr>
        <w:bidi/>
        <w:ind w:firstLine="720"/>
      </w:pPr>
      <w:r>
        <w:rPr>
          <w:rFonts w:eastAsia="Tahoma"/>
          <w:rtl/>
        </w:rPr>
        <w:t>اما وسعت نقشه، انسجام کشور را نشان نمی‌داد. بسیاری از نواحی تازه فتح شده بودند و وفاداری‌شان به شخص سلطان یا ترس از قشون وابسته بود. حاکمان محلی، خاندان‌های شهری، دینکاران و امیران قشون منافع خود را داشتند و با تغییر موازنه می‌توانستند از فرمان مرکز دور شوند. راه‌های طولانی و تفاوت‌های منطقه‌ای نیز اجرای یکسان فرمان را دشوار می‌کرد. دیوان می‌توانست مالیات و انتصاب را ثبت کند، اما نمی‌توانست در زمانی کوتاه از مجموعه‌ای از فتوحات، احساس تعلق و فرمان‌بری پایدار بسازد.</w:t>
      </w:r>
    </w:p>
    <w:p w:rsidR="009F3B78" w:rsidRDefault="00987F03" w:rsidP="00077506">
      <w:pPr>
        <w:bidi/>
        <w:ind w:firstLine="720"/>
      </w:pPr>
      <w:r>
        <w:rPr>
          <w:rFonts w:eastAsia="Tahoma"/>
          <w:rtl/>
        </w:rPr>
        <w:t>در خودِ مرکز نیز یک حاکمیت یگانه وجود نداشت. ترکان خاتون، مادر علاءالدین محمد، تنها بانویی بانفوذ در حرم نبود. او از خاندان قَنقلی یا گروه‌های وابسته به قبچاقیان می‌آمد و پیوندش با آنان پایهٔ مهم نیروی نظامی خوارزمشاهیان بود. بسیاری از فرماندهان و والیان از خویشان یا وابستگان او بودند. ترکان خاتون دیوان، مهر، درآمد و کارگزاران خود را داشت، در نصب و عزل وزیران دخالت می‌کرد و فرمان‌هایی صادر می‌کرد که در کنار فرمان سلطان اعتبار داشتند. بدین‌ترتیب، حکومت در رأس خود دو مرکز تصمیم‌گیری داشت.</w:t>
      </w:r>
    </w:p>
    <w:p w:rsidR="009F3B78" w:rsidRDefault="00987F03" w:rsidP="00077506">
      <w:pPr>
        <w:bidi/>
        <w:ind w:firstLine="720"/>
      </w:pPr>
      <w:r>
        <w:rPr>
          <w:rFonts w:eastAsia="Tahoma"/>
          <w:rtl/>
        </w:rPr>
        <w:t>قدرت ترکان خاتون را نباید صرفاً به دخالت مادر در کار پسر فروکاست. ازدواج او با تکش پیوندی سیاسی با قشون‌های قنقلی ساخته بود و علاءالدین محمد برای ادامهٔ فتوحات به همان قشون نیاز داشت. سلطان نمی‌توانست مادر و خویشان نظامی او را به آسانی کنار بگذارد، زیرا بخشی از شمشیری که قلمرو را برایش گرفته بود در دست آنان قرار داشت. ترکان خاتون نیز از راه دیوان جداگانه و واگذاری منصب‌ها می‌کوشید نیروی قشونی را به اختیار اداری تبدیل کند. رقابت مادر و پسر در واقع رقابت دو شبکهٔ قدرت بود: دستگاه سلطان و شبکهٔ قبیله‌ای و دیوانی ملکهٔ مادر.</w:t>
      </w:r>
    </w:p>
    <w:p w:rsidR="009F3B78" w:rsidRDefault="00987F03" w:rsidP="00077506">
      <w:pPr>
        <w:bidi/>
        <w:ind w:firstLine="720"/>
      </w:pPr>
      <w:r>
        <w:rPr>
          <w:rFonts w:eastAsia="Tahoma"/>
          <w:rtl/>
        </w:rPr>
        <w:t>این دوگانگی تا مسئلهٔ جانشینی نیز ادامه یافت. جلال‌الدین، پسر توانای علاءالدین محمد، از نظر نظامی شایستگی خود را نشان داده بود، اما مادرش از خاندان مورد حمایت ترکان خاتون نبود. ملکهٔ مادر از اوزلاغ‌شاه، پسر دیگری که از سوی مادر به شبکهٔ قنقلی پیوند داشت، پشتیبانی می‌کرد. سلطان نمی‌توانست بدون توجه به قشون وابسته به مادر، جانشین خود را تعیین کند. بنابراین در لحظه‌ای که حکومت به فرماندهی روشن نیاز داشت، جانشینی به رقابت خاندان‌ها و قشون‌ها گره خورد.</w:t>
      </w:r>
    </w:p>
    <w:p w:rsidR="009F3B78" w:rsidRDefault="00987F03" w:rsidP="00077506">
      <w:pPr>
        <w:bidi/>
        <w:ind w:firstLine="720"/>
      </w:pPr>
      <w:r>
        <w:rPr>
          <w:rFonts w:eastAsia="Tahoma"/>
          <w:rtl/>
        </w:rPr>
        <w:t>دیوان ایرانی در این حکومت همچنان کار می‌کرد. وزیران، دبیران و مستوفیان مالیات شهرهای گسترده را ثبت می‌کردند، فرمان‌ها را می‌نوشتند و هزینهٔ قشون را فراهم می‌آوردند. زبان فارسی در اداره و تاریخ‌نویسی جایگاه اصلی داشت و تجربهٔ سلجوقی ادامه یافت. اما دیوان واحدی که همهٔ قشون‌ها و ولایت‌ها را زیر فرمان یک مرکز قرار دهد شکل نگرفت. وجود دیوان ترکان خاتون در کنار دیوان سلطان آشکارترین نشانه بود. مأمور ممکن بود با دو فرمان روبه‌رو شود و برای حفظ منصب خود به شبکه‌ای بپیوندد که نیرومندتر به نظر می‌رسید.</w:t>
      </w:r>
    </w:p>
    <w:p w:rsidR="009F3B78" w:rsidRDefault="00987F03" w:rsidP="00077506">
      <w:pPr>
        <w:bidi/>
        <w:ind w:firstLine="720"/>
      </w:pPr>
      <w:r>
        <w:rPr>
          <w:rFonts w:eastAsia="Tahoma"/>
          <w:rtl/>
        </w:rPr>
        <w:t>در چنین وضعی، وزیر نمی‌توانست نقشی مانند نقش آرمانی نظام‌الملک ایفا کند. او میان سلطان، ملکهٔ مادر، امیران قنقلی، خاندان‌های محلی و دینکاران گرفتار بود. هر تصمیم اداری می‌توانست به معنای برتری یک شبکه بر شبکهٔ دیگر باشد. عزل و نصب وزیران نیز ابزار کشمکش قدرت می‌شد و استمرار سیاست را از میان می‌برد. دیوان حافظهٔ حکومت بود، اما هنگامی که چند صاحب فرمان برای استفاده از آن رقابت می‌کردند، حافظه نیز به بخش‌های ناسازگار تقسیم می‌شد.</w:t>
      </w:r>
    </w:p>
    <w:p w:rsidR="009F3B78" w:rsidRDefault="00987F03" w:rsidP="00077506">
      <w:pPr>
        <w:bidi/>
        <w:ind w:firstLine="720"/>
      </w:pPr>
      <w:r>
        <w:rPr>
          <w:rFonts w:eastAsia="Tahoma"/>
          <w:rtl/>
        </w:rPr>
        <w:t>رابطهٔ علاءالدین محمد با خلیفهٔ عباسی این پراکندگی را شدیدتر کرد. سلطان می‌خواست الناصر برتری سیاسی او را بپذیرد و نامش را به گونه‌ای شایستهٔ قدرتش در خطبه و عنوان‌ها جای دهد. خلیفه از تبدیل خوارزمشاه به فرمانروای بی‌رقیب ایران و عراق بیم داشت و با مخالفان او ارتباط برقرار می‌کرد. سلطان سرانجام کوشید حق دینی خلیفه را نیز زیر سؤال ببرد و نام خلیفه‌ای دیگر را مطرح کند. در سال ۱۲۱۷ به سوی بغداد حرکت کرد، اما قشونش در کوهستان زاگرس با برف و سرمای سخت روبه‌رو شد و لشکرکشی ناکام ماند.</w:t>
      </w:r>
    </w:p>
    <w:p w:rsidR="009F3B78" w:rsidRDefault="00987F03" w:rsidP="00077506">
      <w:pPr>
        <w:bidi/>
        <w:ind w:firstLine="720"/>
      </w:pPr>
      <w:r>
        <w:rPr>
          <w:rFonts w:eastAsia="Tahoma"/>
          <w:rtl/>
        </w:rPr>
        <w:t>در برخی روایت‌ها آمده است که خلیفهٔ عباسی چنگیزخان را به حمله به خوارزمشاه تشویق کرد. این ادعا قطعی نیست و اسناد موجود اجازه نمی‌دهد آن را علت یورش مغول بدانیم. دشمنی خلیفه و سلطان واقعیت داشت، اما امپراتوری مغول سیاست و هدف‌های خود را دنبال می‌کرد. بزرگ کردن نقش یک نامه یا دعوت احتمالی، هم قدرت مستقل مغولان را نادیده می‌گیرد و هم بحران درونی خوارزمشاهیان را پشت توطئه‌ای ساده پنهان می‌کند. آنچه می‌توان با اطمینان گفت این است که علاءالدین محمد در آستانهٔ خطر بزرگ شرقی، به جای داشتن پشتیبانی خلافت، با آن در ستیز بود.</w:t>
      </w:r>
    </w:p>
    <w:p w:rsidR="009F3B78" w:rsidRDefault="00987F03" w:rsidP="00077506">
      <w:pPr>
        <w:bidi/>
        <w:ind w:firstLine="720"/>
      </w:pPr>
      <w:r>
        <w:rPr>
          <w:rFonts w:eastAsia="Tahoma"/>
          <w:rtl/>
        </w:rPr>
        <w:t>در شرق، چنگیزخان قبایل مغول را متحد کرده و با سازمان نظامی منضبط، خبرگیری دقیق و فرماندهی واحد قدرتی تازه ساخته بود. پس از شکست کوچلک و فروپاشی قراختاییان، قلمرو مغول و خوارزمشاهی به یکدیگر نزدیک شدند. در آغاز، رابطه الزاماً جنگی نبود. تجارت میان دو قلمرو اهمیت داشت و سفیران و بازرگانان رفت‌وآمد می‌کردند. چنگیزخان علاءالدین محمد را فرمانروای غرب می‌خواند و می‌کوشید راه مبادله را باز نگاه دارد، هرچند همین زبان می‌توانست برای سلطان حساس و مدعی برابری ناخوشایند باشد.</w:t>
      </w:r>
    </w:p>
    <w:p w:rsidR="009F3B78" w:rsidRDefault="00987F03" w:rsidP="00077506">
      <w:pPr>
        <w:bidi/>
        <w:ind w:firstLine="720"/>
      </w:pPr>
      <w:r>
        <w:rPr>
          <w:rFonts w:eastAsia="Tahoma"/>
          <w:rtl/>
        </w:rPr>
        <w:t>حادثهٔ اُترار این رابطه را شکست. در سال ۱۲۱۸ کاروان بزرگی از بازرگانان که از قلمرو مغول آمده بود به اُترار رسید. اینالچق، حاکم شهر و از خویشان یا وابستگان ترکان خاتون، آنان را به جاسوسی متهم کرد، اموالشان را گرفت و بیشترشان را کشت. اینکه همهٔ افراد کاروان صرفاً بازرگان بودند یا در میان آنان خبرگیرانی نیز وجود داشتند محل بحث است؛ همچنین اندازهٔ دخالت مستقیم علاءالدین محمد در تصمیم نخست کاملاً روشن نیست. اما مسئولیت سیاسی حکومت با رویداد بعدی آشکار شد. چنگیزخان خواستار تحویل حاکم اُترار و جبران حادثه شد و سلطان این درخواست را نپذیرفت؛ یکی از فرستادگان مغول کشته و دیگران تحقیر شدند.</w:t>
      </w:r>
    </w:p>
    <w:p w:rsidR="009F3B78" w:rsidRDefault="00987F03" w:rsidP="00077506">
      <w:pPr>
        <w:bidi/>
        <w:ind w:firstLine="720"/>
      </w:pPr>
      <w:r>
        <w:rPr>
          <w:rFonts w:eastAsia="Tahoma"/>
          <w:rtl/>
        </w:rPr>
        <w:t>امتناع سلطان تنها واکنشی از سر غرور نبود. تحویل اینالچق به معنای درهم شکستن شبکهٔ ترکان خاتون و دشمن کردن فرماندهان قنقلی بود که قشون سلطان به آنان وابسته بود. سلطان میان جلوگیری از جنگ خارجی و حفظ تعادل داخلی گرفتار شد و حفظ تعادل داخلی را برگزید. تصمیمی که ظاهراً اقتدار او را در برابر بیگانه نشان می‌داد، در واقع ناتوانی‌اش در مجازات یکی از کارگزاران نیرومند خود را آشکار می‌کرد. حاکمیت بزرگ بود، اما سلطان حتی در مسئله‌ای که سرنوشت همهٔ آن را تعیین می‌کرد اختیار بی‌رقیب نداشت.</w:t>
      </w:r>
    </w:p>
    <w:p w:rsidR="009F3B78" w:rsidRDefault="00987F03" w:rsidP="00077506">
      <w:pPr>
        <w:bidi/>
        <w:ind w:firstLine="720"/>
      </w:pPr>
      <w:r>
        <w:rPr>
          <w:rFonts w:eastAsia="Tahoma"/>
          <w:rtl/>
        </w:rPr>
        <w:t>چنگیزخان در سال ۱۲۱۹ حمله را آغاز کرد. برتری مغولان فقط در شجاعت یا شمار جنگجویان نبود. قشون آنان فرماندهی منظم، تحرک سریع، تقسیم دقیق نیرو، خبرگیری و توان استفاده از مهندسان محاصره داشت. آنان می‌توانستند چند ستون را در فاصله‌های دور حرکت دهند، دشمن را دربارهٔ محل حمله سرگردان کنند و پس از رسیدن به شهر از متخصصان چینی و مردمان مغلوب برای ساخت و به‌کارگیری ابزارهای محاصره سود ببرند. در برابر چنین قشونی، خوارزمشاهیان به فرماندهی واحد و طرحی مشترک نیاز داشتند؛ همان چیزی که ساختمان سیاسی آنان از آن محروم بود.</w:t>
      </w:r>
    </w:p>
    <w:p w:rsidR="009F3B78" w:rsidRDefault="00987F03" w:rsidP="00077506">
      <w:pPr>
        <w:bidi/>
        <w:ind w:firstLine="720"/>
      </w:pPr>
      <w:r>
        <w:rPr>
          <w:rFonts w:eastAsia="Tahoma"/>
          <w:rtl/>
        </w:rPr>
        <w:t>علاءالدین محمد به جای گردآوردن بخش عمدهٔ نیرو در یک قشون میدانی، نیروها را در شهرها و دژهای مختلف پراکنده کرد. دربارهٔ علت این تصمیم نظرهای متفاوتی وجود دارد. وسعت مرزها، اعتماد به استحکامات شهرها، دشواری تدارک قشون بزرگ و احتمالاً بی‌اعتمادی سلطان به امیران قنقلی در آن نقش داشت. هر علت که برتر دانسته شود، نتیجه روشن بود: هر شهر جداگانه با قشون مغول روبه‌رو شد و هیچ فرماندهی مرکزی نتوانست از مقاومت یک شهر برای نجات شهر دیگر استفاده کند.</w:t>
      </w:r>
    </w:p>
    <w:p w:rsidR="009F3B78" w:rsidRDefault="00987F03" w:rsidP="00077506">
      <w:pPr>
        <w:bidi/>
        <w:ind w:firstLine="720"/>
      </w:pPr>
      <w:r>
        <w:rPr>
          <w:rFonts w:eastAsia="Tahoma"/>
          <w:rtl/>
        </w:rPr>
        <w:t>اُترار ماه‌ها مقاومت کرد، اما سقوط آن راه را نبست. چنگیزخان بخشی از نیرو را درگیر محاصره گذاشت و با بخش دیگر از مسیرهایی که انتظار نمی‌رفت به بخارا و سمرقند رسید. شهرهای بزرگ، با وجود جمعیت، دیوار و قشون، یکی پس از دیگری افتادند. مقاومت در برخی نقاط سخت بود، اما پراکنده ماند. حکومت نتوانست نیروی شهرها، روستاها و قشون‌های محلی را در دفاعی مشترک سازمان دهد. آنچه روی نقشه یک امپراتوری بود، در میدان جنگ مجموعه‌ای از جزیره‌های جدا شد.</w:t>
      </w:r>
    </w:p>
    <w:p w:rsidR="009F3B78" w:rsidRDefault="00987F03" w:rsidP="00077506">
      <w:pPr>
        <w:bidi/>
        <w:ind w:firstLine="720"/>
      </w:pPr>
      <w:r>
        <w:rPr>
          <w:rFonts w:eastAsia="Tahoma"/>
          <w:rtl/>
        </w:rPr>
        <w:t>رفتار مغولان با شهرهایی که مقاومت می‌کردند ویرانگر بود. کشتار، اسارت، کوچاندن صنعتگران و ویرانی شبکه‌های آبیاری در بسیاری از مناطق آسیب‌هایی پدید آورد که آثارش سال‌ها و گاه نسل‌ها باقی ماند. اعداد بسیار بزرگی که تاریخ‌نویسان برای کشته‌شدگان بخارا، سمرقند، مرو، نیشابور و شهرهای دیگر نوشته‌اند با ظرفیت جمعیتی آن شهرها همیشه سازگار نیست و نمی‌توان همه را دقیق پذیرفت. اما اغراق احتمالی در عدد، اصل فاجعه را از میان نمی‌برد. گستردگی خرابی و گسست زندگی شهری و کشاورزی واقعیتی بود که حافظهٔ تاریخی ایران را برای سده‌ها شکل داد.</w:t>
      </w:r>
    </w:p>
    <w:p w:rsidR="009F3B78" w:rsidRDefault="00987F03" w:rsidP="00077506">
      <w:pPr>
        <w:bidi/>
        <w:ind w:firstLine="720"/>
      </w:pPr>
      <w:r>
        <w:rPr>
          <w:rFonts w:eastAsia="Tahoma"/>
          <w:rtl/>
        </w:rPr>
        <w:t>علاءالدین محمد به جای قرار گرفتن در رأس مقاومت، از شهری به شهر دیگر عقب نشست. او به خراسان و سپس به غرب ایران رفت و سرانجام در جزیره‌ای در دریای خزر در سال ۱۲۲۰ درگذشت. این فرار را تنها نمی‌توان به ترس شخصی نسبت داد. او قشون واحدی نداشت که بتواند بر آن تکیه کند، به فرماندهانش اعتماد کامل نداشت و هر منطقه پیش از رسیدنش در اندیشهٔ نجات خود بود. اما همین ناتوانی تفاوت حاکم با حاکمیت را نشان داد: کسی که عنوان فرمانروای قلمرویی بزرگ را داشت، در لحظهٔ بحران دستگاهی نداشت که فرمانش را به کنش مشترک تبدیل کند.</w:t>
      </w:r>
    </w:p>
    <w:p w:rsidR="009F3B78" w:rsidRDefault="00987F03" w:rsidP="00077506">
      <w:pPr>
        <w:bidi/>
        <w:ind w:firstLine="720"/>
      </w:pPr>
      <w:r>
        <w:rPr>
          <w:rFonts w:eastAsia="Tahoma"/>
          <w:rtl/>
        </w:rPr>
        <w:t>ترکان خاتون نیز نتوانست شبکهٔ خود را به مقاومت سراسری تبدیل کند. با پیشروی مغولان از خوارزم بیرون رفت و به دژهای مازندران پناه برد، اما پس از محاصره تسلیم شد و به اسارت درآمد. پیش از خروج، شماری از شاهزادگان و گروگان‌های سیاسی در اختیارش کشته شدند؛ اقدامی که نشان می‌داد دستگاه حکومت در حال فروپاشی، به جای ساختن ائتلاف، می‌کوشد امکان قدرت‌گیری رقیبان را از میان ببرد. دو مرکز حکومت که سال‌ها یکدیگر را محدود کرده بودند، در پایان جداگانه فروریختند.</w:t>
      </w:r>
    </w:p>
    <w:p w:rsidR="009F3B78" w:rsidRDefault="00987F03" w:rsidP="00077506">
      <w:pPr>
        <w:bidi/>
        <w:ind w:firstLine="720"/>
      </w:pPr>
      <w:r>
        <w:rPr>
          <w:rFonts w:eastAsia="Tahoma"/>
          <w:rtl/>
        </w:rPr>
        <w:t>جلال‌الدین توانست صورتی دیگر از واکنش را نشان دهد. او پس از مرگ پدر قشونی گرد آورد و در پروان بر نیرویی از مغولان پیروز شد. این پیروزی نشان داد که مقاومت نظامی ممکن بود و قشون مغول شکست‌ناپذیر نبود. اما پس از پیروزی، فرماندهان جلال‌الدین بر سر تقسیم غنیمت اختلاف کردند و بخشی از نیروها او را ترک گفتند. بار دیگر همان ضعف نمایان شد: شجاعت و پیروزی در یک نبرد نمی‌توانست جای ساختمان سیاسی و فرماندهی پایدار را بگیرد.</w:t>
      </w:r>
    </w:p>
    <w:p w:rsidR="009F3B78" w:rsidRDefault="00987F03" w:rsidP="00077506">
      <w:pPr>
        <w:bidi/>
        <w:ind w:firstLine="720"/>
      </w:pPr>
      <w:r>
        <w:rPr>
          <w:rFonts w:eastAsia="Tahoma"/>
          <w:rtl/>
        </w:rPr>
        <w:t>چنگیزخان جلال‌الدین را تا رود سند دنبال کرد. جلال‌الدین در سال ۱۲۲۱ پس از نبردی سخت از رود گذشت و به هند رفت. او بعدها به ایران بازگشت و کوشید در بخش‌های غربی حکومتی تازه بسازد. با مغولان جنگید، بر شهرهایی دست یافت و گاه نیروی قابل توجهی فراهم کرد، اما نتوانست رابطه‌ای پایدار با خلافت، اتابکان، سلجوقیان روم و دیگر قدرت‌های منطقه بسازد. جنگ‌هایش با همسایگان، نیرویی را که می‌توانست در برابر مغولان گرد آید پراکنده کرد. او در سال ۱۲۳۱ در شرایطی آشفته کشته شد و با مرگش کوشش برای بازسازی حکومت خوارزمشاهی پایان یافت.</w:t>
      </w:r>
    </w:p>
    <w:p w:rsidR="009F3B78" w:rsidRDefault="00987F03" w:rsidP="00077506">
      <w:pPr>
        <w:bidi/>
        <w:ind w:firstLine="720"/>
      </w:pPr>
      <w:r>
        <w:rPr>
          <w:rFonts w:eastAsia="Tahoma"/>
          <w:rtl/>
        </w:rPr>
        <w:t>فروپاشی خوارزمشاهیان را نباید چنان توضیح داد که گویی اگر حادثهٔ اُترار رخ نمی‌داد یا سلطان تصمیم نظامی دیگری می‌گرفت، همه‌چیز به آسانی نجات می‌یافت. حادثهٔ اُترار جنگ را شتاب داد و تصمیم پراکندن قشون شکست را آسان‌تر کرد، اما مشکل در ساختمان حکومت عمیق‌تر بود. قلمرو با سرعتی بیشتر از توان جذب و ادارهٔ آن گسترش یافته بود؛ سلطان و ملکهٔ مادر دو مرکز فرمان داشتند؛ امیران قنقلی از شبکهٔ خود اطاعت می‌کردند؛ خلافت با سلطان دشمن بود؛ جانشینی حل نشده بود؛ و شهرها هنگام خطر خود را اجزای دفاعی واحد نمی‌دیدند.</w:t>
      </w:r>
    </w:p>
    <w:p w:rsidR="009F3B78" w:rsidRDefault="00987F03" w:rsidP="00077506">
      <w:pPr>
        <w:bidi/>
        <w:ind w:firstLine="720"/>
      </w:pPr>
      <w:r>
        <w:rPr>
          <w:rFonts w:eastAsia="Tahoma"/>
          <w:rtl/>
        </w:rPr>
        <w:t>در این حکومت، چهار نیروی کشورداری حضور داشتند، اما میانشان تعادل سازنده‌ای برقرار نبود. سلطان عنوان و آرزوی فرمانروایی مطلق داشت، ولی به قشون‌هایی وابسته بود که فرماندهانشان از شبکهٔ ترکان خاتون نیرو می‌گرفتند. دیوان می‌توانست مالیات و فرمان را ثبت کند، اما خود به دو دستگاه تقسیم شده بود و توان مهار قشون را نداشت. دینکاران و خلیفه می‌توانستند حقانیت حکمرانی را تقویت کنند، اما رابطهٔ سلطان با خلافت به دشمنی رسیده بود. هر نیرو می‌کوشید از دیگری استفاده کند، بی‌آنکه نهادی مشترک آنان را به حفظ کشور وادار سازد.</w:t>
      </w:r>
    </w:p>
    <w:p w:rsidR="009F3B78" w:rsidRDefault="00987F03" w:rsidP="00077506">
      <w:pPr>
        <w:bidi/>
        <w:ind w:firstLine="720"/>
      </w:pPr>
      <w:r>
        <w:rPr>
          <w:rFonts w:eastAsia="Tahoma"/>
          <w:rtl/>
        </w:rPr>
        <w:t>خوارزمشاهیان نشان دادند که «حکومت بزرگ» لزوماً «کشور نیرومند» نیست. حکومت می‌تواند با فتح، قلمرو خود را در مدتی کوتاه چند برابر کند، اما کشور زمانی شکل می‌گیرد که مردم و نهادهای مناطق مختلف در شبکه‌ای نسبتاً پایدار از امنیت، مالیات، قانون، راه و فرمان مشترک قرار گیرند. خوارزمشاهیان بخش نخست را انجام دادند و در بخش دوم ناکام ماندند. آنان سرزمین‌های بسیار داشتند، اما رابطهٔ این سرزمین‌ها با مرکز بیشتر بر ترس و حضور قشون استوار بود تا بر نظمی که پس از عقب‌نشینی قشون نیز ادامه یابد.</w:t>
      </w:r>
    </w:p>
    <w:p w:rsidR="009F3B78" w:rsidRDefault="00987F03" w:rsidP="00077506">
      <w:pPr>
        <w:bidi/>
        <w:ind w:firstLine="720"/>
      </w:pPr>
      <w:r>
        <w:rPr>
          <w:rFonts w:eastAsia="Tahoma"/>
          <w:rtl/>
        </w:rPr>
        <w:t>دیوان ایرانی توانسته بود از سقوط ساسانیان، خلافت عرب، حکومت‌های ایرانی، غزنویان و سلجوقیان عبور کند و به هر فاتح تازه زبان اداره و حساب بیاموزد. در دولت خوارزمشاهی نیز همین دیوان قلمرویی پهناور را اداره کرد، اما این بار آشکار شد که دیوان به تنهایی نمی‌تواند کشور را نجات دهد. اگر فرمان سیاسی دوگانه باشد، قشون به شبکه‌های رقیب وابسته بماند و حقانیت حکمرانی در کشمکش با جامعه و خلافت فرسوده شود، دفتر و دبیر تنها فروپاشی را ثبت می‌کنند؛ نمی‌توانند جلوی آن را بگیرند.</w:t>
      </w:r>
    </w:p>
    <w:p w:rsidR="009F3B78" w:rsidRDefault="00987F03" w:rsidP="00077506">
      <w:pPr>
        <w:bidi/>
        <w:ind w:firstLine="720"/>
      </w:pPr>
      <w:r>
        <w:rPr>
          <w:rFonts w:eastAsia="Tahoma"/>
          <w:rtl/>
        </w:rPr>
        <w:t>با سقوط خوارزمشاهیان، دوره‌ای که با ورود فاتحان عرب و تبدیل ایرانیان به مردمانی مغلوب و سپس نومسلمان آغاز شده بود به آستانهٔ دگرگونی دیگری رسید. در طی نزدیک به شش سده، زبان فارسی بازگشته، دیوان ایرانی دوباره مرکز حکومت شده، خاندان‌های ایرانی و ترک در سرزمین ایران فرمان رانده و خلافت از حکومت مستقیم به سرچشمه‌ای برای حقانیت حکمرانی تبدیل شده بود. ایران دیگر سرزمین خاموش پس از قادسیه نبود، اما هنوز حاکمیتی یگانه و نهادی پایدار نداشت که بتواند همهٔ نیروهایش را هنگام خطر گرد آورد.</w:t>
      </w:r>
    </w:p>
    <w:p w:rsidR="009F3B78" w:rsidRDefault="00987F03" w:rsidP="00077506">
      <w:pPr>
        <w:bidi/>
        <w:ind w:firstLine="720"/>
      </w:pPr>
      <w:r>
        <w:rPr>
          <w:rFonts w:eastAsia="Tahoma"/>
          <w:rtl/>
        </w:rPr>
        <w:t>یورش مغول فقط خاندانی را برنینداخت. شهرها، راه‌ها، آبادی‌ها و شبکه‌های انسانی را در مقیاسی ویران کرد که همهٔ نیروهای کشورداری را ناچار به بازسازی کرد. قشون تازه‌ای از بیرون آمد، دیوان بار دیگر در خدمت فاتح قرار گرفت، دینکاران جای خود را در نظم جدید جست‌وجو کردند و مسئلهٔ تبدیل فتح به حکومت از نو پیش روی ایران قرار گرفت. پایان خوارزمشاهیان از این رو پایان داستان نومسلمانان در ایران است و هم‌زمان آغاز آزمونی دیگر: اینکه آیا کشوری که بارها دستگاه فرمانروایان بیگانه را از درون ایرانی کرده بود، می‌توانست این بار نیز از زیر آوار یورش مغول برخیزد.</w:t>
      </w:r>
    </w:p>
    <w:sectPr w:rsidR="009F3B78" w:rsidSect="00034616">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8E7" w:rsidRDefault="000818E7" w:rsidP="00987F03">
      <w:pPr>
        <w:spacing w:line="240" w:lineRule="auto"/>
      </w:pPr>
      <w:r>
        <w:separator/>
      </w:r>
    </w:p>
  </w:endnote>
  <w:endnote w:type="continuationSeparator" w:id="0">
    <w:p w:rsidR="000818E7" w:rsidRDefault="000818E7" w:rsidP="00987F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4434939"/>
      <w:docPartObj>
        <w:docPartGallery w:val="Page Numbers (Bottom of Page)"/>
        <w:docPartUnique/>
      </w:docPartObj>
    </w:sdtPr>
    <w:sdtEndPr>
      <w:rPr>
        <w:noProof/>
      </w:rPr>
    </w:sdtEndPr>
    <w:sdtContent>
      <w:p w:rsidR="00987F03" w:rsidRDefault="00987F03">
        <w:pPr>
          <w:pStyle w:val="Footer"/>
          <w:jc w:val="center"/>
        </w:pPr>
        <w:r>
          <w:fldChar w:fldCharType="begin"/>
        </w:r>
        <w:r>
          <w:instrText xml:space="preserve"> PAGE   \* MERGEFORMAT </w:instrText>
        </w:r>
        <w:r>
          <w:fldChar w:fldCharType="separate"/>
        </w:r>
        <w:r w:rsidR="000818E7">
          <w:rPr>
            <w:noProof/>
          </w:rPr>
          <w:t>1</w:t>
        </w:r>
        <w:r>
          <w:rPr>
            <w:noProof/>
          </w:rPr>
          <w:fldChar w:fldCharType="end"/>
        </w:r>
      </w:p>
    </w:sdtContent>
  </w:sdt>
  <w:p w:rsidR="00987F03" w:rsidRDefault="00987F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8E7" w:rsidRDefault="000818E7" w:rsidP="00987F03">
      <w:pPr>
        <w:spacing w:line="240" w:lineRule="auto"/>
      </w:pPr>
      <w:r>
        <w:separator/>
      </w:r>
    </w:p>
  </w:footnote>
  <w:footnote w:type="continuationSeparator" w:id="0">
    <w:p w:rsidR="000818E7" w:rsidRDefault="000818E7" w:rsidP="00987F0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7506"/>
    <w:rsid w:val="000818E7"/>
    <w:rsid w:val="0015074B"/>
    <w:rsid w:val="00157D55"/>
    <w:rsid w:val="0027311C"/>
    <w:rsid w:val="0029639D"/>
    <w:rsid w:val="00326F90"/>
    <w:rsid w:val="0090486A"/>
    <w:rsid w:val="00987F03"/>
    <w:rsid w:val="009F3B78"/>
    <w:rsid w:val="00A87E92"/>
    <w:rsid w:val="00AA1D8D"/>
    <w:rsid w:val="00B47730"/>
    <w:rsid w:val="00CB0664"/>
    <w:rsid w:val="00DE26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ahoma" w:hAnsi="Tahoma" w:cs="Tahoma"/>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87E92"/>
    <w:rPr>
      <w:color w:val="0000FF" w:themeColor="hyperlink"/>
      <w:u w:val="single"/>
    </w:rPr>
  </w:style>
  <w:style w:type="character" w:styleId="FollowedHyperlink">
    <w:name w:val="FollowedHyperlink"/>
    <w:basedOn w:val="DefaultParagraphFont"/>
    <w:uiPriority w:val="99"/>
    <w:semiHidden/>
    <w:unhideWhenUsed/>
    <w:rsid w:val="00157D5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ahoma" w:hAnsi="Tahoma" w:cs="Tahoma"/>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87E92"/>
    <w:rPr>
      <w:color w:val="0000FF" w:themeColor="hyperlink"/>
      <w:u w:val="single"/>
    </w:rPr>
  </w:style>
  <w:style w:type="character" w:styleId="FollowedHyperlink">
    <w:name w:val="FollowedHyperlink"/>
    <w:basedOn w:val="DefaultParagraphFont"/>
    <w:uiPriority w:val="99"/>
    <w:semiHidden/>
    <w:unhideWhenUsed/>
    <w:rsid w:val="00157D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899D4-B616-48BE-94C5-CEF46CFA1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124</Pages>
  <Words>44096</Words>
  <Characters>251350</Characters>
  <Application>Microsoft Office Word</Application>
  <DocSecurity>0</DocSecurity>
  <Lines>2094</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Esmail</cp:lastModifiedBy>
  <cp:revision>5</cp:revision>
  <dcterms:created xsi:type="dcterms:W3CDTF">2026-08-10T20:32:00Z</dcterms:created>
  <dcterms:modified xsi:type="dcterms:W3CDTF">2026-08-10T21:07:00Z</dcterms:modified>
</cp:coreProperties>
</file>