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824" w:rsidRPr="0005304D" w:rsidRDefault="00D50EAA" w:rsidP="00D50EA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تلاشی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‌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برای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احیای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انسجام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در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شعر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بی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>‌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قرار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امروز</w:t>
      </w:r>
    </w:p>
    <w:p w:rsidR="0005304D" w:rsidRPr="0005304D" w:rsidRDefault="00D50EAA" w:rsidP="0005304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گفت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>‌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وگوئی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با هوشیار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کاتب</w:t>
      </w:r>
      <w:r w:rsidR="007F711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>‌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نسب</w:t>
      </w:r>
    </w:p>
    <w:p w:rsidR="003B6824" w:rsidRPr="0005304D" w:rsidRDefault="00D50EAA" w:rsidP="0005304D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نویسندهٔ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5304D" w:rsidRPr="0005304D">
        <w:rPr>
          <w:rFonts w:asciiTheme="majorBidi" w:hAnsiTheme="majorBidi" w:cstheme="majorBidi"/>
          <w:b/>
          <w:bCs/>
          <w:sz w:val="28"/>
          <w:szCs w:val="28"/>
          <w:rtl/>
        </w:rPr>
        <w:t>مقاله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تحلیلی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دربارهٔ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کتاب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«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معماری</w:t>
      </w:r>
      <w:r w:rsidRPr="0005304D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5304D">
        <w:rPr>
          <w:rFonts w:asciiTheme="majorBidi" w:hAnsiTheme="majorBidi" w:cstheme="majorBidi"/>
          <w:b/>
          <w:bCs/>
          <w:sz w:val="28"/>
          <w:szCs w:val="28"/>
          <w:rtl/>
        </w:rPr>
        <w:t>شعر»</w:t>
      </w:r>
    </w:p>
    <w:p w:rsidR="003B6824" w:rsidRPr="00D50EAA" w:rsidRDefault="003B6824" w:rsidP="00D50EAA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3B6824" w:rsidRPr="00D50EAA" w:rsidRDefault="00D50EAA" w:rsidP="0005304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پرسش: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 </w:t>
      </w:r>
      <w:r w:rsidRPr="00D50EAA">
        <w:rPr>
          <w:rFonts w:ascii="Tahoma" w:hAnsi="Tahoma" w:cs="Tahoma"/>
          <w:rtl/>
        </w:rPr>
        <w:t>آقای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کاتب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نسب،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شما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مقاله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تحلیلی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دربارهٔ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معماری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نوشته اید که در همین شماره بررسی کتاب منتشر می شود</w:t>
      </w:r>
      <w:r w:rsidRPr="00D50EAA">
        <w:rPr>
          <w:rFonts w:ascii="Tahoma" w:hAnsi="Tahoma" w:cs="Tahoma"/>
        </w:rPr>
        <w:t xml:space="preserve">. </w:t>
      </w:r>
      <w:r>
        <w:rPr>
          <w:rFonts w:ascii="Tahoma" w:hAnsi="Tahoma" w:cs="Tahoma" w:hint="cs"/>
          <w:rtl/>
        </w:rPr>
        <w:t xml:space="preserve"> اما به نظر می رسد که آنچ</w:t>
      </w:r>
      <w:r w:rsidR="0005304D">
        <w:rPr>
          <w:rFonts w:ascii="Tahoma" w:hAnsi="Tahoma" w:cs="Tahoma" w:hint="cs"/>
          <w:rtl/>
        </w:rPr>
        <w:t>ه</w:t>
      </w:r>
      <w:r>
        <w:rPr>
          <w:rFonts w:ascii="Tahoma" w:hAnsi="Tahoma" w:cs="Tahoma" w:hint="cs"/>
          <w:rtl/>
        </w:rPr>
        <w:t xml:space="preserve"> نوشته اید شامل</w:t>
      </w:r>
      <w:r w:rsidR="0005304D">
        <w:rPr>
          <w:rFonts w:ascii="Tahoma" w:hAnsi="Tahoma" w:cs="Tahoma" w:hint="cs"/>
          <w:rtl/>
        </w:rPr>
        <w:t xml:space="preserve"> همه</w:t>
      </w:r>
      <w:r>
        <w:rPr>
          <w:rFonts w:ascii="Tahoma" w:hAnsi="Tahoma" w:cs="Tahoma" w:hint="cs"/>
          <w:rtl/>
        </w:rPr>
        <w:t xml:space="preserve"> حرف های شما</w:t>
      </w:r>
      <w:r w:rsidR="0005304D">
        <w:rPr>
          <w:rFonts w:ascii="Tahoma" w:hAnsi="Tahoma" w:cs="Tahoma" w:hint="cs"/>
          <w:rtl/>
        </w:rPr>
        <w:t xml:space="preserve"> و یا پاسخ برخی از پرسش های خواننده</w:t>
      </w:r>
      <w:r w:rsidR="0005304D" w:rsidRPr="00D50EAA">
        <w:rPr>
          <w:rFonts w:ascii="Tahoma" w:hAnsi="Tahoma" w:cs="Tahoma"/>
          <w:rtl/>
        </w:rPr>
        <w:t>ٔ</w:t>
      </w:r>
      <w:r w:rsidR="0005304D"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این کتاب نیست. پس </w:t>
      </w:r>
      <w:r w:rsidR="0005304D">
        <w:rPr>
          <w:rFonts w:ascii="Tahoma" w:hAnsi="Tahoma" w:cs="Tahoma" w:hint="cs"/>
          <w:rtl/>
        </w:rPr>
        <w:t>در این گفتگو بکوشیم به برخی از نکات مغ</w:t>
      </w:r>
      <w:r>
        <w:rPr>
          <w:rFonts w:ascii="Tahoma" w:hAnsi="Tahoma" w:cs="Tahoma" w:hint="cs"/>
          <w:rtl/>
        </w:rPr>
        <w:t xml:space="preserve">فوله در مقاله شما برسیم. </w:t>
      </w:r>
      <w:r w:rsidRPr="00D50EAA">
        <w:rPr>
          <w:rFonts w:ascii="Tahoma" w:hAnsi="Tahoma" w:cs="Tahoma"/>
          <w:rtl/>
        </w:rPr>
        <w:t>اجازه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بدهید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عنوان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شروع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کنیم</w:t>
      </w:r>
      <w:r>
        <w:rPr>
          <w:rFonts w:ascii="Tahoma" w:hAnsi="Tahoma" w:cs="Tahoma" w:hint="cs"/>
          <w:rtl/>
        </w:rPr>
        <w:t xml:space="preserve">.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نظر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شما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چرا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چنین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عنوانی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برای</w:t>
      </w:r>
      <w:r w:rsidRPr="00D50EAA">
        <w:rPr>
          <w:rFonts w:ascii="Tahoma" w:hAnsi="Tahoma" w:cs="Tahoma"/>
        </w:rPr>
        <w:t xml:space="preserve"> </w:t>
      </w:r>
      <w:r w:rsidR="0005304D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برگزیده</w:t>
      </w:r>
      <w:r w:rsidR="0005304D">
        <w:rPr>
          <w:rFonts w:ascii="Tahoma" w:hAnsi="Tahoma" w:cs="Tahoma" w:hint="cs"/>
          <w:rtl/>
        </w:rPr>
        <w:t xml:space="preserve"> شده</w:t>
      </w:r>
      <w:r w:rsidRPr="00D50EAA">
        <w:rPr>
          <w:rFonts w:ascii="Tahoma" w:hAnsi="Tahoma" w:cs="Tahoma"/>
          <w:rtl/>
        </w:rPr>
        <w:t>؟</w:t>
      </w:r>
    </w:p>
    <w:p w:rsidR="003B6824" w:rsidRPr="00D50EAA" w:rsidRDefault="00D50EAA" w:rsidP="0005304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/>
          <w:b/>
          <w:bCs/>
          <w:rtl/>
        </w:rPr>
        <w:t>کاتب</w:t>
      </w:r>
      <w:r w:rsidRPr="00D50EAA">
        <w:rPr>
          <w:rFonts w:ascii="Tahoma" w:hAnsi="Tahoma" w:cs="Tahoma"/>
          <w:b/>
          <w:bCs/>
        </w:rPr>
        <w:t>‌</w:t>
      </w:r>
      <w:r w:rsidRPr="00D50EAA">
        <w:rPr>
          <w:rFonts w:ascii="Tahoma" w:hAnsi="Tahoma" w:cs="Tahoma"/>
          <w:b/>
          <w:bCs/>
          <w:rtl/>
        </w:rPr>
        <w:t>نسب</w:t>
      </w:r>
      <w:r w:rsidRPr="00D50EAA">
        <w:rPr>
          <w:rFonts w:ascii="Tahoma" w:hAnsi="Tahoma" w:cs="Tahoma"/>
          <w:b/>
          <w:bCs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Pr="00D50EAA">
        <w:rPr>
          <w:rFonts w:ascii="Tahoma" w:hAnsi="Tahoma" w:cs="Tahoma"/>
          <w:rtl/>
        </w:rPr>
        <w:t>من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طبیعتاً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نیت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نهایی</w:t>
      </w:r>
      <w:r w:rsidRPr="00D50EAA">
        <w:rPr>
          <w:rFonts w:ascii="Tahoma" w:hAnsi="Tahoma" w:cs="Tahoma"/>
        </w:rPr>
        <w:t xml:space="preserve"> </w:t>
      </w:r>
      <w:r w:rsidR="0005304D">
        <w:rPr>
          <w:rFonts w:ascii="Tahoma" w:hAnsi="Tahoma" w:cs="Tahoma" w:hint="cs"/>
          <w:rtl/>
        </w:rPr>
        <w:t>مؤلفین 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خبرم،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اما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آن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متن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آید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است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عنوان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D50EAA">
        <w:rPr>
          <w:rFonts w:ascii="Tahoma" w:hAnsi="Tahoma" w:cs="Tahoma"/>
          <w:rtl/>
        </w:rPr>
        <w:t>معماری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>
        <w:rPr>
          <w:rFonts w:ascii="Tahoma" w:hAnsi="Tahoma" w:cs="Tahoma" w:hint="cs"/>
          <w:rtl/>
        </w:rPr>
        <w:t>»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کاملاً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محتوای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آن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همخوانی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دارد</w:t>
      </w:r>
      <w:r>
        <w:rPr>
          <w:rFonts w:ascii="Tahoma" w:hAnsi="Tahoma" w:cs="Tahoma" w:hint="cs"/>
          <w:rtl/>
        </w:rPr>
        <w:t xml:space="preserve"> و دکتر نوری علا </w:t>
      </w:r>
      <w:r w:rsidRPr="00D50EAA">
        <w:rPr>
          <w:rFonts w:ascii="Tahoma" w:hAnsi="Tahoma" w:cs="Tahoma"/>
          <w:rtl/>
        </w:rPr>
        <w:t>کوشیده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تلقی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های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رمانتیک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یا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پراکنده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فاصله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بگیرد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همچون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ساختاری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درونی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طراحی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شده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نگاه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کند</w:t>
      </w:r>
      <w:r w:rsidRPr="00D50EAA">
        <w:rPr>
          <w:rFonts w:ascii="Tahoma" w:hAnsi="Tahoma" w:cs="Tahoma"/>
        </w:rPr>
        <w:t xml:space="preserve">.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نگاه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سراسر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حضور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دارد</w:t>
      </w:r>
      <w:r w:rsidRPr="00D50EAA">
        <w:rPr>
          <w:rFonts w:ascii="Tahoma" w:hAnsi="Tahoma" w:cs="Tahoma"/>
        </w:rPr>
        <w:t>.</w:t>
      </w:r>
    </w:p>
    <w:p w:rsidR="003B6824" w:rsidRPr="00D50EAA" w:rsidRDefault="00D50EAA" w:rsidP="00D50EAA">
      <w:pPr>
        <w:bidi/>
        <w:spacing w:after="0" w:line="360" w:lineRule="auto"/>
        <w:ind w:firstLine="720"/>
        <w:rPr>
          <w:rFonts w:ascii="Tahoma" w:hAnsi="Tahoma" w:cs="Tahoma"/>
        </w:rPr>
      </w:pP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فصل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اول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تأکید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شود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همچون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یک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D50EAA">
        <w:rPr>
          <w:rFonts w:ascii="Tahoma" w:hAnsi="Tahoma" w:cs="Tahoma"/>
          <w:rtl/>
        </w:rPr>
        <w:t>نظام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هماهنگ</w:t>
      </w:r>
      <w:r>
        <w:rPr>
          <w:rFonts w:ascii="Tahoma" w:hAnsi="Tahoma" w:cs="Tahoma" w:hint="cs"/>
          <w:rtl/>
        </w:rPr>
        <w:t>»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عمل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کند،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صرفاً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بصورت «</w:t>
      </w:r>
      <w:r w:rsidRPr="00D50EAA">
        <w:rPr>
          <w:rFonts w:ascii="Tahoma" w:hAnsi="Tahoma" w:cs="Tahoma"/>
          <w:rtl/>
        </w:rPr>
        <w:t>انباشت</w:t>
      </w:r>
      <w:r>
        <w:rPr>
          <w:rFonts w:ascii="Tahoma" w:hAnsi="Tahoma" w:cs="Tahoma" w:hint="cs"/>
          <w:rtl/>
        </w:rPr>
        <w:t xml:space="preserve"> مطالبی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/>
          <w:rtl/>
        </w:rPr>
        <w:t>زیب</w:t>
      </w:r>
      <w:r>
        <w:rPr>
          <w:rFonts w:ascii="Tahoma" w:hAnsi="Tahoma" w:cs="Tahoma" w:hint="cs"/>
          <w:rtl/>
        </w:rPr>
        <w:t>ا».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نکته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ویژه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فصل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سوم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 (</w:t>
      </w:r>
      <w:r w:rsidRPr="00D50EAA">
        <w:rPr>
          <w:rFonts w:ascii="Tahoma" w:hAnsi="Tahoma" w:cs="Tahoma"/>
          <w:rtl/>
        </w:rPr>
        <w:t>ص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۴۹</w:t>
      </w:r>
      <w:r>
        <w:rPr>
          <w:rFonts w:ascii="Tahoma" w:hAnsi="Tahoma" w:cs="Tahoma" w:hint="cs"/>
          <w:rtl/>
        </w:rPr>
        <w:t>)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دربارهٔ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تخیل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خلاق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معماری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شده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مطرح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شود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عنوان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نظر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من،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فقط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استعاری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بلکه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جهت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دار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نظری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ست؛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خوبی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جهان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بینی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مؤلف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برابر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امروز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منعکس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کند</w:t>
      </w:r>
      <w:r w:rsidRPr="00D50EAA">
        <w:rPr>
          <w:rFonts w:ascii="Tahoma" w:hAnsi="Tahoma" w:cs="Tahoma"/>
        </w:rPr>
        <w:t>.</w:t>
      </w:r>
    </w:p>
    <w:p w:rsidR="003B6824" w:rsidRPr="00D50EAA" w:rsidRDefault="00D50EAA" w:rsidP="0005304D">
      <w:pPr>
        <w:bidi/>
        <w:spacing w:after="0" w:line="360" w:lineRule="auto"/>
        <w:ind w:firstLine="720"/>
        <w:rPr>
          <w:rFonts w:ascii="Tahoma" w:hAnsi="Tahoma" w:cs="Tahoma"/>
        </w:rPr>
      </w:pP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ویژه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وقتی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توجه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کنیم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D50EAA">
        <w:rPr>
          <w:rFonts w:ascii="Tahoma" w:hAnsi="Tahoma" w:cs="Tahoma"/>
          <w:rtl/>
        </w:rPr>
        <w:t>معماری</w:t>
      </w:r>
      <w:r>
        <w:rPr>
          <w:rFonts w:ascii="Tahoma" w:hAnsi="Tahoma" w:cs="Tahoma" w:hint="cs"/>
          <w:rtl/>
        </w:rPr>
        <w:t>»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اینجا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صرفاً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معنی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ساخت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زبانی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نیست،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بلکه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اشاره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ای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ست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ساختی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چندلایه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: </w:t>
      </w:r>
      <w:r w:rsidRPr="00D50EAA">
        <w:rPr>
          <w:rFonts w:ascii="Tahoma" w:hAnsi="Tahoma" w:cs="Tahoma"/>
          <w:rtl/>
        </w:rPr>
        <w:t>ساخت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جسم،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جان،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روح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لایه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تحلیل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درونی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استفاده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کند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کوشد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نشان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دهد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انسجام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فقط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هماهنگی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سطح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واژه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ها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حاصل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شود،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بلکه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نیازمند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پیوندی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درونی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ریتم،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تخیل،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جهان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بینی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ست</w:t>
      </w:r>
      <w:r w:rsidRPr="00D50EAA">
        <w:rPr>
          <w:rFonts w:ascii="Tahoma" w:hAnsi="Tahoma" w:cs="Tahoma"/>
        </w:rPr>
        <w:t>.</w:t>
      </w:r>
    </w:p>
    <w:p w:rsidR="003B6824" w:rsidRPr="00D50EAA" w:rsidRDefault="003B6824" w:rsidP="00D50EAA">
      <w:pPr>
        <w:bidi/>
        <w:spacing w:after="0" w:line="360" w:lineRule="auto"/>
        <w:rPr>
          <w:rFonts w:ascii="Tahoma" w:hAnsi="Tahoma" w:cs="Tahoma"/>
        </w:rPr>
      </w:pPr>
    </w:p>
    <w:p w:rsidR="003B6824" w:rsidRPr="00D50EAA" w:rsidRDefault="00D50EAA" w:rsidP="00D50EAA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پرسش: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مقاله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تان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اشاره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کرده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اید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معماری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کوششی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ست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بازاندیشی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بنیادین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خود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سخن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بلندپروازانه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نظر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رسد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چگونه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پس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چنین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ادعایی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برمی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آید؟</w:t>
      </w:r>
    </w:p>
    <w:p w:rsidR="003B6824" w:rsidRPr="00D50EAA" w:rsidRDefault="00D50EAA" w:rsidP="0005304D">
      <w:pPr>
        <w:bidi/>
        <w:spacing w:after="0" w:line="360" w:lineRule="auto"/>
        <w:rPr>
          <w:rFonts w:ascii="Tahoma" w:hAnsi="Tahoma" w:cs="Tahoma"/>
          <w:b/>
          <w:bCs/>
        </w:rPr>
      </w:pPr>
      <w:r w:rsidRPr="00D50EAA">
        <w:rPr>
          <w:rFonts w:ascii="Tahoma" w:hAnsi="Tahoma" w:cs="Tahoma"/>
          <w:b/>
          <w:bCs/>
          <w:rtl/>
        </w:rPr>
        <w:t>کاتب</w:t>
      </w:r>
      <w:r w:rsidRPr="00D50EAA">
        <w:rPr>
          <w:rFonts w:ascii="Tahoma" w:hAnsi="Tahoma" w:cs="Tahoma"/>
          <w:b/>
          <w:bCs/>
        </w:rPr>
        <w:t>‌</w:t>
      </w:r>
      <w:r w:rsidRPr="00D50EAA">
        <w:rPr>
          <w:rFonts w:ascii="Tahoma" w:hAnsi="Tahoma" w:cs="Tahoma"/>
          <w:b/>
          <w:bCs/>
          <w:rtl/>
        </w:rPr>
        <w:t>نسب</w:t>
      </w:r>
      <w:r w:rsidRPr="00D50EAA">
        <w:rPr>
          <w:rFonts w:ascii="Tahoma" w:hAnsi="Tahoma" w:cs="Tahoma"/>
          <w:b/>
          <w:bCs/>
        </w:rPr>
        <w:t>:</w:t>
      </w:r>
      <w:r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D50EAA">
        <w:rPr>
          <w:rFonts w:ascii="Tahoma" w:hAnsi="Tahoma" w:cs="Tahoma"/>
          <w:rtl/>
        </w:rPr>
        <w:t>بله،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ادعا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سنگین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است؛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اما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جنس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ادعا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نیست،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از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جنس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تأمل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="0005304D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روشی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تدریجی،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گاه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حتی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شبیه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تحلیل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معماری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بناها،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تلاش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کند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نشان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دهد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بدون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ساخت،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دوام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آورد</w:t>
      </w:r>
      <w:r w:rsidRPr="00D50EAA">
        <w:rPr>
          <w:rFonts w:ascii="Tahoma" w:hAnsi="Tahoma" w:cs="Tahoma"/>
        </w:rPr>
        <w:t>—</w:t>
      </w:r>
      <w:r w:rsidRPr="00D50EAA">
        <w:rPr>
          <w:rFonts w:ascii="Tahoma" w:hAnsi="Tahoma" w:cs="Tahoma"/>
          <w:rtl/>
        </w:rPr>
        <w:t>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ساخت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سطح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فرم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باشد،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عمق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تجربه</w:t>
      </w:r>
      <w:r w:rsidRPr="00D50EAA">
        <w:rPr>
          <w:rFonts w:ascii="Tahoma" w:hAnsi="Tahoma" w:cs="Tahoma"/>
        </w:rPr>
        <w:t>.</w:t>
      </w:r>
    </w:p>
    <w:p w:rsidR="003B6824" w:rsidRDefault="00D50EAA" w:rsidP="00D50EA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D50EAA">
        <w:rPr>
          <w:rFonts w:ascii="Tahoma" w:hAnsi="Tahoma" w:cs="Tahoma"/>
          <w:rtl/>
        </w:rPr>
        <w:t>او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بارها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تفکیک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میان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مثابه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انفجار</w:t>
      </w:r>
      <w:r>
        <w:rPr>
          <w:rFonts w:ascii="Tahoma" w:hAnsi="Tahoma" w:cs="Tahoma" w:hint="cs"/>
          <w:rtl/>
        </w:rPr>
        <w:t>»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مثابه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طراحی</w:t>
      </w:r>
      <w:r>
        <w:rPr>
          <w:rFonts w:ascii="Tahoma" w:hAnsi="Tahoma" w:cs="Tahoma" w:hint="cs"/>
          <w:rtl/>
        </w:rPr>
        <w:t>»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بازمی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گردد</w:t>
      </w:r>
      <w:r>
        <w:rPr>
          <w:rFonts w:ascii="Tahoma" w:hAnsi="Tahoma" w:cs="Tahoma" w:hint="cs"/>
          <w:rtl/>
        </w:rPr>
        <w:t>.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واژه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ها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کتاب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مصالح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اند،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اما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آن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چه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مهم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تر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/>
          <w:rtl/>
        </w:rPr>
        <w:t>است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نقشه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ای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ست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باید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مصالح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آن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جای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بگیرند</w:t>
      </w:r>
      <w:r w:rsidRPr="00D50EAA">
        <w:rPr>
          <w:rFonts w:ascii="Tahoma" w:hAnsi="Tahoma" w:cs="Tahoma"/>
        </w:rPr>
        <w:t xml:space="preserve">. </w:t>
      </w:r>
      <w:r w:rsidRPr="00D50EAA">
        <w:rPr>
          <w:rFonts w:ascii="Tahoma" w:hAnsi="Tahoma" w:cs="Tahoma"/>
          <w:rtl/>
        </w:rPr>
        <w:t>این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نگاه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در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فصل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های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مرتبط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با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فرم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و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تجربهٔ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کارگاهی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شعر</w:t>
      </w:r>
      <w:r w:rsidRPr="00D50EAA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D50EAA">
        <w:rPr>
          <w:rFonts w:ascii="Tahoma" w:hAnsi="Tahoma" w:cs="Tahoma"/>
          <w:rtl/>
        </w:rPr>
        <w:t>صص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۵۹</w:t>
      </w:r>
      <w:r w:rsidRPr="00D50EAA">
        <w:rPr>
          <w:rFonts w:ascii="Tahoma" w:hAnsi="Tahoma" w:cs="Tahoma"/>
        </w:rPr>
        <w:t>–</w:t>
      </w:r>
      <w:r w:rsidRPr="00D50EAA">
        <w:rPr>
          <w:rFonts w:ascii="Tahoma" w:hAnsi="Tahoma" w:cs="Tahoma"/>
          <w:rtl/>
        </w:rPr>
        <w:t>۶۹</w:t>
      </w:r>
      <w:r>
        <w:rPr>
          <w:rFonts w:ascii="Tahoma" w:hAnsi="Tahoma" w:cs="Tahoma" w:hint="cs"/>
          <w:rtl/>
        </w:rPr>
        <w:t xml:space="preserve">) </w:t>
      </w:r>
      <w:r w:rsidRPr="00D50EAA">
        <w:rPr>
          <w:rFonts w:ascii="Tahoma" w:hAnsi="Tahoma" w:cs="Tahoma"/>
          <w:rtl/>
        </w:rPr>
        <w:t>برجسته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تر</w:t>
      </w:r>
      <w:r w:rsidRPr="00D50EAA">
        <w:rPr>
          <w:rFonts w:ascii="Tahoma" w:hAnsi="Tahoma" w:cs="Tahoma"/>
        </w:rPr>
        <w:t xml:space="preserve"> </w:t>
      </w:r>
      <w:r w:rsidRPr="00D50EAA">
        <w:rPr>
          <w:rFonts w:ascii="Tahoma" w:hAnsi="Tahoma" w:cs="Tahoma"/>
          <w:rtl/>
        </w:rPr>
        <w:t>می</w:t>
      </w:r>
      <w:r w:rsidRPr="00D50EAA">
        <w:rPr>
          <w:rFonts w:ascii="Tahoma" w:hAnsi="Tahoma" w:cs="Tahoma"/>
        </w:rPr>
        <w:t>‌</w:t>
      </w:r>
      <w:r w:rsidRPr="00D50EAA">
        <w:rPr>
          <w:rFonts w:ascii="Tahoma" w:hAnsi="Tahoma" w:cs="Tahoma"/>
          <w:rtl/>
        </w:rPr>
        <w:t>شود</w:t>
      </w:r>
      <w:r w:rsidRPr="00D50EAA">
        <w:rPr>
          <w:rFonts w:ascii="Tahoma" w:hAnsi="Tahoma" w:cs="Tahoma"/>
        </w:rPr>
        <w:t>.</w:t>
      </w:r>
    </w:p>
    <w:p w:rsidR="00D50EAA" w:rsidRDefault="00D50EAA" w:rsidP="00D50EA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D50EAA" w:rsidRPr="005B3D2D" w:rsidRDefault="00D50EAA" w:rsidP="0005304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lastRenderedPageBreak/>
        <w:t>پرسش:</w:t>
      </w:r>
      <w:r w:rsidRPr="00D50EAA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مقدمهٔ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دکتر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سعید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محمدحسنی</w:t>
      </w:r>
      <w:r w:rsidR="0005304D">
        <w:rPr>
          <w:rFonts w:ascii="Tahoma" w:hAnsi="Tahoma" w:cs="Tahoma" w:hint="cs"/>
          <w:rtl/>
        </w:rPr>
        <w:t>، که خود شاعر و منت</w:t>
      </w:r>
      <w:r w:rsidR="007777F4">
        <w:rPr>
          <w:rFonts w:ascii="Tahoma" w:hAnsi="Tahoma" w:cs="Tahoma" w:hint="cs"/>
          <w:rtl/>
        </w:rPr>
        <w:t>قد شعر است و اخیراً کتاب مفصلی به نا</w:t>
      </w:r>
      <w:r w:rsidR="0005304D">
        <w:rPr>
          <w:rFonts w:ascii="Tahoma" w:hAnsi="Tahoma" w:cs="Tahoma" w:hint="cs"/>
          <w:rtl/>
        </w:rPr>
        <w:t>م «موازنه»در مورد شعر معاصر ایران منتشر کرده،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مدعی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غیبت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طولانی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 w:rsidRPr="005B3D2D">
        <w:rPr>
          <w:rFonts w:ascii="Tahoma" w:hAnsi="Tahoma" w:cs="Tahoma"/>
          <w:rtl/>
        </w:rPr>
        <w:t>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دلایل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آشفتگی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مدرن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فارسی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بوده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 xml:space="preserve">. </w:t>
      </w:r>
      <w:r w:rsidRPr="005B3D2D">
        <w:rPr>
          <w:rFonts w:ascii="Tahoma" w:hAnsi="Tahoma" w:cs="Tahoma"/>
          <w:rtl/>
        </w:rPr>
        <w:t>آیا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مبالغه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آمیز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دانید؟</w:t>
      </w:r>
    </w:p>
    <w:p w:rsidR="00D50EAA" w:rsidRPr="00D50EAA" w:rsidRDefault="00D50EAA" w:rsidP="00D50EAA">
      <w:pPr>
        <w:bidi/>
        <w:spacing w:after="0" w:line="360" w:lineRule="auto"/>
        <w:rPr>
          <w:rFonts w:ascii="Tahoma" w:hAnsi="Tahoma" w:cs="Tahoma"/>
          <w:b/>
          <w:bCs/>
        </w:rPr>
      </w:pPr>
      <w:r w:rsidRPr="00D50EAA">
        <w:rPr>
          <w:rFonts w:ascii="Tahoma" w:hAnsi="Tahoma" w:cs="Tahoma"/>
          <w:b/>
          <w:bCs/>
          <w:rtl/>
        </w:rPr>
        <w:t>کاتب</w:t>
      </w:r>
      <w:r w:rsidRPr="00D50EAA">
        <w:rPr>
          <w:rFonts w:ascii="Tahoma" w:hAnsi="Tahoma" w:cs="Tahoma"/>
          <w:b/>
          <w:bCs/>
        </w:rPr>
        <w:t>‌</w:t>
      </w:r>
      <w:r w:rsidRPr="00D50EAA">
        <w:rPr>
          <w:rFonts w:ascii="Tahoma" w:hAnsi="Tahoma" w:cs="Tahoma"/>
          <w:b/>
          <w:bCs/>
          <w:rtl/>
        </w:rPr>
        <w:t>نسب</w:t>
      </w:r>
      <w:r w:rsidRPr="00D50EAA">
        <w:rPr>
          <w:rFonts w:ascii="Tahoma" w:hAnsi="Tahoma" w:cs="Tahoma"/>
          <w:b/>
          <w:bCs/>
        </w:rPr>
        <w:t>:</w:t>
      </w:r>
      <w:r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5B3D2D">
        <w:rPr>
          <w:rFonts w:ascii="Tahoma" w:hAnsi="Tahoma" w:cs="Tahoma"/>
          <w:rtl/>
        </w:rPr>
        <w:t>صراحت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دکتر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محمدحسنی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مقدمه</w:t>
      </w:r>
      <w:r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صص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۱۶</w:t>
      </w:r>
      <w:r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چشم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گیر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 xml:space="preserve">. </w:t>
      </w:r>
      <w:r w:rsidRPr="005B3D2D">
        <w:rPr>
          <w:rFonts w:ascii="Tahoma" w:hAnsi="Tahoma" w:cs="Tahoma"/>
          <w:rtl/>
        </w:rPr>
        <w:t>او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فقط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غیبت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فرد،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غیبت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دستگاه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فکری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سخن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گوید</w:t>
      </w:r>
      <w:r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مقدمه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واقع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نقشهٔ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بحران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>—</w:t>
      </w:r>
      <w:r>
        <w:rPr>
          <w:rFonts w:ascii="Tahoma" w:hAnsi="Tahoma" w:cs="Tahoma" w:hint="cs"/>
          <w:rtl/>
        </w:rPr>
        <w:t xml:space="preserve">  </w:t>
      </w:r>
      <w:r w:rsidRPr="005B3D2D">
        <w:rPr>
          <w:rFonts w:ascii="Tahoma" w:hAnsi="Tahoma" w:cs="Tahoma"/>
          <w:rtl/>
        </w:rPr>
        <w:t>نشان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دهد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فارسی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چگونه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گفتمان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معماری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گسست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تصادف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رانده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>.</w:t>
      </w:r>
    </w:p>
    <w:p w:rsidR="00D50EAA" w:rsidRPr="005B3D2D" w:rsidRDefault="008508AD" w:rsidP="008508A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دکتر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محمدحسنی</w:t>
      </w:r>
      <w:r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صفحهٔ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۱۵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می گوید</w:t>
      </w:r>
      <w:r w:rsidR="00D50EAA" w:rsidRPr="005B3D2D">
        <w:rPr>
          <w:rFonts w:ascii="Tahoma" w:hAnsi="Tahoma" w:cs="Tahoma"/>
        </w:rPr>
        <w:t>:</w:t>
      </w:r>
      <w:r>
        <w:rPr>
          <w:rFonts w:ascii="Tahoma" w:hAnsi="Tahoma" w:cs="Tahoma" w:hint="cs"/>
          <w:rtl/>
          <w:lang w:bidi="fa-IR"/>
        </w:rPr>
        <w:t xml:space="preserve"> «</w:t>
      </w:r>
      <w:r w:rsidR="00D50EAA" w:rsidRPr="005B3D2D">
        <w:rPr>
          <w:rFonts w:ascii="Tahoma" w:hAnsi="Tahoma" w:cs="Tahoma"/>
          <w:rtl/>
        </w:rPr>
        <w:t>غیاب</w:t>
      </w:r>
      <w:r>
        <w:rPr>
          <w:rFonts w:ascii="Tahoma" w:hAnsi="Tahoma" w:cs="Tahoma" w:hint="cs"/>
          <w:rtl/>
        </w:rPr>
        <w:t>(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یک) </w:t>
      </w:r>
      <w:r w:rsidR="00D50EAA" w:rsidRPr="005B3D2D">
        <w:rPr>
          <w:rFonts w:ascii="Tahoma" w:hAnsi="Tahoma" w:cs="Tahoma"/>
          <w:rtl/>
        </w:rPr>
        <w:t>دستگاه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منظم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ذهنی،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باعث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جریان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هایی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ظاهر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اما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بدون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بنیان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نظری،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رواج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برسند</w:t>
      </w:r>
      <w:r>
        <w:rPr>
          <w:rFonts w:ascii="Tahoma" w:hAnsi="Tahoma" w:cs="Tahoma" w:hint="cs"/>
          <w:rtl/>
        </w:rPr>
        <w:t xml:space="preserve">...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خسرانی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بود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مدرن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فارسی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پرداخت</w:t>
      </w:r>
      <w:r>
        <w:rPr>
          <w:rFonts w:ascii="Tahoma" w:hAnsi="Tahoma" w:cs="Tahoma" w:hint="cs"/>
          <w:rtl/>
        </w:rPr>
        <w:t>».</w:t>
      </w:r>
    </w:p>
    <w:p w:rsidR="00D50EAA" w:rsidRPr="005B3D2D" w:rsidRDefault="00D50EAA" w:rsidP="008508A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آیا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گزاره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قطعی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ست؟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شاید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شک،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شجاعانه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قابل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بحث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ارزشمند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8508AD" w:rsidP="008508A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شما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شاعران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توصیه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کنید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بیشتر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منتقدان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پژوهشگران؟</w:t>
      </w:r>
    </w:p>
    <w:p w:rsidR="00D50EAA" w:rsidRPr="008508AD" w:rsidRDefault="00D50EAA" w:rsidP="008508AD">
      <w:pPr>
        <w:bidi/>
        <w:spacing w:after="0" w:line="360" w:lineRule="auto"/>
        <w:rPr>
          <w:rFonts w:ascii="Tahoma" w:hAnsi="Tahoma" w:cs="Tahoma"/>
          <w:b/>
          <w:bCs/>
        </w:rPr>
      </w:pPr>
      <w:r w:rsidRPr="008508AD">
        <w:rPr>
          <w:rFonts w:ascii="Tahoma" w:hAnsi="Tahoma" w:cs="Tahoma"/>
          <w:b/>
          <w:bCs/>
          <w:rtl/>
        </w:rPr>
        <w:t>کاتب</w:t>
      </w:r>
      <w:r w:rsidRPr="008508AD">
        <w:rPr>
          <w:rFonts w:ascii="Tahoma" w:hAnsi="Tahoma" w:cs="Tahoma"/>
          <w:b/>
          <w:bCs/>
        </w:rPr>
        <w:t>‌</w:t>
      </w:r>
      <w:r w:rsidRPr="008508AD">
        <w:rPr>
          <w:rFonts w:ascii="Tahoma" w:hAnsi="Tahoma" w:cs="Tahoma"/>
          <w:b/>
          <w:bCs/>
          <w:rtl/>
        </w:rPr>
        <w:t>نسب</w:t>
      </w:r>
      <w:r w:rsidR="008508AD">
        <w:rPr>
          <w:rFonts w:ascii="Tahoma" w:hAnsi="Tahoma" w:cs="Tahoma"/>
          <w:b/>
          <w:bCs/>
        </w:rPr>
        <w:t>:</w:t>
      </w:r>
      <w:r w:rsidR="008508AD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شاعری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کار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جدی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نگاه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تواند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آینه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باشد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آینه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تقلید،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بازاندیشی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منتقدان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خواهند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چون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="008508AD">
        <w:rPr>
          <w:rFonts w:ascii="Tahoma" w:hAnsi="Tahoma" w:cs="Tahoma" w:hint="cs"/>
          <w:rtl/>
        </w:rPr>
        <w:t>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تقابل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نظریه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های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وارداتی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ریشه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نیست؛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خودِ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تجربهٔ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فارسی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برآمده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8508AD">
      <w:pPr>
        <w:bidi/>
        <w:spacing w:after="0" w:line="360" w:lineRule="auto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البته،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خواننده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دنبال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لذت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پرسش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شاید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رابطهٔ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راحتی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نداشته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باشد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البته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اشکالی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ندارد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شعرها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قرار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معماری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شوند؛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خواسته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باشیم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فروپاشی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شعریت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سخن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بگوییم،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چاره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توجه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ساخت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نداریم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8508AD" w:rsidP="0005304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>
        <w:rPr>
          <w:rFonts w:ascii="Tahoma" w:hAnsi="Tahoma" w:cs="Tahoma" w:hint="cs"/>
          <w:rtl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بخش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هایی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فقط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مثابه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ساخت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زبانی،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بلکه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همچون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پدیده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لایه</w:t>
      </w:r>
      <w:r>
        <w:rPr>
          <w:rFonts w:ascii="Tahoma" w:hAnsi="Tahoma" w:cs="Tahoma" w:hint="cs"/>
          <w:rtl/>
        </w:rPr>
        <w:t xml:space="preserve"> </w:t>
      </w:r>
      <w:r w:rsidR="00D50EAA" w:rsidRPr="005B3D2D">
        <w:rPr>
          <w:rFonts w:ascii="Tahoma" w:hAnsi="Tahoma" w:cs="Tahoma"/>
        </w:rPr>
        <w:t>—</w:t>
      </w:r>
      <w:r>
        <w:rPr>
          <w:rFonts w:ascii="Tahoma" w:hAnsi="Tahoma" w:cs="Tahoma" w:hint="cs"/>
          <w:rtl/>
        </w:rPr>
        <w:t xml:space="preserve"> </w:t>
      </w:r>
      <w:r w:rsidR="00D50EAA" w:rsidRPr="005B3D2D">
        <w:rPr>
          <w:rFonts w:ascii="Tahoma" w:hAnsi="Tahoma" w:cs="Tahoma"/>
          <w:rtl/>
        </w:rPr>
        <w:t>جسم،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جان،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روح</w:t>
      </w:r>
      <w:r w:rsidR="00D50EAA" w:rsidRPr="005B3D2D">
        <w:rPr>
          <w:rFonts w:ascii="Tahoma" w:hAnsi="Tahoma" w:cs="Tahoma"/>
        </w:rPr>
        <w:t>—</w:t>
      </w:r>
      <w:r>
        <w:rPr>
          <w:rFonts w:ascii="Tahoma" w:hAnsi="Tahoma" w:cs="Tahoma" w:hint="cs"/>
          <w:rtl/>
        </w:rPr>
        <w:t xml:space="preserve"> </w:t>
      </w:r>
      <w:r w:rsidR="00D50EAA" w:rsidRPr="005B3D2D">
        <w:rPr>
          <w:rFonts w:ascii="Tahoma" w:hAnsi="Tahoma" w:cs="Tahoma"/>
          <w:rtl/>
        </w:rPr>
        <w:t>مطالعه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کند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تفکیک،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جنبه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صرفاً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استعاری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دارد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بنیانی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نظری؟</w:t>
      </w:r>
    </w:p>
    <w:p w:rsidR="00D50EAA" w:rsidRPr="005B3D2D" w:rsidRDefault="008508AD" w:rsidP="008508AD">
      <w:pPr>
        <w:bidi/>
        <w:spacing w:after="0" w:line="360" w:lineRule="auto"/>
        <w:rPr>
          <w:rFonts w:ascii="Tahoma" w:hAnsi="Tahoma" w:cs="Tahoma"/>
        </w:rPr>
      </w:pPr>
      <w:r w:rsidRPr="008508AD">
        <w:rPr>
          <w:rFonts w:ascii="Tahoma" w:hAnsi="Tahoma" w:cs="Tahoma"/>
          <w:b/>
          <w:bCs/>
          <w:rtl/>
        </w:rPr>
        <w:t>کاتب</w:t>
      </w:r>
      <w:r w:rsidRPr="008508AD">
        <w:rPr>
          <w:rFonts w:ascii="Tahoma" w:hAnsi="Tahoma" w:cs="Tahoma"/>
          <w:b/>
          <w:bCs/>
        </w:rPr>
        <w:t>‌</w:t>
      </w:r>
      <w:r w:rsidRPr="008508AD">
        <w:rPr>
          <w:rFonts w:ascii="Tahoma" w:hAnsi="Tahoma" w:cs="Tahoma"/>
          <w:b/>
          <w:bCs/>
          <w:rtl/>
        </w:rPr>
        <w:t>نسب</w:t>
      </w:r>
      <w:r>
        <w:rPr>
          <w:rFonts w:ascii="Tahoma" w:hAnsi="Tahoma" w:cs="Tahoma" w:hint="cs"/>
          <w:rtl/>
          <w:lang w:bidi="fa-IR"/>
        </w:rPr>
        <w:t xml:space="preserve">: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گمان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من،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یکی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نقاط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قوت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نظری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نو</w:t>
      </w:r>
      <w:r>
        <w:rPr>
          <w:rFonts w:ascii="Tahoma" w:hAnsi="Tahoma" w:cs="Tahoma" w:hint="cs"/>
          <w:rtl/>
        </w:rPr>
        <w:t>دی علا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خواهد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فقط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دربارهٔ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="00D50EAA" w:rsidRPr="005B3D2D">
        <w:rPr>
          <w:rFonts w:ascii="Tahoma" w:hAnsi="Tahoma" w:cs="Tahoma"/>
          <w:rtl/>
        </w:rPr>
        <w:t>ساخت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حرف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بزند،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بلکه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دربارهٔ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وجود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فکر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کند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تقسیم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 xml:space="preserve">یک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حوزهٔ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جسم،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روح،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فقط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زیبایی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شناسانه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شاعرانه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نیست؛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یک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مدل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نظری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ست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تحلیل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>.</w:t>
      </w:r>
    </w:p>
    <w:p w:rsidR="00D50EAA" w:rsidRPr="005B3D2D" w:rsidRDefault="00D50EAA" w:rsidP="008508AD">
      <w:pPr>
        <w:bidi/>
        <w:spacing w:after="0" w:line="360" w:lineRule="auto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فصل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هشتم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ص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۹۳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بعد</w:t>
      </w:r>
      <w:r w:rsidR="008508AD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نشان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دهد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سالم،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سطح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دارای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تناسب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آهنگی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باشد</w:t>
      </w:r>
      <w:r w:rsidRPr="005B3D2D">
        <w:rPr>
          <w:rFonts w:ascii="Tahoma" w:hAnsi="Tahoma" w:cs="Tahoma"/>
        </w:rPr>
        <w:t xml:space="preserve">. 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جسم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یعنی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نحو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آهنگ</w:t>
      </w:r>
      <w:r w:rsidR="008508AD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تصویر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عاطفه</w:t>
      </w:r>
      <w:r w:rsidR="008508AD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ربط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روح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نظام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معنایی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چشم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انداز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هستی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شناسانه</w:t>
      </w:r>
      <w:r w:rsidR="008508AD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تضاد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باشند،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دچار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اختلال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شود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8508A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من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نگاه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بسیار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ثمربخش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دیدم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8508AD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فقط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نقد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شاعران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نیز،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چون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کمک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شعرشان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درون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بسنجند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8508AD" w:rsidP="008508A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>
        <w:rPr>
          <w:rFonts w:ascii="Tahoma" w:hAnsi="Tahoma" w:cs="Tahoma" w:hint="cs"/>
          <w:rtl/>
        </w:rPr>
        <w:t>:</w:t>
      </w:r>
      <w:r>
        <w:rPr>
          <w:rFonts w:ascii="Tahoma" w:hAnsi="Tahoma" w:cs="Tahoma" w:hint="cs"/>
          <w:rtl/>
          <w:lang w:bidi="fa-IR"/>
        </w:rPr>
        <w:t xml:space="preserve"> </w:t>
      </w:r>
      <w:r w:rsidR="00D50EAA" w:rsidRPr="005B3D2D">
        <w:rPr>
          <w:rFonts w:ascii="Tahoma" w:hAnsi="Tahoma" w:cs="Tahoma"/>
          <w:rtl/>
        </w:rPr>
        <w:t>یکی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بحث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برانگیزترین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بخش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های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آغاز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جایی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نو</w:t>
      </w:r>
      <w:r>
        <w:rPr>
          <w:rFonts w:ascii="Tahoma" w:hAnsi="Tahoma" w:cs="Tahoma" w:hint="cs"/>
          <w:rtl/>
        </w:rPr>
        <w:t>ری علا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صراحتاً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گوید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/>
          <w:rtl/>
        </w:rPr>
        <w:t>شع</w:t>
      </w:r>
      <w:r>
        <w:rPr>
          <w:rFonts w:ascii="Tahoma" w:hAnsi="Tahoma" w:cs="Tahoma" w:hint="cs"/>
          <w:rtl/>
        </w:rPr>
        <w:t>ر «</w:t>
      </w:r>
      <w:r w:rsidR="00D50EAA" w:rsidRPr="005B3D2D">
        <w:rPr>
          <w:rFonts w:ascii="Tahoma" w:hAnsi="Tahoma" w:cs="Tahoma"/>
          <w:rtl/>
        </w:rPr>
        <w:t>هنر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کلامی</w:t>
      </w:r>
      <w:r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نیست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ادبیات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جدا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سازد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شما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دیدگاه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چگونه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ارزیابی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کنید؟</w:t>
      </w:r>
    </w:p>
    <w:p w:rsidR="00D50EAA" w:rsidRPr="005B3D2D" w:rsidRDefault="008508AD" w:rsidP="008508AD">
      <w:pPr>
        <w:bidi/>
        <w:spacing w:after="0" w:line="360" w:lineRule="auto"/>
        <w:rPr>
          <w:rFonts w:ascii="Tahoma" w:hAnsi="Tahoma" w:cs="Tahoma"/>
        </w:rPr>
      </w:pPr>
      <w:r w:rsidRPr="008508AD">
        <w:rPr>
          <w:rFonts w:ascii="Tahoma" w:hAnsi="Tahoma" w:cs="Tahoma"/>
          <w:b/>
          <w:bCs/>
          <w:rtl/>
        </w:rPr>
        <w:t>هوشیار</w:t>
      </w:r>
      <w:r w:rsidRPr="008508AD">
        <w:rPr>
          <w:rFonts w:ascii="Tahoma" w:hAnsi="Tahoma" w:cs="Tahoma"/>
          <w:b/>
          <w:bCs/>
        </w:rPr>
        <w:t xml:space="preserve"> </w:t>
      </w:r>
      <w:r w:rsidRPr="008508AD">
        <w:rPr>
          <w:rFonts w:ascii="Tahoma" w:hAnsi="Tahoma" w:cs="Tahoma"/>
          <w:b/>
          <w:bCs/>
          <w:rtl/>
        </w:rPr>
        <w:t>کاتب</w:t>
      </w:r>
      <w:r w:rsidRPr="008508AD">
        <w:rPr>
          <w:rFonts w:ascii="Tahoma" w:hAnsi="Tahoma" w:cs="Tahoma"/>
          <w:b/>
          <w:bCs/>
        </w:rPr>
        <w:t>‌</w:t>
      </w:r>
      <w:r w:rsidRPr="008508AD">
        <w:rPr>
          <w:rFonts w:ascii="Tahoma" w:hAnsi="Tahoma" w:cs="Tahoma"/>
          <w:b/>
          <w:bCs/>
          <w:rtl/>
        </w:rPr>
        <w:t>نسب</w:t>
      </w:r>
      <w:r>
        <w:rPr>
          <w:rFonts w:ascii="Tahoma" w:hAnsi="Tahoma" w:cs="Tahoma" w:hint="cs"/>
          <w:rtl/>
          <w:lang w:bidi="fa-IR"/>
        </w:rPr>
        <w:t xml:space="preserve">: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شاید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چالش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برانگیزترین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رادیکال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ترین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ادعای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باشد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05304D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>
        <w:rPr>
          <w:rFonts w:ascii="Tahoma" w:hAnsi="Tahoma" w:cs="Tahoma" w:hint="cs"/>
          <w:rtl/>
        </w:rPr>
        <w:t>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فصل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اول،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وارد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گفت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وگویی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انتقادی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دکتر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سعید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محمدحسنی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شود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اساس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پیش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فرض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چالش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کشد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که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="00D50EAA" w:rsidRPr="005B3D2D">
        <w:rPr>
          <w:rFonts w:ascii="Tahoma" w:hAnsi="Tahoma" w:cs="Tahoma"/>
          <w:rtl/>
        </w:rPr>
        <w:t>هنری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کلامی</w:t>
      </w:r>
      <w:r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ست</w:t>
      </w:r>
      <w:r w:rsidR="00D50EAA" w:rsidRPr="005B3D2D">
        <w:rPr>
          <w:rFonts w:ascii="Tahoma" w:hAnsi="Tahoma" w:cs="Tahoma"/>
        </w:rPr>
        <w:t>.</w:t>
      </w:r>
    </w:p>
    <w:p w:rsidR="00D50EAA" w:rsidRPr="005B3D2D" w:rsidRDefault="00D50EAA" w:rsidP="008508A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دکتر</w:t>
      </w:r>
      <w:r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محمد</w:t>
      </w:r>
      <w:r w:rsidRPr="005B3D2D">
        <w:rPr>
          <w:rFonts w:ascii="Tahoma" w:hAnsi="Tahoma" w:cs="Tahoma"/>
          <w:rtl/>
        </w:rPr>
        <w:t>حسنی</w:t>
      </w:r>
      <w:r w:rsidR="008508AD" w:rsidRPr="008508AD">
        <w:rPr>
          <w:rFonts w:ascii="Tahoma" w:hAnsi="Tahoma" w:cs="Tahoma"/>
          <w:rtl/>
        </w:rPr>
        <w:t xml:space="preserve"> </w:t>
      </w:r>
      <w:r w:rsidR="008508AD" w:rsidRPr="005B3D2D">
        <w:rPr>
          <w:rFonts w:ascii="Tahoma" w:hAnsi="Tahoma" w:cs="Tahoma"/>
          <w:rtl/>
        </w:rPr>
        <w:t>در</w:t>
      </w:r>
      <w:r w:rsidR="008508AD" w:rsidRPr="005B3D2D">
        <w:rPr>
          <w:rFonts w:ascii="Tahoma" w:hAnsi="Tahoma" w:cs="Tahoma"/>
        </w:rPr>
        <w:t xml:space="preserve"> </w:t>
      </w:r>
      <w:r w:rsidR="008508AD" w:rsidRPr="005B3D2D">
        <w:rPr>
          <w:rFonts w:ascii="Tahoma" w:hAnsi="Tahoma" w:cs="Tahoma"/>
          <w:rtl/>
        </w:rPr>
        <w:t>صفحهٔ</w:t>
      </w:r>
      <w:r w:rsidR="008508AD"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/>
          <w:rtl/>
        </w:rPr>
        <w:t>۲۵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/>
          <w:rtl/>
        </w:rPr>
        <w:t>پرسش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مهم</w:t>
      </w:r>
      <w:r w:rsidR="008508AD">
        <w:rPr>
          <w:rFonts w:ascii="Tahoma" w:hAnsi="Tahoma" w:cs="Tahoma" w:hint="cs"/>
          <w:rtl/>
        </w:rPr>
        <w:t>ی 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مطرح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</w:t>
      </w:r>
      <w:r w:rsidRPr="005B3D2D">
        <w:rPr>
          <w:rFonts w:ascii="Tahoma" w:hAnsi="Tahoma" w:cs="Tahoma"/>
        </w:rPr>
        <w:t xml:space="preserve">: </w:t>
      </w:r>
      <w:r w:rsidR="008508AD">
        <w:rPr>
          <w:rFonts w:ascii="Tahoma" w:hAnsi="Tahoma" w:cs="Tahoma" w:hint="cs"/>
          <w:rtl/>
        </w:rPr>
        <w:t>«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هنر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کلامی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نباشد،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پس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چیزی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سایر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اشکال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هنری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متمایز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کند؟</w:t>
      </w:r>
      <w:r w:rsidR="008508AD">
        <w:rPr>
          <w:rFonts w:ascii="Tahoma" w:hAnsi="Tahoma" w:cs="Tahoma" w:hint="cs"/>
          <w:rtl/>
        </w:rPr>
        <w:t xml:space="preserve">»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/>
          <w:rtl/>
        </w:rPr>
        <w:t>نو</w:t>
      </w:r>
      <w:r w:rsidR="008508AD">
        <w:rPr>
          <w:rFonts w:ascii="Tahoma" w:hAnsi="Tahoma" w:cs="Tahoma" w:hint="cs"/>
          <w:rtl/>
        </w:rPr>
        <w:t>ری علا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پاسخ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گوید</w:t>
      </w:r>
      <w:r w:rsidR="008508AD">
        <w:rPr>
          <w:rFonts w:ascii="Tahoma" w:hAnsi="Tahoma" w:cs="Tahoma" w:hint="cs"/>
          <w:rtl/>
        </w:rPr>
        <w:t>:</w:t>
      </w:r>
      <w:r w:rsidRPr="005B3D2D">
        <w:rPr>
          <w:rFonts w:ascii="Tahoma" w:hAnsi="Tahoma" w:cs="Tahoma"/>
        </w:rPr>
        <w:t xml:space="preserve"> </w:t>
      </w:r>
      <w:r w:rsidR="008508AD">
        <w:rPr>
          <w:rFonts w:ascii="Tahoma" w:hAnsi="Tahoma" w:cs="Tahoma" w:hint="cs"/>
          <w:rtl/>
        </w:rPr>
        <w:t>«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فقط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ظاهر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مغز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چیزی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دیگر؛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نوعی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هندسهٔ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معنا</w:t>
      </w:r>
      <w:r w:rsidR="008508AD">
        <w:rPr>
          <w:rFonts w:ascii="Tahoma" w:hAnsi="Tahoma" w:cs="Tahoma" w:hint="cs"/>
          <w:rtl/>
        </w:rPr>
        <w:t>»</w:t>
      </w:r>
      <w:r w:rsidRPr="005B3D2D">
        <w:rPr>
          <w:rFonts w:ascii="Tahoma" w:hAnsi="Tahoma" w:cs="Tahoma"/>
        </w:rPr>
        <w:t xml:space="preserve"> .</w:t>
      </w:r>
    </w:p>
    <w:p w:rsidR="00D50EAA" w:rsidRPr="005B3D2D" w:rsidRDefault="00D50EAA" w:rsidP="008508A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گفت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وگوی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انتقادی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نقاط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قوت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چون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نو</w:t>
      </w:r>
      <w:r w:rsidR="008508AD">
        <w:rPr>
          <w:rFonts w:ascii="Tahoma" w:hAnsi="Tahoma" w:cs="Tahoma" w:hint="cs"/>
          <w:rtl/>
        </w:rPr>
        <w:t>ری علا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نگاه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فقط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اعلام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تقابل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پرسش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های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جدی</w:t>
      </w:r>
      <w:r w:rsidR="008508AD">
        <w:rPr>
          <w:rFonts w:ascii="Tahoma" w:hAnsi="Tahoma" w:cs="Tahoma" w:hint="cs"/>
          <w:rtl/>
        </w:rPr>
        <w:t>، از 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دفاع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نماید</w:t>
      </w:r>
      <w:r w:rsidR="008508A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مجادله،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لحظهٔ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زایش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نظریه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بود</w:t>
      </w:r>
      <w:r w:rsidR="00C61879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C61879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صرفاً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ایده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انتزاعی،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پاسخی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برابر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مقاومت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عقلانی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مخاطب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آگاه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C61879" w:rsidP="00C61879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یکی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مفاهیم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تکرارشونده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مسئلهٔ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«</w:t>
      </w:r>
      <w:r w:rsidR="00D50EAA" w:rsidRPr="005B3D2D">
        <w:rPr>
          <w:rFonts w:ascii="Tahoma" w:hAnsi="Tahoma" w:cs="Tahoma"/>
          <w:rtl/>
        </w:rPr>
        <w:t>ارتباط</w:t>
      </w:r>
      <w:r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 xml:space="preserve"> </w:t>
      </w:r>
      <w:r w:rsidR="00D50EAA" w:rsidRPr="005B3D2D">
        <w:rPr>
          <w:rFonts w:ascii="Tahoma" w:hAnsi="Tahoma" w:cs="Tahoma"/>
        </w:rPr>
        <w:t>—</w:t>
      </w:r>
      <w:r>
        <w:rPr>
          <w:rFonts w:ascii="Tahoma" w:hAnsi="Tahoma" w:cs="Tahoma" w:hint="cs"/>
          <w:rtl/>
        </w:rPr>
        <w:t xml:space="preserve"> </w:t>
      </w:r>
      <w:r w:rsidR="00D50EAA" w:rsidRPr="005B3D2D">
        <w:rPr>
          <w:rFonts w:ascii="Tahoma" w:hAnsi="Tahoma" w:cs="Tahoma"/>
          <w:rtl/>
        </w:rPr>
        <w:t>میان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اجزای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شاعر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زبان،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اثر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مخاطب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تأکید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چه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حد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وضعیت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امروز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همخوان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است؟</w:t>
      </w:r>
    </w:p>
    <w:p w:rsidR="00D50EAA" w:rsidRPr="005B3D2D" w:rsidRDefault="00C61879" w:rsidP="004112AC">
      <w:pPr>
        <w:bidi/>
        <w:spacing w:after="0" w:line="360" w:lineRule="auto"/>
        <w:rPr>
          <w:rFonts w:ascii="Tahoma" w:hAnsi="Tahoma" w:cs="Tahoma"/>
        </w:rPr>
      </w:pPr>
      <w:r w:rsidRPr="008508AD">
        <w:rPr>
          <w:rFonts w:ascii="Tahoma" w:hAnsi="Tahoma" w:cs="Tahoma"/>
          <w:b/>
          <w:bCs/>
          <w:rtl/>
        </w:rPr>
        <w:t>هوشیار</w:t>
      </w:r>
      <w:r w:rsidRPr="008508AD">
        <w:rPr>
          <w:rFonts w:ascii="Tahoma" w:hAnsi="Tahoma" w:cs="Tahoma"/>
          <w:b/>
          <w:bCs/>
        </w:rPr>
        <w:t xml:space="preserve"> </w:t>
      </w:r>
      <w:r w:rsidRPr="008508AD">
        <w:rPr>
          <w:rFonts w:ascii="Tahoma" w:hAnsi="Tahoma" w:cs="Tahoma"/>
          <w:b/>
          <w:bCs/>
          <w:rtl/>
        </w:rPr>
        <w:t>کاتب</w:t>
      </w:r>
      <w:r w:rsidRPr="008508AD">
        <w:rPr>
          <w:rFonts w:ascii="Tahoma" w:hAnsi="Tahoma" w:cs="Tahoma"/>
          <w:b/>
          <w:bCs/>
        </w:rPr>
        <w:t>‌</w:t>
      </w:r>
      <w:r w:rsidRPr="008508AD">
        <w:rPr>
          <w:rFonts w:ascii="Tahoma" w:hAnsi="Tahoma" w:cs="Tahoma"/>
          <w:b/>
          <w:bCs/>
          <w:rtl/>
        </w:rPr>
        <w:t>نسب</w:t>
      </w:r>
      <w:r>
        <w:rPr>
          <w:rFonts w:ascii="Tahoma" w:hAnsi="Tahoma" w:cs="Tahoma" w:hint="cs"/>
          <w:rtl/>
          <w:lang w:bidi="fa-IR"/>
        </w:rPr>
        <w:t xml:space="preserve">: </w:t>
      </w:r>
      <w:r w:rsidR="00D50EAA" w:rsidRPr="005B3D2D">
        <w:rPr>
          <w:rFonts w:ascii="Tahoma" w:hAnsi="Tahoma" w:cs="Tahoma"/>
          <w:rtl/>
        </w:rPr>
        <w:t>بگذارید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صریح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بگویم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نتواند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مخاطب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رابطه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زنده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بسازد،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حتی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زیبا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باشد،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اثر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</w:t>
      </w:r>
      <w:r>
        <w:rPr>
          <w:rFonts w:ascii="Tahoma" w:hAnsi="Tahoma" w:cs="Tahoma" w:hint="cs"/>
          <w:rtl/>
        </w:rPr>
        <w:t>.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فصل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پنجم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</w:t>
      </w:r>
      <w:r w:rsidR="00D50EAA" w:rsidRPr="005B3D2D">
        <w:rPr>
          <w:rFonts w:ascii="Tahoma" w:hAnsi="Tahoma" w:cs="Tahoma"/>
        </w:rPr>
        <w:t xml:space="preserve"> </w:t>
      </w:r>
      <w:r>
        <w:rPr>
          <w:rFonts w:ascii="Tahoma" w:hAnsi="Tahoma" w:cs="Tahoma" w:hint="cs"/>
          <w:rtl/>
        </w:rPr>
        <w:t>(</w:t>
      </w:r>
      <w:r w:rsidR="00D50EAA" w:rsidRPr="005B3D2D">
        <w:rPr>
          <w:rFonts w:ascii="Tahoma" w:hAnsi="Tahoma" w:cs="Tahoma"/>
          <w:rtl/>
        </w:rPr>
        <w:t>ص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۶۹</w:t>
      </w:r>
      <w:r>
        <w:rPr>
          <w:rFonts w:ascii="Tahoma" w:hAnsi="Tahoma" w:cs="Tahoma" w:hint="cs"/>
          <w:rtl/>
        </w:rPr>
        <w:t>)</w:t>
      </w:r>
      <w:r w:rsidR="00D50EAA" w:rsidRPr="005B3D2D">
        <w:rPr>
          <w:rFonts w:ascii="Tahoma" w:hAnsi="Tahoma" w:cs="Tahoma"/>
          <w:rtl/>
        </w:rPr>
        <w:t>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نو</w:t>
      </w:r>
      <w:r w:rsidR="004112AC">
        <w:rPr>
          <w:rFonts w:ascii="Tahoma" w:hAnsi="Tahoma" w:cs="Tahoma" w:hint="cs"/>
          <w:rtl/>
        </w:rPr>
        <w:t>ری علا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تمرکز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</w:t>
      </w:r>
      <w:r w:rsidR="00D50EAA"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«</w:t>
      </w:r>
      <w:r w:rsidR="00D50EAA" w:rsidRPr="005B3D2D">
        <w:rPr>
          <w:rFonts w:ascii="Tahoma" w:hAnsi="Tahoma" w:cs="Tahoma"/>
          <w:rtl/>
        </w:rPr>
        <w:t>ارتباط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مخاطب</w:t>
      </w:r>
      <w:r w:rsidR="004112AC"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4112AC">
        <w:rPr>
          <w:rFonts w:ascii="Tahoma" w:hAnsi="Tahoma" w:cs="Tahoma" w:hint="cs"/>
          <w:rtl/>
        </w:rPr>
        <w:t xml:space="preserve"> گوی</w:t>
      </w:r>
      <w:r w:rsidR="00D50EAA" w:rsidRPr="005B3D2D">
        <w:rPr>
          <w:rFonts w:ascii="Tahoma" w:hAnsi="Tahoma" w:cs="Tahoma"/>
          <w:rtl/>
        </w:rPr>
        <w:t>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نباید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فقط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ساحت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خلق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باقی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بماند،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بلکه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باید</w:t>
      </w:r>
      <w:r w:rsidR="00D50EAA"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«</w:t>
      </w:r>
      <w:r w:rsidR="00D50EAA" w:rsidRPr="005B3D2D">
        <w:rPr>
          <w:rFonts w:ascii="Tahoma" w:hAnsi="Tahoma" w:cs="Tahoma"/>
          <w:rtl/>
        </w:rPr>
        <w:t>قابلیت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دریافت</w:t>
      </w:r>
      <w:r w:rsidR="004112AC">
        <w:rPr>
          <w:rFonts w:ascii="Tahoma" w:hAnsi="Tahoma" w:cs="Tahoma" w:hint="cs"/>
          <w:rtl/>
        </w:rPr>
        <w:t>»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هم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داشته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باشد</w:t>
      </w:r>
      <w:r w:rsidR="00D50EAA" w:rsidRPr="005B3D2D">
        <w:rPr>
          <w:rFonts w:ascii="Tahoma" w:hAnsi="Tahoma" w:cs="Tahoma"/>
        </w:rPr>
        <w:t xml:space="preserve">.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نکته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برای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بسیار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کلیدی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است</w:t>
      </w:r>
      <w:r w:rsidR="00D50EAA" w:rsidRPr="005B3D2D">
        <w:rPr>
          <w:rFonts w:ascii="Tahoma" w:hAnsi="Tahoma" w:cs="Tahoma"/>
        </w:rPr>
        <w:t>.</w:t>
      </w:r>
    </w:p>
    <w:p w:rsidR="00D50EAA" w:rsidRPr="005B3D2D" w:rsidRDefault="00D50EAA" w:rsidP="004112AC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او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ابهام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مولد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ابهام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خودشیفته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تمایز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گذارد</w:t>
      </w:r>
      <w:r w:rsidR="004112AC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4112AC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ابهامی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پیچیدگی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تجربه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آید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ابهامی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تنها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خدمت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تمایزگذاری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شاعر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دیگران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="004112AC">
        <w:rPr>
          <w:rFonts w:ascii="Tahoma" w:hAnsi="Tahoma" w:cs="Tahoma" w:hint="cs"/>
          <w:rtl/>
        </w:rPr>
        <w:t xml:space="preserve">. </w:t>
      </w:r>
      <w:r w:rsidRPr="005B3D2D">
        <w:rPr>
          <w:rFonts w:ascii="Tahoma" w:hAnsi="Tahoma" w:cs="Tahoma"/>
          <w:rtl/>
        </w:rPr>
        <w:t>من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فکر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ارزش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های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اصلی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بازگرداندن</w:t>
      </w:r>
      <w:r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«</w:t>
      </w:r>
      <w:r w:rsidRPr="005B3D2D">
        <w:rPr>
          <w:rFonts w:ascii="Tahoma" w:hAnsi="Tahoma" w:cs="Tahoma"/>
          <w:rtl/>
        </w:rPr>
        <w:t>مخاطب</w:t>
      </w:r>
      <w:r w:rsidR="004112AC">
        <w:rPr>
          <w:rFonts w:ascii="Tahoma" w:hAnsi="Tahoma" w:cs="Tahoma" w:hint="cs"/>
          <w:rtl/>
        </w:rPr>
        <w:t>»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مرکز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منظومهٔ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4112AC" w:rsidP="004112AC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اما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آیا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تأکید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معماری،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ساخت،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انسجام،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خطر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تقلیل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یک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تکنیک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پی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ندارد؟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یعنی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شعر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حوزهٔ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راز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و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شهود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بیرون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نمی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برد؟</w:t>
      </w:r>
    </w:p>
    <w:p w:rsidR="00D50EAA" w:rsidRPr="004112AC" w:rsidRDefault="00D50EAA" w:rsidP="004112AC">
      <w:pPr>
        <w:bidi/>
        <w:spacing w:after="0" w:line="360" w:lineRule="auto"/>
        <w:rPr>
          <w:rFonts w:ascii="Tahoma" w:hAnsi="Tahoma" w:cs="Tahoma"/>
          <w:b/>
          <w:bCs/>
        </w:rPr>
      </w:pPr>
      <w:r w:rsidRPr="004112AC">
        <w:rPr>
          <w:rFonts w:ascii="Tahoma" w:hAnsi="Tahoma" w:cs="Tahoma"/>
          <w:b/>
          <w:bCs/>
          <w:rtl/>
        </w:rPr>
        <w:t>هوشیار</w:t>
      </w:r>
      <w:r w:rsidRPr="004112AC">
        <w:rPr>
          <w:rFonts w:ascii="Tahoma" w:hAnsi="Tahoma" w:cs="Tahoma"/>
          <w:b/>
          <w:bCs/>
        </w:rPr>
        <w:t xml:space="preserve"> </w:t>
      </w:r>
      <w:r w:rsidRPr="004112AC">
        <w:rPr>
          <w:rFonts w:ascii="Tahoma" w:hAnsi="Tahoma" w:cs="Tahoma"/>
          <w:b/>
          <w:bCs/>
          <w:rtl/>
        </w:rPr>
        <w:t>کاتب</w:t>
      </w:r>
      <w:r w:rsidRPr="004112AC">
        <w:rPr>
          <w:rFonts w:ascii="Tahoma" w:hAnsi="Tahoma" w:cs="Tahoma"/>
          <w:b/>
          <w:bCs/>
        </w:rPr>
        <w:t>‌</w:t>
      </w:r>
      <w:r w:rsidRPr="004112AC">
        <w:rPr>
          <w:rFonts w:ascii="Tahoma" w:hAnsi="Tahoma" w:cs="Tahoma"/>
          <w:b/>
          <w:bCs/>
          <w:rtl/>
        </w:rPr>
        <w:t>نسب</w:t>
      </w:r>
      <w:r w:rsidR="004112AC">
        <w:rPr>
          <w:rFonts w:ascii="Tahoma" w:hAnsi="Tahoma" w:cs="Tahoma"/>
          <w:b/>
          <w:bCs/>
        </w:rPr>
        <w:t>:</w:t>
      </w:r>
      <w:r w:rsidR="004112AC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پرسش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همیشه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مطرح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بوده</w:t>
      </w:r>
      <w:r w:rsidR="004112AC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</w:rPr>
        <w:t>—</w:t>
      </w:r>
      <w:r w:rsidR="004112AC">
        <w:rPr>
          <w:rFonts w:ascii="Tahoma" w:hAnsi="Tahoma" w:cs="Tahoma" w:hint="cs"/>
          <w:rtl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باید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مطرح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باشد</w:t>
      </w:r>
      <w:r w:rsidR="004112AC">
        <w:rPr>
          <w:rFonts w:ascii="Tahoma" w:hAnsi="Tahoma" w:cs="Tahoma" w:hint="cs"/>
          <w:rtl/>
        </w:rPr>
        <w:t>&gt;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پاسخ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نو</w:t>
      </w:r>
      <w:r w:rsidR="004112AC">
        <w:rPr>
          <w:rFonts w:ascii="Tahoma" w:hAnsi="Tahoma" w:cs="Tahoma" w:hint="cs"/>
          <w:rtl/>
        </w:rPr>
        <w:t>ری علا</w:t>
      </w:r>
      <w:r w:rsidRPr="005B3D2D">
        <w:rPr>
          <w:rFonts w:ascii="Tahoma" w:hAnsi="Tahoma" w:cs="Tahoma"/>
          <w:rtl/>
        </w:rPr>
        <w:t>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گمان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سلبی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نیست</w:t>
      </w:r>
      <w:r w:rsidR="004112AC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او</w:t>
      </w:r>
      <w:r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«</w:t>
      </w:r>
      <w:r w:rsidRPr="005B3D2D">
        <w:rPr>
          <w:rFonts w:ascii="Tahoma" w:hAnsi="Tahoma" w:cs="Tahoma"/>
          <w:rtl/>
        </w:rPr>
        <w:t>راز</w:t>
      </w:r>
      <w:r w:rsidR="004112AC">
        <w:rPr>
          <w:rFonts w:ascii="Tahoma" w:hAnsi="Tahoma" w:cs="Tahoma" w:hint="cs"/>
          <w:rtl/>
        </w:rPr>
        <w:t>»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حذف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کند،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بستری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آگاهی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نشاند</w:t>
      </w:r>
      <w:r w:rsidR="004112AC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فصل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دهم</w:t>
      </w:r>
      <w:r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ص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۱۲۵</w:t>
      </w:r>
      <w:r w:rsidR="004112AC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وقتی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دربارهٔ</w:t>
      </w:r>
      <w:r w:rsidRPr="005B3D2D">
        <w:rPr>
          <w:rFonts w:ascii="Tahoma" w:hAnsi="Tahoma" w:cs="Tahoma"/>
        </w:rPr>
        <w:t xml:space="preserve"> </w:t>
      </w:r>
      <w:r w:rsidR="004112AC">
        <w:rPr>
          <w:rFonts w:ascii="Tahoma" w:hAnsi="Tahoma" w:cs="Tahoma" w:hint="cs"/>
          <w:rtl/>
        </w:rPr>
        <w:t>«</w:t>
      </w:r>
      <w:r w:rsidRPr="005B3D2D">
        <w:rPr>
          <w:rFonts w:ascii="Tahoma" w:hAnsi="Tahoma" w:cs="Tahoma"/>
          <w:rtl/>
        </w:rPr>
        <w:t>فرم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سطح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جان</w:t>
      </w:r>
      <w:r w:rsidR="004112AC">
        <w:rPr>
          <w:rFonts w:ascii="Tahoma" w:hAnsi="Tahoma" w:cs="Tahoma" w:hint="cs"/>
          <w:rtl/>
        </w:rPr>
        <w:t>»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صحبت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شود،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دیده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شود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ساخت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عنوان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امکان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آزاد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شدن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معنا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نگرد،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محدود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کردن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05304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زبان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ساده،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معماری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یعنی</w:t>
      </w:r>
      <w:r w:rsidR="004112AC">
        <w:rPr>
          <w:rFonts w:ascii="Tahoma" w:hAnsi="Tahoma" w:cs="Tahoma" w:hint="cs"/>
          <w:rtl/>
        </w:rPr>
        <w:t>: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نظم،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پرواز</w:t>
      </w:r>
      <w:r w:rsidR="004112AC">
        <w:rPr>
          <w:rFonts w:ascii="Tahoma" w:hAnsi="Tahoma" w:cs="Tahoma" w:hint="cs"/>
          <w:rtl/>
        </w:rPr>
        <w:t>؛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زدن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بال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ها</w:t>
      </w:r>
      <w:r w:rsidR="0005304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فهم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پروازی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نیازمند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تعادل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="0005304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نگاه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ضدشهود،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مکمل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دانم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5B3D2D" w:rsidRDefault="0005304D" w:rsidP="0005304D">
      <w:pPr>
        <w:bidi/>
        <w:spacing w:after="0" w:line="360" w:lineRule="auto"/>
        <w:rPr>
          <w:rFonts w:ascii="Tahoma" w:hAnsi="Tahoma" w:cs="Tahoma"/>
        </w:rPr>
      </w:pPr>
      <w:r w:rsidRPr="00D50EAA">
        <w:rPr>
          <w:rFonts w:ascii="Tahoma" w:hAnsi="Tahoma" w:cs="Tahoma" w:hint="cs"/>
          <w:b/>
          <w:bCs/>
          <w:rtl/>
        </w:rPr>
        <w:t>پرسش</w:t>
      </w:r>
      <w:r w:rsidR="00D50EAA" w:rsidRPr="005B3D2D">
        <w:rPr>
          <w:rFonts w:ascii="Tahoma" w:hAnsi="Tahoma" w:cs="Tahoma"/>
        </w:rPr>
        <w:t xml:space="preserve"> </w:t>
      </w:r>
      <w:r w:rsidR="00D50EAA" w:rsidRPr="0005304D">
        <w:rPr>
          <w:rFonts w:ascii="Tahoma" w:hAnsi="Tahoma" w:cs="Tahoma"/>
          <w:b/>
          <w:bCs/>
          <w:rtl/>
        </w:rPr>
        <w:t>پایانی</w:t>
      </w:r>
      <w:r>
        <w:rPr>
          <w:rFonts w:ascii="Tahoma" w:hAnsi="Tahoma" w:cs="Tahoma" w:hint="cs"/>
          <w:rtl/>
        </w:rPr>
        <w:t>: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بخواهید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دستاورد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اصلی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این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کتاب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را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در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یک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جمله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خلاصه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کنید،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چه</w:t>
      </w:r>
      <w:r w:rsidR="00D50EAA" w:rsidRPr="005B3D2D">
        <w:rPr>
          <w:rFonts w:ascii="Tahoma" w:hAnsi="Tahoma" w:cs="Tahoma"/>
        </w:rPr>
        <w:t xml:space="preserve"> </w:t>
      </w:r>
      <w:r w:rsidR="00D50EAA" w:rsidRPr="005B3D2D">
        <w:rPr>
          <w:rFonts w:ascii="Tahoma" w:hAnsi="Tahoma" w:cs="Tahoma"/>
          <w:rtl/>
        </w:rPr>
        <w:t>می</w:t>
      </w:r>
      <w:r w:rsidR="00D50EAA" w:rsidRPr="005B3D2D">
        <w:rPr>
          <w:rFonts w:ascii="Tahoma" w:hAnsi="Tahoma" w:cs="Tahoma"/>
        </w:rPr>
        <w:t>‌</w:t>
      </w:r>
      <w:r w:rsidR="00D50EAA" w:rsidRPr="005B3D2D">
        <w:rPr>
          <w:rFonts w:ascii="Tahoma" w:hAnsi="Tahoma" w:cs="Tahoma"/>
          <w:rtl/>
        </w:rPr>
        <w:t>گویید؟</w:t>
      </w:r>
    </w:p>
    <w:p w:rsidR="00D50EAA" w:rsidRPr="0005304D" w:rsidRDefault="00D50EAA" w:rsidP="0005304D">
      <w:pPr>
        <w:bidi/>
        <w:spacing w:after="0" w:line="360" w:lineRule="auto"/>
        <w:rPr>
          <w:rFonts w:ascii="Tahoma" w:hAnsi="Tahoma" w:cs="Tahoma"/>
          <w:b/>
          <w:bCs/>
        </w:rPr>
      </w:pPr>
      <w:r w:rsidRPr="0005304D">
        <w:rPr>
          <w:rFonts w:ascii="Tahoma" w:hAnsi="Tahoma" w:cs="Tahoma"/>
          <w:b/>
          <w:bCs/>
          <w:rtl/>
        </w:rPr>
        <w:t>کاتب</w:t>
      </w:r>
      <w:r w:rsidRPr="0005304D">
        <w:rPr>
          <w:rFonts w:ascii="Tahoma" w:hAnsi="Tahoma" w:cs="Tahoma"/>
          <w:b/>
          <w:bCs/>
        </w:rPr>
        <w:t>‌</w:t>
      </w:r>
      <w:r w:rsidRPr="0005304D">
        <w:rPr>
          <w:rFonts w:ascii="Tahoma" w:hAnsi="Tahoma" w:cs="Tahoma"/>
          <w:b/>
          <w:bCs/>
          <w:rtl/>
        </w:rPr>
        <w:t>نسب</w:t>
      </w:r>
      <w:r w:rsidR="0005304D">
        <w:rPr>
          <w:rFonts w:ascii="Tahoma" w:hAnsi="Tahoma" w:cs="Tahoma"/>
          <w:b/>
          <w:bCs/>
        </w:rPr>
        <w:t>:</w:t>
      </w:r>
      <w:r w:rsidR="0005304D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نظری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نیست؛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یک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بیدارباش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="0005304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تلنگری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آن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چه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امروز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دارد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فرو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ریزد</w:t>
      </w:r>
      <w:r w:rsidR="0005304D">
        <w:rPr>
          <w:rFonts w:ascii="Tahoma" w:hAnsi="Tahoma" w:cs="Tahoma" w:hint="cs"/>
          <w:rtl/>
        </w:rPr>
        <w:t>: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معماری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درون</w:t>
      </w:r>
      <w:r w:rsidR="0005304D">
        <w:rPr>
          <w:rFonts w:ascii="Tahoma" w:hAnsi="Tahoma" w:cs="Tahoma" w:hint="cs"/>
          <w:rtl/>
        </w:rPr>
        <w:t>.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نو</w:t>
      </w:r>
      <w:r w:rsidR="0005304D">
        <w:rPr>
          <w:rFonts w:ascii="Tahoma" w:hAnsi="Tahoma" w:cs="Tahoma" w:hint="cs"/>
          <w:rtl/>
        </w:rPr>
        <w:t>ری علا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خواهد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بنای</w:t>
      </w:r>
      <w:r w:rsidRPr="005B3D2D">
        <w:rPr>
          <w:rFonts w:ascii="Tahoma" w:hAnsi="Tahoma" w:cs="Tahoma"/>
        </w:rPr>
        <w:t xml:space="preserve"> </w:t>
      </w:r>
      <w:r w:rsidR="0005304D">
        <w:rPr>
          <w:rFonts w:ascii="Tahoma" w:hAnsi="Tahoma" w:cs="Tahoma" w:hint="cs"/>
          <w:rtl/>
        </w:rPr>
        <w:t>مت</w:t>
      </w:r>
      <w:r w:rsidRPr="005B3D2D">
        <w:rPr>
          <w:rFonts w:ascii="Tahoma" w:hAnsi="Tahoma" w:cs="Tahoma"/>
          <w:rtl/>
        </w:rPr>
        <w:t>صلب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کند،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بلکه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خواهد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نشان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دهد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حس،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شهود،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شور،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هیچ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بنیانی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ننشینند،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نهایت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ناپایدار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فرّارند</w:t>
      </w:r>
      <w:r w:rsidRPr="005B3D2D">
        <w:rPr>
          <w:rFonts w:ascii="Tahoma" w:hAnsi="Tahoma" w:cs="Tahoma"/>
        </w:rPr>
        <w:t>.</w:t>
      </w:r>
    </w:p>
    <w:p w:rsidR="00D50EAA" w:rsidRPr="005B3D2D" w:rsidRDefault="00D50EAA" w:rsidP="0005304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بخواهم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جمله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ای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خود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را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انتخاب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کنم،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همان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پایان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مقدمهٔ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دکتر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حسنی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آمده</w:t>
      </w:r>
      <w:r w:rsidRPr="005B3D2D">
        <w:rPr>
          <w:rFonts w:ascii="Tahoma" w:hAnsi="Tahoma" w:cs="Tahoma"/>
        </w:rPr>
        <w:t xml:space="preserve"> </w:t>
      </w:r>
      <w:r w:rsidR="0005304D">
        <w:rPr>
          <w:rFonts w:ascii="Tahoma" w:hAnsi="Tahoma" w:cs="Tahoma" w:hint="cs"/>
          <w:rtl/>
        </w:rPr>
        <w:t>(</w:t>
      </w:r>
      <w:r w:rsidRPr="005B3D2D">
        <w:rPr>
          <w:rFonts w:ascii="Tahoma" w:hAnsi="Tahoma" w:cs="Tahoma"/>
          <w:rtl/>
        </w:rPr>
        <w:t>ص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۱۷</w:t>
      </w:r>
      <w:r w:rsidR="0005304D">
        <w:rPr>
          <w:rFonts w:ascii="Tahoma" w:hAnsi="Tahoma" w:cs="Tahoma" w:hint="cs"/>
          <w:rtl/>
        </w:rPr>
        <w:t>)</w:t>
      </w:r>
      <w:r w:rsidRPr="005B3D2D">
        <w:rPr>
          <w:rFonts w:ascii="Tahoma" w:hAnsi="Tahoma" w:cs="Tahoma"/>
        </w:rPr>
        <w:t>:</w:t>
      </w:r>
      <w:r w:rsidR="0005304D">
        <w:rPr>
          <w:rFonts w:ascii="Tahoma" w:hAnsi="Tahoma" w:cs="Tahoma" w:hint="cs"/>
          <w:rtl/>
          <w:lang w:bidi="fa-IR"/>
        </w:rPr>
        <w:t xml:space="preserve"> «</w:t>
      </w:r>
      <w:r w:rsidRPr="005B3D2D">
        <w:rPr>
          <w:rFonts w:ascii="Tahoma" w:hAnsi="Tahoma" w:cs="Tahoma"/>
          <w:rtl/>
        </w:rPr>
        <w:t>آیا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توان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جهانی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که</w:t>
      </w:r>
      <w:r w:rsidR="0005304D">
        <w:rPr>
          <w:rFonts w:ascii="Tahoma" w:hAnsi="Tahoma" w:cs="Tahoma" w:hint="cs"/>
          <w:rtl/>
        </w:rPr>
        <w:t>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نام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پیچیدگی،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وضوح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گریزد،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هنوز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از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زیبایی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و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انسجام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دفاع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کرد؟</w:t>
      </w:r>
      <w:r w:rsidR="0005304D">
        <w:rPr>
          <w:rFonts w:ascii="Tahoma" w:hAnsi="Tahoma" w:cs="Tahoma" w:hint="cs"/>
          <w:rtl/>
        </w:rPr>
        <w:t>»</w:t>
      </w:r>
    </w:p>
    <w:p w:rsidR="00D50EAA" w:rsidRPr="005B3D2D" w:rsidRDefault="00D50EAA" w:rsidP="0005304D">
      <w:pPr>
        <w:bidi/>
        <w:spacing w:after="0" w:line="360" w:lineRule="auto"/>
        <w:ind w:firstLine="720"/>
        <w:rPr>
          <w:rFonts w:ascii="Tahoma" w:hAnsi="Tahoma" w:cs="Tahoma"/>
        </w:rPr>
      </w:pPr>
      <w:r w:rsidRPr="005B3D2D">
        <w:rPr>
          <w:rFonts w:ascii="Tahoma" w:hAnsi="Tahoma" w:cs="Tahoma"/>
          <w:rtl/>
        </w:rPr>
        <w:t>کتاب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معماری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شعر،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نظر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من،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پاسخی</w:t>
      </w:r>
      <w:r w:rsidRPr="005B3D2D">
        <w:rPr>
          <w:rFonts w:ascii="Tahoma" w:hAnsi="Tahoma" w:cs="Tahoma"/>
        </w:rPr>
        <w:t>‌</w:t>
      </w:r>
      <w:r w:rsidRPr="005B3D2D">
        <w:rPr>
          <w:rFonts w:ascii="Tahoma" w:hAnsi="Tahoma" w:cs="Tahoma"/>
          <w:rtl/>
        </w:rPr>
        <w:t>ست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آرام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اما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قاطع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به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این</w:t>
      </w:r>
      <w:r w:rsidRPr="005B3D2D">
        <w:rPr>
          <w:rFonts w:ascii="Tahoma" w:hAnsi="Tahoma" w:cs="Tahoma"/>
        </w:rPr>
        <w:t xml:space="preserve"> </w:t>
      </w:r>
      <w:r w:rsidRPr="005B3D2D">
        <w:rPr>
          <w:rFonts w:ascii="Tahoma" w:hAnsi="Tahoma" w:cs="Tahoma"/>
          <w:rtl/>
        </w:rPr>
        <w:t>پرسش</w:t>
      </w:r>
      <w:r w:rsidRPr="005B3D2D">
        <w:rPr>
          <w:rFonts w:ascii="Tahoma" w:hAnsi="Tahoma" w:cs="Tahoma"/>
        </w:rPr>
        <w:t>.</w:t>
      </w:r>
    </w:p>
    <w:p w:rsidR="00D50EAA" w:rsidRPr="00D50EAA" w:rsidRDefault="00D50EAA" w:rsidP="00D50EAA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3B6824" w:rsidRPr="00D50EAA" w:rsidRDefault="003B6824" w:rsidP="00D50EAA">
      <w:pPr>
        <w:bidi/>
        <w:spacing w:after="0" w:line="360" w:lineRule="auto"/>
        <w:rPr>
          <w:rFonts w:ascii="Tahoma" w:hAnsi="Tahoma" w:cs="Tahoma"/>
        </w:rPr>
      </w:pPr>
    </w:p>
    <w:p w:rsidR="00D50EAA" w:rsidRPr="00D50EAA" w:rsidRDefault="00D50EAA" w:rsidP="00D50EAA">
      <w:pPr>
        <w:bidi/>
        <w:spacing w:after="0" w:line="360" w:lineRule="auto"/>
        <w:rPr>
          <w:rFonts w:ascii="Tahoma" w:hAnsi="Tahoma" w:cs="Tahoma"/>
        </w:rPr>
      </w:pPr>
    </w:p>
    <w:sectPr w:rsidR="00D50EAA" w:rsidRPr="00D50EAA" w:rsidSect="00D50EA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5E5" w:rsidRDefault="00E115E5" w:rsidP="00D50EAA">
      <w:pPr>
        <w:spacing w:after="0" w:line="240" w:lineRule="auto"/>
      </w:pPr>
      <w:r>
        <w:separator/>
      </w:r>
    </w:p>
  </w:endnote>
  <w:endnote w:type="continuationSeparator" w:id="0">
    <w:p w:rsidR="00E115E5" w:rsidRDefault="00E115E5" w:rsidP="00D50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4199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0EAA" w:rsidRDefault="00D50E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7F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0EAA" w:rsidRDefault="00D50E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5E5" w:rsidRDefault="00E115E5" w:rsidP="00D50EAA">
      <w:pPr>
        <w:spacing w:after="0" w:line="240" w:lineRule="auto"/>
      </w:pPr>
      <w:r>
        <w:separator/>
      </w:r>
    </w:p>
  </w:footnote>
  <w:footnote w:type="continuationSeparator" w:id="0">
    <w:p w:rsidR="00E115E5" w:rsidRDefault="00E115E5" w:rsidP="00D50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04D"/>
    <w:rsid w:val="0006063C"/>
    <w:rsid w:val="0015074B"/>
    <w:rsid w:val="0029639D"/>
    <w:rsid w:val="00326F90"/>
    <w:rsid w:val="003B6824"/>
    <w:rsid w:val="004112AC"/>
    <w:rsid w:val="007777F4"/>
    <w:rsid w:val="007F711A"/>
    <w:rsid w:val="008508AD"/>
    <w:rsid w:val="00AA1D8D"/>
    <w:rsid w:val="00B47730"/>
    <w:rsid w:val="00C61879"/>
    <w:rsid w:val="00CB0664"/>
    <w:rsid w:val="00D50EAA"/>
    <w:rsid w:val="00E115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77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77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6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1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EE5192-5994-454B-8C0B-1C2CA01D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Esmail</cp:lastModifiedBy>
  <cp:revision>4</cp:revision>
  <dcterms:created xsi:type="dcterms:W3CDTF">2025-06-09T23:12:00Z</dcterms:created>
  <dcterms:modified xsi:type="dcterms:W3CDTF">2025-06-10T00:55:00Z</dcterms:modified>
</cp:coreProperties>
</file>