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943" w:rsidRPr="006F0943" w:rsidRDefault="006F0943" w:rsidP="006F0943">
      <w:pPr>
        <w:pStyle w:val="Title"/>
        <w:bidi/>
        <w:spacing w:after="0" w:line="360" w:lineRule="auto"/>
        <w:jc w:val="center"/>
        <w:rPr>
          <w:rFonts w:hint="cs"/>
          <w:sz w:val="36"/>
          <w:szCs w:val="36"/>
          <w:rtl/>
        </w:rPr>
      </w:pPr>
      <w:r w:rsidRPr="006F0943">
        <w:rPr>
          <w:rFonts w:cs="Calibri"/>
          <w:sz w:val="36"/>
          <w:szCs w:val="36"/>
          <w:rtl/>
        </w:rPr>
        <w:t>بررسی</w:t>
      </w:r>
      <w:r w:rsidRPr="006F0943">
        <w:rPr>
          <w:sz w:val="36"/>
          <w:szCs w:val="36"/>
        </w:rPr>
        <w:t xml:space="preserve"> </w:t>
      </w:r>
      <w:r w:rsidRPr="006F0943">
        <w:rPr>
          <w:rFonts w:cs="Calibri"/>
          <w:sz w:val="36"/>
          <w:szCs w:val="36"/>
          <w:rtl/>
        </w:rPr>
        <w:t>مجموعه</w:t>
      </w:r>
      <w:r w:rsidR="000A2278">
        <w:rPr>
          <w:rFonts w:cs="Calibri" w:hint="cs"/>
          <w:sz w:val="36"/>
          <w:szCs w:val="36"/>
          <w:rtl/>
        </w:rPr>
        <w:t>ء</w:t>
      </w:r>
      <w:r w:rsidRPr="006F0943">
        <w:rPr>
          <w:sz w:val="36"/>
          <w:szCs w:val="36"/>
        </w:rPr>
        <w:t xml:space="preserve"> </w:t>
      </w:r>
      <w:r w:rsidRPr="006F0943">
        <w:rPr>
          <w:rFonts w:cs="Calibri"/>
          <w:sz w:val="36"/>
          <w:szCs w:val="36"/>
          <w:rtl/>
        </w:rPr>
        <w:t>شعر</w:t>
      </w:r>
      <w:r w:rsidRPr="006F0943">
        <w:rPr>
          <w:sz w:val="36"/>
          <w:szCs w:val="36"/>
        </w:rPr>
        <w:t xml:space="preserve"> </w:t>
      </w:r>
      <w:r w:rsidRPr="006F0943">
        <w:rPr>
          <w:rFonts w:hint="cs"/>
          <w:sz w:val="36"/>
          <w:szCs w:val="36"/>
          <w:rtl/>
          <w:lang w:bidi="fa-IR"/>
        </w:rPr>
        <w:t>«</w:t>
      </w:r>
      <w:r w:rsidRPr="006F0943">
        <w:rPr>
          <w:rFonts w:cs="Calibri"/>
          <w:sz w:val="36"/>
          <w:szCs w:val="36"/>
          <w:rtl/>
        </w:rPr>
        <w:t>صحافی</w:t>
      </w:r>
      <w:r w:rsidRPr="006F0943">
        <w:rPr>
          <w:sz w:val="36"/>
          <w:szCs w:val="36"/>
        </w:rPr>
        <w:t xml:space="preserve"> </w:t>
      </w:r>
      <w:r w:rsidRPr="006F0943">
        <w:rPr>
          <w:rFonts w:cs="Calibri"/>
          <w:sz w:val="36"/>
          <w:szCs w:val="36"/>
          <w:rtl/>
        </w:rPr>
        <w:t>باران</w:t>
      </w:r>
      <w:r w:rsidRPr="006F0943">
        <w:rPr>
          <w:rFonts w:hint="cs"/>
          <w:sz w:val="36"/>
          <w:szCs w:val="36"/>
          <w:rtl/>
        </w:rPr>
        <w:t>»</w:t>
      </w:r>
    </w:p>
    <w:p w:rsidR="00984829" w:rsidRPr="000A2278" w:rsidRDefault="006F0943" w:rsidP="006F0943">
      <w:pPr>
        <w:pStyle w:val="Title"/>
        <w:bidi/>
        <w:spacing w:after="0" w:line="360" w:lineRule="auto"/>
        <w:jc w:val="center"/>
        <w:rPr>
          <w:b/>
          <w:bCs/>
          <w:sz w:val="24"/>
          <w:szCs w:val="24"/>
        </w:rPr>
      </w:pPr>
      <w:r w:rsidRPr="000A2278">
        <w:rPr>
          <w:rFonts w:cs="Calibri"/>
          <w:b/>
          <w:bCs/>
          <w:sz w:val="24"/>
          <w:szCs w:val="24"/>
          <w:rtl/>
        </w:rPr>
        <w:t>اثر</w:t>
      </w:r>
      <w:r w:rsidRPr="000A2278">
        <w:rPr>
          <w:b/>
          <w:bCs/>
          <w:sz w:val="24"/>
          <w:szCs w:val="24"/>
        </w:rPr>
        <w:t xml:space="preserve"> </w:t>
      </w:r>
      <w:r w:rsidRPr="000A2278">
        <w:rPr>
          <w:rFonts w:cs="Calibri"/>
          <w:b/>
          <w:bCs/>
          <w:sz w:val="24"/>
          <w:szCs w:val="24"/>
          <w:rtl/>
        </w:rPr>
        <w:t>آرش</w:t>
      </w:r>
      <w:r w:rsidRPr="000A2278">
        <w:rPr>
          <w:b/>
          <w:bCs/>
          <w:sz w:val="24"/>
          <w:szCs w:val="24"/>
        </w:rPr>
        <w:t xml:space="preserve"> </w:t>
      </w:r>
      <w:r w:rsidRPr="000A2278">
        <w:rPr>
          <w:rFonts w:cs="Calibri"/>
          <w:b/>
          <w:bCs/>
          <w:sz w:val="24"/>
          <w:szCs w:val="24"/>
          <w:rtl/>
        </w:rPr>
        <w:t>دل</w:t>
      </w:r>
      <w:r w:rsidRPr="000A2278">
        <w:rPr>
          <w:b/>
          <w:bCs/>
          <w:sz w:val="24"/>
          <w:szCs w:val="24"/>
        </w:rPr>
        <w:t>‌</w:t>
      </w:r>
      <w:r w:rsidRPr="000A2278">
        <w:rPr>
          <w:rFonts w:cs="Calibri"/>
          <w:b/>
          <w:bCs/>
          <w:sz w:val="24"/>
          <w:szCs w:val="24"/>
          <w:rtl/>
        </w:rPr>
        <w:t>آور</w:t>
      </w:r>
    </w:p>
    <w:p w:rsidR="006F0943" w:rsidRDefault="006F0943" w:rsidP="006F0943">
      <w:pPr>
        <w:bidi/>
        <w:spacing w:after="0" w:line="360" w:lineRule="auto"/>
        <w:rPr>
          <w:rFonts w:ascii="Tahoma" w:hAnsi="Tahoma" w:cs="Tahoma" w:hint="cs"/>
          <w:rtl/>
        </w:rPr>
      </w:pPr>
      <w:r>
        <w:br/>
      </w:r>
      <w:r w:rsidRPr="006F0943">
        <w:rPr>
          <w:rFonts w:ascii="Tahoma" w:hAnsi="Tahoma" w:cs="Tahoma"/>
          <w:b/>
          <w:bCs/>
          <w:rtl/>
        </w:rPr>
        <w:t>۱</w:t>
      </w:r>
      <w:r>
        <w:rPr>
          <w:rFonts w:ascii="Tahoma" w:hAnsi="Tahoma" w:cs="Tahoma" w:hint="cs"/>
          <w:b/>
          <w:bCs/>
          <w:rtl/>
        </w:rPr>
        <w:t>. در مورد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فضای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کلی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و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صدای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شاعر</w:t>
      </w:r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  <w:rtl/>
        </w:rPr>
        <w:t>این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مجموعه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صدای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یک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ـ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کارگر</w:t>
      </w:r>
      <w:r>
        <w:rPr>
          <w:rFonts w:ascii="Tahoma" w:hAnsi="Tahoma" w:cs="Tahoma" w:hint="cs"/>
          <w:rtl/>
        </w:rPr>
        <w:t>»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نوشته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شده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 xml:space="preserve">. 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زندگی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روزمره،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کارگاه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بیمارستان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ابزار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خیابان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حتی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طعم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چای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پود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حضور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دارند</w:t>
      </w:r>
      <w:r>
        <w:rPr>
          <w:rFonts w:ascii="Tahoma" w:hAnsi="Tahoma" w:cs="Tahoma" w:hint="cs"/>
          <w:rtl/>
        </w:rPr>
        <w:t xml:space="preserve">. </w:t>
      </w:r>
      <w:r w:rsidRPr="006F0943">
        <w:rPr>
          <w:rFonts w:ascii="Tahoma" w:hAnsi="Tahoma" w:cs="Tahoma"/>
          <w:rtl/>
        </w:rPr>
        <w:t>همین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امر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اصالت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اجتماعی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بخشد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یادآور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سنت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Pr="006F0943">
        <w:rPr>
          <w:rFonts w:ascii="Tahoma" w:hAnsi="Tahoma" w:cs="Tahoma"/>
          <w:rtl/>
        </w:rPr>
        <w:t>شعر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کارگری</w:t>
      </w:r>
      <w:r>
        <w:rPr>
          <w:rFonts w:ascii="Tahoma" w:hAnsi="Tahoma" w:cs="Tahoma" w:hint="cs"/>
          <w:rtl/>
        </w:rPr>
        <w:t xml:space="preserve">»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ایران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 w:rsidRPr="006F0943">
        <w:rPr>
          <w:rFonts w:ascii="Tahoma" w:hAnsi="Tahoma" w:cs="Tahoma"/>
        </w:rPr>
        <w:t xml:space="preserve">.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حال،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شعرها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سطح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رئالیسم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فراتر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رفته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وارد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قلمرو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تأملات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وجودی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متافیزیکی</w:t>
      </w:r>
      <w:r>
        <w:rPr>
          <w:rFonts w:ascii="Tahoma" w:hAnsi="Tahoma" w:cs="Tahoma" w:hint="cs"/>
          <w:rtl/>
        </w:rPr>
        <w:t xml:space="preserve"> 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شوند</w:t>
      </w:r>
      <w:r w:rsidRPr="006F0943">
        <w:rPr>
          <w:rFonts w:ascii="Tahoma" w:hAnsi="Tahoma" w:cs="Tahoma"/>
        </w:rPr>
        <w:t xml:space="preserve">. 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کوشد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رنج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شخصی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سرنوشت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جمعی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پیوند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دهد؛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تلاشی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مدرن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فارسی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شاملو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اعتراضی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معاصر</w:t>
      </w:r>
      <w:r>
        <w:rPr>
          <w:rFonts w:ascii="Tahoma" w:hAnsi="Tahoma" w:cs="Tahoma" w:hint="cs"/>
          <w:rtl/>
        </w:rPr>
        <w:t>)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هم دیده شده است.</w:t>
      </w:r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  <w:b/>
          <w:bCs/>
          <w:rtl/>
        </w:rPr>
        <w:t>۲</w:t>
      </w:r>
      <w:r>
        <w:rPr>
          <w:rFonts w:ascii="Tahoma" w:hAnsi="Tahoma" w:cs="Tahoma" w:hint="cs"/>
          <w:b/>
          <w:bCs/>
          <w:rtl/>
        </w:rPr>
        <w:t>. در مورد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لایه</w:t>
      </w:r>
      <w:r w:rsidRPr="006F0943">
        <w:rPr>
          <w:rFonts w:ascii="Tahoma" w:hAnsi="Tahoma" w:cs="Tahoma"/>
          <w:b/>
          <w:bCs/>
        </w:rPr>
        <w:t>‌</w:t>
      </w:r>
      <w:r w:rsidRPr="006F0943">
        <w:rPr>
          <w:rFonts w:ascii="Tahoma" w:hAnsi="Tahoma" w:cs="Tahoma"/>
          <w:b/>
          <w:bCs/>
          <w:rtl/>
        </w:rPr>
        <w:t>های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موضوعی</w:t>
      </w:r>
      <w:r w:rsidRPr="006F0943">
        <w:rPr>
          <w:rFonts w:ascii="Tahoma" w:hAnsi="Tahoma" w:cs="Tahoma"/>
        </w:rPr>
        <w:br/>
        <w:t xml:space="preserve">- </w:t>
      </w:r>
      <w:r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کار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بیگانگی</w:t>
      </w:r>
      <w:r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کارگاه،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خستگی،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روزهای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تکراری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ستون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فقرات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مجموعه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اند</w:t>
      </w:r>
      <w:r>
        <w:rPr>
          <w:rFonts w:ascii="Tahoma" w:hAnsi="Tahoma" w:cs="Tahoma" w:hint="cs"/>
          <w:rtl/>
        </w:rPr>
        <w:t xml:space="preserve">. 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طریق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تصویرهای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/>
          <w:rtl/>
        </w:rPr>
        <w:t>س</w:t>
      </w:r>
      <w:r>
        <w:rPr>
          <w:rFonts w:ascii="Tahoma" w:hAnsi="Tahoma" w:cs="Tahoma" w:hint="cs"/>
          <w:rtl/>
        </w:rPr>
        <w:t>ادهء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ابزار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صندلی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ماشین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آلات،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حس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بیگانگی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منتقل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کند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  <w:r>
        <w:rPr>
          <w:rFonts w:ascii="Tahoma" w:hAnsi="Tahoma" w:cs="Tahoma" w:hint="cs"/>
          <w:rtl/>
        </w:rPr>
        <w:t xml:space="preserve"> - </w:t>
      </w:r>
      <w:r w:rsidRPr="006F0943">
        <w:rPr>
          <w:rFonts w:ascii="Tahoma" w:hAnsi="Tahoma" w:cs="Tahoma"/>
          <w:rtl/>
        </w:rPr>
        <w:t>مرگ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ناپایداری</w:t>
      </w:r>
      <w:r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بیمارستان،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گورستان،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آتش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خاکستر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بارها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تکرار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شوند</w:t>
      </w:r>
      <w:r>
        <w:rPr>
          <w:rFonts w:ascii="Tahoma" w:hAnsi="Tahoma" w:cs="Tahoma" w:hint="cs"/>
          <w:rtl/>
        </w:rPr>
        <w:t>.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مرگ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اینجا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انتزاعی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نیست؛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</w:t>
      </w:r>
      <w:r>
        <w:rPr>
          <w:rFonts w:ascii="Tahoma" w:hAnsi="Tahoma" w:cs="Tahoma" w:hint="cs"/>
          <w:rtl/>
        </w:rPr>
        <w:t>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خانواده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همکاران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کودکان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گره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خورده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>.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اما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حال،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مرگ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راهی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تأمل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عشق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مقاومت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گشاید</w:t>
      </w:r>
      <w:r>
        <w:rPr>
          <w:rFonts w:ascii="Tahoma" w:hAnsi="Tahoma" w:cs="Tahoma"/>
        </w:rPr>
        <w:t>.</w:t>
      </w:r>
    </w:p>
    <w:p w:rsidR="006F0943" w:rsidRDefault="006F0943" w:rsidP="006F0943">
      <w:pPr>
        <w:bidi/>
        <w:spacing w:after="0" w:line="36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- </w:t>
      </w:r>
      <w:r w:rsidRPr="006F0943">
        <w:rPr>
          <w:rFonts w:ascii="Tahoma" w:hAnsi="Tahoma" w:cs="Tahoma"/>
          <w:rtl/>
        </w:rPr>
        <w:t>عشق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غیاب</w:t>
      </w:r>
      <w:r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دل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مجموعه</w:t>
      </w:r>
      <w:r w:rsidRPr="006F0943">
        <w:rPr>
          <w:rFonts w:ascii="Tahoma" w:hAnsi="Tahoma" w:cs="Tahoma"/>
        </w:rPr>
        <w:t>‌</w:t>
      </w:r>
      <w:r>
        <w:rPr>
          <w:rFonts w:ascii="Tahoma" w:hAnsi="Tahoma" w:cs="Tahoma" w:hint="cs"/>
          <w:rtl/>
        </w:rPr>
        <w:t>ء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اجتماعی،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عشق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همچون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جرقه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انسانی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شکننده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حضور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دارد؛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شکل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رمانتیک،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بلکه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جزئی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ترین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لحظات</w:t>
      </w:r>
      <w:r>
        <w:rPr>
          <w:rFonts w:ascii="Tahoma" w:hAnsi="Tahoma" w:cs="Tahoma" w:hint="cs"/>
          <w:rtl/>
        </w:rPr>
        <w:t xml:space="preserve">: </w:t>
      </w:r>
      <w:r w:rsidRPr="006F0943">
        <w:rPr>
          <w:rFonts w:ascii="Tahoma" w:hAnsi="Tahoma" w:cs="Tahoma"/>
          <w:rtl/>
        </w:rPr>
        <w:t>دستی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گرفته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شود،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دیداری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دست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رود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طبیعت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عناصر</w:t>
      </w:r>
      <w:r>
        <w:rPr>
          <w:rFonts w:ascii="Tahoma" w:hAnsi="Tahoma" w:cs="Tahoma" w:hint="cs"/>
          <w:rtl/>
        </w:rPr>
        <w:t xml:space="preserve">: </w:t>
      </w:r>
      <w:r w:rsidRPr="006F0943">
        <w:rPr>
          <w:rFonts w:ascii="Tahoma" w:hAnsi="Tahoma" w:cs="Tahoma"/>
          <w:rtl/>
        </w:rPr>
        <w:t>کوه،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رود،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باران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دریا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پیدا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کنند،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اما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عنوان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فرار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واقعیت،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بلکه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استعاره</w:t>
      </w:r>
      <w:r>
        <w:rPr>
          <w:rFonts w:ascii="Tahoma" w:hAnsi="Tahoma" w:cs="Tahoma" w:hint="cs"/>
          <w:rtl/>
        </w:rPr>
        <w:t xml:space="preserve"> ه</w:t>
      </w:r>
      <w:r w:rsidRPr="006F0943">
        <w:rPr>
          <w:rFonts w:ascii="Tahoma" w:hAnsi="Tahoma" w:cs="Tahoma"/>
          <w:rtl/>
        </w:rPr>
        <w:t>ا</w:t>
      </w:r>
      <w:r>
        <w:rPr>
          <w:rFonts w:ascii="Tahoma" w:hAnsi="Tahoma" w:cs="Tahoma" w:hint="cs"/>
          <w:rtl/>
        </w:rPr>
        <w:t>ئ</w:t>
      </w:r>
      <w:r w:rsidRPr="006F0943">
        <w:rPr>
          <w:rFonts w:ascii="Tahoma" w:hAnsi="Tahoma" w:cs="Tahoma"/>
          <w:rtl/>
        </w:rPr>
        <w:t>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بقا</w:t>
      </w:r>
      <w:r>
        <w:rPr>
          <w:rFonts w:ascii="Tahoma" w:hAnsi="Tahoma" w:cs="Tahoma" w:hint="cs"/>
          <w:rtl/>
        </w:rPr>
        <w:t xml:space="preserve">: </w:t>
      </w:r>
      <w:r w:rsidRPr="006F0943">
        <w:rPr>
          <w:rFonts w:ascii="Tahoma" w:hAnsi="Tahoma" w:cs="Tahoma"/>
          <w:rtl/>
        </w:rPr>
        <w:t>طبیعت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خشن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6F0943">
        <w:rPr>
          <w:rFonts w:ascii="Tahoma" w:hAnsi="Tahoma" w:cs="Tahoma"/>
          <w:rtl/>
        </w:rPr>
        <w:t>برف،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طوفان</w:t>
      </w:r>
      <w:r>
        <w:rPr>
          <w:rFonts w:ascii="Tahoma" w:hAnsi="Tahoma" w:cs="Tahoma" w:hint="cs"/>
          <w:rtl/>
        </w:rPr>
        <w:t>)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پناه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بخش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6F0943">
        <w:rPr>
          <w:rFonts w:ascii="Tahoma" w:hAnsi="Tahoma" w:cs="Tahoma"/>
          <w:rtl/>
        </w:rPr>
        <w:t>درخت،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دریا</w:t>
      </w:r>
      <w:r>
        <w:rPr>
          <w:rFonts w:ascii="Tahoma" w:hAnsi="Tahoma" w:cs="Tahoma" w:hint="cs"/>
          <w:rtl/>
        </w:rPr>
        <w:t>).</w:t>
      </w:r>
      <w:proofErr w:type="gramEnd"/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  <w:b/>
          <w:bCs/>
          <w:rtl/>
        </w:rPr>
        <w:t>۳</w:t>
      </w:r>
      <w:r>
        <w:rPr>
          <w:rFonts w:ascii="Tahoma" w:hAnsi="Tahoma" w:cs="Tahoma" w:hint="cs"/>
          <w:b/>
          <w:bCs/>
          <w:rtl/>
        </w:rPr>
        <w:t xml:space="preserve">. </w:t>
      </w:r>
      <w:r w:rsidRPr="006F0943">
        <w:rPr>
          <w:rFonts w:ascii="Tahoma" w:hAnsi="Tahoma" w:cs="Tahoma"/>
          <w:b/>
          <w:bCs/>
          <w:rtl/>
        </w:rPr>
        <w:t>تصویرها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و</w:t>
      </w:r>
      <w:r w:rsidRPr="006F0943">
        <w:rPr>
          <w:rFonts w:ascii="Tahoma" w:hAnsi="Tahoma" w:cs="Tahoma"/>
          <w:b/>
          <w:bCs/>
        </w:rPr>
        <w:t xml:space="preserve"> </w:t>
      </w:r>
      <w:r w:rsidRPr="006F0943">
        <w:rPr>
          <w:rFonts w:ascii="Tahoma" w:hAnsi="Tahoma" w:cs="Tahoma"/>
          <w:b/>
          <w:bCs/>
          <w:rtl/>
        </w:rPr>
        <w:t>نمادها</w:t>
      </w:r>
    </w:p>
    <w:p w:rsidR="000A2278" w:rsidRDefault="006F0943" w:rsidP="000A2278">
      <w:pPr>
        <w:bidi/>
        <w:spacing w:after="0" w:line="360" w:lineRule="auto"/>
        <w:rPr>
          <w:rFonts w:ascii="Tahoma" w:hAnsi="Tahoma" w:cs="Tahoma" w:hint="cs"/>
          <w:rtl/>
        </w:rPr>
      </w:pPr>
      <w:r w:rsidRPr="006F0943">
        <w:rPr>
          <w:rFonts w:ascii="Tahoma" w:hAnsi="Tahoma" w:cs="Tahoma"/>
        </w:rPr>
        <w:t xml:space="preserve">- </w:t>
      </w:r>
      <w:r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صندلی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نیمکت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=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نشانه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خستگی،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انتظار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رهاشدگی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  <w:t xml:space="preserve">- </w:t>
      </w:r>
      <w:r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آتش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سوختن</w:t>
      </w:r>
      <w:r>
        <w:rPr>
          <w:rFonts w:ascii="Tahoma" w:hAnsi="Tahoma" w:cs="Tahoma" w:hint="cs"/>
          <w:rtl/>
        </w:rPr>
        <w:t>=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ویرانگر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6F0943">
        <w:rPr>
          <w:rFonts w:ascii="Tahoma" w:hAnsi="Tahoma" w:cs="Tahoma"/>
          <w:rtl/>
        </w:rPr>
        <w:t>مرگ،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جنگ</w:t>
      </w:r>
      <w:r>
        <w:rPr>
          <w:rFonts w:ascii="Tahoma" w:hAnsi="Tahoma" w:cs="Tahoma" w:hint="cs"/>
          <w:rtl/>
        </w:rPr>
        <w:t>)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پاک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کننده</w:t>
      </w:r>
      <w:r>
        <w:rPr>
          <w:rFonts w:ascii="Tahoma" w:hAnsi="Tahoma" w:cs="Tahoma" w:hint="cs"/>
          <w:rtl/>
        </w:rPr>
        <w:t xml:space="preserve"> (</w:t>
      </w:r>
      <w:r w:rsidRPr="006F0943">
        <w:rPr>
          <w:rFonts w:ascii="Tahoma" w:hAnsi="Tahoma" w:cs="Tahoma"/>
          <w:rtl/>
        </w:rPr>
        <w:t>عشق،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اعتراض</w:t>
      </w:r>
      <w:r>
        <w:rPr>
          <w:rFonts w:ascii="Tahoma" w:hAnsi="Tahoma" w:cs="Tahoma" w:hint="cs"/>
          <w:rtl/>
        </w:rPr>
        <w:t>).</w:t>
      </w:r>
      <w:r w:rsidRPr="006F0943">
        <w:rPr>
          <w:rFonts w:ascii="Tahoma" w:hAnsi="Tahoma" w:cs="Tahoma"/>
        </w:rPr>
        <w:br/>
        <w:t>-</w:t>
      </w:r>
      <w:r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دریا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رود</w:t>
      </w:r>
      <w:r>
        <w:rPr>
          <w:rFonts w:ascii="Tahoma" w:hAnsi="Tahoma" w:cs="Tahoma" w:hint="cs"/>
          <w:rtl/>
        </w:rPr>
        <w:t>=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مظهر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غرق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شدن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6F0943">
        <w:rPr>
          <w:rFonts w:ascii="Tahoma" w:hAnsi="Tahoma" w:cs="Tahoma"/>
          <w:rtl/>
        </w:rPr>
        <w:t>یأس،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مرگ</w:t>
      </w:r>
      <w:r>
        <w:rPr>
          <w:rFonts w:ascii="Tahoma" w:hAnsi="Tahoma" w:cs="Tahoma" w:hint="cs"/>
          <w:rtl/>
        </w:rPr>
        <w:t>)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جریان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زندگی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  <w:t xml:space="preserve">- </w:t>
      </w:r>
      <w:r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حیوانات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6F0943">
        <w:rPr>
          <w:rFonts w:ascii="Tahoma" w:hAnsi="Tahoma" w:cs="Tahoma"/>
          <w:rtl/>
        </w:rPr>
        <w:t>سگ،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گربه،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کلاغ،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گوسفند</w:t>
      </w:r>
      <w:r>
        <w:rPr>
          <w:rFonts w:ascii="Tahoma" w:hAnsi="Tahoma" w:cs="Tahoma" w:hint="cs"/>
          <w:rtl/>
        </w:rPr>
        <w:t>) =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نماد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گناهی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برعکس،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انسانیت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تحریف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شده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  <w:t xml:space="preserve">- </w:t>
      </w:r>
      <w:r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کارگاه،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ابزار،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کاغذ،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صحافی</w:t>
      </w:r>
      <w:r w:rsidRPr="006F0943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=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استعاره</w:t>
      </w:r>
      <w:r w:rsidRPr="006F0943">
        <w:rPr>
          <w:rFonts w:ascii="Tahoma" w:hAnsi="Tahoma" w:cs="Tahoma"/>
        </w:rPr>
        <w:t>‌</w:t>
      </w:r>
      <w:r>
        <w:rPr>
          <w:rFonts w:ascii="Tahoma" w:hAnsi="Tahoma" w:cs="Tahoma" w:hint="cs"/>
          <w:rtl/>
        </w:rPr>
        <w:t>ء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مرکزی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کتاب</w:t>
      </w:r>
      <w:r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زندگی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مرگ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همچون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برگ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یک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کتاب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کنار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دوخته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شوند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</w:rPr>
        <w:br/>
      </w:r>
      <w:r w:rsidRPr="000A2278">
        <w:rPr>
          <w:rFonts w:ascii="Tahoma" w:hAnsi="Tahoma" w:cs="Tahoma"/>
          <w:b/>
          <w:bCs/>
          <w:rtl/>
        </w:rPr>
        <w:t>۴</w:t>
      </w:r>
      <w:r w:rsidR="000A2278">
        <w:rPr>
          <w:rFonts w:ascii="Tahoma" w:hAnsi="Tahoma" w:cs="Tahoma" w:hint="cs"/>
          <w:b/>
          <w:bCs/>
          <w:rtl/>
        </w:rPr>
        <w:t xml:space="preserve">. </w:t>
      </w:r>
      <w:r w:rsidRPr="000A2278">
        <w:rPr>
          <w:rFonts w:ascii="Tahoma" w:hAnsi="Tahoma" w:cs="Tahoma"/>
          <w:b/>
          <w:bCs/>
          <w:rtl/>
        </w:rPr>
        <w:t>شکل</w:t>
      </w:r>
      <w:r w:rsidRPr="000A2278">
        <w:rPr>
          <w:rFonts w:ascii="Tahoma" w:hAnsi="Tahoma" w:cs="Tahoma"/>
          <w:b/>
          <w:bCs/>
        </w:rPr>
        <w:t xml:space="preserve"> </w:t>
      </w:r>
      <w:r w:rsidRPr="000A2278">
        <w:rPr>
          <w:rFonts w:ascii="Tahoma" w:hAnsi="Tahoma" w:cs="Tahoma"/>
          <w:b/>
          <w:bCs/>
          <w:rtl/>
        </w:rPr>
        <w:t>و</w:t>
      </w:r>
      <w:r w:rsidRPr="000A2278">
        <w:rPr>
          <w:rFonts w:ascii="Tahoma" w:hAnsi="Tahoma" w:cs="Tahoma"/>
          <w:b/>
          <w:bCs/>
        </w:rPr>
        <w:t xml:space="preserve"> </w:t>
      </w:r>
      <w:r w:rsidRPr="000A2278">
        <w:rPr>
          <w:rFonts w:ascii="Tahoma" w:hAnsi="Tahoma" w:cs="Tahoma"/>
          <w:b/>
          <w:bCs/>
          <w:rtl/>
        </w:rPr>
        <w:t>تکنیک</w:t>
      </w:r>
      <w:r w:rsidRPr="006F0943">
        <w:rPr>
          <w:rFonts w:ascii="Tahoma" w:hAnsi="Tahoma" w:cs="Tahoma"/>
        </w:rPr>
        <w:br/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شعر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سپید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بدون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وزن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قافیه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>ء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کلاسیک،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اما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ریتم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حاصل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تکرار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شکست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سطرها</w:t>
      </w:r>
      <w:r w:rsidR="000A2278">
        <w:rPr>
          <w:rFonts w:ascii="Tahoma" w:hAnsi="Tahoma" w:cs="Tahoma"/>
        </w:rPr>
        <w:t>.</w:t>
      </w:r>
    </w:p>
    <w:p w:rsidR="00984829" w:rsidRDefault="006F0943" w:rsidP="000A2278">
      <w:pPr>
        <w:bidi/>
        <w:spacing w:after="0" w:line="360" w:lineRule="auto"/>
        <w:rPr>
          <w:rFonts w:ascii="Tahoma" w:hAnsi="Tahoma" w:cs="Tahoma" w:hint="cs"/>
          <w:rtl/>
        </w:rPr>
      </w:pPr>
      <w:bookmarkStart w:id="0" w:name="_GoBack"/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زبان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محاوره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ای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فوریت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صداقت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/>
          <w:rtl/>
        </w:rPr>
        <w:t>بخش</w:t>
      </w:r>
      <w:r w:rsidRPr="006F0943">
        <w:rPr>
          <w:rFonts w:ascii="Tahoma" w:hAnsi="Tahoma" w:cs="Tahoma"/>
          <w:rtl/>
        </w:rPr>
        <w:t>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اما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گاه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شدتِ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لحن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شاعرانه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/>
          <w:rtl/>
        </w:rPr>
        <w:t>کاه</w:t>
      </w:r>
      <w:r w:rsidRPr="006F0943">
        <w:rPr>
          <w:rFonts w:ascii="Tahoma" w:hAnsi="Tahoma" w:cs="Tahoma"/>
          <w:rtl/>
        </w:rPr>
        <w:t>د</w:t>
      </w:r>
      <w:r w:rsidRPr="006F0943">
        <w:rPr>
          <w:rFonts w:ascii="Tahoma" w:hAnsi="Tahoma" w:cs="Tahoma"/>
        </w:rPr>
        <w:t>.</w:t>
      </w:r>
      <w:proofErr w:type="gramEnd"/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حرکت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بریده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بریده</w:t>
      </w:r>
      <w:r w:rsidR="000A2278">
        <w:rPr>
          <w:rFonts w:ascii="Tahoma" w:hAnsi="Tahoma" w:cs="Tahoma" w:hint="cs"/>
          <w:rtl/>
        </w:rPr>
        <w:t xml:space="preserve">: </w:t>
      </w:r>
      <w:r w:rsidRPr="006F0943">
        <w:rPr>
          <w:rFonts w:ascii="Tahoma" w:hAnsi="Tahoma" w:cs="Tahoma"/>
          <w:rtl/>
        </w:rPr>
        <w:t>شعرها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مثل</w:t>
      </w:r>
      <w:r w:rsidRPr="006F0943">
        <w:rPr>
          <w:rFonts w:ascii="Tahoma" w:hAnsi="Tahoma" w:cs="Tahoma"/>
        </w:rPr>
        <w:t xml:space="preserve"> </w:t>
      </w:r>
      <w:r w:rsidR="000A2278">
        <w:rPr>
          <w:rFonts w:ascii="Tahoma" w:hAnsi="Tahoma" w:cs="Tahoma" w:hint="cs"/>
          <w:rtl/>
        </w:rPr>
        <w:t>«</w:t>
      </w:r>
      <w:r w:rsidRPr="006F0943">
        <w:rPr>
          <w:rFonts w:ascii="Tahoma" w:hAnsi="Tahoma" w:cs="Tahoma"/>
          <w:rtl/>
        </w:rPr>
        <w:t>کات</w:t>
      </w:r>
      <w:r w:rsidR="000A2278">
        <w:rPr>
          <w:rFonts w:ascii="Tahoma" w:hAnsi="Tahoma" w:cs="Tahoma" w:hint="cs"/>
          <w:rtl/>
        </w:rPr>
        <w:t xml:space="preserve">» 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سینمایی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ناگهان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صحنه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صحنه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دیگر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روند؛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شگرد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lastRenderedPageBreak/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متن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حالتی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سینمایی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دهد،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هرچند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گاهی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انسجام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عاطفی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قطع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کند</w:t>
      </w:r>
      <w:r w:rsidRPr="006F0943">
        <w:rPr>
          <w:rFonts w:ascii="Tahoma" w:hAnsi="Tahoma" w:cs="Tahoma"/>
        </w:rPr>
        <w:t>.</w:t>
      </w:r>
      <w:proofErr w:type="gramEnd"/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موسیقی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تکرار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تکرار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ها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بارها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بارهاریتم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سازند،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اما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زیاد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روند،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تأثیر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خود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دست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دهند</w:t>
      </w:r>
      <w:r w:rsidRPr="006F0943">
        <w:rPr>
          <w:rFonts w:ascii="Tahoma" w:hAnsi="Tahoma" w:cs="Tahoma"/>
        </w:rPr>
        <w:t>.</w:t>
      </w:r>
      <w:proofErr w:type="gramEnd"/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</w:rPr>
        <w:br/>
      </w:r>
      <w:r w:rsidRPr="000A2278">
        <w:rPr>
          <w:rFonts w:ascii="Tahoma" w:hAnsi="Tahoma" w:cs="Tahoma"/>
          <w:b/>
          <w:bCs/>
          <w:rtl/>
        </w:rPr>
        <w:t>۵</w:t>
      </w:r>
      <w:r w:rsidRPr="000A2278">
        <w:rPr>
          <w:rFonts w:ascii="Tahoma" w:hAnsi="Tahoma" w:cs="Tahoma"/>
          <w:b/>
          <w:bCs/>
        </w:rPr>
        <w:t xml:space="preserve">. </w:t>
      </w:r>
      <w:r w:rsidRPr="000A2278">
        <w:rPr>
          <w:rFonts w:ascii="Tahoma" w:hAnsi="Tahoma" w:cs="Tahoma"/>
          <w:b/>
          <w:bCs/>
          <w:rtl/>
        </w:rPr>
        <w:t>نقاط</w:t>
      </w:r>
      <w:r w:rsidRPr="000A2278">
        <w:rPr>
          <w:rFonts w:ascii="Tahoma" w:hAnsi="Tahoma" w:cs="Tahoma"/>
          <w:b/>
          <w:bCs/>
        </w:rPr>
        <w:t xml:space="preserve"> </w:t>
      </w:r>
      <w:r w:rsidRPr="000A2278">
        <w:rPr>
          <w:rFonts w:ascii="Tahoma" w:hAnsi="Tahoma" w:cs="Tahoma"/>
          <w:b/>
          <w:bCs/>
          <w:rtl/>
        </w:rPr>
        <w:t>قوّت</w:t>
      </w:r>
      <w:r w:rsidRPr="006F0943">
        <w:rPr>
          <w:rFonts w:ascii="Tahoma" w:hAnsi="Tahoma" w:cs="Tahoma"/>
        </w:rPr>
        <w:br/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صداقت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خام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پرده</w:t>
      </w:r>
      <w:r w:rsidRPr="006F0943">
        <w:rPr>
          <w:rFonts w:ascii="Tahoma" w:hAnsi="Tahoma" w:cs="Tahoma"/>
        </w:rPr>
        <w:t xml:space="preserve">: 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واسطه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زندگی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رنج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سخن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گوید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تصاویر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خلاقانه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استعاره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هایی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چون</w:t>
      </w:r>
      <w:r w:rsidRPr="006F0943">
        <w:rPr>
          <w:rFonts w:ascii="Tahoma" w:hAnsi="Tahoma" w:cs="Tahoma"/>
        </w:rPr>
        <w:t xml:space="preserve"> </w:t>
      </w:r>
      <w:r w:rsidR="000A2278">
        <w:rPr>
          <w:rFonts w:ascii="Tahoma" w:hAnsi="Tahoma" w:cs="Tahoma" w:hint="cs"/>
          <w:rtl/>
        </w:rPr>
        <w:t>«</w:t>
      </w:r>
      <w:r w:rsidRPr="006F0943">
        <w:rPr>
          <w:rFonts w:ascii="Tahoma" w:hAnsi="Tahoma" w:cs="Tahoma"/>
          <w:rtl/>
        </w:rPr>
        <w:t>دست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هایی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لبِ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لبِ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دریا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رسند</w:t>
      </w:r>
      <w:r w:rsidR="000A2278">
        <w:rPr>
          <w:rFonts w:ascii="Tahoma" w:hAnsi="Tahoma" w:cs="Tahoma" w:hint="cs"/>
          <w:rtl/>
        </w:rPr>
        <w:t>»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ماندگار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یادماندنی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اند</w:t>
      </w:r>
      <w:r w:rsidRPr="006F0943">
        <w:rPr>
          <w:rFonts w:ascii="Tahoma" w:hAnsi="Tahoma" w:cs="Tahoma"/>
        </w:rPr>
        <w:t>.</w:t>
      </w:r>
      <w:proofErr w:type="gramEnd"/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پیوند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فردی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اجتماعی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رنج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های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شخصی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مسائل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اجتماعی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تند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شعارزدگی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دور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ماند</w:t>
      </w:r>
      <w:r w:rsidRPr="006F0943">
        <w:rPr>
          <w:rFonts w:ascii="Tahoma" w:hAnsi="Tahoma" w:cs="Tahoma"/>
        </w:rPr>
        <w:t>.</w:t>
      </w:r>
      <w:proofErr w:type="gramEnd"/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</w:rPr>
        <w:br/>
      </w:r>
      <w:r w:rsidRPr="000A2278">
        <w:rPr>
          <w:rFonts w:ascii="Tahoma" w:hAnsi="Tahoma" w:cs="Tahoma"/>
          <w:b/>
          <w:bCs/>
          <w:rtl/>
        </w:rPr>
        <w:t>۶</w:t>
      </w:r>
      <w:r w:rsidR="000A2278">
        <w:rPr>
          <w:rFonts w:ascii="Tahoma" w:hAnsi="Tahoma" w:cs="Tahoma"/>
          <w:b/>
          <w:bCs/>
        </w:rPr>
        <w:t>.</w:t>
      </w:r>
      <w:r w:rsidR="000A2278">
        <w:rPr>
          <w:rFonts w:ascii="Tahoma" w:hAnsi="Tahoma" w:cs="Tahoma" w:hint="cs"/>
          <w:b/>
          <w:bCs/>
          <w:rtl/>
        </w:rPr>
        <w:t xml:space="preserve"> </w:t>
      </w:r>
      <w:r w:rsidRPr="000A2278">
        <w:rPr>
          <w:rFonts w:ascii="Tahoma" w:hAnsi="Tahoma" w:cs="Tahoma"/>
          <w:b/>
          <w:bCs/>
          <w:rtl/>
        </w:rPr>
        <w:t>زمینه</w:t>
      </w:r>
      <w:r w:rsidRPr="000A2278">
        <w:rPr>
          <w:rFonts w:ascii="Tahoma" w:hAnsi="Tahoma" w:cs="Tahoma"/>
          <w:b/>
          <w:bCs/>
        </w:rPr>
        <w:t>‌</w:t>
      </w:r>
      <w:r w:rsidRPr="000A2278">
        <w:rPr>
          <w:rFonts w:ascii="Tahoma" w:hAnsi="Tahoma" w:cs="Tahoma"/>
          <w:b/>
          <w:bCs/>
          <w:rtl/>
        </w:rPr>
        <w:t>های</w:t>
      </w:r>
      <w:r w:rsidRPr="000A2278">
        <w:rPr>
          <w:rFonts w:ascii="Tahoma" w:hAnsi="Tahoma" w:cs="Tahoma"/>
          <w:b/>
          <w:bCs/>
        </w:rPr>
        <w:t xml:space="preserve"> </w:t>
      </w:r>
      <w:r w:rsidRPr="000A2278">
        <w:rPr>
          <w:rFonts w:ascii="Tahoma" w:hAnsi="Tahoma" w:cs="Tahoma"/>
          <w:b/>
          <w:bCs/>
          <w:rtl/>
        </w:rPr>
        <w:t>رشد</w:t>
      </w:r>
      <w:r w:rsidRPr="006F0943">
        <w:rPr>
          <w:rFonts w:ascii="Tahoma" w:hAnsi="Tahoma" w:cs="Tahoma"/>
        </w:rPr>
        <w:br/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یک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دستی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لحن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جابه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جایی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سریع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میان</w:t>
      </w:r>
      <w:r w:rsidRPr="006F0943">
        <w:rPr>
          <w:rFonts w:ascii="Tahoma" w:hAnsi="Tahoma" w:cs="Tahoma"/>
        </w:rPr>
        <w:t xml:space="preserve"> </w:t>
      </w:r>
      <w:r w:rsidR="000A2278">
        <w:rPr>
          <w:rFonts w:ascii="Tahoma" w:hAnsi="Tahoma" w:cs="Tahoma" w:hint="cs"/>
          <w:rtl/>
        </w:rPr>
        <w:t>«</w:t>
      </w:r>
      <w:r w:rsidRPr="006F0943">
        <w:rPr>
          <w:rFonts w:ascii="Tahoma" w:hAnsi="Tahoma" w:cs="Tahoma"/>
          <w:rtl/>
        </w:rPr>
        <w:t>زبان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محاوره</w:t>
      </w:r>
      <w:r w:rsidR="000A2278">
        <w:rPr>
          <w:rFonts w:ascii="Tahoma" w:hAnsi="Tahoma" w:cs="Tahoma" w:hint="cs"/>
          <w:rtl/>
        </w:rPr>
        <w:t>»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="000A2278">
        <w:rPr>
          <w:rFonts w:ascii="Tahoma" w:hAnsi="Tahoma" w:cs="Tahoma" w:hint="cs"/>
          <w:rtl/>
        </w:rPr>
        <w:t>»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زبان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بسیار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شاعرانه</w:t>
      </w:r>
      <w:r w:rsidR="000A2278">
        <w:rPr>
          <w:rFonts w:ascii="Tahoma" w:hAnsi="Tahoma" w:cs="Tahoma" w:hint="cs"/>
          <w:rtl/>
        </w:rPr>
        <w:t>»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گاه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یگانگی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صدا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آسیب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زند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کاهش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توضیح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مستقیم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برخی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شعرها،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حد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توضیح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دهد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فرصت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کشف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خواننده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گیرد</w:t>
      </w:r>
      <w:r w:rsidRPr="006F0943">
        <w:rPr>
          <w:rFonts w:ascii="Tahoma" w:hAnsi="Tahoma" w:cs="Tahoma"/>
        </w:rPr>
        <w:t>.</w:t>
      </w:r>
      <w:proofErr w:type="gramEnd"/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انسجام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ساختاری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کتاب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بیشتر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شبیه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دفتر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یادداشت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پراکنده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یک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مجموعه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>ء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طراحی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شده</w:t>
      </w:r>
      <w:r w:rsidR="000A2278">
        <w:rPr>
          <w:rFonts w:ascii="Tahoma" w:hAnsi="Tahoma" w:cs="Tahoma" w:hint="cs"/>
          <w:rtl/>
        </w:rPr>
        <w:t>.</w:t>
      </w:r>
      <w:proofErr w:type="gramEnd"/>
      <w:r w:rsidR="000A2278">
        <w:rPr>
          <w:rFonts w:ascii="Tahoma" w:hAnsi="Tahoma" w:cs="Tahoma" w:hint="cs"/>
          <w:rtl/>
        </w:rPr>
        <w:t xml:space="preserve"> شاید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شعرها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اساس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موضوع</w:t>
      </w:r>
      <w:r w:rsidRPr="006F0943">
        <w:rPr>
          <w:rFonts w:ascii="Tahoma" w:hAnsi="Tahoma" w:cs="Tahoma"/>
        </w:rPr>
        <w:t xml:space="preserve"> </w:t>
      </w:r>
      <w:r w:rsidR="000A2278">
        <w:rPr>
          <w:rFonts w:ascii="Tahoma" w:hAnsi="Tahoma" w:cs="Tahoma" w:hint="cs"/>
          <w:rtl/>
        </w:rPr>
        <w:t xml:space="preserve">(مثلاً </w:t>
      </w:r>
      <w:r w:rsidRPr="006F0943">
        <w:rPr>
          <w:rFonts w:ascii="Tahoma" w:hAnsi="Tahoma" w:cs="Tahoma"/>
          <w:rtl/>
        </w:rPr>
        <w:t>کار،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مرگ،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عشق،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مقاومت</w:t>
      </w:r>
      <w:r w:rsidR="000A2278">
        <w:rPr>
          <w:rFonts w:ascii="Tahoma" w:hAnsi="Tahoma" w:cs="Tahoma" w:hint="cs"/>
          <w:rtl/>
        </w:rPr>
        <w:t>)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گروه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بندی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شوند،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ساختار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قدرتمندتری</w:t>
      </w:r>
      <w:r w:rsidR="000A2278">
        <w:rPr>
          <w:rFonts w:ascii="Tahoma" w:hAnsi="Tahoma" w:cs="Tahoma" w:hint="cs"/>
          <w:rtl/>
        </w:rPr>
        <w:t xml:space="preserve"> بیابند</w:t>
      </w:r>
      <w:r w:rsidRPr="006F0943">
        <w:rPr>
          <w:rFonts w:ascii="Tahoma" w:hAnsi="Tahoma" w:cs="Tahoma"/>
        </w:rPr>
        <w:br/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ویرایش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دقیق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تر</w:t>
      </w:r>
      <w:r w:rsidRPr="006F0943">
        <w:rPr>
          <w:rFonts w:ascii="Tahoma" w:hAnsi="Tahoma" w:cs="Tahoma"/>
        </w:rPr>
        <w:t xml:space="preserve">: </w:t>
      </w:r>
      <w:r w:rsidRPr="006F0943">
        <w:rPr>
          <w:rFonts w:ascii="Tahoma" w:hAnsi="Tahoma" w:cs="Tahoma"/>
          <w:rtl/>
        </w:rPr>
        <w:t>حذف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تکرارهای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زائد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پالایش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واژگان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تواند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خطوط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درخشان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برجسته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تر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کند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</w:rPr>
        <w:br/>
      </w:r>
      <w:r w:rsidRPr="000A2278">
        <w:rPr>
          <w:rFonts w:ascii="Tahoma" w:hAnsi="Tahoma" w:cs="Tahoma"/>
          <w:b/>
          <w:bCs/>
          <w:rtl/>
        </w:rPr>
        <w:t>۷</w:t>
      </w:r>
      <w:r w:rsidR="000A2278">
        <w:rPr>
          <w:rFonts w:ascii="Tahoma" w:hAnsi="Tahoma" w:cs="Tahoma" w:hint="cs"/>
          <w:b/>
          <w:bCs/>
          <w:rtl/>
        </w:rPr>
        <w:t>.</w:t>
      </w:r>
      <w:r w:rsidRPr="000A2278">
        <w:rPr>
          <w:rFonts w:ascii="Tahoma" w:hAnsi="Tahoma" w:cs="Tahoma"/>
          <w:b/>
          <w:bCs/>
        </w:rPr>
        <w:t xml:space="preserve"> </w:t>
      </w:r>
      <w:r w:rsidRPr="000A2278">
        <w:rPr>
          <w:rFonts w:ascii="Tahoma" w:hAnsi="Tahoma" w:cs="Tahoma"/>
          <w:b/>
          <w:bCs/>
          <w:rtl/>
        </w:rPr>
        <w:t>مقایسه</w:t>
      </w:r>
      <w:r w:rsidRPr="000A2278">
        <w:rPr>
          <w:rFonts w:ascii="Tahoma" w:hAnsi="Tahoma" w:cs="Tahoma"/>
          <w:b/>
          <w:bCs/>
        </w:rPr>
        <w:t>‌</w:t>
      </w:r>
      <w:r w:rsidRPr="000A2278">
        <w:rPr>
          <w:rFonts w:ascii="Tahoma" w:hAnsi="Tahoma" w:cs="Tahoma"/>
          <w:b/>
          <w:bCs/>
          <w:rtl/>
        </w:rPr>
        <w:t>ی</w:t>
      </w:r>
      <w:r w:rsidRPr="000A2278">
        <w:rPr>
          <w:rFonts w:ascii="Tahoma" w:hAnsi="Tahoma" w:cs="Tahoma"/>
          <w:b/>
          <w:bCs/>
        </w:rPr>
        <w:t xml:space="preserve"> </w:t>
      </w:r>
      <w:r w:rsidRPr="000A2278">
        <w:rPr>
          <w:rFonts w:ascii="Tahoma" w:hAnsi="Tahoma" w:cs="Tahoma"/>
          <w:b/>
          <w:bCs/>
          <w:rtl/>
        </w:rPr>
        <w:t>ادبی</w:t>
      </w:r>
      <w:r w:rsidRPr="006F0943">
        <w:rPr>
          <w:rFonts w:ascii="Tahoma" w:hAnsi="Tahoma" w:cs="Tahoma"/>
        </w:rPr>
        <w:br/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با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فروغ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فرخزاد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جسارتِ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بیان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رنج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شخصی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زبان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اجتماعی</w:t>
      </w:r>
      <w:r w:rsidRPr="006F0943">
        <w:rPr>
          <w:rFonts w:ascii="Tahoma" w:hAnsi="Tahoma" w:cs="Tahoma"/>
        </w:rPr>
        <w:t xml:space="preserve"> </w:t>
      </w:r>
      <w:r w:rsidR="000A2278">
        <w:rPr>
          <w:rFonts w:ascii="Tahoma" w:hAnsi="Tahoma" w:cs="Tahoma" w:hint="cs"/>
          <w:rtl/>
        </w:rPr>
        <w:t xml:space="preserve">با او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داستان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  <w:proofErr w:type="gramStart"/>
      <w:r w:rsidRPr="006F0943">
        <w:rPr>
          <w:rFonts w:ascii="Tahoma" w:hAnsi="Tahoma" w:cs="Tahoma"/>
        </w:rPr>
        <w:t xml:space="preserve">- 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با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احمد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شاملو</w:t>
      </w:r>
      <w:r w:rsidR="000A2278">
        <w:rPr>
          <w:rFonts w:ascii="Tahoma" w:hAnsi="Tahoma" w:cs="Tahoma" w:hint="cs"/>
          <w:rtl/>
        </w:rPr>
        <w:t>: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پیوند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مبارزه</w:t>
      </w:r>
      <w:r w:rsidR="000A2278">
        <w:rPr>
          <w:rFonts w:ascii="Tahoma" w:hAnsi="Tahoma" w:cs="Tahoma" w:hint="cs"/>
          <w:rtl/>
        </w:rPr>
        <w:t>ء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کارگری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پرسش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هستی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 xml:space="preserve"> </w:t>
      </w:r>
      <w:r w:rsidRPr="006F0943">
        <w:rPr>
          <w:rFonts w:ascii="Tahoma" w:hAnsi="Tahoma" w:cs="Tahoma"/>
          <w:rtl/>
        </w:rPr>
        <w:t>شناختی</w:t>
      </w:r>
      <w:r w:rsidR="000A2278">
        <w:rPr>
          <w:rFonts w:ascii="Tahoma" w:hAnsi="Tahoma" w:cs="Tahoma" w:hint="cs"/>
          <w:rtl/>
        </w:rPr>
        <w:t xml:space="preserve"> با شاملو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صدا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شود</w:t>
      </w:r>
      <w:r w:rsidR="000A2278">
        <w:rPr>
          <w:rFonts w:ascii="Tahoma" w:hAnsi="Tahoma" w:cs="Tahoma"/>
        </w:rPr>
        <w:t>.</w:t>
      </w:r>
      <w:proofErr w:type="gramEnd"/>
      <w:r w:rsidRPr="006F0943">
        <w:rPr>
          <w:rFonts w:ascii="Tahoma" w:hAnsi="Tahoma" w:cs="Tahoma"/>
        </w:rPr>
        <w:br/>
      </w:r>
      <w:r w:rsidRPr="006F0943">
        <w:rPr>
          <w:rFonts w:ascii="Tahoma" w:hAnsi="Tahoma" w:cs="Tahoma"/>
        </w:rPr>
        <w:br/>
      </w:r>
      <w:r w:rsidRPr="000A2278">
        <w:rPr>
          <w:rFonts w:ascii="Tahoma" w:hAnsi="Tahoma" w:cs="Tahoma"/>
          <w:b/>
          <w:bCs/>
          <w:rtl/>
        </w:rPr>
        <w:t>۸</w:t>
      </w:r>
      <w:r w:rsidR="000A2278">
        <w:rPr>
          <w:rFonts w:ascii="Tahoma" w:hAnsi="Tahoma" w:cs="Tahoma" w:hint="cs"/>
          <w:b/>
          <w:bCs/>
          <w:rtl/>
        </w:rPr>
        <w:t>.</w:t>
      </w:r>
      <w:r w:rsidRPr="000A2278">
        <w:rPr>
          <w:rFonts w:ascii="Tahoma" w:hAnsi="Tahoma" w:cs="Tahoma"/>
          <w:b/>
          <w:bCs/>
        </w:rPr>
        <w:t xml:space="preserve"> </w:t>
      </w:r>
      <w:r w:rsidRPr="000A2278">
        <w:rPr>
          <w:rFonts w:ascii="Tahoma" w:hAnsi="Tahoma" w:cs="Tahoma"/>
          <w:b/>
          <w:bCs/>
          <w:rtl/>
        </w:rPr>
        <w:t>جمع</w:t>
      </w:r>
      <w:r w:rsidRPr="000A2278">
        <w:rPr>
          <w:rFonts w:ascii="Tahoma" w:hAnsi="Tahoma" w:cs="Tahoma"/>
          <w:b/>
          <w:bCs/>
        </w:rPr>
        <w:t>‌</w:t>
      </w:r>
      <w:r w:rsidRPr="000A2278">
        <w:rPr>
          <w:rFonts w:ascii="Tahoma" w:hAnsi="Tahoma" w:cs="Tahoma"/>
          <w:b/>
          <w:bCs/>
          <w:rtl/>
        </w:rPr>
        <w:t>بندی</w:t>
      </w:r>
      <w:r w:rsidRPr="006F0943">
        <w:rPr>
          <w:rFonts w:ascii="Tahoma" w:hAnsi="Tahoma" w:cs="Tahoma"/>
        </w:rPr>
        <w:br/>
      </w:r>
      <w:r w:rsidR="000A2278">
        <w:rPr>
          <w:rFonts w:ascii="Tahoma" w:hAnsi="Tahoma" w:cs="Tahoma" w:hint="cs"/>
          <w:rtl/>
        </w:rPr>
        <w:t>«</w:t>
      </w:r>
      <w:r w:rsidRPr="006F0943">
        <w:rPr>
          <w:rFonts w:ascii="Tahoma" w:hAnsi="Tahoma" w:cs="Tahoma"/>
          <w:rtl/>
        </w:rPr>
        <w:t>صحافی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باران</w:t>
      </w:r>
      <w:r w:rsidR="000A2278">
        <w:rPr>
          <w:rFonts w:ascii="Tahoma" w:hAnsi="Tahoma" w:cs="Tahoma" w:hint="cs"/>
          <w:rtl/>
        </w:rPr>
        <w:t>»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اثری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صادقانه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شجاعانه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شاعری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جوان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از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دلِ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رنج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تجربه</w:t>
      </w:r>
      <w:r w:rsidRPr="006F0943">
        <w:rPr>
          <w:rFonts w:ascii="Tahoma" w:hAnsi="Tahoma" w:cs="Tahoma"/>
        </w:rPr>
        <w:t>‌</w:t>
      </w:r>
      <w:r w:rsidR="000A2278">
        <w:rPr>
          <w:rFonts w:ascii="Tahoma" w:hAnsi="Tahoma" w:cs="Tahoma" w:hint="cs"/>
          <w:rtl/>
        </w:rPr>
        <w:t>ء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زیسته</w:t>
      </w:r>
      <w:r w:rsidR="000A2278">
        <w:rPr>
          <w:rFonts w:ascii="Tahoma" w:hAnsi="Tahoma" w:cs="Tahoma" w:hint="cs"/>
          <w:rtl/>
        </w:rPr>
        <w:t xml:space="preserve"> اش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سخن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گوید</w:t>
      </w:r>
      <w:r w:rsidR="000A2278">
        <w:rPr>
          <w:rFonts w:ascii="Tahoma" w:hAnsi="Tahoma" w:cs="Tahoma" w:hint="cs"/>
          <w:rtl/>
        </w:rPr>
        <w:t>.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ارزش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مجموعه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آن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است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همچون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عملِ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صحافی،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صدای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کارگران،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اندوه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های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خانوادگی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عناصر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کیهانی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را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هم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دوزد</w:t>
      </w:r>
      <w:r w:rsidR="000A2278">
        <w:rPr>
          <w:rFonts w:ascii="Tahoma" w:hAnsi="Tahoma" w:cs="Tahoma" w:hint="cs"/>
          <w:rtl/>
        </w:rPr>
        <w:t xml:space="preserve">. اما تنها </w:t>
      </w:r>
      <w:r w:rsidRPr="006F0943">
        <w:rPr>
          <w:rFonts w:ascii="Tahoma" w:hAnsi="Tahoma" w:cs="Tahoma"/>
          <w:rtl/>
        </w:rPr>
        <w:t>با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ویرایش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دقیق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تر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و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سازمان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دهی</w:t>
      </w:r>
      <w:r w:rsidRPr="006F0943">
        <w:rPr>
          <w:rFonts w:ascii="Tahoma" w:hAnsi="Tahoma" w:cs="Tahoma"/>
        </w:rPr>
        <w:t xml:space="preserve"> </w:t>
      </w:r>
      <w:r w:rsidR="000A2278">
        <w:rPr>
          <w:rFonts w:ascii="Tahoma" w:hAnsi="Tahoma" w:cs="Tahoma"/>
          <w:rtl/>
        </w:rPr>
        <w:t>ساختاری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این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مجموعه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می</w:t>
      </w:r>
      <w:r w:rsidRPr="006F0943">
        <w:rPr>
          <w:rFonts w:ascii="Tahoma" w:hAnsi="Tahoma" w:cs="Tahoma"/>
        </w:rPr>
        <w:t>‌</w:t>
      </w:r>
      <w:r w:rsidRPr="006F0943">
        <w:rPr>
          <w:rFonts w:ascii="Tahoma" w:hAnsi="Tahoma" w:cs="Tahoma"/>
          <w:rtl/>
        </w:rPr>
        <w:t>تواند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سهمی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درخور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شعر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اجتماعی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معاصر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ایران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داشته</w:t>
      </w:r>
      <w:r w:rsidRPr="006F0943">
        <w:rPr>
          <w:rFonts w:ascii="Tahoma" w:hAnsi="Tahoma" w:cs="Tahoma"/>
        </w:rPr>
        <w:t xml:space="preserve"> </w:t>
      </w:r>
      <w:r w:rsidRPr="006F0943">
        <w:rPr>
          <w:rFonts w:ascii="Tahoma" w:hAnsi="Tahoma" w:cs="Tahoma"/>
          <w:rtl/>
        </w:rPr>
        <w:t>باشد</w:t>
      </w:r>
      <w:r w:rsidRPr="006F0943">
        <w:rPr>
          <w:rFonts w:ascii="Tahoma" w:hAnsi="Tahoma" w:cs="Tahoma"/>
        </w:rPr>
        <w:t>.</w:t>
      </w:r>
      <w:r w:rsidRPr="006F0943">
        <w:rPr>
          <w:rFonts w:ascii="Tahoma" w:hAnsi="Tahoma" w:cs="Tahoma"/>
        </w:rPr>
        <w:br/>
      </w:r>
    </w:p>
    <w:bookmarkEnd w:id="0"/>
    <w:p w:rsidR="000A2278" w:rsidRDefault="000A2278" w:rsidP="000A2278">
      <w:pPr>
        <w:bidi/>
        <w:spacing w:after="0" w:line="36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اسماعیل نوری علا</w:t>
      </w:r>
    </w:p>
    <w:p w:rsidR="000A2278" w:rsidRDefault="000A2278" w:rsidP="000A2278">
      <w:pPr>
        <w:bidi/>
        <w:spacing w:after="0" w:line="36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دنور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کلرادو- ایالات متحده امریکا</w:t>
      </w:r>
    </w:p>
    <w:p w:rsidR="000A2278" w:rsidRPr="006F0943" w:rsidRDefault="00F406BB" w:rsidP="00F406BB">
      <w:pPr>
        <w:bidi/>
        <w:spacing w:after="0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28 امرداد 1404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19 آگوست 2025</w:t>
      </w:r>
    </w:p>
    <w:sectPr w:rsidR="000A2278" w:rsidRPr="006F0943" w:rsidSect="000A2278">
      <w:footerReference w:type="default" r:id="rId9"/>
      <w:pgSz w:w="12240" w:h="15840"/>
      <w:pgMar w:top="63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074" w:rsidRDefault="00641074" w:rsidP="000A2278">
      <w:pPr>
        <w:spacing w:after="0" w:line="240" w:lineRule="auto"/>
      </w:pPr>
      <w:r>
        <w:separator/>
      </w:r>
    </w:p>
  </w:endnote>
  <w:endnote w:type="continuationSeparator" w:id="0">
    <w:p w:rsidR="00641074" w:rsidRDefault="00641074" w:rsidP="000A2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047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2278" w:rsidRDefault="000A22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06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2278" w:rsidRDefault="000A22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074" w:rsidRDefault="00641074" w:rsidP="000A2278">
      <w:pPr>
        <w:spacing w:after="0" w:line="240" w:lineRule="auto"/>
      </w:pPr>
      <w:r>
        <w:separator/>
      </w:r>
    </w:p>
  </w:footnote>
  <w:footnote w:type="continuationSeparator" w:id="0">
    <w:p w:rsidR="00641074" w:rsidRDefault="00641074" w:rsidP="000A2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2278"/>
    <w:rsid w:val="0015074B"/>
    <w:rsid w:val="0029639D"/>
    <w:rsid w:val="00326F90"/>
    <w:rsid w:val="00641074"/>
    <w:rsid w:val="006F0943"/>
    <w:rsid w:val="00984829"/>
    <w:rsid w:val="00AA1D8D"/>
    <w:rsid w:val="00B47730"/>
    <w:rsid w:val="00CB0664"/>
    <w:rsid w:val="00F406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F88500-0499-429B-91D4-CBF648BB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Esmail</cp:lastModifiedBy>
  <cp:revision>2</cp:revision>
  <dcterms:created xsi:type="dcterms:W3CDTF">2025-08-18T22:35:00Z</dcterms:created>
  <dcterms:modified xsi:type="dcterms:W3CDTF">2025-08-18T22:35:00Z</dcterms:modified>
</cp:coreProperties>
</file>